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2"/>
        </w:rPr>
        <w:t>UBND …………………………     TRƯỜNG …………………………</w:t>
      </w:r>
    </w:p>
    <w:p>
      <w:pPr>
        <w:jc w:val="center"/>
      </w:pPr>
      <w:r>
        <w:rPr>
          <w:b/>
          <w:sz w:val="28"/>
        </w:rPr>
        <w:t>ĐỀ KIỂM TRA GIỮA KÌ I NĂM HỌC 2026–2027</w:t>
      </w:r>
    </w:p>
    <w:p>
      <w:pPr>
        <w:jc w:val="center"/>
      </w:pPr>
      <w:r>
        <w:rPr>
          <w:b/>
          <w:sz w:val="26"/>
        </w:rPr>
        <w:t>MÔN TIẾNG ANH 8 • ĐỀ 02</w:t>
      </w:r>
    </w:p>
    <w:p>
      <w:pPr>
        <w:jc w:val="center"/>
      </w:pPr>
      <w:r>
        <w:rPr>
          <w:b w:val="0"/>
          <w:sz w:val="22"/>
        </w:rPr>
        <w:t>Thời gian làm bài 60 phút kể cả thời gian nghe</w:t>
      </w:r>
    </w:p>
    <w:p>
      <w:r>
        <w:rPr>
          <w:b w:val="0"/>
        </w:rPr>
        <w:t>Họ và tên: ……………………………………… Lớp: …………</w:t>
      </w:r>
    </w:p>
    <w:p>
      <w:r>
        <w:rPr>
          <w:b/>
          <w:sz w:val="26"/>
        </w:rPr>
        <w:t>I. LISTENING (2.0 points)</w:t>
      </w:r>
    </w:p>
    <w:p>
      <w:r>
        <w:rPr>
          <w:b w:val="0"/>
        </w:rPr>
        <w:t>Task 1. Listen to the conversation and choose A, B or C. You will listen TWICE. Question 0 is an example. (1.0 point)</w:t>
      </w:r>
    </w:p>
    <w:p>
      <w:r>
        <w:rPr>
          <w:b/>
        </w:rPr>
        <w:t>0. Where do Emma’s cousins live?</w:t>
      </w:r>
    </w:p>
    <w:p>
      <w:pPr>
        <w:spacing w:after="100"/>
      </w:pPr>
      <w:r>
        <w:t xml:space="preserve">A. </w:t>
      </w:r>
      <w:r>
        <w:t>In a large city</w:t>
      </w:r>
      <w:r>
        <w:t xml:space="preserve">     </w:t>
      </w:r>
      <w:r>
        <w:t xml:space="preserve">B. </w:t>
      </w:r>
      <w:r>
        <w:t>In a small town</w:t>
      </w:r>
      <w:r>
        <w:t xml:space="preserve">     </w:t>
      </w:r>
      <w:r>
        <w:t xml:space="preserve">C. </w:t>
      </w:r>
      <w:r>
        <w:t>On an island</w:t>
      </w:r>
    </w:p>
    <w:p>
      <w:r>
        <w:rPr>
          <w:b w:val="0"/>
          <w:sz w:val="22"/>
        </w:rPr>
        <w:t>Example answer: B.</w:t>
      </w:r>
    </w:p>
    <w:p>
      <w:r>
        <w:rPr>
          <w:b/>
        </w:rPr>
        <w:t>1. How long did the cycle ride to the lake take?</w:t>
      </w:r>
    </w:p>
    <w:p>
      <w:pPr>
        <w:spacing w:after="100"/>
      </w:pPr>
      <w:r>
        <w:t xml:space="preserve">A. </w:t>
      </w:r>
      <w:r>
        <w:t>Ten minutes</w:t>
      </w:r>
      <w:r>
        <w:t xml:space="preserve">     </w:t>
      </w:r>
      <w:r>
        <w:t xml:space="preserve">B. </w:t>
      </w:r>
      <w:r>
        <w:t>Thirty minutes</w:t>
      </w:r>
      <w:r>
        <w:t xml:space="preserve">     </w:t>
      </w:r>
      <w:r>
        <w:t xml:space="preserve">C. </w:t>
      </w:r>
      <w:r>
        <w:t>Twenty minutes</w:t>
      </w:r>
    </w:p>
    <w:p>
      <w:r>
        <w:rPr>
          <w:b/>
        </w:rPr>
        <w:t>2. Why did Emma borrow a camera?</w:t>
      </w:r>
    </w:p>
    <w:p>
      <w:pPr>
        <w:spacing w:after="100"/>
      </w:pPr>
      <w:r>
        <w:t xml:space="preserve">A. </w:t>
      </w:r>
      <w:r>
        <w:t>She left hers at home</w:t>
      </w:r>
      <w:r>
        <w:t xml:space="preserve">     </w:t>
      </w:r>
      <w:r>
        <w:t xml:space="preserve">B. </w:t>
      </w:r>
      <w:r>
        <w:t>Her camera was broken</w:t>
      </w:r>
      <w:r>
        <w:t xml:space="preserve">     </w:t>
      </w:r>
      <w:r>
        <w:t xml:space="preserve">C. </w:t>
      </w:r>
      <w:r>
        <w:t>She lost her camera</w:t>
      </w:r>
    </w:p>
    <w:p>
      <w:r>
        <w:rPr>
          <w:b/>
        </w:rPr>
        <w:t>3. Where did they eat lunch?</w:t>
      </w:r>
    </w:p>
    <w:p>
      <w:pPr>
        <w:spacing w:after="100"/>
      </w:pPr>
      <w:r>
        <w:t xml:space="preserve">A. </w:t>
      </w:r>
      <w:r>
        <w:t>At her cousin’s house</w:t>
      </w:r>
      <w:r>
        <w:t xml:space="preserve">     </w:t>
      </w:r>
      <w:r>
        <w:t xml:space="preserve">B. </w:t>
      </w:r>
      <w:r>
        <w:t>Under a tree</w:t>
      </w:r>
      <w:r>
        <w:t xml:space="preserve">     </w:t>
      </w:r>
      <w:r>
        <w:t xml:space="preserve">C. </w:t>
      </w:r>
      <w:r>
        <w:t>At a restaurant</w:t>
      </w:r>
    </w:p>
    <w:p>
      <w:r>
        <w:rPr>
          <w:b/>
        </w:rPr>
        <w:t>4. What do they plan to visit next time?</w:t>
      </w:r>
    </w:p>
    <w:p>
      <w:pPr>
        <w:spacing w:after="100"/>
      </w:pPr>
      <w:r>
        <w:t xml:space="preserve">A. </w:t>
      </w:r>
      <w:r>
        <w:t>A shopping centre</w:t>
      </w:r>
      <w:r>
        <w:t xml:space="preserve">     </w:t>
      </w:r>
      <w:r>
        <w:t xml:space="preserve">B. </w:t>
      </w:r>
      <w:r>
        <w:t>A sports centre</w:t>
      </w:r>
      <w:r>
        <w:t xml:space="preserve">     </w:t>
      </w:r>
      <w:r>
        <w:t xml:space="preserve">C. </w:t>
      </w:r>
      <w:r>
        <w:t>The local museum</w:t>
      </w:r>
    </w:p>
    <w:p>
      <w:r>
        <w:rPr>
          <w:b w:val="0"/>
        </w:rPr>
        <w:t>Task 2. Listen to the talk and write T (True) or F (False). You will listen TWICE. Question 0 is an example. (1.0 point)</w:t>
      </w:r>
    </w:p>
    <w:tbl>
      <w:tblPr>
        <w:tblStyle w:val="TableGrid"/>
        <w:tblW w:type="auto" w:w="0"/>
        <w:tblLayout w:type="fixed"/>
        <w:tblLook w:firstColumn="1" w:firstRow="1" w:lastColumn="0" w:lastRow="0" w:noHBand="0" w:noVBand="1" w:val="04A0"/>
      </w:tblPr>
      <w:tblGrid>
        <w:gridCol w:w="8674"/>
        <w:gridCol w:w="1134"/>
      </w:tblGrid>
      <w:tr>
        <w:trPr>
          <w:cantSplit/>
        </w:trPr>
        <w:tc>
          <w:tcPr>
            <w:tcW w:type="dxa" w:w="8674"/>
            <w:tcBorders>
              <w:top w:val="single" w:sz="4" w:color="D9D9D9"/>
              <w:left w:val="single" w:sz="4" w:color="D9D9D9"/>
              <w:bottom w:val="single" w:sz="4" w:color="D9D9D9"/>
              <w:right w:val="single" w:sz="4" w:color="D9D9D9"/>
            </w:tcBorders>
            <w:shd w:fill="EAEAEA"/>
          </w:tcPr>
          <w:p>
            <w:pPr>
              <w:spacing w:after="40" w:line="240" w:lineRule="auto"/>
            </w:pPr>
            <w:r>
              <w:rPr>
                <w:b/>
                <w:sz w:val="22"/>
              </w:rPr>
              <w:t>Statements</w:t>
            </w:r>
          </w:p>
        </w:tc>
        <w:tc>
          <w:tcPr>
            <w:tcW w:type="dxa" w:w="1134"/>
            <w:tcBorders>
              <w:top w:val="single" w:sz="4" w:color="D9D9D9"/>
              <w:left w:val="single" w:sz="4" w:color="D9D9D9"/>
              <w:bottom w:val="single" w:sz="4" w:color="D9D9D9"/>
              <w:right w:val="single" w:sz="4" w:color="D9D9D9"/>
            </w:tcBorders>
            <w:shd w:fill="EAEAEA"/>
          </w:tcPr>
          <w:p>
            <w:pPr>
              <w:spacing w:after="40" w:line="240" w:lineRule="auto"/>
            </w:pPr>
            <w:r>
              <w:rPr>
                <w:b/>
                <w:sz w:val="22"/>
              </w:rPr>
              <w:t>T / F</w:t>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0. Jack plays football on Monday.</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t>T</w:t>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5. He reads for two hours on Tuesday.</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6. He now plays computer games every evening.</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7. He practises badminton with his sister.</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8. His family often cooks lunch together on Sunday.</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bl>
    <w:p>
      <w:r>
        <w:rPr>
          <w:b/>
          <w:sz w:val="26"/>
        </w:rPr>
        <w:t>II. PRONUNCIATION (0.5 point)</w:t>
      </w:r>
    </w:p>
    <w:p>
      <w:r>
        <w:rPr>
          <w:b w:val="0"/>
        </w:rPr>
        <w:t>Choose the word whose underlined part is pronounced differently from the others.</w:t>
      </w:r>
    </w:p>
    <w:p>
      <w:r>
        <w:rPr>
          <w:b/>
        </w:rPr>
        <w:t>9.</w:t>
      </w:r>
    </w:p>
    <w:p>
      <w:pPr>
        <w:spacing w:after="100"/>
      </w:pPr>
      <w:r>
        <w:t xml:space="preserve">A. </w:t>
      </w:r>
      <w:r>
        <w:t>watch</w:t>
      </w:r>
      <w:r>
        <w:rPr>
          <w:u w:val="single"/>
        </w:rPr>
        <w:t>ed</w:t>
      </w:r>
      <w:r/>
      <w:r>
        <w:t xml:space="preserve">     </w:t>
      </w:r>
      <w:r>
        <w:t xml:space="preserve">B. </w:t>
      </w:r>
      <w:r>
        <w:t>wash</w:t>
      </w:r>
      <w:r>
        <w:rPr>
          <w:u w:val="single"/>
        </w:rPr>
        <w:t>ed</w:t>
      </w:r>
      <w:r/>
      <w:r>
        <w:t xml:space="preserve">     </w:t>
      </w:r>
      <w:r>
        <w:t xml:space="preserve">C. </w:t>
      </w:r>
      <w:r>
        <w:t>want</w:t>
      </w:r>
      <w:r>
        <w:rPr>
          <w:u w:val="single"/>
        </w:rPr>
        <w:t>ed</w:t>
      </w:r>
      <w:r/>
      <w:r>
        <w:t xml:space="preserve">     </w:t>
      </w:r>
      <w:r>
        <w:t xml:space="preserve">D. </w:t>
      </w:r>
      <w:r>
        <w:t>help</w:t>
      </w:r>
      <w:r>
        <w:rPr>
          <w:u w:val="single"/>
        </w:rPr>
        <w:t>ed</w:t>
      </w:r>
      <w:r/>
    </w:p>
    <w:p>
      <w:r>
        <w:rPr>
          <w:b/>
        </w:rPr>
        <w:t>10.</w:t>
      </w:r>
    </w:p>
    <w:p>
      <w:pPr>
        <w:spacing w:after="100"/>
      </w:pPr>
      <w:r>
        <w:t xml:space="preserve">A. </w:t>
      </w:r>
      <w:r>
        <w:t>b</w:t>
      </w:r>
      <w:r>
        <w:rPr>
          <w:u w:val="single"/>
        </w:rPr>
        <w:t>oo</w:t>
      </w:r>
      <w:r>
        <w:t>k</w:t>
      </w:r>
      <w:r>
        <w:t xml:space="preserve">     </w:t>
      </w:r>
      <w:r>
        <w:t xml:space="preserve">B. </w:t>
      </w:r>
      <w:r>
        <w:t>c</w:t>
      </w:r>
      <w:r>
        <w:rPr>
          <w:u w:val="single"/>
        </w:rPr>
        <w:t>oo</w:t>
      </w:r>
      <w:r>
        <w:t>l</w:t>
      </w:r>
      <w:r>
        <w:t xml:space="preserve">     </w:t>
      </w:r>
      <w:r>
        <w:t xml:space="preserve">C. </w:t>
      </w:r>
      <w:r>
        <w:t>f</w:t>
      </w:r>
      <w:r>
        <w:rPr>
          <w:u w:val="single"/>
        </w:rPr>
        <w:t>oo</w:t>
      </w:r>
      <w:r>
        <w:t>d</w:t>
      </w:r>
      <w:r>
        <w:t xml:space="preserve">     </w:t>
      </w:r>
      <w:r>
        <w:t xml:space="preserve">D. </w:t>
      </w:r>
      <w:r>
        <w:t>p</w:t>
      </w:r>
      <w:r>
        <w:rPr>
          <w:u w:val="single"/>
        </w:rPr>
        <w:t>oo</w:t>
      </w:r>
      <w:r>
        <w:t>l</w:t>
      </w:r>
    </w:p>
    <w:p>
      <w:r>
        <w:br w:type="page"/>
      </w:r>
    </w:p>
    <w:p>
      <w:r>
        <w:rPr>
          <w:b/>
          <w:sz w:val="26"/>
        </w:rPr>
        <w:t>III. GRAMMAR AND VOCABULARY (3.0 points)</w:t>
      </w:r>
    </w:p>
    <w:p>
      <w:r>
        <w:rPr>
          <w:b w:val="0"/>
        </w:rPr>
        <w:t>Choose the correct answer A, B, C or D. (2.25 points)</w:t>
      </w:r>
    </w:p>
    <w:p>
      <w:r>
        <w:rPr>
          <w:b/>
        </w:rPr>
        <w:t>11. My brother prefers ______ models to watching television.</w:t>
      </w:r>
    </w:p>
    <w:p>
      <w:pPr>
        <w:spacing w:after="100"/>
      </w:pPr>
      <w:r>
        <w:t xml:space="preserve">A. </w:t>
      </w:r>
      <w:r>
        <w:t>building</w:t>
      </w:r>
      <w:r>
        <w:t xml:space="preserve">     </w:t>
      </w:r>
      <w:r>
        <w:t xml:space="preserve">B. </w:t>
      </w:r>
      <w:r>
        <w:t>built</w:t>
      </w:r>
      <w:r>
        <w:t xml:space="preserve">     </w:t>
      </w:r>
      <w:r>
        <w:t xml:space="preserve">C. </w:t>
      </w:r>
      <w:r>
        <w:t>builds</w:t>
      </w:r>
      <w:r>
        <w:t xml:space="preserve">     </w:t>
      </w:r>
      <w:r>
        <w:t xml:space="preserve">D. </w:t>
      </w:r>
      <w:r>
        <w:t>build</w:t>
      </w:r>
    </w:p>
    <w:p>
      <w:r>
        <w:rPr>
          <w:b/>
        </w:rPr>
        <w:t>12. During the harvest, farmers are very ______.</w:t>
      </w:r>
    </w:p>
    <w:p>
      <w:pPr>
        <w:spacing w:after="100"/>
      </w:pPr>
      <w:r>
        <w:t xml:space="preserve">A. </w:t>
      </w:r>
      <w:r>
        <w:t>free</w:t>
      </w:r>
      <w:r>
        <w:t xml:space="preserve">     </w:t>
      </w:r>
      <w:r>
        <w:t xml:space="preserve">B. </w:t>
      </w:r>
      <w:r>
        <w:t>lazy</w:t>
      </w:r>
      <w:r>
        <w:t xml:space="preserve">     </w:t>
      </w:r>
      <w:r>
        <w:t xml:space="preserve">C. </w:t>
      </w:r>
      <w:r>
        <w:t>empty</w:t>
      </w:r>
      <w:r>
        <w:t xml:space="preserve">     </w:t>
      </w:r>
      <w:r>
        <w:t xml:space="preserve">D. </w:t>
      </w:r>
      <w:r>
        <w:t>busy</w:t>
      </w:r>
    </w:p>
    <w:p>
      <w:r>
        <w:rPr>
          <w:b/>
        </w:rPr>
        <w:t>13. She is interested ______ joining the art club.</w:t>
      </w:r>
    </w:p>
    <w:p>
      <w:pPr>
        <w:spacing w:after="100"/>
      </w:pPr>
      <w:r>
        <w:t xml:space="preserve">A. </w:t>
      </w:r>
      <w:r>
        <w:t>with</w:t>
      </w:r>
      <w:r>
        <w:t xml:space="preserve">     </w:t>
      </w:r>
      <w:r>
        <w:t xml:space="preserve">B. </w:t>
      </w:r>
      <w:r>
        <w:t>on</w:t>
      </w:r>
      <w:r>
        <w:t xml:space="preserve">     </w:t>
      </w:r>
      <w:r>
        <w:t xml:space="preserve">C. </w:t>
      </w:r>
      <w:r>
        <w:t>in</w:t>
      </w:r>
      <w:r>
        <w:t xml:space="preserve">     </w:t>
      </w:r>
      <w:r>
        <w:t xml:space="preserve">D. </w:t>
      </w:r>
      <w:r>
        <w:t>of</w:t>
      </w:r>
    </w:p>
    <w:p>
      <w:r>
        <w:rPr>
          <w:b/>
        </w:rPr>
        <w:t>14. Minh runs ______ than his little brother.</w:t>
      </w:r>
    </w:p>
    <w:p>
      <w:pPr>
        <w:spacing w:after="100"/>
      </w:pPr>
      <w:r>
        <w:t xml:space="preserve">A. </w:t>
      </w:r>
      <w:r>
        <w:t>most quickly</w:t>
      </w:r>
      <w:r>
        <w:t xml:space="preserve">     </w:t>
      </w:r>
      <w:r>
        <w:t xml:space="preserve">B. </w:t>
      </w:r>
      <w:r>
        <w:t>quickerly</w:t>
      </w:r>
      <w:r>
        <w:t xml:space="preserve">     </w:t>
      </w:r>
      <w:r>
        <w:t xml:space="preserve">C. </w:t>
      </w:r>
      <w:r>
        <w:t>quickly</w:t>
      </w:r>
      <w:r>
        <w:t xml:space="preserve">     </w:t>
      </w:r>
      <w:r>
        <w:t xml:space="preserve">D. </w:t>
      </w:r>
      <w:r>
        <w:t>more quickly</w:t>
      </w:r>
    </w:p>
    <w:p>
      <w:r>
        <w:rPr>
          <w:b/>
        </w:rPr>
        <w:t>15. You should turn off your phone; ______, you may lose concentration.</w:t>
      </w:r>
    </w:p>
    <w:p>
      <w:pPr>
        <w:spacing w:after="100"/>
      </w:pPr>
      <w:r>
        <w:t xml:space="preserve">A. </w:t>
      </w:r>
      <w:r>
        <w:t>because</w:t>
      </w:r>
      <w:r>
        <w:t xml:space="preserve">     </w:t>
      </w:r>
      <w:r>
        <w:t xml:space="preserve">B. </w:t>
      </w:r>
      <w:r>
        <w:t>however</w:t>
      </w:r>
      <w:r>
        <w:t xml:space="preserve">     </w:t>
      </w:r>
      <w:r>
        <w:t xml:space="preserve">C. </w:t>
      </w:r>
      <w:r>
        <w:t>otherwise</w:t>
      </w:r>
      <w:r>
        <w:t xml:space="preserve">     </w:t>
      </w:r>
      <w:r>
        <w:t xml:space="preserve">D. </w:t>
      </w:r>
      <w:r>
        <w:t>therefore</w:t>
      </w:r>
    </w:p>
    <w:p>
      <w:r>
        <w:rPr>
          <w:b/>
        </w:rPr>
        <w:t>16. We often ______ photos to our class website.</w:t>
      </w:r>
    </w:p>
    <w:p>
      <w:pPr>
        <w:spacing w:after="100"/>
      </w:pPr>
      <w:r>
        <w:t xml:space="preserve">A. </w:t>
      </w:r>
      <w:r>
        <w:t>upload</w:t>
      </w:r>
      <w:r>
        <w:t xml:space="preserve">     </w:t>
      </w:r>
      <w:r>
        <w:t xml:space="preserve">B. </w:t>
      </w:r>
      <w:r>
        <w:t>pick</w:t>
      </w:r>
      <w:r>
        <w:t xml:space="preserve">     </w:t>
      </w:r>
      <w:r>
        <w:t xml:space="preserve">C. </w:t>
      </w:r>
      <w:r>
        <w:t>herd</w:t>
      </w:r>
      <w:r>
        <w:t xml:space="preserve">     </w:t>
      </w:r>
      <w:r>
        <w:t xml:space="preserve">D. </w:t>
      </w:r>
      <w:r>
        <w:t>plough</w:t>
      </w:r>
    </w:p>
    <w:p>
      <w:r>
        <w:rPr>
          <w:b/>
        </w:rPr>
        <w:t>17. The children helped their uncle ______ the cattle.</w:t>
      </w:r>
    </w:p>
    <w:p>
      <w:pPr>
        <w:spacing w:after="100"/>
      </w:pPr>
      <w:r>
        <w:t xml:space="preserve">A. </w:t>
      </w:r>
      <w:r>
        <w:t>browse</w:t>
      </w:r>
      <w:r>
        <w:t xml:space="preserve">     </w:t>
      </w:r>
      <w:r>
        <w:t xml:space="preserve">B. </w:t>
      </w:r>
      <w:r>
        <w:t>herd</w:t>
      </w:r>
      <w:r>
        <w:t xml:space="preserve">     </w:t>
      </w:r>
      <w:r>
        <w:t xml:space="preserve">C. </w:t>
      </w:r>
      <w:r>
        <w:t>surf</w:t>
      </w:r>
      <w:r>
        <w:t xml:space="preserve">     </w:t>
      </w:r>
      <w:r>
        <w:t xml:space="preserve">D. </w:t>
      </w:r>
      <w:r>
        <w:t>knit</w:t>
      </w:r>
    </w:p>
    <w:p>
      <w:r>
        <w:rPr>
          <w:b/>
        </w:rPr>
        <w:t>18. Our club starts ______ half past three.</w:t>
      </w:r>
    </w:p>
    <w:p>
      <w:pPr>
        <w:spacing w:after="100"/>
      </w:pPr>
      <w:r>
        <w:t xml:space="preserve">A. </w:t>
      </w:r>
      <w:r>
        <w:t>at</w:t>
      </w:r>
      <w:r>
        <w:t xml:space="preserve">     </w:t>
      </w:r>
      <w:r>
        <w:t xml:space="preserve">B. </w:t>
      </w:r>
      <w:r>
        <w:t>from</w:t>
      </w:r>
      <w:r>
        <w:t xml:space="preserve">     </w:t>
      </w:r>
      <w:r>
        <w:t xml:space="preserve">C. </w:t>
      </w:r>
      <w:r>
        <w:t>on</w:t>
      </w:r>
      <w:r>
        <w:t xml:space="preserve">     </w:t>
      </w:r>
      <w:r>
        <w:t xml:space="preserve">D. </w:t>
      </w:r>
      <w:r>
        <w:t>in</w:t>
      </w:r>
    </w:p>
    <w:p>
      <w:r>
        <w:rPr>
          <w:b/>
        </w:rPr>
        <w:t>NOTICE: NO MOBILE PHONES IN THE EXAM ROOM</w:t>
      </w:r>
    </w:p>
    <w:p>
      <w:r>
        <w:rPr>
          <w:b/>
        </w:rPr>
        <w:t>19. What does the notice mean?</w:t>
      </w:r>
    </w:p>
    <w:p>
      <w:pPr>
        <w:spacing w:after="100"/>
      </w:pPr>
      <w:r>
        <w:t xml:space="preserve">A. </w:t>
      </w:r>
      <w:r>
        <w:t>You may make calls during the exam.</w:t>
      </w:r>
      <w:r>
        <w:t xml:space="preserve">     </w:t>
      </w:r>
      <w:r>
        <w:t xml:space="preserve">B. </w:t>
      </w:r>
      <w:r>
        <w:t>You should take photos of the exam.</w:t>
      </w:r>
      <w:r>
        <w:t xml:space="preserve">     </w:t>
      </w:r>
      <w:r>
        <w:t xml:space="preserve">C. </w:t>
      </w:r>
      <w:r>
        <w:t>You must bring two phones.</w:t>
      </w:r>
      <w:r>
        <w:t xml:space="preserve">     </w:t>
      </w:r>
      <w:r>
        <w:t xml:space="preserve">D. </w:t>
      </w:r>
      <w:r>
        <w:t>You must not use a mobile phone here.</w:t>
      </w:r>
    </w:p>
    <w:p>
      <w:r>
        <w:rPr>
          <w:b w:val="0"/>
        </w:rPr>
        <w:t>Read the advertisement and choose the best option for each blank. (0.75 point)</w:t>
      </w:r>
    </w:p>
    <w:p>
      <w:r>
        <w:rPr>
          <w:b/>
        </w:rPr>
        <w:t>WEEKEND CYCLING GROUP</w:t>
      </w:r>
    </w:p>
    <w:p>
      <w:r>
        <w:rPr>
          <w:b w:val="0"/>
        </w:rPr>
        <w:t>Would you like to be more active? Join our cycling group this Sunday. We will (20) ______ outside the school gate at 7 a.m. Wear a helmet and bring a bottle of (21) ______. We will ride slowly, so beginners can join. Please ask your parents for permission (22) ______ you come.</w:t>
      </w:r>
    </w:p>
    <w:p>
      <w:r>
        <w:rPr>
          <w:b/>
        </w:rPr>
        <w:t>20.</w:t>
      </w:r>
    </w:p>
    <w:p>
      <w:pPr>
        <w:spacing w:after="100"/>
      </w:pPr>
      <w:r>
        <w:t xml:space="preserve">A. </w:t>
      </w:r>
      <w:r>
        <w:t>meet</w:t>
      </w:r>
      <w:r>
        <w:t xml:space="preserve">     </w:t>
      </w:r>
      <w:r>
        <w:t xml:space="preserve">B. </w:t>
      </w:r>
      <w:r>
        <w:t>lose</w:t>
      </w:r>
      <w:r>
        <w:t xml:space="preserve">     </w:t>
      </w:r>
      <w:r>
        <w:t xml:space="preserve">C. </w:t>
      </w:r>
      <w:r>
        <w:t>break</w:t>
      </w:r>
      <w:r>
        <w:t xml:space="preserve">     </w:t>
      </w:r>
      <w:r>
        <w:t xml:space="preserve">D. </w:t>
      </w:r>
      <w:r>
        <w:t>miss</w:t>
      </w:r>
    </w:p>
    <w:p>
      <w:r>
        <w:rPr>
          <w:b/>
        </w:rPr>
        <w:t>21.</w:t>
      </w:r>
    </w:p>
    <w:p>
      <w:pPr>
        <w:spacing w:after="100"/>
      </w:pPr>
      <w:r>
        <w:t xml:space="preserve">A. </w:t>
      </w:r>
      <w:r>
        <w:t>rice</w:t>
      </w:r>
      <w:r>
        <w:t xml:space="preserve">     </w:t>
      </w:r>
      <w:r>
        <w:t xml:space="preserve">B. </w:t>
      </w:r>
      <w:r>
        <w:t>water</w:t>
      </w:r>
      <w:r>
        <w:t xml:space="preserve">     </w:t>
      </w:r>
      <w:r>
        <w:t xml:space="preserve">C. </w:t>
      </w:r>
      <w:r>
        <w:t>sand</w:t>
      </w:r>
      <w:r>
        <w:t xml:space="preserve">     </w:t>
      </w:r>
      <w:r>
        <w:t xml:space="preserve">D. </w:t>
      </w:r>
      <w:r>
        <w:t>paper</w:t>
      </w:r>
    </w:p>
    <w:p>
      <w:r>
        <w:rPr>
          <w:b/>
        </w:rPr>
        <w:t>22.</w:t>
      </w:r>
    </w:p>
    <w:p>
      <w:pPr>
        <w:spacing w:after="100"/>
      </w:pPr>
      <w:r>
        <w:t xml:space="preserve">A. </w:t>
      </w:r>
      <w:r>
        <w:t>but</w:t>
      </w:r>
      <w:r>
        <w:t xml:space="preserve">     </w:t>
      </w:r>
      <w:r>
        <w:t xml:space="preserve">B. </w:t>
      </w:r>
      <w:r>
        <w:t>or</w:t>
      </w:r>
      <w:r>
        <w:t xml:space="preserve">     </w:t>
      </w:r>
      <w:r>
        <w:t xml:space="preserve">C. </w:t>
      </w:r>
      <w:r>
        <w:t>before</w:t>
      </w:r>
      <w:r>
        <w:t xml:space="preserve">     </w:t>
      </w:r>
      <w:r>
        <w:t xml:space="preserve">D. </w:t>
      </w:r>
      <w:r>
        <w:t>so</w:t>
      </w:r>
    </w:p>
    <w:p>
      <w:r>
        <w:br w:type="page"/>
      </w:r>
    </w:p>
    <w:p>
      <w:pPr>
        <w:spacing w:after="60" w:line="240" w:lineRule="auto"/>
      </w:pPr>
      <w:r>
        <w:rPr>
          <w:b/>
          <w:sz w:val="23"/>
        </w:rPr>
        <w:t>IV. READING (2.5 points)</w:t>
      </w:r>
    </w:p>
    <w:p>
      <w:pPr>
        <w:spacing w:after="60" w:line="240" w:lineRule="auto"/>
      </w:pPr>
      <w:r>
        <w:rPr>
          <w:b w:val="0"/>
          <w:sz w:val="23"/>
        </w:rPr>
        <w:t>Task 1. Read the passage and choose A, B, C or D for each blank. (1.25 points)</w:t>
      </w:r>
    </w:p>
    <w:p>
      <w:pPr>
        <w:spacing w:after="60" w:line="240" w:lineRule="auto"/>
      </w:pPr>
      <w:r>
        <w:rPr>
          <w:b w:val="0"/>
          <w:sz w:val="23"/>
        </w:rPr>
        <w:t>Living in a village gives Nam many chances to enjoy outdoor activities. He is fond (23) ______ flying kites with his friends. They usually meet in an open field after finishing their homework. Nam’s grandfather teaches them how to make kites from paper and bamboo. The children listen (24) ______ because they want their kites to fly well. At weekends, Nam helps his parents (25) ______ vegetables in the garden. He knows that farm work takes time and effort. There are fewer shops in his village (26) ______ in the nearby town, but he does not feel bored. He can ride his bike, read books and play with his neighbours. These activities make his free time enjoyable and help him stay (27) ______.</w:t>
      </w:r>
    </w:p>
    <w:p>
      <w:pPr>
        <w:spacing w:after="60" w:line="240" w:lineRule="auto"/>
      </w:pPr>
      <w:r>
        <w:rPr>
          <w:b/>
          <w:sz w:val="23"/>
        </w:rPr>
        <w:t>23.</w:t>
      </w:r>
    </w:p>
    <w:p>
      <w:pPr>
        <w:spacing w:after="60" w:line="240" w:lineRule="auto"/>
      </w:pPr>
      <w:r>
        <w:rPr>
          <w:sz w:val="23"/>
        </w:rPr>
        <w:t xml:space="preserve">A. </w:t>
      </w:r>
      <w:r>
        <w:rPr>
          <w:sz w:val="23"/>
        </w:rPr>
        <w:t>for</w:t>
      </w:r>
      <w:r>
        <w:rPr>
          <w:sz w:val="23"/>
        </w:rPr>
        <w:t xml:space="preserve">     </w:t>
      </w:r>
      <w:r>
        <w:rPr>
          <w:sz w:val="23"/>
        </w:rPr>
        <w:t xml:space="preserve">B. </w:t>
      </w:r>
      <w:r>
        <w:rPr>
          <w:sz w:val="23"/>
        </w:rPr>
        <w:t>in</w:t>
      </w:r>
      <w:r>
        <w:rPr>
          <w:sz w:val="23"/>
        </w:rPr>
        <w:t xml:space="preserve">     </w:t>
      </w:r>
      <w:r>
        <w:rPr>
          <w:sz w:val="23"/>
        </w:rPr>
        <w:t xml:space="preserve">C. </w:t>
      </w:r>
      <w:r>
        <w:rPr>
          <w:sz w:val="23"/>
        </w:rPr>
        <w:t>of</w:t>
      </w:r>
      <w:r>
        <w:rPr>
          <w:sz w:val="23"/>
        </w:rPr>
        <w:t xml:space="preserve">     </w:t>
      </w:r>
      <w:r>
        <w:rPr>
          <w:sz w:val="23"/>
        </w:rPr>
        <w:t xml:space="preserve">D. </w:t>
      </w:r>
      <w:r>
        <w:rPr>
          <w:sz w:val="23"/>
        </w:rPr>
        <w:t>at</w:t>
      </w:r>
    </w:p>
    <w:p>
      <w:pPr>
        <w:spacing w:after="60" w:line="240" w:lineRule="auto"/>
      </w:pPr>
      <w:r>
        <w:rPr>
          <w:b/>
          <w:sz w:val="23"/>
        </w:rPr>
        <w:t>24.</w:t>
      </w:r>
    </w:p>
    <w:p>
      <w:pPr>
        <w:spacing w:after="60" w:line="240" w:lineRule="auto"/>
      </w:pPr>
      <w:r>
        <w:rPr>
          <w:sz w:val="23"/>
        </w:rPr>
        <w:t xml:space="preserve">A. </w:t>
      </w:r>
      <w:r>
        <w:rPr>
          <w:sz w:val="23"/>
        </w:rPr>
        <w:t>carefully</w:t>
      </w:r>
      <w:r>
        <w:rPr>
          <w:sz w:val="23"/>
        </w:rPr>
        <w:t xml:space="preserve">     </w:t>
      </w:r>
      <w:r>
        <w:rPr>
          <w:sz w:val="23"/>
        </w:rPr>
        <w:t xml:space="preserve">B. </w:t>
      </w:r>
      <w:r>
        <w:rPr>
          <w:sz w:val="23"/>
        </w:rPr>
        <w:t>careless</w:t>
      </w:r>
      <w:r>
        <w:rPr>
          <w:sz w:val="23"/>
        </w:rPr>
        <w:t xml:space="preserve">     </w:t>
      </w:r>
      <w:r>
        <w:rPr>
          <w:sz w:val="23"/>
        </w:rPr>
        <w:t xml:space="preserve">C. </w:t>
      </w:r>
      <w:r>
        <w:rPr>
          <w:sz w:val="23"/>
        </w:rPr>
        <w:t>careful</w:t>
      </w:r>
      <w:r>
        <w:rPr>
          <w:sz w:val="23"/>
        </w:rPr>
        <w:t xml:space="preserve">     </w:t>
      </w:r>
      <w:r>
        <w:rPr>
          <w:sz w:val="23"/>
        </w:rPr>
        <w:t xml:space="preserve">D. </w:t>
      </w:r>
      <w:r>
        <w:rPr>
          <w:sz w:val="23"/>
        </w:rPr>
        <w:t>care</w:t>
      </w:r>
    </w:p>
    <w:p>
      <w:pPr>
        <w:spacing w:after="60" w:line="240" w:lineRule="auto"/>
      </w:pPr>
      <w:r>
        <w:rPr>
          <w:b/>
          <w:sz w:val="23"/>
        </w:rPr>
        <w:t>25.</w:t>
      </w:r>
    </w:p>
    <w:p>
      <w:pPr>
        <w:spacing w:after="60" w:line="240" w:lineRule="auto"/>
      </w:pPr>
      <w:r>
        <w:rPr>
          <w:sz w:val="23"/>
        </w:rPr>
        <w:t xml:space="preserve">A. </w:t>
      </w:r>
      <w:r>
        <w:rPr>
          <w:sz w:val="23"/>
        </w:rPr>
        <w:t>browse</w:t>
      </w:r>
      <w:r>
        <w:rPr>
          <w:sz w:val="23"/>
        </w:rPr>
        <w:t xml:space="preserve">     </w:t>
      </w:r>
      <w:r>
        <w:rPr>
          <w:sz w:val="23"/>
        </w:rPr>
        <w:t xml:space="preserve">B. </w:t>
      </w:r>
      <w:r>
        <w:rPr>
          <w:sz w:val="23"/>
        </w:rPr>
        <w:t>upload</w:t>
      </w:r>
      <w:r>
        <w:rPr>
          <w:sz w:val="23"/>
        </w:rPr>
        <w:t xml:space="preserve">     </w:t>
      </w:r>
      <w:r>
        <w:rPr>
          <w:sz w:val="23"/>
        </w:rPr>
        <w:t xml:space="preserve">C. </w:t>
      </w:r>
      <w:r>
        <w:rPr>
          <w:sz w:val="23"/>
        </w:rPr>
        <w:t>grow</w:t>
      </w:r>
      <w:r>
        <w:rPr>
          <w:sz w:val="23"/>
        </w:rPr>
        <w:t xml:space="preserve">     </w:t>
      </w:r>
      <w:r>
        <w:rPr>
          <w:sz w:val="23"/>
        </w:rPr>
        <w:t xml:space="preserve">D. </w:t>
      </w:r>
      <w:r>
        <w:rPr>
          <w:sz w:val="23"/>
        </w:rPr>
        <w:t>surf</w:t>
      </w:r>
    </w:p>
    <w:p>
      <w:pPr>
        <w:spacing w:after="60" w:line="240" w:lineRule="auto"/>
      </w:pPr>
      <w:r>
        <w:rPr>
          <w:b/>
          <w:sz w:val="23"/>
        </w:rPr>
        <w:t>26.</w:t>
      </w:r>
    </w:p>
    <w:p>
      <w:pPr>
        <w:spacing w:after="60" w:line="240" w:lineRule="auto"/>
      </w:pPr>
      <w:r>
        <w:rPr>
          <w:sz w:val="23"/>
        </w:rPr>
        <w:t xml:space="preserve">A. </w:t>
      </w:r>
      <w:r>
        <w:rPr>
          <w:sz w:val="23"/>
        </w:rPr>
        <w:t>to</w:t>
      </w:r>
      <w:r>
        <w:rPr>
          <w:sz w:val="23"/>
        </w:rPr>
        <w:t xml:space="preserve">     </w:t>
      </w:r>
      <w:r>
        <w:rPr>
          <w:sz w:val="23"/>
        </w:rPr>
        <w:t xml:space="preserve">B. </w:t>
      </w:r>
      <w:r>
        <w:rPr>
          <w:sz w:val="23"/>
        </w:rPr>
        <w:t>then</w:t>
      </w:r>
      <w:r>
        <w:rPr>
          <w:sz w:val="23"/>
        </w:rPr>
        <w:t xml:space="preserve">     </w:t>
      </w:r>
      <w:r>
        <w:rPr>
          <w:sz w:val="23"/>
        </w:rPr>
        <w:t xml:space="preserve">C. </w:t>
      </w:r>
      <w:r>
        <w:rPr>
          <w:sz w:val="23"/>
        </w:rPr>
        <w:t>as</w:t>
      </w:r>
      <w:r>
        <w:rPr>
          <w:sz w:val="23"/>
        </w:rPr>
        <w:t xml:space="preserve">     </w:t>
      </w:r>
      <w:r>
        <w:rPr>
          <w:sz w:val="23"/>
        </w:rPr>
        <w:t xml:space="preserve">D. </w:t>
      </w:r>
      <w:r>
        <w:rPr>
          <w:sz w:val="23"/>
        </w:rPr>
        <w:t>than</w:t>
      </w:r>
    </w:p>
    <w:p>
      <w:pPr>
        <w:spacing w:after="60" w:line="240" w:lineRule="auto"/>
      </w:pPr>
      <w:r>
        <w:rPr>
          <w:b/>
          <w:sz w:val="23"/>
        </w:rPr>
        <w:t>27.</w:t>
      </w:r>
    </w:p>
    <w:p>
      <w:pPr>
        <w:spacing w:after="60" w:line="240" w:lineRule="auto"/>
      </w:pPr>
      <w:r>
        <w:rPr>
          <w:sz w:val="23"/>
        </w:rPr>
        <w:t xml:space="preserve">A. </w:t>
      </w:r>
      <w:r>
        <w:rPr>
          <w:sz w:val="23"/>
        </w:rPr>
        <w:t>health</w:t>
      </w:r>
      <w:r>
        <w:rPr>
          <w:sz w:val="23"/>
        </w:rPr>
        <w:t xml:space="preserve">     </w:t>
      </w:r>
      <w:r>
        <w:rPr>
          <w:sz w:val="23"/>
        </w:rPr>
        <w:t xml:space="preserve">B. </w:t>
      </w:r>
      <w:r>
        <w:rPr>
          <w:sz w:val="23"/>
        </w:rPr>
        <w:t>healthier</w:t>
      </w:r>
      <w:r>
        <w:rPr>
          <w:sz w:val="23"/>
        </w:rPr>
        <w:t xml:space="preserve">     </w:t>
      </w:r>
      <w:r>
        <w:rPr>
          <w:sz w:val="23"/>
        </w:rPr>
        <w:t xml:space="preserve">C. </w:t>
      </w:r>
      <w:r>
        <w:rPr>
          <w:sz w:val="23"/>
        </w:rPr>
        <w:t>healthily</w:t>
      </w:r>
      <w:r>
        <w:rPr>
          <w:sz w:val="23"/>
        </w:rPr>
        <w:t xml:space="preserve">     </w:t>
      </w:r>
      <w:r>
        <w:rPr>
          <w:sz w:val="23"/>
        </w:rPr>
        <w:t xml:space="preserve">D. </w:t>
      </w:r>
      <w:r>
        <w:rPr>
          <w:sz w:val="23"/>
        </w:rPr>
        <w:t>healthy</w:t>
      </w:r>
    </w:p>
    <w:p>
      <w:pPr>
        <w:spacing w:after="60" w:line="240" w:lineRule="auto"/>
      </w:pPr>
      <w:r>
        <w:rPr>
          <w:b w:val="0"/>
          <w:sz w:val="23"/>
        </w:rPr>
        <w:t>Task 2. Read the passage and choose the best answer. (1.25 points)</w:t>
      </w:r>
    </w:p>
    <w:p>
      <w:pPr>
        <w:spacing w:after="60" w:line="240" w:lineRule="auto"/>
      </w:pPr>
      <w:r>
        <w:rPr>
          <w:b w:val="0"/>
          <w:sz w:val="23"/>
        </w:rPr>
        <w:t>The Happy Hands Club started at Linh's school in September. At first, only twelve students joined. Now it has twenty members. They meet every Friday afternoon in the art room. Their teacher helps them make useful things from old materials.</w:t>
      </w:r>
    </w:p>
    <w:p>
      <w:pPr>
        <w:spacing w:after="60" w:line="240" w:lineRule="auto"/>
      </w:pPr>
      <w:r>
        <w:rPr>
          <w:b w:val="0"/>
          <w:sz w:val="23"/>
        </w:rPr>
        <w:t>Last month, the students turned old T-shirts into shopping bags. Linh worked with a new student called Mai. Mai could sew well, but she was too shy to share her ideas. Linh asked her to explain each step to the group. The other students listened and thanked her. Mai became more confident after that activity.</w:t>
      </w:r>
    </w:p>
    <w:p>
      <w:pPr>
        <w:spacing w:after="60" w:line="240" w:lineRule="auto"/>
      </w:pPr>
      <w:r>
        <w:rPr>
          <w:b w:val="0"/>
          <w:sz w:val="23"/>
        </w:rPr>
        <w:t>The club does not sell its products. Members give the bags to their families and encourage them to use fewer plastic bags. Next month, they will make pencil holders from empty tins. Linh likes the club because she can learn practical skills and make new friends. She also spends less time on her phone on Friday afternoons.</w:t>
      </w:r>
    </w:p>
    <w:p>
      <w:pPr>
        <w:spacing w:after="60" w:line="240" w:lineRule="auto"/>
      </w:pPr>
      <w:r>
        <w:rPr>
          <w:b/>
          <w:sz w:val="23"/>
        </w:rPr>
        <w:t>28. When do club members meet?</w:t>
      </w:r>
    </w:p>
    <w:p>
      <w:pPr>
        <w:spacing w:after="60" w:line="240" w:lineRule="auto"/>
      </w:pPr>
      <w:r>
        <w:rPr>
          <w:sz w:val="23"/>
        </w:rPr>
        <w:t xml:space="preserve">A. </w:t>
      </w:r>
      <w:r>
        <w:rPr>
          <w:sz w:val="23"/>
        </w:rPr>
        <w:t>Every school day</w:t>
      </w:r>
      <w:r>
        <w:rPr>
          <w:sz w:val="23"/>
        </w:rPr>
        <w:t xml:space="preserve">     </w:t>
      </w:r>
      <w:r>
        <w:rPr>
          <w:sz w:val="23"/>
        </w:rPr>
        <w:t xml:space="preserve">B. </w:t>
      </w:r>
      <w:r>
        <w:rPr>
          <w:sz w:val="23"/>
        </w:rPr>
        <w:t>On Friday afternoons</w:t>
      </w:r>
      <w:r>
        <w:rPr>
          <w:sz w:val="23"/>
        </w:rPr>
        <w:t xml:space="preserve">     </w:t>
      </w:r>
      <w:r>
        <w:rPr>
          <w:sz w:val="23"/>
        </w:rPr>
        <w:t xml:space="preserve">C. </w:t>
      </w:r>
      <w:r>
        <w:rPr>
          <w:sz w:val="23"/>
        </w:rPr>
        <w:t>On Monday mornings</w:t>
      </w:r>
      <w:r>
        <w:rPr>
          <w:sz w:val="23"/>
        </w:rPr>
        <w:t xml:space="preserve">     </w:t>
      </w:r>
      <w:r>
        <w:rPr>
          <w:sz w:val="23"/>
        </w:rPr>
        <w:t xml:space="preserve">D. </w:t>
      </w:r>
      <w:r>
        <w:rPr>
          <w:sz w:val="23"/>
        </w:rPr>
        <w:t>On Saturday evenings</w:t>
      </w:r>
    </w:p>
    <w:p>
      <w:pPr>
        <w:spacing w:after="60" w:line="240" w:lineRule="auto"/>
      </w:pPr>
      <w:r>
        <w:rPr>
          <w:b/>
          <w:sz w:val="23"/>
        </w:rPr>
        <w:t>29. What did they make from old T-shirts?</w:t>
      </w:r>
    </w:p>
    <w:p>
      <w:pPr>
        <w:spacing w:after="60" w:line="240" w:lineRule="auto"/>
      </w:pPr>
      <w:r>
        <w:rPr>
          <w:sz w:val="23"/>
        </w:rPr>
        <w:t xml:space="preserve">A. </w:t>
      </w:r>
      <w:r>
        <w:rPr>
          <w:sz w:val="23"/>
        </w:rPr>
        <w:t>Shopping bags</w:t>
      </w:r>
      <w:r>
        <w:rPr>
          <w:sz w:val="23"/>
        </w:rPr>
        <w:t xml:space="preserve">     </w:t>
      </w:r>
      <w:r>
        <w:rPr>
          <w:sz w:val="23"/>
        </w:rPr>
        <w:t xml:space="preserve">B. </w:t>
      </w:r>
      <w:r>
        <w:rPr>
          <w:sz w:val="23"/>
        </w:rPr>
        <w:t>Paper flowers</w:t>
      </w:r>
      <w:r>
        <w:rPr>
          <w:sz w:val="23"/>
        </w:rPr>
        <w:t xml:space="preserve">     </w:t>
      </w:r>
      <w:r>
        <w:rPr>
          <w:sz w:val="23"/>
        </w:rPr>
        <w:t xml:space="preserve">C. </w:t>
      </w:r>
      <w:r>
        <w:rPr>
          <w:sz w:val="23"/>
        </w:rPr>
        <w:t>Pencil holders</w:t>
      </w:r>
      <w:r>
        <w:rPr>
          <w:sz w:val="23"/>
        </w:rPr>
        <w:t xml:space="preserve">     </w:t>
      </w:r>
      <w:r>
        <w:rPr>
          <w:sz w:val="23"/>
        </w:rPr>
        <w:t xml:space="preserve">D. </w:t>
      </w:r>
      <w:r>
        <w:rPr>
          <w:sz w:val="23"/>
        </w:rPr>
        <w:t>Book covers</w:t>
      </w:r>
    </w:p>
    <w:p>
      <w:pPr>
        <w:spacing w:after="60" w:line="240" w:lineRule="auto"/>
      </w:pPr>
      <w:r>
        <w:rPr>
          <w:b/>
          <w:sz w:val="23"/>
        </w:rPr>
        <w:t>30. Why did Mai become more confident?</w:t>
      </w:r>
    </w:p>
    <w:p>
      <w:pPr>
        <w:spacing w:after="60" w:line="240" w:lineRule="auto"/>
      </w:pPr>
      <w:r>
        <w:rPr>
          <w:sz w:val="23"/>
        </w:rPr>
        <w:t xml:space="preserve">A. </w:t>
      </w:r>
      <w:r>
        <w:rPr>
          <w:sz w:val="23"/>
        </w:rPr>
        <w:t>The group listened to and thanked her</w:t>
      </w:r>
      <w:r>
        <w:rPr>
          <w:sz w:val="23"/>
        </w:rPr>
        <w:t xml:space="preserve">     </w:t>
      </w:r>
      <w:r>
        <w:rPr>
          <w:sz w:val="23"/>
        </w:rPr>
        <w:t xml:space="preserve">B. </w:t>
      </w:r>
      <w:r>
        <w:rPr>
          <w:sz w:val="23"/>
        </w:rPr>
        <w:t>She bought a new phone</w:t>
      </w:r>
      <w:r>
        <w:rPr>
          <w:sz w:val="23"/>
        </w:rPr>
        <w:t xml:space="preserve">     </w:t>
      </w:r>
      <w:r>
        <w:rPr>
          <w:sz w:val="23"/>
        </w:rPr>
        <w:t xml:space="preserve">C. </w:t>
      </w:r>
      <w:r>
        <w:rPr>
          <w:sz w:val="23"/>
        </w:rPr>
        <w:t>She won a sewing prize</w:t>
      </w:r>
      <w:r>
        <w:rPr>
          <w:sz w:val="23"/>
        </w:rPr>
        <w:t xml:space="preserve">     </w:t>
      </w:r>
      <w:r>
        <w:rPr>
          <w:sz w:val="23"/>
        </w:rPr>
        <w:t xml:space="preserve">D. </w:t>
      </w:r>
      <w:r>
        <w:rPr>
          <w:sz w:val="23"/>
        </w:rPr>
        <w:t>She sold many products</w:t>
      </w:r>
    </w:p>
    <w:p>
      <w:pPr>
        <w:spacing w:after="60" w:line="240" w:lineRule="auto"/>
      </w:pPr>
      <w:r>
        <w:rPr>
          <w:b/>
          <w:sz w:val="23"/>
        </w:rPr>
        <w:t>31. The word “products” refers to ______.</w:t>
      </w:r>
    </w:p>
    <w:p>
      <w:pPr>
        <w:spacing w:after="60" w:line="240" w:lineRule="auto"/>
      </w:pPr>
      <w:r>
        <w:rPr>
          <w:sz w:val="23"/>
        </w:rPr>
        <w:t xml:space="preserve">A. </w:t>
      </w:r>
      <w:r>
        <w:rPr>
          <w:sz w:val="23"/>
        </w:rPr>
        <w:t>plastic bags in rivers</w:t>
      </w:r>
      <w:r>
        <w:rPr>
          <w:sz w:val="23"/>
        </w:rPr>
        <w:t xml:space="preserve">     </w:t>
      </w:r>
      <w:r>
        <w:rPr>
          <w:sz w:val="23"/>
        </w:rPr>
        <w:t xml:space="preserve">B. </w:t>
      </w:r>
      <w:r>
        <w:rPr>
          <w:sz w:val="23"/>
        </w:rPr>
        <w:t>students in the school</w:t>
      </w:r>
      <w:r>
        <w:rPr>
          <w:sz w:val="23"/>
        </w:rPr>
        <w:t xml:space="preserve">     </w:t>
      </w:r>
      <w:r>
        <w:rPr>
          <w:sz w:val="23"/>
        </w:rPr>
        <w:t xml:space="preserve">C. </w:t>
      </w:r>
      <w:r>
        <w:rPr>
          <w:sz w:val="23"/>
        </w:rPr>
        <w:t>things the club makes</w:t>
      </w:r>
      <w:r>
        <w:rPr>
          <w:sz w:val="23"/>
        </w:rPr>
        <w:t xml:space="preserve">     </w:t>
      </w:r>
      <w:r>
        <w:rPr>
          <w:sz w:val="23"/>
        </w:rPr>
        <w:t xml:space="preserve">D. </w:t>
      </w:r>
      <w:r>
        <w:rPr>
          <w:sz w:val="23"/>
        </w:rPr>
        <w:t>materials in shops</w:t>
      </w:r>
    </w:p>
    <w:p>
      <w:pPr>
        <w:spacing w:after="60" w:line="240" w:lineRule="auto"/>
      </w:pPr>
      <w:r>
        <w:rPr>
          <w:b/>
          <w:sz w:val="23"/>
        </w:rPr>
        <w:t>32. What is the passage mainly about?</w:t>
      </w:r>
    </w:p>
    <w:p>
      <w:pPr>
        <w:spacing w:after="60" w:line="240" w:lineRule="auto"/>
      </w:pPr>
      <w:r>
        <w:rPr>
          <w:sz w:val="23"/>
        </w:rPr>
        <w:t xml:space="preserve">A. </w:t>
      </w:r>
      <w:r>
        <w:rPr>
          <w:sz w:val="23"/>
        </w:rPr>
        <w:t>A club that makes useful things</w:t>
      </w:r>
      <w:r>
        <w:rPr>
          <w:sz w:val="23"/>
        </w:rPr>
        <w:t xml:space="preserve">     </w:t>
      </w:r>
      <w:r>
        <w:rPr>
          <w:sz w:val="23"/>
        </w:rPr>
        <w:t xml:space="preserve">B. </w:t>
      </w:r>
      <w:r>
        <w:rPr>
          <w:sz w:val="23"/>
        </w:rPr>
        <w:t>A family holiday</w:t>
      </w:r>
      <w:r>
        <w:rPr>
          <w:sz w:val="23"/>
        </w:rPr>
        <w:t xml:space="preserve">     </w:t>
      </w:r>
      <w:r>
        <w:rPr>
          <w:sz w:val="23"/>
        </w:rPr>
        <w:t xml:space="preserve">C. </w:t>
      </w:r>
      <w:r>
        <w:rPr>
          <w:sz w:val="23"/>
        </w:rPr>
        <w:t>A competition for teachers</w:t>
      </w:r>
      <w:r>
        <w:rPr>
          <w:sz w:val="23"/>
        </w:rPr>
        <w:t xml:space="preserve">     </w:t>
      </w:r>
      <w:r>
        <w:rPr>
          <w:sz w:val="23"/>
        </w:rPr>
        <w:t xml:space="preserve">D. </w:t>
      </w:r>
      <w:r>
        <w:rPr>
          <w:sz w:val="23"/>
        </w:rPr>
        <w:t>A new shopping centre</w:t>
      </w:r>
    </w:p>
    <w:p>
      <w:r>
        <w:br w:type="page"/>
      </w:r>
    </w:p>
    <w:p>
      <w:r>
        <w:rPr>
          <w:b/>
          <w:sz w:val="26"/>
        </w:rPr>
        <w:t>V. WRITING (2.0 points)</w:t>
      </w:r>
    </w:p>
    <w:p>
      <w:r>
        <w:rPr>
          <w:b w:val="0"/>
        </w:rPr>
        <w:t>Task 1. Choose the sentence that has the same meaning as the original sentence or best combines the two sentences. (0.5 point)</w:t>
      </w:r>
    </w:p>
    <w:p>
      <w:r>
        <w:rPr>
          <w:b/>
        </w:rPr>
        <w:t>33. It was raining. We stayed indoors. (Use “so”.)</w:t>
      </w:r>
    </w:p>
    <w:p>
      <w:r>
        <w:rPr>
          <w:b w:val="0"/>
        </w:rPr>
        <w:t>A. It was raining, but we stayed indoors.</w:t>
      </w:r>
    </w:p>
    <w:p>
      <w:r>
        <w:rPr>
          <w:b w:val="0"/>
        </w:rPr>
        <w:t>B. We stayed indoors, or it was raining.</w:t>
      </w:r>
    </w:p>
    <w:p>
      <w:r>
        <w:rPr>
          <w:b w:val="0"/>
        </w:rPr>
        <w:t>C. We stayed indoors although it was raining.</w:t>
      </w:r>
    </w:p>
    <w:p>
      <w:r>
        <w:rPr>
          <w:b w:val="0"/>
        </w:rPr>
        <w:t>D. It was raining, so we stayed indoors.</w:t>
      </w:r>
    </w:p>
    <w:p>
      <w:r>
        <w:rPr>
          <w:b/>
        </w:rPr>
        <w:t>34. My sister does not like playing online games.</w:t>
      </w:r>
    </w:p>
    <w:p>
      <w:r>
        <w:rPr>
          <w:b w:val="0"/>
        </w:rPr>
        <w:t>A. My sister dislike playing online games.</w:t>
      </w:r>
    </w:p>
    <w:p>
      <w:r>
        <w:rPr>
          <w:b w:val="0"/>
        </w:rPr>
        <w:t>B. My sister dislikes playing online games.</w:t>
      </w:r>
    </w:p>
    <w:p>
      <w:r>
        <w:rPr>
          <w:b w:val="0"/>
        </w:rPr>
        <w:t>C. My sister dislikes play online games.</w:t>
      </w:r>
    </w:p>
    <w:p>
      <w:r>
        <w:rPr>
          <w:b w:val="0"/>
        </w:rPr>
        <w:t>D. My sister dislikes to playing online games.</w:t>
      </w:r>
    </w:p>
    <w:p>
      <w:r>
        <w:rPr>
          <w:b/>
        </w:rPr>
        <w:t>Task 2. Write a paragraph of about 80 words about a leisure activity you enjoy. (1.5 points)</w:t>
      </w:r>
    </w:p>
    <w:p>
      <w:r>
        <w:rPr>
          <w:b w:val="0"/>
        </w:rPr>
        <w:t>You may use these ideas:</w:t>
      </w:r>
    </w:p>
    <w:p>
      <w:r>
        <w:rPr>
          <w:b w:val="0"/>
        </w:rPr>
        <w:t>– the activity</w:t>
      </w:r>
    </w:p>
    <w:p>
      <w:r>
        <w:rPr>
          <w:b w:val="0"/>
        </w:rPr>
        <w:t>– when and where you do it</w:t>
      </w:r>
    </w:p>
    <w:p>
      <w:r>
        <w:rPr>
          <w:b w:val="0"/>
        </w:rPr>
        <w:t>– who you do it with</w:t>
      </w:r>
    </w:p>
    <w:p>
      <w:r>
        <w:rPr>
          <w:b w:val="0"/>
        </w:rPr>
        <w:t>– why you enjoy it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pPr>
        <w:jc w:val="center"/>
      </w:pPr>
      <w:r>
        <w:rPr>
          <w:b/>
        </w:rPr>
        <w:t>THE END</w:t>
      </w:r>
    </w:p>
    <w:sectPr w:rsidR="00FC693F" w:rsidRPr="0006063C" w:rsidSect="00034616">
      <w:footerReference w:type="default" r:id="rId9"/>
      <w:pgSz w:w="11906" w:h="16838"/>
      <w:pgMar w:top="907" w:right="96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Tiếng Anh 8 • Giữa kì I • Trang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52"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