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B93F7C" w14:textId="77777777" w:rsidR="007F15ED" w:rsidRPr="00DB5773" w:rsidRDefault="00462930">
      <w:pPr>
        <w:spacing w:before="200" w:line="240" w:lineRule="auto"/>
        <w:jc w:val="center"/>
        <w:rPr>
          <w:sz w:val="28"/>
          <w:szCs w:val="28"/>
        </w:rPr>
      </w:pPr>
      <w:r w:rsidRPr="00DB5773">
        <w:rPr>
          <w:b/>
          <w:sz w:val="28"/>
          <w:szCs w:val="28"/>
        </w:rPr>
        <w:t>Unit 5 Test</w:t>
      </w:r>
    </w:p>
    <w:p w14:paraId="02C55928" w14:textId="77777777" w:rsidR="007F15ED" w:rsidRPr="00DB5773" w:rsidRDefault="00462930">
      <w:pPr>
        <w:spacing w:before="120" w:after="80" w:line="240" w:lineRule="auto"/>
        <w:rPr>
          <w:sz w:val="28"/>
          <w:szCs w:val="28"/>
        </w:rPr>
      </w:pPr>
      <w:r w:rsidRPr="00DB5773">
        <w:rPr>
          <w:b/>
          <w:sz w:val="28"/>
          <w:szCs w:val="28"/>
        </w:rPr>
        <w:t>I. Listening</w:t>
      </w:r>
    </w:p>
    <w:p w14:paraId="67FA1697" w14:textId="77777777" w:rsidR="007F15ED" w:rsidRPr="00DB5773" w:rsidRDefault="00462930">
      <w:pPr>
        <w:spacing w:after="60" w:line="240" w:lineRule="auto"/>
        <w:rPr>
          <w:sz w:val="28"/>
          <w:szCs w:val="28"/>
        </w:rPr>
      </w:pPr>
      <w:r w:rsidRPr="00DB5773">
        <w:rPr>
          <w:b/>
          <w:sz w:val="28"/>
          <w:szCs w:val="28"/>
        </w:rPr>
        <w:t>Listen to the travel guide and fill in each blank with ONE word or a number.</w:t>
      </w:r>
    </w:p>
    <w:tbl>
      <w:tblPr>
        <w:tblStyle w:val="TableGrid"/>
        <w:tblW w:w="0" w:type="auto"/>
        <w:jc w:val="center"/>
        <w:tblLook w:val="04A0" w:firstRow="1" w:lastRow="0" w:firstColumn="1" w:lastColumn="0" w:noHBand="0" w:noVBand="1"/>
      </w:tblPr>
      <w:tblGrid>
        <w:gridCol w:w="2552"/>
        <w:gridCol w:w="3685"/>
        <w:gridCol w:w="4111"/>
      </w:tblGrid>
      <w:tr w:rsidR="007F15ED" w:rsidRPr="00DB5773" w14:paraId="4EA5DCFA" w14:textId="77777777" w:rsidTr="00973F81">
        <w:trPr>
          <w:jc w:val="center"/>
        </w:trPr>
        <w:tc>
          <w:tcPr>
            <w:tcW w:w="2552" w:type="dxa"/>
            <w:vAlign w:val="center"/>
          </w:tcPr>
          <w:p w14:paraId="00418E81" w14:textId="77777777" w:rsidR="007F15ED" w:rsidRPr="00DB5773" w:rsidRDefault="00462930">
            <w:pPr>
              <w:jc w:val="center"/>
              <w:rPr>
                <w:sz w:val="28"/>
                <w:szCs w:val="28"/>
              </w:rPr>
            </w:pPr>
            <w:r w:rsidRPr="00DB5773">
              <w:rPr>
                <w:b/>
                <w:sz w:val="28"/>
                <w:szCs w:val="28"/>
              </w:rPr>
              <w:t>Place</w:t>
            </w:r>
          </w:p>
        </w:tc>
        <w:tc>
          <w:tcPr>
            <w:tcW w:w="3685" w:type="dxa"/>
            <w:vAlign w:val="center"/>
          </w:tcPr>
          <w:p w14:paraId="6E04A7B4" w14:textId="77777777" w:rsidR="007F15ED" w:rsidRPr="00DB5773" w:rsidRDefault="00462930">
            <w:pPr>
              <w:jc w:val="center"/>
              <w:rPr>
                <w:sz w:val="28"/>
                <w:szCs w:val="28"/>
              </w:rPr>
            </w:pPr>
            <w:r w:rsidRPr="00DB5773">
              <w:rPr>
                <w:b/>
                <w:sz w:val="28"/>
                <w:szCs w:val="28"/>
              </w:rPr>
              <w:t>Activity / Item</w:t>
            </w:r>
          </w:p>
        </w:tc>
        <w:tc>
          <w:tcPr>
            <w:tcW w:w="4111" w:type="dxa"/>
            <w:vAlign w:val="center"/>
          </w:tcPr>
          <w:p w14:paraId="43A2911D" w14:textId="77777777" w:rsidR="007F15ED" w:rsidRPr="00DB5773" w:rsidRDefault="00462930">
            <w:pPr>
              <w:jc w:val="center"/>
              <w:rPr>
                <w:sz w:val="28"/>
                <w:szCs w:val="28"/>
              </w:rPr>
            </w:pPr>
            <w:r w:rsidRPr="00DB5773">
              <w:rPr>
                <w:b/>
                <w:sz w:val="28"/>
                <w:szCs w:val="28"/>
              </w:rPr>
              <w:t>Information</w:t>
            </w:r>
          </w:p>
        </w:tc>
      </w:tr>
      <w:tr w:rsidR="007F15ED" w:rsidRPr="00DB5773" w14:paraId="5A846043" w14:textId="77777777" w:rsidTr="00973F81">
        <w:trPr>
          <w:jc w:val="center"/>
        </w:trPr>
        <w:tc>
          <w:tcPr>
            <w:tcW w:w="2552" w:type="dxa"/>
            <w:vAlign w:val="center"/>
          </w:tcPr>
          <w:p w14:paraId="4C1B3BAF" w14:textId="77777777" w:rsidR="007F15ED" w:rsidRPr="00DB5773" w:rsidRDefault="00462930">
            <w:pPr>
              <w:rPr>
                <w:sz w:val="28"/>
                <w:szCs w:val="28"/>
              </w:rPr>
            </w:pPr>
            <w:r w:rsidRPr="00DB5773">
              <w:rPr>
                <w:sz w:val="28"/>
                <w:szCs w:val="28"/>
              </w:rPr>
              <w:t>Ha Long Bay</w:t>
            </w:r>
          </w:p>
        </w:tc>
        <w:tc>
          <w:tcPr>
            <w:tcW w:w="3685" w:type="dxa"/>
            <w:vAlign w:val="center"/>
          </w:tcPr>
          <w:p w14:paraId="4BCD92BF" w14:textId="77777777" w:rsidR="007F15ED" w:rsidRPr="00DB5773" w:rsidRDefault="00462930">
            <w:pPr>
              <w:rPr>
                <w:sz w:val="28"/>
                <w:szCs w:val="28"/>
              </w:rPr>
            </w:pPr>
            <w:r w:rsidRPr="00DB5773">
              <w:rPr>
                <w:sz w:val="28"/>
                <w:szCs w:val="28"/>
              </w:rPr>
              <w:t>Boat tour</w:t>
            </w:r>
          </w:p>
        </w:tc>
        <w:tc>
          <w:tcPr>
            <w:tcW w:w="4111" w:type="dxa"/>
            <w:vAlign w:val="center"/>
          </w:tcPr>
          <w:p w14:paraId="288391FD" w14:textId="11D5F831" w:rsidR="007F15ED" w:rsidRPr="00DB5773" w:rsidRDefault="00462930">
            <w:pPr>
              <w:rPr>
                <w:sz w:val="28"/>
                <w:szCs w:val="28"/>
              </w:rPr>
            </w:pPr>
            <w:r w:rsidRPr="00DB5773">
              <w:rPr>
                <w:sz w:val="28"/>
                <w:szCs w:val="28"/>
              </w:rPr>
              <w:t xml:space="preserve">It has many limestone (1) </w:t>
            </w:r>
            <w:r w:rsidR="00973F81" w:rsidRPr="00DB5773">
              <w:rPr>
                <w:sz w:val="28"/>
                <w:szCs w:val="28"/>
              </w:rPr>
              <w:t>………………</w:t>
            </w:r>
            <w:r w:rsidRPr="00DB5773">
              <w:rPr>
                <w:sz w:val="28"/>
                <w:szCs w:val="28"/>
              </w:rPr>
              <w:t>.</w:t>
            </w:r>
          </w:p>
        </w:tc>
      </w:tr>
      <w:tr w:rsidR="007F15ED" w:rsidRPr="00DB5773" w14:paraId="15988646" w14:textId="77777777" w:rsidTr="00973F81">
        <w:trPr>
          <w:trHeight w:val="594"/>
          <w:jc w:val="center"/>
        </w:trPr>
        <w:tc>
          <w:tcPr>
            <w:tcW w:w="2552" w:type="dxa"/>
            <w:vAlign w:val="center"/>
          </w:tcPr>
          <w:p w14:paraId="236DE3E0" w14:textId="77777777" w:rsidR="007F15ED" w:rsidRPr="00DB5773" w:rsidRDefault="00462930">
            <w:pPr>
              <w:rPr>
                <w:sz w:val="28"/>
                <w:szCs w:val="28"/>
              </w:rPr>
            </w:pPr>
            <w:proofErr w:type="spellStart"/>
            <w:r w:rsidRPr="00DB5773">
              <w:rPr>
                <w:sz w:val="28"/>
                <w:szCs w:val="28"/>
              </w:rPr>
              <w:t>Phong</w:t>
            </w:r>
            <w:proofErr w:type="spellEnd"/>
            <w:r w:rsidRPr="00DB5773">
              <w:rPr>
                <w:sz w:val="28"/>
                <w:szCs w:val="28"/>
              </w:rPr>
              <w:t xml:space="preserve"> </w:t>
            </w:r>
            <w:proofErr w:type="spellStart"/>
            <w:r w:rsidRPr="00DB5773">
              <w:rPr>
                <w:sz w:val="28"/>
                <w:szCs w:val="28"/>
              </w:rPr>
              <w:t>Nha</w:t>
            </w:r>
            <w:proofErr w:type="spellEnd"/>
            <w:r w:rsidRPr="00DB5773">
              <w:rPr>
                <w:sz w:val="28"/>
                <w:szCs w:val="28"/>
              </w:rPr>
              <w:t xml:space="preserve"> Cave</w:t>
            </w:r>
          </w:p>
        </w:tc>
        <w:tc>
          <w:tcPr>
            <w:tcW w:w="3685" w:type="dxa"/>
            <w:vAlign w:val="center"/>
          </w:tcPr>
          <w:p w14:paraId="49CBD3AD" w14:textId="053F5412" w:rsidR="007F15ED" w:rsidRPr="00DB5773" w:rsidRDefault="00462930">
            <w:pPr>
              <w:rPr>
                <w:sz w:val="28"/>
                <w:szCs w:val="28"/>
              </w:rPr>
            </w:pPr>
            <w:r w:rsidRPr="00DB5773">
              <w:rPr>
                <w:sz w:val="28"/>
                <w:szCs w:val="28"/>
              </w:rPr>
              <w:t>Bring a (2)</w:t>
            </w:r>
            <w:r w:rsidR="00973F81" w:rsidRPr="00DB5773">
              <w:rPr>
                <w:sz w:val="28"/>
                <w:szCs w:val="28"/>
              </w:rPr>
              <w:t xml:space="preserve"> ………</w:t>
            </w:r>
            <w:r w:rsidRPr="00DB5773">
              <w:rPr>
                <w:sz w:val="28"/>
                <w:szCs w:val="28"/>
              </w:rPr>
              <w:t>______</w:t>
            </w:r>
          </w:p>
        </w:tc>
        <w:tc>
          <w:tcPr>
            <w:tcW w:w="4111" w:type="dxa"/>
            <w:vAlign w:val="center"/>
          </w:tcPr>
          <w:p w14:paraId="2B8482BE" w14:textId="77777777" w:rsidR="007F15ED" w:rsidRPr="00DB5773" w:rsidRDefault="00462930">
            <w:pPr>
              <w:rPr>
                <w:sz w:val="28"/>
                <w:szCs w:val="28"/>
              </w:rPr>
            </w:pPr>
            <w:r w:rsidRPr="00DB5773">
              <w:rPr>
                <w:sz w:val="28"/>
                <w:szCs w:val="28"/>
              </w:rPr>
              <w:t xml:space="preserve">The cave is dark and </w:t>
            </w:r>
            <w:r w:rsidRPr="00DB5773">
              <w:rPr>
                <w:sz w:val="28"/>
                <w:szCs w:val="28"/>
              </w:rPr>
              <w:t>wet.</w:t>
            </w:r>
          </w:p>
        </w:tc>
      </w:tr>
      <w:tr w:rsidR="007F15ED" w:rsidRPr="00DB5773" w14:paraId="1D6231A8" w14:textId="77777777" w:rsidTr="00973F81">
        <w:trPr>
          <w:jc w:val="center"/>
        </w:trPr>
        <w:tc>
          <w:tcPr>
            <w:tcW w:w="2552" w:type="dxa"/>
            <w:vAlign w:val="center"/>
          </w:tcPr>
          <w:p w14:paraId="1763D757" w14:textId="77777777" w:rsidR="007F15ED" w:rsidRPr="00DB5773" w:rsidRDefault="00462930">
            <w:pPr>
              <w:rPr>
                <w:sz w:val="28"/>
                <w:szCs w:val="28"/>
              </w:rPr>
            </w:pPr>
            <w:r w:rsidRPr="00DB5773">
              <w:rPr>
                <w:sz w:val="28"/>
                <w:szCs w:val="28"/>
              </w:rPr>
              <w:t>Mui Ne</w:t>
            </w:r>
          </w:p>
        </w:tc>
        <w:tc>
          <w:tcPr>
            <w:tcW w:w="3685" w:type="dxa"/>
            <w:vAlign w:val="center"/>
          </w:tcPr>
          <w:p w14:paraId="6C48E903" w14:textId="77777777" w:rsidR="007F15ED" w:rsidRPr="00DB5773" w:rsidRDefault="00462930">
            <w:pPr>
              <w:rPr>
                <w:sz w:val="28"/>
                <w:szCs w:val="28"/>
              </w:rPr>
            </w:pPr>
            <w:r w:rsidRPr="00DB5773">
              <w:rPr>
                <w:sz w:val="28"/>
                <w:szCs w:val="28"/>
              </w:rPr>
              <w:t>Sand dunes</w:t>
            </w:r>
          </w:p>
        </w:tc>
        <w:tc>
          <w:tcPr>
            <w:tcW w:w="4111" w:type="dxa"/>
            <w:vAlign w:val="center"/>
          </w:tcPr>
          <w:p w14:paraId="44201213" w14:textId="034CF7E3" w:rsidR="007F15ED" w:rsidRPr="00DB5773" w:rsidRDefault="00462930">
            <w:pPr>
              <w:rPr>
                <w:sz w:val="28"/>
                <w:szCs w:val="28"/>
              </w:rPr>
            </w:pPr>
            <w:r w:rsidRPr="00DB5773">
              <w:rPr>
                <w:sz w:val="28"/>
                <w:szCs w:val="28"/>
              </w:rPr>
              <w:t xml:space="preserve">Tourists should use (3) </w:t>
            </w:r>
            <w:r w:rsidR="00973F81" w:rsidRPr="00DB5773">
              <w:rPr>
                <w:sz w:val="28"/>
                <w:szCs w:val="28"/>
              </w:rPr>
              <w:t>……………</w:t>
            </w:r>
            <w:proofErr w:type="gramStart"/>
            <w:r w:rsidR="00973F81" w:rsidRPr="00DB5773">
              <w:rPr>
                <w:sz w:val="28"/>
                <w:szCs w:val="28"/>
              </w:rPr>
              <w:t>…..</w:t>
            </w:r>
            <w:proofErr w:type="gramEnd"/>
          </w:p>
        </w:tc>
      </w:tr>
      <w:tr w:rsidR="007F15ED" w:rsidRPr="00DB5773" w14:paraId="15BBD535" w14:textId="77777777" w:rsidTr="00973F81">
        <w:trPr>
          <w:jc w:val="center"/>
        </w:trPr>
        <w:tc>
          <w:tcPr>
            <w:tcW w:w="2552" w:type="dxa"/>
            <w:vAlign w:val="center"/>
          </w:tcPr>
          <w:p w14:paraId="5B17A9D6" w14:textId="77777777" w:rsidR="007F15ED" w:rsidRPr="00DB5773" w:rsidRDefault="00462930">
            <w:pPr>
              <w:rPr>
                <w:sz w:val="28"/>
                <w:szCs w:val="28"/>
              </w:rPr>
            </w:pPr>
            <w:proofErr w:type="spellStart"/>
            <w:r w:rsidRPr="00DB5773">
              <w:rPr>
                <w:sz w:val="28"/>
                <w:szCs w:val="28"/>
              </w:rPr>
              <w:t>Phu</w:t>
            </w:r>
            <w:proofErr w:type="spellEnd"/>
            <w:r w:rsidRPr="00DB5773">
              <w:rPr>
                <w:sz w:val="28"/>
                <w:szCs w:val="28"/>
              </w:rPr>
              <w:t xml:space="preserve"> Quoc Island</w:t>
            </w:r>
          </w:p>
        </w:tc>
        <w:tc>
          <w:tcPr>
            <w:tcW w:w="3685" w:type="dxa"/>
            <w:vAlign w:val="center"/>
          </w:tcPr>
          <w:p w14:paraId="35DB4C3C" w14:textId="77777777" w:rsidR="007F15ED" w:rsidRPr="00DB5773" w:rsidRDefault="00462930">
            <w:pPr>
              <w:rPr>
                <w:sz w:val="28"/>
                <w:szCs w:val="28"/>
              </w:rPr>
            </w:pPr>
            <w:r w:rsidRPr="00DB5773">
              <w:rPr>
                <w:sz w:val="28"/>
                <w:szCs w:val="28"/>
              </w:rPr>
              <w:t>Visit forests and beaches</w:t>
            </w:r>
          </w:p>
        </w:tc>
        <w:tc>
          <w:tcPr>
            <w:tcW w:w="4111" w:type="dxa"/>
            <w:vAlign w:val="center"/>
          </w:tcPr>
          <w:p w14:paraId="39087D4D" w14:textId="66EFB066" w:rsidR="007F15ED" w:rsidRPr="00DB5773" w:rsidRDefault="00462930">
            <w:pPr>
              <w:rPr>
                <w:sz w:val="28"/>
                <w:szCs w:val="28"/>
              </w:rPr>
            </w:pPr>
            <w:r w:rsidRPr="00DB5773">
              <w:rPr>
                <w:sz w:val="28"/>
                <w:szCs w:val="28"/>
              </w:rPr>
              <w:t xml:space="preserve">Tourists must not (4) </w:t>
            </w:r>
            <w:r w:rsidR="00973F81" w:rsidRPr="00DB5773">
              <w:rPr>
                <w:sz w:val="28"/>
                <w:szCs w:val="28"/>
              </w:rPr>
              <w:t>…………</w:t>
            </w:r>
            <w:proofErr w:type="gramStart"/>
            <w:r w:rsidR="00973F81" w:rsidRPr="00DB5773">
              <w:rPr>
                <w:sz w:val="28"/>
                <w:szCs w:val="28"/>
              </w:rPr>
              <w:t>…..</w:t>
            </w:r>
            <w:proofErr w:type="gramEnd"/>
            <w:r w:rsidRPr="00DB5773">
              <w:rPr>
                <w:sz w:val="28"/>
                <w:szCs w:val="28"/>
              </w:rPr>
              <w:t xml:space="preserve"> rubbish.</w:t>
            </w:r>
          </w:p>
        </w:tc>
      </w:tr>
      <w:tr w:rsidR="007F15ED" w:rsidRPr="00DB5773" w14:paraId="566C6DD6" w14:textId="77777777" w:rsidTr="00973F81">
        <w:trPr>
          <w:jc w:val="center"/>
        </w:trPr>
        <w:tc>
          <w:tcPr>
            <w:tcW w:w="2552" w:type="dxa"/>
            <w:vAlign w:val="center"/>
          </w:tcPr>
          <w:p w14:paraId="61EF0AC0" w14:textId="77777777" w:rsidR="007F15ED" w:rsidRPr="00DB5773" w:rsidRDefault="00462930">
            <w:pPr>
              <w:rPr>
                <w:sz w:val="28"/>
                <w:szCs w:val="28"/>
              </w:rPr>
            </w:pPr>
            <w:proofErr w:type="spellStart"/>
            <w:r w:rsidRPr="00DB5773">
              <w:rPr>
                <w:sz w:val="28"/>
                <w:szCs w:val="28"/>
              </w:rPr>
              <w:t>Fansipan</w:t>
            </w:r>
            <w:proofErr w:type="spellEnd"/>
          </w:p>
        </w:tc>
        <w:tc>
          <w:tcPr>
            <w:tcW w:w="3685" w:type="dxa"/>
            <w:vAlign w:val="center"/>
          </w:tcPr>
          <w:p w14:paraId="2A7C3FF1" w14:textId="77777777" w:rsidR="007F15ED" w:rsidRPr="00DB5773" w:rsidRDefault="00462930">
            <w:pPr>
              <w:rPr>
                <w:sz w:val="28"/>
                <w:szCs w:val="28"/>
              </w:rPr>
            </w:pPr>
            <w:r w:rsidRPr="00DB5773">
              <w:rPr>
                <w:sz w:val="28"/>
                <w:szCs w:val="28"/>
              </w:rPr>
              <w:t>Mountain trip</w:t>
            </w:r>
          </w:p>
        </w:tc>
        <w:tc>
          <w:tcPr>
            <w:tcW w:w="4111" w:type="dxa"/>
            <w:vAlign w:val="center"/>
          </w:tcPr>
          <w:p w14:paraId="7BADD25F" w14:textId="3BAB7589" w:rsidR="007F15ED" w:rsidRPr="00DB5773" w:rsidRDefault="00462930">
            <w:pPr>
              <w:rPr>
                <w:sz w:val="28"/>
                <w:szCs w:val="28"/>
              </w:rPr>
            </w:pPr>
            <w:r w:rsidRPr="00DB5773">
              <w:rPr>
                <w:sz w:val="28"/>
                <w:szCs w:val="28"/>
              </w:rPr>
              <w:t>Visitors should travel with a (</w:t>
            </w:r>
            <w:proofErr w:type="gramStart"/>
            <w:r w:rsidRPr="00DB5773">
              <w:rPr>
                <w:sz w:val="28"/>
                <w:szCs w:val="28"/>
              </w:rPr>
              <w:t>5)</w:t>
            </w:r>
            <w:r w:rsidR="00973F81" w:rsidRPr="00DB5773">
              <w:rPr>
                <w:sz w:val="28"/>
                <w:szCs w:val="28"/>
              </w:rPr>
              <w:t>…</w:t>
            </w:r>
            <w:proofErr w:type="gramEnd"/>
            <w:r w:rsidR="00973F81" w:rsidRPr="00DB5773">
              <w:rPr>
                <w:sz w:val="28"/>
                <w:szCs w:val="28"/>
              </w:rPr>
              <w:t>…………….</w:t>
            </w:r>
          </w:p>
        </w:tc>
      </w:tr>
    </w:tbl>
    <w:p w14:paraId="18BE972B" w14:textId="77777777" w:rsidR="007F15ED" w:rsidRPr="00DB5773" w:rsidRDefault="00462930">
      <w:pPr>
        <w:spacing w:before="120" w:after="80" w:line="240" w:lineRule="auto"/>
        <w:rPr>
          <w:sz w:val="28"/>
          <w:szCs w:val="28"/>
        </w:rPr>
      </w:pPr>
      <w:r w:rsidRPr="00DB5773">
        <w:rPr>
          <w:b/>
          <w:sz w:val="28"/>
          <w:szCs w:val="28"/>
        </w:rPr>
        <w:t>II. Pronunciation</w:t>
      </w:r>
    </w:p>
    <w:p w14:paraId="62B9F9BA" w14:textId="77777777" w:rsidR="007F15ED" w:rsidRPr="00DB5773" w:rsidRDefault="00462930">
      <w:pPr>
        <w:spacing w:after="40" w:line="240" w:lineRule="auto"/>
        <w:rPr>
          <w:sz w:val="28"/>
          <w:szCs w:val="28"/>
        </w:rPr>
      </w:pPr>
      <w:r w:rsidRPr="00DB5773">
        <w:rPr>
          <w:b/>
          <w:sz w:val="28"/>
          <w:szCs w:val="28"/>
        </w:rPr>
        <w:t xml:space="preserve">A. Choose the word whose bold </w:t>
      </w:r>
      <w:r w:rsidRPr="00DB5773">
        <w:rPr>
          <w:b/>
          <w:sz w:val="28"/>
          <w:szCs w:val="28"/>
        </w:rPr>
        <w:t>part is pronounced differently.</w:t>
      </w:r>
    </w:p>
    <w:p w14:paraId="13AE3BC0" w14:textId="518B176A" w:rsidR="007F15ED" w:rsidRPr="00DB5773" w:rsidRDefault="00462930">
      <w:pPr>
        <w:spacing w:after="60" w:line="240" w:lineRule="auto"/>
        <w:rPr>
          <w:sz w:val="28"/>
          <w:szCs w:val="28"/>
        </w:rPr>
      </w:pPr>
      <w:r w:rsidRPr="00DB5773">
        <w:rPr>
          <w:b/>
          <w:sz w:val="28"/>
          <w:szCs w:val="28"/>
        </w:rPr>
        <w:t xml:space="preserve">6. </w:t>
      </w:r>
      <w:r w:rsidRPr="00DB5773">
        <w:rPr>
          <w:sz w:val="28"/>
          <w:szCs w:val="28"/>
        </w:rPr>
        <w:t>A. moun</w:t>
      </w:r>
      <w:r w:rsidRPr="00DB5773">
        <w:rPr>
          <w:b/>
          <w:sz w:val="28"/>
          <w:szCs w:val="28"/>
        </w:rPr>
        <w:t>t</w:t>
      </w:r>
      <w:r w:rsidRPr="00DB5773">
        <w:rPr>
          <w:sz w:val="28"/>
          <w:szCs w:val="28"/>
        </w:rPr>
        <w:t xml:space="preserve">ain    </w:t>
      </w:r>
      <w:r w:rsidR="00F366F4" w:rsidRPr="00DB5773">
        <w:rPr>
          <w:sz w:val="28"/>
          <w:szCs w:val="28"/>
        </w:rPr>
        <w:tab/>
      </w:r>
      <w:r w:rsidRPr="00DB5773">
        <w:rPr>
          <w:sz w:val="28"/>
          <w:szCs w:val="28"/>
        </w:rPr>
        <w:t>B. wa</w:t>
      </w:r>
      <w:r w:rsidRPr="00DB5773">
        <w:rPr>
          <w:b/>
          <w:sz w:val="28"/>
          <w:szCs w:val="28"/>
        </w:rPr>
        <w:t>t</w:t>
      </w:r>
      <w:r w:rsidRPr="00DB5773">
        <w:rPr>
          <w:sz w:val="28"/>
          <w:szCs w:val="28"/>
        </w:rPr>
        <w:t xml:space="preserve">erfall    </w:t>
      </w:r>
      <w:r w:rsidR="00F366F4" w:rsidRPr="00DB5773">
        <w:rPr>
          <w:sz w:val="28"/>
          <w:szCs w:val="28"/>
        </w:rPr>
        <w:tab/>
      </w:r>
      <w:r w:rsidRPr="00DB5773">
        <w:rPr>
          <w:sz w:val="28"/>
          <w:szCs w:val="28"/>
        </w:rPr>
        <w:t>C. deser</w:t>
      </w:r>
      <w:r w:rsidRPr="00DB5773">
        <w:rPr>
          <w:b/>
          <w:sz w:val="28"/>
          <w:szCs w:val="28"/>
        </w:rPr>
        <w:t>t</w:t>
      </w:r>
      <w:r w:rsidRPr="00DB5773">
        <w:rPr>
          <w:sz w:val="28"/>
          <w:szCs w:val="28"/>
        </w:rPr>
        <w:t xml:space="preserve">    </w:t>
      </w:r>
      <w:r w:rsidR="00F366F4" w:rsidRPr="00DB5773">
        <w:rPr>
          <w:sz w:val="28"/>
          <w:szCs w:val="28"/>
        </w:rPr>
        <w:tab/>
      </w:r>
      <w:r w:rsidRPr="00DB5773">
        <w:rPr>
          <w:sz w:val="28"/>
          <w:szCs w:val="28"/>
        </w:rPr>
        <w:t>D. gui</w:t>
      </w:r>
      <w:r w:rsidRPr="00DB5773">
        <w:rPr>
          <w:b/>
          <w:sz w:val="28"/>
          <w:szCs w:val="28"/>
        </w:rPr>
        <w:t>d</w:t>
      </w:r>
      <w:r w:rsidRPr="00DB5773">
        <w:rPr>
          <w:sz w:val="28"/>
          <w:szCs w:val="28"/>
        </w:rPr>
        <w:t>e</w:t>
      </w:r>
    </w:p>
    <w:p w14:paraId="1E36ECCC" w14:textId="7A844DC3" w:rsidR="007F15ED" w:rsidRPr="00DB5773" w:rsidRDefault="00462930">
      <w:pPr>
        <w:spacing w:after="60" w:line="240" w:lineRule="auto"/>
        <w:rPr>
          <w:sz w:val="28"/>
          <w:szCs w:val="28"/>
        </w:rPr>
      </w:pPr>
      <w:r w:rsidRPr="00DB5773">
        <w:rPr>
          <w:b/>
          <w:sz w:val="28"/>
          <w:szCs w:val="28"/>
        </w:rPr>
        <w:t xml:space="preserve">7. </w:t>
      </w:r>
      <w:r w:rsidRPr="00DB5773">
        <w:rPr>
          <w:sz w:val="28"/>
          <w:szCs w:val="28"/>
        </w:rPr>
        <w:t xml:space="preserve">A. </w:t>
      </w:r>
      <w:r w:rsidRPr="00DB5773">
        <w:rPr>
          <w:b/>
          <w:sz w:val="28"/>
          <w:szCs w:val="28"/>
        </w:rPr>
        <w:t>t</w:t>
      </w:r>
      <w:r w:rsidRPr="00DB5773">
        <w:rPr>
          <w:sz w:val="28"/>
          <w:szCs w:val="28"/>
        </w:rPr>
        <w:t xml:space="preserve">ent    </w:t>
      </w:r>
      <w:r w:rsidR="00F366F4" w:rsidRPr="00DB5773">
        <w:rPr>
          <w:sz w:val="28"/>
          <w:szCs w:val="28"/>
        </w:rPr>
        <w:tab/>
      </w:r>
      <w:r w:rsidR="00F366F4" w:rsidRPr="00DB5773">
        <w:rPr>
          <w:sz w:val="28"/>
          <w:szCs w:val="28"/>
        </w:rPr>
        <w:tab/>
      </w:r>
      <w:r w:rsidRPr="00DB5773">
        <w:rPr>
          <w:sz w:val="28"/>
          <w:szCs w:val="28"/>
        </w:rPr>
        <w:t xml:space="preserve">B. </w:t>
      </w:r>
      <w:r w:rsidRPr="00DB5773">
        <w:rPr>
          <w:b/>
          <w:sz w:val="28"/>
          <w:szCs w:val="28"/>
        </w:rPr>
        <w:t>t</w:t>
      </w:r>
      <w:r w:rsidRPr="00DB5773">
        <w:rPr>
          <w:sz w:val="28"/>
          <w:szCs w:val="28"/>
        </w:rPr>
        <w:t xml:space="preserve">orch    </w:t>
      </w:r>
      <w:r w:rsidR="00F366F4" w:rsidRPr="00DB5773">
        <w:rPr>
          <w:sz w:val="28"/>
          <w:szCs w:val="28"/>
        </w:rPr>
        <w:tab/>
      </w:r>
      <w:r w:rsidR="00F366F4" w:rsidRPr="00DB5773">
        <w:rPr>
          <w:sz w:val="28"/>
          <w:szCs w:val="28"/>
        </w:rPr>
        <w:tab/>
      </w:r>
      <w:r w:rsidRPr="00DB5773">
        <w:rPr>
          <w:sz w:val="28"/>
          <w:szCs w:val="28"/>
        </w:rPr>
        <w:t xml:space="preserve">C. </w:t>
      </w:r>
      <w:r w:rsidRPr="00DB5773">
        <w:rPr>
          <w:b/>
          <w:sz w:val="28"/>
          <w:szCs w:val="28"/>
        </w:rPr>
        <w:t>t</w:t>
      </w:r>
      <w:r w:rsidRPr="00DB5773">
        <w:rPr>
          <w:sz w:val="28"/>
          <w:szCs w:val="28"/>
        </w:rPr>
        <w:t xml:space="preserve">ourist    </w:t>
      </w:r>
      <w:r w:rsidR="00F366F4" w:rsidRPr="00DB5773">
        <w:rPr>
          <w:sz w:val="28"/>
          <w:szCs w:val="28"/>
        </w:rPr>
        <w:tab/>
      </w:r>
      <w:r w:rsidRPr="00DB5773">
        <w:rPr>
          <w:sz w:val="28"/>
          <w:szCs w:val="28"/>
        </w:rPr>
        <w:t xml:space="preserve">D. </w:t>
      </w:r>
      <w:r w:rsidRPr="00DB5773">
        <w:rPr>
          <w:b/>
          <w:sz w:val="28"/>
          <w:szCs w:val="28"/>
        </w:rPr>
        <w:t>d</w:t>
      </w:r>
      <w:r w:rsidRPr="00DB5773">
        <w:rPr>
          <w:sz w:val="28"/>
          <w:szCs w:val="28"/>
        </w:rPr>
        <w:t>ark</w:t>
      </w:r>
    </w:p>
    <w:p w14:paraId="3C2722DB" w14:textId="77777777" w:rsidR="007F15ED" w:rsidRPr="00DB5773" w:rsidRDefault="00462930">
      <w:pPr>
        <w:spacing w:after="40" w:line="240" w:lineRule="auto"/>
        <w:rPr>
          <w:sz w:val="28"/>
          <w:szCs w:val="28"/>
        </w:rPr>
      </w:pPr>
      <w:r w:rsidRPr="00DB5773">
        <w:rPr>
          <w:b/>
          <w:sz w:val="28"/>
          <w:szCs w:val="28"/>
        </w:rPr>
        <w:t>B. Choose the word that has a different stress pattern from the others.</w:t>
      </w:r>
    </w:p>
    <w:p w14:paraId="4470EFBE" w14:textId="6234FEB4" w:rsidR="007F15ED" w:rsidRPr="00DB5773" w:rsidRDefault="00462930">
      <w:pPr>
        <w:spacing w:after="40" w:line="240" w:lineRule="auto"/>
        <w:rPr>
          <w:sz w:val="28"/>
          <w:szCs w:val="28"/>
        </w:rPr>
      </w:pPr>
      <w:r w:rsidRPr="00DB5773">
        <w:rPr>
          <w:b/>
          <w:sz w:val="28"/>
          <w:szCs w:val="28"/>
        </w:rPr>
        <w:t xml:space="preserve">8. </w:t>
      </w:r>
      <w:r w:rsidRPr="00DB5773">
        <w:rPr>
          <w:sz w:val="28"/>
          <w:szCs w:val="28"/>
        </w:rPr>
        <w:t xml:space="preserve">A. mountain    </w:t>
      </w:r>
      <w:r w:rsidR="00F366F4" w:rsidRPr="00DB5773">
        <w:rPr>
          <w:sz w:val="28"/>
          <w:szCs w:val="28"/>
        </w:rPr>
        <w:tab/>
      </w:r>
      <w:r w:rsidRPr="00DB5773">
        <w:rPr>
          <w:sz w:val="28"/>
          <w:szCs w:val="28"/>
        </w:rPr>
        <w:t xml:space="preserve">B. attraction    </w:t>
      </w:r>
      <w:r w:rsidR="00F366F4" w:rsidRPr="00DB5773">
        <w:rPr>
          <w:sz w:val="28"/>
          <w:szCs w:val="28"/>
        </w:rPr>
        <w:tab/>
      </w:r>
      <w:r w:rsidRPr="00DB5773">
        <w:rPr>
          <w:sz w:val="28"/>
          <w:szCs w:val="28"/>
        </w:rPr>
        <w:t xml:space="preserve">C. island    </w:t>
      </w:r>
      <w:r w:rsidR="00F366F4" w:rsidRPr="00DB5773">
        <w:rPr>
          <w:sz w:val="28"/>
          <w:szCs w:val="28"/>
        </w:rPr>
        <w:tab/>
      </w:r>
      <w:r w:rsidRPr="00DB5773">
        <w:rPr>
          <w:sz w:val="28"/>
          <w:szCs w:val="28"/>
        </w:rPr>
        <w:t>D. compass</w:t>
      </w:r>
    </w:p>
    <w:p w14:paraId="3BAA311A" w14:textId="23354F2F" w:rsidR="007F15ED" w:rsidRPr="00DB5773" w:rsidRDefault="00462930">
      <w:pPr>
        <w:spacing w:after="40" w:line="240" w:lineRule="auto"/>
        <w:rPr>
          <w:sz w:val="28"/>
          <w:szCs w:val="28"/>
        </w:rPr>
      </w:pPr>
      <w:r w:rsidRPr="00DB5773">
        <w:rPr>
          <w:b/>
          <w:sz w:val="28"/>
          <w:szCs w:val="28"/>
        </w:rPr>
        <w:t xml:space="preserve">9. </w:t>
      </w:r>
      <w:r w:rsidRPr="00DB5773">
        <w:rPr>
          <w:sz w:val="28"/>
          <w:szCs w:val="28"/>
        </w:rPr>
        <w:t xml:space="preserve">A. beautiful    </w:t>
      </w:r>
      <w:r w:rsidR="00F366F4" w:rsidRPr="00DB5773">
        <w:rPr>
          <w:sz w:val="28"/>
          <w:szCs w:val="28"/>
        </w:rPr>
        <w:tab/>
      </w:r>
      <w:r w:rsidRPr="00DB5773">
        <w:rPr>
          <w:sz w:val="28"/>
          <w:szCs w:val="28"/>
        </w:rPr>
        <w:t xml:space="preserve">B. dangerous    </w:t>
      </w:r>
      <w:r w:rsidR="00F366F4" w:rsidRPr="00DB5773">
        <w:rPr>
          <w:sz w:val="28"/>
          <w:szCs w:val="28"/>
        </w:rPr>
        <w:tab/>
      </w:r>
      <w:r w:rsidRPr="00DB5773">
        <w:rPr>
          <w:sz w:val="28"/>
          <w:szCs w:val="28"/>
        </w:rPr>
        <w:t xml:space="preserve">C. wonderful    </w:t>
      </w:r>
      <w:r w:rsidR="00F366F4" w:rsidRPr="00DB5773">
        <w:rPr>
          <w:sz w:val="28"/>
          <w:szCs w:val="28"/>
        </w:rPr>
        <w:tab/>
      </w:r>
      <w:r w:rsidRPr="00DB5773">
        <w:rPr>
          <w:sz w:val="28"/>
          <w:szCs w:val="28"/>
        </w:rPr>
        <w:t>D. expensive</w:t>
      </w:r>
    </w:p>
    <w:p w14:paraId="0B2A8D90" w14:textId="77777777" w:rsidR="007F15ED" w:rsidRPr="00DB5773" w:rsidRDefault="00462930">
      <w:pPr>
        <w:spacing w:before="120" w:after="80" w:line="240" w:lineRule="auto"/>
        <w:rPr>
          <w:sz w:val="28"/>
          <w:szCs w:val="28"/>
        </w:rPr>
      </w:pPr>
      <w:r w:rsidRPr="00DB5773">
        <w:rPr>
          <w:b/>
          <w:sz w:val="28"/>
          <w:szCs w:val="28"/>
        </w:rPr>
        <w:t>III. Language use</w:t>
      </w:r>
    </w:p>
    <w:p w14:paraId="7A857BFD" w14:textId="77777777" w:rsidR="007F15ED" w:rsidRPr="00DB5773" w:rsidRDefault="00462930">
      <w:pPr>
        <w:spacing w:after="40" w:line="240" w:lineRule="auto"/>
        <w:rPr>
          <w:sz w:val="28"/>
          <w:szCs w:val="28"/>
        </w:rPr>
      </w:pPr>
      <w:r w:rsidRPr="00DB5773">
        <w:rPr>
          <w:b/>
          <w:sz w:val="28"/>
          <w:szCs w:val="28"/>
        </w:rPr>
        <w:t>Choose the best answer A, B, C or D.</w:t>
      </w:r>
    </w:p>
    <w:p w14:paraId="6DF29F54" w14:textId="77777777" w:rsidR="007F15ED" w:rsidRPr="00DB5773" w:rsidRDefault="00462930">
      <w:pPr>
        <w:spacing w:after="40" w:line="240" w:lineRule="auto"/>
        <w:rPr>
          <w:sz w:val="28"/>
          <w:szCs w:val="28"/>
        </w:rPr>
      </w:pPr>
      <w:r w:rsidRPr="00DB5773">
        <w:rPr>
          <w:b/>
          <w:sz w:val="28"/>
          <w:szCs w:val="28"/>
        </w:rPr>
        <w:t xml:space="preserve">10. </w:t>
      </w:r>
      <w:r w:rsidRPr="00DB5773">
        <w:rPr>
          <w:sz w:val="28"/>
          <w:szCs w:val="28"/>
        </w:rPr>
        <w:t>Ha Long Bay is famous for its beautiful limestone __________.</w:t>
      </w:r>
    </w:p>
    <w:p w14:paraId="0FD754A0" w14:textId="77777777" w:rsidR="007F15ED" w:rsidRPr="00DB5773" w:rsidRDefault="00462930">
      <w:pPr>
        <w:spacing w:after="80" w:line="240" w:lineRule="auto"/>
        <w:rPr>
          <w:sz w:val="28"/>
          <w:szCs w:val="28"/>
        </w:rPr>
      </w:pPr>
      <w:r w:rsidRPr="00DB5773">
        <w:rPr>
          <w:sz w:val="28"/>
          <w:szCs w:val="28"/>
        </w:rPr>
        <w:t xml:space="preserve">    A. islands     B. sci</w:t>
      </w:r>
      <w:r w:rsidRPr="00DB5773">
        <w:rPr>
          <w:sz w:val="28"/>
          <w:szCs w:val="28"/>
        </w:rPr>
        <w:t>ssors     C. plasters     D. backpacks</w:t>
      </w:r>
    </w:p>
    <w:p w14:paraId="52D64262" w14:textId="77777777" w:rsidR="007F15ED" w:rsidRPr="00DB5773" w:rsidRDefault="00462930">
      <w:pPr>
        <w:spacing w:after="40" w:line="240" w:lineRule="auto"/>
        <w:rPr>
          <w:sz w:val="28"/>
          <w:szCs w:val="28"/>
        </w:rPr>
      </w:pPr>
      <w:r w:rsidRPr="00DB5773">
        <w:rPr>
          <w:b/>
          <w:sz w:val="28"/>
          <w:szCs w:val="28"/>
        </w:rPr>
        <w:t xml:space="preserve">11. </w:t>
      </w:r>
      <w:r w:rsidRPr="00DB5773">
        <w:rPr>
          <w:sz w:val="28"/>
          <w:szCs w:val="28"/>
        </w:rPr>
        <w:t>You need a __________ to find the right direction in the forest.</w:t>
      </w:r>
    </w:p>
    <w:p w14:paraId="00BD95A7" w14:textId="77777777" w:rsidR="007F15ED" w:rsidRPr="00DB5773" w:rsidRDefault="00462930">
      <w:pPr>
        <w:spacing w:after="80" w:line="240" w:lineRule="auto"/>
        <w:rPr>
          <w:sz w:val="28"/>
          <w:szCs w:val="28"/>
        </w:rPr>
      </w:pPr>
      <w:r w:rsidRPr="00DB5773">
        <w:rPr>
          <w:sz w:val="28"/>
          <w:szCs w:val="28"/>
        </w:rPr>
        <w:t xml:space="preserve">    A. sunscreen     B. compass     C. seafood     D. waterfall</w:t>
      </w:r>
    </w:p>
    <w:p w14:paraId="0422D84D" w14:textId="77777777" w:rsidR="007F15ED" w:rsidRPr="00DB5773" w:rsidRDefault="00462930">
      <w:pPr>
        <w:spacing w:after="40" w:line="240" w:lineRule="auto"/>
        <w:rPr>
          <w:sz w:val="28"/>
          <w:szCs w:val="28"/>
        </w:rPr>
      </w:pPr>
      <w:r w:rsidRPr="00DB5773">
        <w:rPr>
          <w:b/>
          <w:sz w:val="28"/>
          <w:szCs w:val="28"/>
        </w:rPr>
        <w:t xml:space="preserve">12. </w:t>
      </w:r>
      <w:r w:rsidRPr="00DB5773">
        <w:rPr>
          <w:sz w:val="28"/>
          <w:szCs w:val="28"/>
        </w:rPr>
        <w:t>How __________ water do we need for the trip?</w:t>
      </w:r>
    </w:p>
    <w:p w14:paraId="47D0B107" w14:textId="77777777" w:rsidR="007F15ED" w:rsidRPr="00DB5773" w:rsidRDefault="00462930">
      <w:pPr>
        <w:spacing w:after="80" w:line="240" w:lineRule="auto"/>
        <w:rPr>
          <w:sz w:val="28"/>
          <w:szCs w:val="28"/>
        </w:rPr>
      </w:pPr>
      <w:r w:rsidRPr="00DB5773">
        <w:rPr>
          <w:sz w:val="28"/>
          <w:szCs w:val="28"/>
        </w:rPr>
        <w:t xml:space="preserve">    A. many     B. much     C. a f</w:t>
      </w:r>
      <w:r w:rsidRPr="00DB5773">
        <w:rPr>
          <w:sz w:val="28"/>
          <w:szCs w:val="28"/>
        </w:rPr>
        <w:t>ew     D. any</w:t>
      </w:r>
    </w:p>
    <w:p w14:paraId="2C244194" w14:textId="77777777" w:rsidR="007F15ED" w:rsidRPr="00DB5773" w:rsidRDefault="00462930">
      <w:pPr>
        <w:spacing w:after="40" w:line="240" w:lineRule="auto"/>
        <w:rPr>
          <w:sz w:val="28"/>
          <w:szCs w:val="28"/>
        </w:rPr>
      </w:pPr>
      <w:r w:rsidRPr="00DB5773">
        <w:rPr>
          <w:b/>
          <w:sz w:val="28"/>
          <w:szCs w:val="28"/>
        </w:rPr>
        <w:t xml:space="preserve">13. </w:t>
      </w:r>
      <w:r w:rsidRPr="00DB5773">
        <w:rPr>
          <w:sz w:val="28"/>
          <w:szCs w:val="28"/>
        </w:rPr>
        <w:t xml:space="preserve">There are __________ beautiful beaches in </w:t>
      </w:r>
      <w:proofErr w:type="spellStart"/>
      <w:r w:rsidRPr="00DB5773">
        <w:rPr>
          <w:sz w:val="28"/>
          <w:szCs w:val="28"/>
        </w:rPr>
        <w:t>Phu</w:t>
      </w:r>
      <w:proofErr w:type="spellEnd"/>
      <w:r w:rsidRPr="00DB5773">
        <w:rPr>
          <w:sz w:val="28"/>
          <w:szCs w:val="28"/>
        </w:rPr>
        <w:t xml:space="preserve"> Quoc.</w:t>
      </w:r>
    </w:p>
    <w:p w14:paraId="05F491CD" w14:textId="77777777" w:rsidR="007F15ED" w:rsidRPr="00DB5773" w:rsidRDefault="00462930">
      <w:pPr>
        <w:spacing w:after="80" w:line="240" w:lineRule="auto"/>
        <w:rPr>
          <w:sz w:val="28"/>
          <w:szCs w:val="28"/>
        </w:rPr>
      </w:pPr>
      <w:r w:rsidRPr="00DB5773">
        <w:rPr>
          <w:sz w:val="28"/>
          <w:szCs w:val="28"/>
        </w:rPr>
        <w:t xml:space="preserve">    A. much     B. a little     C. some     D. an</w:t>
      </w:r>
    </w:p>
    <w:p w14:paraId="128A2072" w14:textId="77777777" w:rsidR="007F15ED" w:rsidRPr="00DB5773" w:rsidRDefault="00462930">
      <w:pPr>
        <w:spacing w:after="40" w:line="240" w:lineRule="auto"/>
        <w:rPr>
          <w:sz w:val="28"/>
          <w:szCs w:val="28"/>
        </w:rPr>
      </w:pPr>
      <w:r w:rsidRPr="00DB5773">
        <w:rPr>
          <w:b/>
          <w:sz w:val="28"/>
          <w:szCs w:val="28"/>
        </w:rPr>
        <w:t xml:space="preserve">14. </w:t>
      </w:r>
      <w:r w:rsidRPr="00DB5773">
        <w:rPr>
          <w:sz w:val="28"/>
          <w:szCs w:val="28"/>
        </w:rPr>
        <w:t>Visitors __________ swim near the boats because it is dangerous.</w:t>
      </w:r>
    </w:p>
    <w:p w14:paraId="580B6704" w14:textId="77777777" w:rsidR="007F15ED" w:rsidRPr="00DB5773" w:rsidRDefault="00462930">
      <w:pPr>
        <w:spacing w:after="80" w:line="240" w:lineRule="auto"/>
        <w:rPr>
          <w:sz w:val="28"/>
          <w:szCs w:val="28"/>
        </w:rPr>
      </w:pPr>
      <w:r w:rsidRPr="00DB5773">
        <w:rPr>
          <w:sz w:val="28"/>
          <w:szCs w:val="28"/>
        </w:rPr>
        <w:t xml:space="preserve">    A. must     B. mustn't     C. can     D. should</w:t>
      </w:r>
    </w:p>
    <w:p w14:paraId="487BE7BC" w14:textId="77777777" w:rsidR="007F15ED" w:rsidRPr="00DB5773" w:rsidRDefault="00462930">
      <w:pPr>
        <w:spacing w:after="40" w:line="240" w:lineRule="auto"/>
        <w:rPr>
          <w:sz w:val="28"/>
          <w:szCs w:val="28"/>
        </w:rPr>
      </w:pPr>
      <w:r w:rsidRPr="00DB5773">
        <w:rPr>
          <w:b/>
          <w:sz w:val="28"/>
          <w:szCs w:val="28"/>
        </w:rPr>
        <w:t xml:space="preserve">15. </w:t>
      </w:r>
      <w:r w:rsidRPr="00DB5773">
        <w:rPr>
          <w:sz w:val="28"/>
          <w:szCs w:val="28"/>
        </w:rPr>
        <w:t>We should b</w:t>
      </w:r>
      <w:r w:rsidRPr="00DB5773">
        <w:rPr>
          <w:sz w:val="28"/>
          <w:szCs w:val="28"/>
        </w:rPr>
        <w:t>ring a __________ because it may rain in the mountains.</w:t>
      </w:r>
    </w:p>
    <w:p w14:paraId="5475E49F" w14:textId="77777777" w:rsidR="007F15ED" w:rsidRPr="00DB5773" w:rsidRDefault="00462930">
      <w:pPr>
        <w:spacing w:after="80" w:line="240" w:lineRule="auto"/>
        <w:rPr>
          <w:sz w:val="28"/>
          <w:szCs w:val="28"/>
        </w:rPr>
      </w:pPr>
      <w:r w:rsidRPr="00DB5773">
        <w:rPr>
          <w:sz w:val="28"/>
          <w:szCs w:val="28"/>
        </w:rPr>
        <w:t xml:space="preserve">    A. waterproof coat     B. scissors     C. desert     D. plaster</w:t>
      </w:r>
    </w:p>
    <w:p w14:paraId="49D092FC" w14:textId="77777777" w:rsidR="007F15ED" w:rsidRPr="00DB5773" w:rsidRDefault="00462930">
      <w:pPr>
        <w:spacing w:before="120" w:after="80" w:line="240" w:lineRule="auto"/>
        <w:rPr>
          <w:sz w:val="28"/>
          <w:szCs w:val="28"/>
        </w:rPr>
      </w:pPr>
      <w:r w:rsidRPr="00DB5773">
        <w:rPr>
          <w:b/>
          <w:sz w:val="28"/>
          <w:szCs w:val="28"/>
        </w:rPr>
        <w:t>IV. Signs &amp; Notices</w:t>
      </w:r>
    </w:p>
    <w:p w14:paraId="61A3A49D" w14:textId="543B9368" w:rsidR="007F15ED" w:rsidRDefault="00462930">
      <w:pPr>
        <w:spacing w:after="60" w:line="240" w:lineRule="auto"/>
        <w:rPr>
          <w:b/>
          <w:sz w:val="28"/>
          <w:szCs w:val="28"/>
        </w:rPr>
      </w:pPr>
      <w:r w:rsidRPr="00DB5773">
        <w:rPr>
          <w:b/>
          <w:sz w:val="28"/>
          <w:szCs w:val="28"/>
        </w:rPr>
        <w:t>Look at the signs and choose the best explanation.</w:t>
      </w:r>
    </w:p>
    <w:p w14:paraId="032032E1" w14:textId="77777777" w:rsidR="00DB5773" w:rsidRDefault="00DB5773">
      <w:pPr>
        <w:spacing w:after="60" w:line="240" w:lineRule="auto"/>
        <w:rPr>
          <w:b/>
          <w:sz w:val="28"/>
          <w:szCs w:val="28"/>
        </w:rPr>
      </w:pPr>
    </w:p>
    <w:p w14:paraId="6433859B" w14:textId="77777777" w:rsidR="00DB5773" w:rsidRDefault="00DB5773">
      <w:pPr>
        <w:spacing w:after="60" w:line="240" w:lineRule="auto"/>
        <w:rPr>
          <w:b/>
          <w:sz w:val="28"/>
          <w:szCs w:val="28"/>
        </w:rPr>
      </w:pPr>
    </w:p>
    <w:p w14:paraId="42BB791D" w14:textId="77777777" w:rsidR="00DB5773" w:rsidRPr="00DB5773" w:rsidRDefault="00DB5773">
      <w:pPr>
        <w:spacing w:after="60" w:line="240" w:lineRule="auto"/>
        <w:rPr>
          <w:sz w:val="28"/>
          <w:szCs w:val="28"/>
        </w:rPr>
      </w:pPr>
    </w:p>
    <w:tbl>
      <w:tblPr>
        <w:tblStyle w:val="TableGrid"/>
        <w:tblW w:w="0" w:type="auto"/>
        <w:jc w:val="center"/>
        <w:tblLook w:val="04A0" w:firstRow="1" w:lastRow="0" w:firstColumn="1" w:lastColumn="0" w:noHBand="0" w:noVBand="1"/>
      </w:tblPr>
      <w:tblGrid>
        <w:gridCol w:w="3081"/>
        <w:gridCol w:w="7402"/>
      </w:tblGrid>
      <w:tr w:rsidR="007F15ED" w:rsidRPr="00DB5773" w14:paraId="39B64108" w14:textId="77777777" w:rsidTr="00F83F25">
        <w:trPr>
          <w:jc w:val="center"/>
        </w:trPr>
        <w:tc>
          <w:tcPr>
            <w:tcW w:w="2876" w:type="dxa"/>
            <w:vAlign w:val="center"/>
          </w:tcPr>
          <w:p w14:paraId="5DEEF76C" w14:textId="578A4D85" w:rsidR="007F15ED" w:rsidRPr="00DB5773" w:rsidRDefault="007F15ED">
            <w:pPr>
              <w:jc w:val="center"/>
              <w:rPr>
                <w:sz w:val="28"/>
                <w:szCs w:val="28"/>
              </w:rPr>
            </w:pPr>
          </w:p>
        </w:tc>
        <w:tc>
          <w:tcPr>
            <w:tcW w:w="7472" w:type="dxa"/>
            <w:vAlign w:val="center"/>
          </w:tcPr>
          <w:p w14:paraId="3396C2A7" w14:textId="77777777" w:rsidR="007F15ED" w:rsidRPr="00DB5773" w:rsidRDefault="00462930">
            <w:pPr>
              <w:rPr>
                <w:sz w:val="28"/>
                <w:szCs w:val="28"/>
              </w:rPr>
            </w:pPr>
            <w:r w:rsidRPr="00DB5773">
              <w:rPr>
                <w:b/>
                <w:bCs/>
                <w:sz w:val="28"/>
                <w:szCs w:val="28"/>
              </w:rPr>
              <w:t>16. What does this sign mean?</w:t>
            </w:r>
            <w:r w:rsidRPr="00DB5773">
              <w:rPr>
                <w:sz w:val="28"/>
                <w:szCs w:val="28"/>
              </w:rPr>
              <w:br/>
              <w:t xml:space="preserve">A. You must not throw </w:t>
            </w:r>
            <w:r w:rsidRPr="00DB5773">
              <w:rPr>
                <w:sz w:val="28"/>
                <w:szCs w:val="28"/>
              </w:rPr>
              <w:t>rubbish here.</w:t>
            </w:r>
            <w:r w:rsidRPr="00DB5773">
              <w:rPr>
                <w:sz w:val="28"/>
                <w:szCs w:val="28"/>
              </w:rPr>
              <w:br/>
              <w:t>B. You can put rubbish on the trail.</w:t>
            </w:r>
            <w:r w:rsidRPr="00DB5773">
              <w:rPr>
                <w:sz w:val="28"/>
                <w:szCs w:val="28"/>
              </w:rPr>
              <w:br/>
              <w:t>C. You should bring more food.</w:t>
            </w:r>
            <w:r w:rsidRPr="00DB5773">
              <w:rPr>
                <w:sz w:val="28"/>
                <w:szCs w:val="28"/>
              </w:rPr>
              <w:br/>
              <w:t>D. You can camp anywhere.</w:t>
            </w:r>
            <w:r w:rsidRPr="00DB5773">
              <w:rPr>
                <w:sz w:val="28"/>
                <w:szCs w:val="28"/>
              </w:rPr>
              <w:br/>
            </w:r>
          </w:p>
        </w:tc>
      </w:tr>
      <w:tr w:rsidR="007F15ED" w:rsidRPr="00DB5773" w14:paraId="3D3E0B33" w14:textId="77777777" w:rsidTr="00F83F25">
        <w:trPr>
          <w:jc w:val="center"/>
        </w:trPr>
        <w:tc>
          <w:tcPr>
            <w:tcW w:w="2876" w:type="dxa"/>
            <w:vAlign w:val="center"/>
          </w:tcPr>
          <w:p w14:paraId="1FE9AADF" w14:textId="1C6EB887" w:rsidR="007F15ED" w:rsidRPr="00DB5773" w:rsidRDefault="00544603">
            <w:pPr>
              <w:jc w:val="center"/>
              <w:rPr>
                <w:sz w:val="28"/>
                <w:szCs w:val="28"/>
              </w:rPr>
            </w:pPr>
            <w:r w:rsidRPr="00DB5773">
              <w:rPr>
                <w:noProof/>
                <w:sz w:val="28"/>
                <w:szCs w:val="28"/>
              </w:rPr>
              <w:drawing>
                <wp:inline distT="0" distB="0" distL="0" distR="0" wp14:anchorId="3449979D" wp14:editId="31768F7C">
                  <wp:extent cx="1197773" cy="1466563"/>
                  <wp:effectExtent l="0" t="0" r="2540" b="635"/>
                  <wp:docPr id="1294233102" name="Picture 2" descr="Hiking Path Metal Sign: Parks &amp; Recreation Trail Marker - Ets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iking Path Metal Sign: Parks &amp; Recreation Trail Marker - Etsy"/>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98525" cy="1467484"/>
                          </a:xfrm>
                          <a:prstGeom prst="rect">
                            <a:avLst/>
                          </a:prstGeom>
                          <a:noFill/>
                          <a:ln>
                            <a:noFill/>
                          </a:ln>
                        </pic:spPr>
                      </pic:pic>
                    </a:graphicData>
                  </a:graphic>
                </wp:inline>
              </w:drawing>
            </w:r>
          </w:p>
        </w:tc>
        <w:tc>
          <w:tcPr>
            <w:tcW w:w="7472" w:type="dxa"/>
            <w:vAlign w:val="center"/>
          </w:tcPr>
          <w:p w14:paraId="4662D60C" w14:textId="77777777" w:rsidR="00F83F25" w:rsidRPr="00DB5773" w:rsidRDefault="00462930">
            <w:pPr>
              <w:rPr>
                <w:sz w:val="28"/>
                <w:szCs w:val="28"/>
              </w:rPr>
            </w:pPr>
            <w:r w:rsidRPr="00DB5773">
              <w:rPr>
                <w:b/>
                <w:bCs/>
                <w:sz w:val="28"/>
                <w:szCs w:val="28"/>
              </w:rPr>
              <w:t xml:space="preserve">17. What does this </w:t>
            </w:r>
            <w:r w:rsidR="00F83F25" w:rsidRPr="00DB5773">
              <w:rPr>
                <w:b/>
                <w:bCs/>
                <w:sz w:val="28"/>
                <w:szCs w:val="28"/>
              </w:rPr>
              <w:t>sign</w:t>
            </w:r>
            <w:r w:rsidRPr="00DB5773">
              <w:rPr>
                <w:b/>
                <w:bCs/>
                <w:sz w:val="28"/>
                <w:szCs w:val="28"/>
              </w:rPr>
              <w:t xml:space="preserve"> mean?</w:t>
            </w:r>
            <w:r w:rsidRPr="00DB5773">
              <w:rPr>
                <w:sz w:val="28"/>
                <w:szCs w:val="28"/>
              </w:rPr>
              <w:br/>
            </w:r>
            <w:r w:rsidR="00F83F25" w:rsidRPr="00DB5773">
              <w:rPr>
                <w:sz w:val="28"/>
                <w:szCs w:val="28"/>
              </w:rPr>
              <w:t xml:space="preserve">A. You can buy backpacks and walking sticks near here. </w:t>
            </w:r>
          </w:p>
          <w:p w14:paraId="01A2CA34" w14:textId="77777777" w:rsidR="00F83F25" w:rsidRPr="00DB5773" w:rsidRDefault="00F83F25">
            <w:pPr>
              <w:rPr>
                <w:sz w:val="28"/>
                <w:szCs w:val="28"/>
              </w:rPr>
            </w:pPr>
            <w:r w:rsidRPr="00DB5773">
              <w:rPr>
                <w:sz w:val="28"/>
                <w:szCs w:val="28"/>
              </w:rPr>
              <w:t xml:space="preserve">B. This is a special path for people who want to go hiking. </w:t>
            </w:r>
          </w:p>
          <w:p w14:paraId="2A220899" w14:textId="77777777" w:rsidR="00F83F25" w:rsidRPr="00DB5773" w:rsidRDefault="00F83F25">
            <w:pPr>
              <w:rPr>
                <w:sz w:val="28"/>
                <w:szCs w:val="28"/>
              </w:rPr>
            </w:pPr>
            <w:r w:rsidRPr="00DB5773">
              <w:rPr>
                <w:sz w:val="28"/>
                <w:szCs w:val="28"/>
              </w:rPr>
              <w:t xml:space="preserve">C. Drivers can park their cars along this forest road. </w:t>
            </w:r>
          </w:p>
          <w:p w14:paraId="624CF41E" w14:textId="5D33DFEA" w:rsidR="007F15ED" w:rsidRPr="00DB5773" w:rsidRDefault="00F83F25">
            <w:pPr>
              <w:rPr>
                <w:sz w:val="28"/>
                <w:szCs w:val="28"/>
              </w:rPr>
            </w:pPr>
            <w:r w:rsidRPr="00DB5773">
              <w:rPr>
                <w:sz w:val="28"/>
                <w:szCs w:val="28"/>
              </w:rPr>
              <w:t>D. You must not walk into the woods without a tour guide.</w:t>
            </w:r>
            <w:r w:rsidRPr="00DB5773">
              <w:rPr>
                <w:sz w:val="28"/>
                <w:szCs w:val="28"/>
              </w:rPr>
              <w:br/>
            </w:r>
          </w:p>
        </w:tc>
      </w:tr>
      <w:tr w:rsidR="007F15ED" w:rsidRPr="00DB5773" w14:paraId="1E264A6E" w14:textId="77777777" w:rsidTr="00F83F25">
        <w:trPr>
          <w:jc w:val="center"/>
        </w:trPr>
        <w:tc>
          <w:tcPr>
            <w:tcW w:w="2876" w:type="dxa"/>
            <w:vAlign w:val="center"/>
          </w:tcPr>
          <w:p w14:paraId="10407760" w14:textId="158B3A3C" w:rsidR="007F15ED" w:rsidRPr="00DB5773" w:rsidRDefault="00F83F25">
            <w:pPr>
              <w:jc w:val="center"/>
              <w:rPr>
                <w:sz w:val="28"/>
                <w:szCs w:val="28"/>
              </w:rPr>
            </w:pPr>
            <w:r w:rsidRPr="00DB5773">
              <w:rPr>
                <w:noProof/>
                <w:sz w:val="28"/>
                <w:szCs w:val="28"/>
              </w:rPr>
              <w:drawing>
                <wp:inline distT="0" distB="0" distL="0" distR="0" wp14:anchorId="104794DA" wp14:editId="6E8257CE">
                  <wp:extent cx="1571625" cy="1571625"/>
                  <wp:effectExtent l="0" t="0" r="9525" b="9525"/>
                  <wp:docPr id="2084621677" name="Picture 3" descr="No watersports sign - Ref: p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o watersports sign - Ref: p14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71625" cy="1571625"/>
                          </a:xfrm>
                          <a:prstGeom prst="rect">
                            <a:avLst/>
                          </a:prstGeom>
                          <a:noFill/>
                          <a:ln>
                            <a:noFill/>
                          </a:ln>
                        </pic:spPr>
                      </pic:pic>
                    </a:graphicData>
                  </a:graphic>
                </wp:inline>
              </w:drawing>
            </w:r>
          </w:p>
        </w:tc>
        <w:tc>
          <w:tcPr>
            <w:tcW w:w="7472" w:type="dxa"/>
            <w:vAlign w:val="center"/>
          </w:tcPr>
          <w:p w14:paraId="38B78A09" w14:textId="77777777" w:rsidR="00F83F25" w:rsidRPr="00DB5773" w:rsidRDefault="00462930">
            <w:pPr>
              <w:rPr>
                <w:sz w:val="28"/>
                <w:szCs w:val="28"/>
              </w:rPr>
            </w:pPr>
            <w:r w:rsidRPr="00DB5773">
              <w:rPr>
                <w:b/>
                <w:bCs/>
                <w:sz w:val="28"/>
                <w:szCs w:val="28"/>
              </w:rPr>
              <w:t>18. What does this sign mean?</w:t>
            </w:r>
            <w:r w:rsidRPr="00DB5773">
              <w:rPr>
                <w:sz w:val="28"/>
                <w:szCs w:val="28"/>
              </w:rPr>
              <w:br/>
            </w:r>
            <w:r w:rsidR="00F83F25" w:rsidRPr="00DB5773">
              <w:rPr>
                <w:sz w:val="28"/>
                <w:szCs w:val="28"/>
              </w:rPr>
              <w:t xml:space="preserve">A. You can rent a boat to travel around the lake here. </w:t>
            </w:r>
          </w:p>
          <w:p w14:paraId="167169DE" w14:textId="6AA5D412" w:rsidR="00F83F25" w:rsidRPr="00DB5773" w:rsidRDefault="00F83F25">
            <w:pPr>
              <w:rPr>
                <w:sz w:val="28"/>
                <w:szCs w:val="28"/>
              </w:rPr>
            </w:pPr>
            <w:r w:rsidRPr="00DB5773">
              <w:rPr>
                <w:sz w:val="28"/>
                <w:szCs w:val="28"/>
              </w:rPr>
              <w:t>B. You need to buy a ticket to watch the boat race.</w:t>
            </w:r>
            <w:r w:rsidRPr="00DB5773">
              <w:rPr>
                <w:sz w:val="28"/>
                <w:szCs w:val="28"/>
              </w:rPr>
              <w:br/>
              <w:t xml:space="preserve">C. You should learn how to swim before going into the water. </w:t>
            </w:r>
          </w:p>
          <w:p w14:paraId="14305B2B" w14:textId="761FAB95" w:rsidR="007F15ED" w:rsidRPr="00DB5773" w:rsidRDefault="00F83F25">
            <w:pPr>
              <w:rPr>
                <w:sz w:val="28"/>
                <w:szCs w:val="28"/>
              </w:rPr>
            </w:pPr>
            <w:r w:rsidRPr="00DB5773">
              <w:rPr>
                <w:sz w:val="28"/>
                <w:szCs w:val="28"/>
              </w:rPr>
              <w:t xml:space="preserve">D. You must not play any sports or sail boats in the water here. </w:t>
            </w:r>
          </w:p>
        </w:tc>
      </w:tr>
      <w:tr w:rsidR="007F15ED" w:rsidRPr="00DB5773" w14:paraId="39102483" w14:textId="77777777" w:rsidTr="00F83F25">
        <w:trPr>
          <w:jc w:val="center"/>
        </w:trPr>
        <w:tc>
          <w:tcPr>
            <w:tcW w:w="2876" w:type="dxa"/>
            <w:vAlign w:val="center"/>
          </w:tcPr>
          <w:p w14:paraId="3E020E37" w14:textId="3EB9E856" w:rsidR="007F15ED" w:rsidRPr="00DB5773" w:rsidRDefault="00F83F25">
            <w:pPr>
              <w:jc w:val="center"/>
              <w:rPr>
                <w:sz w:val="28"/>
                <w:szCs w:val="28"/>
              </w:rPr>
            </w:pPr>
            <w:r w:rsidRPr="00DB5773">
              <w:rPr>
                <w:noProof/>
                <w:sz w:val="28"/>
                <w:szCs w:val="28"/>
              </w:rPr>
              <w:drawing>
                <wp:inline distT="0" distB="0" distL="0" distR="0" wp14:anchorId="07835360" wp14:editId="59DD53EF">
                  <wp:extent cx="1819275" cy="1368788"/>
                  <wp:effectExtent l="0" t="0" r="0" b="3175"/>
                  <wp:docPr id="1665880447" name="Picture 4" descr="Slipping &amp; Tripping Signs | OSHA &amp; ANSI Fall Prevention | Emed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lipping &amp; Tripping Signs | OSHA &amp; ANSI Fall Prevention | Emedco"/>
                          <pic:cNvPicPr>
                            <a:picLocks noChangeAspect="1" noChangeArrowheads="1"/>
                          </pic:cNvPicPr>
                        </pic:nvPicPr>
                        <pic:blipFill rotWithShape="1">
                          <a:blip r:embed="rId10">
                            <a:extLst>
                              <a:ext uri="{28A0092B-C50C-407E-A947-70E740481C1C}">
                                <a14:useLocalDpi xmlns:a14="http://schemas.microsoft.com/office/drawing/2010/main" val="0"/>
                              </a:ext>
                            </a:extLst>
                          </a:blip>
                          <a:srcRect t="12381" b="12381"/>
                          <a:stretch>
                            <a:fillRect/>
                          </a:stretch>
                        </pic:blipFill>
                        <pic:spPr bwMode="auto">
                          <a:xfrm>
                            <a:off x="0" y="0"/>
                            <a:ext cx="1819275" cy="136878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7472" w:type="dxa"/>
            <w:vAlign w:val="center"/>
          </w:tcPr>
          <w:p w14:paraId="4C78F945" w14:textId="77777777" w:rsidR="00DB5773" w:rsidRDefault="00462930">
            <w:pPr>
              <w:rPr>
                <w:sz w:val="28"/>
                <w:szCs w:val="28"/>
              </w:rPr>
            </w:pPr>
            <w:r w:rsidRPr="00DB5773">
              <w:rPr>
                <w:b/>
                <w:bCs/>
                <w:sz w:val="28"/>
                <w:szCs w:val="28"/>
              </w:rPr>
              <w:t>19. Read the notice. What is TRUE?</w:t>
            </w:r>
            <w:r w:rsidRPr="00DB5773">
              <w:rPr>
                <w:sz w:val="28"/>
                <w:szCs w:val="28"/>
              </w:rPr>
              <w:br/>
            </w:r>
            <w:r w:rsidR="006C724F" w:rsidRPr="00DB5773">
              <w:rPr>
                <w:sz w:val="28"/>
                <w:szCs w:val="28"/>
              </w:rPr>
              <w:t xml:space="preserve">A. You should run quickly to get through this area. </w:t>
            </w:r>
          </w:p>
          <w:p w14:paraId="07023625" w14:textId="77777777" w:rsidR="00DB5773" w:rsidRDefault="006C724F">
            <w:pPr>
              <w:rPr>
                <w:sz w:val="28"/>
                <w:szCs w:val="28"/>
              </w:rPr>
            </w:pPr>
            <w:r w:rsidRPr="00DB5773">
              <w:rPr>
                <w:sz w:val="28"/>
                <w:szCs w:val="28"/>
              </w:rPr>
              <w:t xml:space="preserve">B. You can leave your school bags on the ground here. </w:t>
            </w:r>
          </w:p>
          <w:p w14:paraId="12C1737E" w14:textId="77777777" w:rsidR="00DB5773" w:rsidRDefault="006C724F">
            <w:pPr>
              <w:rPr>
                <w:sz w:val="28"/>
                <w:szCs w:val="28"/>
              </w:rPr>
            </w:pPr>
            <w:r w:rsidRPr="00DB5773">
              <w:rPr>
                <w:sz w:val="28"/>
                <w:szCs w:val="28"/>
              </w:rPr>
              <w:t xml:space="preserve">C. You need to wash the floor because it is dirty. </w:t>
            </w:r>
          </w:p>
          <w:p w14:paraId="6FE82CEB" w14:textId="7AE3DDD0" w:rsidR="007F15ED" w:rsidRPr="00DB5773" w:rsidRDefault="006C724F">
            <w:pPr>
              <w:rPr>
                <w:sz w:val="28"/>
                <w:szCs w:val="28"/>
              </w:rPr>
            </w:pPr>
            <w:r w:rsidRPr="00DB5773">
              <w:rPr>
                <w:sz w:val="28"/>
                <w:szCs w:val="28"/>
              </w:rPr>
              <w:t>D. You must look carefully where you walk so you do not fall.</w:t>
            </w:r>
            <w:r w:rsidRPr="00DB5773">
              <w:rPr>
                <w:sz w:val="28"/>
                <w:szCs w:val="28"/>
              </w:rPr>
              <w:br/>
            </w:r>
          </w:p>
        </w:tc>
      </w:tr>
    </w:tbl>
    <w:p w14:paraId="5E0A2E02" w14:textId="6FCCD9F4" w:rsidR="007F15ED" w:rsidRPr="00DB5773" w:rsidRDefault="00DB5773">
      <w:pPr>
        <w:spacing w:before="120" w:after="80" w:line="240" w:lineRule="auto"/>
        <w:rPr>
          <w:sz w:val="28"/>
          <w:szCs w:val="28"/>
        </w:rPr>
      </w:pPr>
      <w:r w:rsidRPr="00DB5773">
        <w:rPr>
          <w:noProof/>
          <w:sz w:val="28"/>
          <w:szCs w:val="28"/>
        </w:rPr>
        <w:drawing>
          <wp:anchor distT="0" distB="0" distL="114300" distR="114300" simplePos="0" relativeHeight="251664384" behindDoc="0" locked="0" layoutInCell="1" allowOverlap="1" wp14:anchorId="6127EEC1" wp14:editId="53BAD45E">
            <wp:simplePos x="0" y="0"/>
            <wp:positionH relativeFrom="column">
              <wp:posOffset>423545</wp:posOffset>
            </wp:positionH>
            <wp:positionV relativeFrom="paragraph">
              <wp:posOffset>-5704840</wp:posOffset>
            </wp:positionV>
            <wp:extent cx="984885" cy="1276350"/>
            <wp:effectExtent l="0" t="0" r="5715" b="0"/>
            <wp:wrapNone/>
            <wp:docPr id="1914099819" name="Picture 1" descr="Printable No Littering Sign -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ntable No Littering Sign - Free Downloa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84885" cy="1276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B5773">
        <w:rPr>
          <w:b/>
          <w:sz w:val="28"/>
          <w:szCs w:val="28"/>
        </w:rPr>
        <w:t>V: LOGIC</w:t>
      </w:r>
    </w:p>
    <w:p w14:paraId="4793F07F" w14:textId="77777777" w:rsidR="007F15ED" w:rsidRPr="00DB5773" w:rsidRDefault="00462930">
      <w:pPr>
        <w:spacing w:after="40" w:line="240" w:lineRule="auto"/>
        <w:rPr>
          <w:sz w:val="28"/>
          <w:szCs w:val="28"/>
        </w:rPr>
      </w:pPr>
      <w:r w:rsidRPr="00DB5773">
        <w:rPr>
          <w:b/>
          <w:sz w:val="28"/>
          <w:szCs w:val="28"/>
        </w:rPr>
        <w:t>Rearrange the sentences (a-d) to make a complete conversation.</w:t>
      </w:r>
    </w:p>
    <w:p w14:paraId="117E15F3" w14:textId="77777777" w:rsidR="007F15ED" w:rsidRPr="00DB5773" w:rsidRDefault="00462930">
      <w:pPr>
        <w:spacing w:after="40" w:line="240" w:lineRule="auto"/>
        <w:rPr>
          <w:sz w:val="28"/>
          <w:szCs w:val="28"/>
        </w:rPr>
      </w:pPr>
      <w:r w:rsidRPr="00DB5773">
        <w:rPr>
          <w:b/>
          <w:sz w:val="28"/>
          <w:szCs w:val="28"/>
        </w:rPr>
        <w:t xml:space="preserve">20. </w:t>
      </w:r>
    </w:p>
    <w:p w14:paraId="2D1CCEA4" w14:textId="77777777" w:rsidR="007F15ED" w:rsidRPr="00DB5773" w:rsidRDefault="00462930">
      <w:pPr>
        <w:spacing w:after="20" w:line="240" w:lineRule="auto"/>
        <w:rPr>
          <w:sz w:val="28"/>
          <w:szCs w:val="28"/>
        </w:rPr>
      </w:pPr>
      <w:r w:rsidRPr="00DB5773">
        <w:rPr>
          <w:sz w:val="28"/>
          <w:szCs w:val="28"/>
        </w:rPr>
        <w:t xml:space="preserve">    a. Because it has many beautiful islands and caves.</w:t>
      </w:r>
    </w:p>
    <w:p w14:paraId="4530285E" w14:textId="77777777" w:rsidR="007F15ED" w:rsidRPr="00DB5773" w:rsidRDefault="00462930">
      <w:pPr>
        <w:spacing w:after="20" w:line="240" w:lineRule="auto"/>
        <w:rPr>
          <w:sz w:val="28"/>
          <w:szCs w:val="28"/>
        </w:rPr>
      </w:pPr>
      <w:r w:rsidRPr="00DB5773">
        <w:rPr>
          <w:sz w:val="28"/>
          <w:szCs w:val="28"/>
        </w:rPr>
        <w:t xml:space="preserve">    b. What is your </w:t>
      </w:r>
      <w:proofErr w:type="spellStart"/>
      <w:r w:rsidRPr="00DB5773">
        <w:rPr>
          <w:sz w:val="28"/>
          <w:szCs w:val="28"/>
        </w:rPr>
        <w:t>favourite</w:t>
      </w:r>
      <w:proofErr w:type="spellEnd"/>
      <w:r w:rsidRPr="00DB5773">
        <w:rPr>
          <w:sz w:val="28"/>
          <w:szCs w:val="28"/>
        </w:rPr>
        <w:t xml:space="preserve"> natural wonder?</w:t>
      </w:r>
    </w:p>
    <w:p w14:paraId="6389803A" w14:textId="77777777" w:rsidR="007F15ED" w:rsidRPr="00DB5773" w:rsidRDefault="00462930">
      <w:pPr>
        <w:spacing w:after="20" w:line="240" w:lineRule="auto"/>
        <w:rPr>
          <w:sz w:val="28"/>
          <w:szCs w:val="28"/>
        </w:rPr>
      </w:pPr>
      <w:r w:rsidRPr="00DB5773">
        <w:rPr>
          <w:sz w:val="28"/>
          <w:szCs w:val="28"/>
        </w:rPr>
        <w:t xml:space="preserve">    c. Why do you like it?</w:t>
      </w:r>
    </w:p>
    <w:p w14:paraId="2D09285C" w14:textId="77777777" w:rsidR="007F15ED" w:rsidRPr="00DB5773" w:rsidRDefault="00462930">
      <w:pPr>
        <w:spacing w:after="20" w:line="240" w:lineRule="auto"/>
        <w:rPr>
          <w:sz w:val="28"/>
          <w:szCs w:val="28"/>
        </w:rPr>
      </w:pPr>
      <w:r w:rsidRPr="00DB5773">
        <w:rPr>
          <w:sz w:val="28"/>
          <w:szCs w:val="28"/>
        </w:rPr>
        <w:t xml:space="preserve">    d. I like Ha Long Bay the best.</w:t>
      </w:r>
    </w:p>
    <w:p w14:paraId="535E0B7E" w14:textId="77777777" w:rsidR="007F15ED" w:rsidRPr="00DB5773" w:rsidRDefault="00462930">
      <w:pPr>
        <w:spacing w:after="80" w:line="240" w:lineRule="auto"/>
        <w:rPr>
          <w:sz w:val="28"/>
          <w:szCs w:val="28"/>
        </w:rPr>
      </w:pPr>
      <w:r w:rsidRPr="00DB5773">
        <w:rPr>
          <w:sz w:val="28"/>
          <w:szCs w:val="28"/>
        </w:rPr>
        <w:t xml:space="preserve">    A. b - d - c - a     B. b - c - d - a     C. d - b - c - a     D. d - c - a - b</w:t>
      </w:r>
    </w:p>
    <w:p w14:paraId="59EBB1D8" w14:textId="77777777" w:rsidR="007F15ED" w:rsidRPr="00DB5773" w:rsidRDefault="00462930">
      <w:pPr>
        <w:spacing w:after="40" w:line="240" w:lineRule="auto"/>
        <w:rPr>
          <w:sz w:val="28"/>
          <w:szCs w:val="28"/>
        </w:rPr>
      </w:pPr>
      <w:r w:rsidRPr="00DB5773">
        <w:rPr>
          <w:b/>
          <w:sz w:val="28"/>
          <w:szCs w:val="28"/>
        </w:rPr>
        <w:t xml:space="preserve">21. </w:t>
      </w:r>
    </w:p>
    <w:p w14:paraId="421299D7" w14:textId="77777777" w:rsidR="007F15ED" w:rsidRPr="00DB5773" w:rsidRDefault="00462930">
      <w:pPr>
        <w:spacing w:after="20" w:line="240" w:lineRule="auto"/>
        <w:rPr>
          <w:sz w:val="28"/>
          <w:szCs w:val="28"/>
        </w:rPr>
      </w:pPr>
      <w:r w:rsidRPr="00DB5773">
        <w:rPr>
          <w:sz w:val="28"/>
          <w:szCs w:val="28"/>
        </w:rPr>
        <w:t xml:space="preserve">  </w:t>
      </w:r>
      <w:r w:rsidRPr="00DB5773">
        <w:rPr>
          <w:sz w:val="28"/>
          <w:szCs w:val="28"/>
        </w:rPr>
        <w:t xml:space="preserve">  a. You must bring a torch and a waterproof coat.</w:t>
      </w:r>
    </w:p>
    <w:p w14:paraId="5EA495EF" w14:textId="77777777" w:rsidR="007F15ED" w:rsidRPr="00DB5773" w:rsidRDefault="00462930">
      <w:pPr>
        <w:spacing w:after="20" w:line="240" w:lineRule="auto"/>
        <w:rPr>
          <w:sz w:val="28"/>
          <w:szCs w:val="28"/>
        </w:rPr>
      </w:pPr>
      <w:r w:rsidRPr="00DB5773">
        <w:rPr>
          <w:sz w:val="28"/>
          <w:szCs w:val="28"/>
        </w:rPr>
        <w:t xml:space="preserve">    b. What must I bring to </w:t>
      </w:r>
      <w:proofErr w:type="spellStart"/>
      <w:r w:rsidRPr="00DB5773">
        <w:rPr>
          <w:sz w:val="28"/>
          <w:szCs w:val="28"/>
        </w:rPr>
        <w:t>Phong</w:t>
      </w:r>
      <w:proofErr w:type="spellEnd"/>
      <w:r w:rsidRPr="00DB5773">
        <w:rPr>
          <w:sz w:val="28"/>
          <w:szCs w:val="28"/>
        </w:rPr>
        <w:t xml:space="preserve"> </w:t>
      </w:r>
      <w:proofErr w:type="spellStart"/>
      <w:r w:rsidRPr="00DB5773">
        <w:rPr>
          <w:sz w:val="28"/>
          <w:szCs w:val="28"/>
        </w:rPr>
        <w:t>Nha</w:t>
      </w:r>
      <w:proofErr w:type="spellEnd"/>
      <w:r w:rsidRPr="00DB5773">
        <w:rPr>
          <w:sz w:val="28"/>
          <w:szCs w:val="28"/>
        </w:rPr>
        <w:t xml:space="preserve"> Cave?</w:t>
      </w:r>
    </w:p>
    <w:p w14:paraId="6B18E0F1" w14:textId="77777777" w:rsidR="007F15ED" w:rsidRPr="00DB5773" w:rsidRDefault="00462930">
      <w:pPr>
        <w:spacing w:after="20" w:line="240" w:lineRule="auto"/>
        <w:rPr>
          <w:sz w:val="28"/>
          <w:szCs w:val="28"/>
        </w:rPr>
      </w:pPr>
      <w:r w:rsidRPr="00DB5773">
        <w:rPr>
          <w:sz w:val="28"/>
          <w:szCs w:val="28"/>
        </w:rPr>
        <w:t xml:space="preserve">    c. Thanks. Can I touch the rocks?</w:t>
      </w:r>
    </w:p>
    <w:p w14:paraId="347A65B4" w14:textId="77777777" w:rsidR="007F15ED" w:rsidRPr="00DB5773" w:rsidRDefault="00462930">
      <w:pPr>
        <w:spacing w:after="20" w:line="240" w:lineRule="auto"/>
        <w:rPr>
          <w:sz w:val="28"/>
          <w:szCs w:val="28"/>
        </w:rPr>
      </w:pPr>
      <w:r w:rsidRPr="00DB5773">
        <w:rPr>
          <w:sz w:val="28"/>
          <w:szCs w:val="28"/>
        </w:rPr>
        <w:t xml:space="preserve">    d. No, you mustn't.</w:t>
      </w:r>
    </w:p>
    <w:p w14:paraId="569C7073" w14:textId="7FA97AB6" w:rsidR="007F15ED" w:rsidRPr="00DB5773" w:rsidRDefault="00462930">
      <w:pPr>
        <w:spacing w:after="80" w:line="240" w:lineRule="auto"/>
        <w:rPr>
          <w:sz w:val="28"/>
          <w:szCs w:val="28"/>
        </w:rPr>
      </w:pPr>
      <w:r w:rsidRPr="00DB5773">
        <w:rPr>
          <w:sz w:val="28"/>
          <w:szCs w:val="28"/>
        </w:rPr>
        <w:t xml:space="preserve">    A. </w:t>
      </w:r>
      <w:r w:rsidR="00DB5773" w:rsidRPr="00DB5773">
        <w:rPr>
          <w:sz w:val="28"/>
          <w:szCs w:val="28"/>
        </w:rPr>
        <w:t xml:space="preserve">b - c - a </w:t>
      </w:r>
      <w:r w:rsidR="00DB5773">
        <w:rPr>
          <w:sz w:val="28"/>
          <w:szCs w:val="28"/>
        </w:rPr>
        <w:t>–</w:t>
      </w:r>
      <w:r w:rsidR="00DB5773" w:rsidRPr="00DB5773">
        <w:rPr>
          <w:sz w:val="28"/>
          <w:szCs w:val="28"/>
        </w:rPr>
        <w:t xml:space="preserve"> d</w:t>
      </w:r>
      <w:r w:rsidR="00DB5773">
        <w:rPr>
          <w:sz w:val="28"/>
          <w:szCs w:val="28"/>
        </w:rPr>
        <w:tab/>
      </w:r>
      <w:r w:rsidRPr="00DB5773">
        <w:rPr>
          <w:sz w:val="28"/>
          <w:szCs w:val="28"/>
        </w:rPr>
        <w:t xml:space="preserve">   B. a - b - d - c     </w:t>
      </w:r>
      <w:proofErr w:type="spellStart"/>
      <w:r w:rsidRPr="00DB5773">
        <w:rPr>
          <w:sz w:val="28"/>
          <w:szCs w:val="28"/>
        </w:rPr>
        <w:t>C</w:t>
      </w:r>
      <w:proofErr w:type="spellEnd"/>
      <w:r w:rsidRPr="00DB5773">
        <w:rPr>
          <w:sz w:val="28"/>
          <w:szCs w:val="28"/>
        </w:rPr>
        <w:t xml:space="preserve">. </w:t>
      </w:r>
      <w:r w:rsidR="00DB5773" w:rsidRPr="00DB5773">
        <w:rPr>
          <w:sz w:val="28"/>
          <w:szCs w:val="28"/>
        </w:rPr>
        <w:t>b - a - c - d</w:t>
      </w:r>
      <w:r w:rsidRPr="00DB5773">
        <w:rPr>
          <w:sz w:val="28"/>
          <w:szCs w:val="28"/>
        </w:rPr>
        <w:t xml:space="preserve">    </w:t>
      </w:r>
      <w:proofErr w:type="spellStart"/>
      <w:r w:rsidRPr="00DB5773">
        <w:rPr>
          <w:sz w:val="28"/>
          <w:szCs w:val="28"/>
        </w:rPr>
        <w:t>D</w:t>
      </w:r>
      <w:proofErr w:type="spellEnd"/>
      <w:r w:rsidRPr="00DB5773">
        <w:rPr>
          <w:sz w:val="28"/>
          <w:szCs w:val="28"/>
        </w:rPr>
        <w:t>. c - d - b - a</w:t>
      </w:r>
    </w:p>
    <w:p w14:paraId="4A92BF3F" w14:textId="77777777" w:rsidR="007F15ED" w:rsidRPr="00DB5773" w:rsidRDefault="00462930">
      <w:pPr>
        <w:spacing w:after="40" w:line="240" w:lineRule="auto"/>
        <w:rPr>
          <w:sz w:val="28"/>
          <w:szCs w:val="28"/>
        </w:rPr>
      </w:pPr>
      <w:r w:rsidRPr="00DB5773">
        <w:rPr>
          <w:b/>
          <w:sz w:val="28"/>
          <w:szCs w:val="28"/>
        </w:rPr>
        <w:t xml:space="preserve">22. </w:t>
      </w:r>
    </w:p>
    <w:p w14:paraId="7ABFBB0F" w14:textId="7124DF8C" w:rsidR="007F15ED" w:rsidRPr="00DB5773" w:rsidRDefault="00462930">
      <w:pPr>
        <w:spacing w:after="20" w:line="240" w:lineRule="auto"/>
        <w:rPr>
          <w:sz w:val="28"/>
          <w:szCs w:val="28"/>
        </w:rPr>
      </w:pPr>
      <w:r w:rsidRPr="00DB5773">
        <w:rPr>
          <w:sz w:val="28"/>
          <w:szCs w:val="28"/>
        </w:rPr>
        <w:t xml:space="preserve">    a. </w:t>
      </w:r>
      <w:r w:rsidR="00DB5773" w:rsidRPr="00DB5773">
        <w:rPr>
          <w:sz w:val="28"/>
          <w:szCs w:val="28"/>
        </w:rPr>
        <w:t>A little is enough.</w:t>
      </w:r>
    </w:p>
    <w:p w14:paraId="28783339" w14:textId="77777777" w:rsidR="007F15ED" w:rsidRPr="00DB5773" w:rsidRDefault="00462930">
      <w:pPr>
        <w:spacing w:after="20" w:line="240" w:lineRule="auto"/>
        <w:rPr>
          <w:sz w:val="28"/>
          <w:szCs w:val="28"/>
        </w:rPr>
      </w:pPr>
      <w:r w:rsidRPr="00DB5773">
        <w:rPr>
          <w:sz w:val="28"/>
          <w:szCs w:val="28"/>
        </w:rPr>
        <w:t xml:space="preserve">    b. Is there any food on the boat?</w:t>
      </w:r>
    </w:p>
    <w:p w14:paraId="2651E674" w14:textId="77777777" w:rsidR="007F15ED" w:rsidRPr="00DB5773" w:rsidRDefault="00462930">
      <w:pPr>
        <w:spacing w:after="20" w:line="240" w:lineRule="auto"/>
        <w:rPr>
          <w:sz w:val="28"/>
          <w:szCs w:val="28"/>
        </w:rPr>
      </w:pPr>
      <w:r w:rsidRPr="00DB5773">
        <w:rPr>
          <w:sz w:val="28"/>
          <w:szCs w:val="28"/>
        </w:rPr>
        <w:lastRenderedPageBreak/>
        <w:t xml:space="preserve">    c. Great! How much water do we need?</w:t>
      </w:r>
    </w:p>
    <w:p w14:paraId="2F02B454" w14:textId="2EA0E423" w:rsidR="007F15ED" w:rsidRPr="00DB5773" w:rsidRDefault="00462930">
      <w:pPr>
        <w:spacing w:after="20" w:line="240" w:lineRule="auto"/>
        <w:rPr>
          <w:sz w:val="28"/>
          <w:szCs w:val="28"/>
        </w:rPr>
      </w:pPr>
      <w:r w:rsidRPr="00DB5773">
        <w:rPr>
          <w:sz w:val="28"/>
          <w:szCs w:val="28"/>
        </w:rPr>
        <w:t xml:space="preserve">    d. </w:t>
      </w:r>
      <w:r w:rsidR="00DB5773" w:rsidRPr="00DB5773">
        <w:rPr>
          <w:sz w:val="28"/>
          <w:szCs w:val="28"/>
        </w:rPr>
        <w:t>Yes, there is some seafood for lunch.</w:t>
      </w:r>
    </w:p>
    <w:p w14:paraId="15CCB93C" w14:textId="34A36546" w:rsidR="007F15ED" w:rsidRPr="00DB5773" w:rsidRDefault="00462930">
      <w:pPr>
        <w:spacing w:after="80" w:line="240" w:lineRule="auto"/>
        <w:rPr>
          <w:sz w:val="28"/>
          <w:szCs w:val="28"/>
        </w:rPr>
      </w:pPr>
      <w:r w:rsidRPr="00DB5773">
        <w:rPr>
          <w:sz w:val="28"/>
          <w:szCs w:val="28"/>
        </w:rPr>
        <w:t xml:space="preserve">    A. b - a - c - d     B. b - </w:t>
      </w:r>
      <w:r w:rsidR="00DB5773">
        <w:rPr>
          <w:sz w:val="28"/>
          <w:szCs w:val="28"/>
        </w:rPr>
        <w:t>d</w:t>
      </w:r>
      <w:r w:rsidRPr="00DB5773">
        <w:rPr>
          <w:sz w:val="28"/>
          <w:szCs w:val="28"/>
        </w:rPr>
        <w:t xml:space="preserve"> - </w:t>
      </w:r>
      <w:r w:rsidR="00DB5773">
        <w:rPr>
          <w:sz w:val="28"/>
          <w:szCs w:val="28"/>
        </w:rPr>
        <w:t>c</w:t>
      </w:r>
      <w:r w:rsidRPr="00DB5773">
        <w:rPr>
          <w:sz w:val="28"/>
          <w:szCs w:val="28"/>
        </w:rPr>
        <w:t xml:space="preserve"> - </w:t>
      </w:r>
      <w:r w:rsidR="00DB5773">
        <w:rPr>
          <w:sz w:val="28"/>
          <w:szCs w:val="28"/>
        </w:rPr>
        <w:t>a</w:t>
      </w:r>
      <w:r w:rsidRPr="00DB5773">
        <w:rPr>
          <w:sz w:val="28"/>
          <w:szCs w:val="28"/>
        </w:rPr>
        <w:t xml:space="preserve">    C. a - b - d - c     D. c - d - b - a</w:t>
      </w:r>
    </w:p>
    <w:p w14:paraId="69EAE78B" w14:textId="77777777" w:rsidR="007F15ED" w:rsidRPr="00DB5773" w:rsidRDefault="00462930">
      <w:pPr>
        <w:spacing w:after="40" w:line="240" w:lineRule="auto"/>
        <w:rPr>
          <w:sz w:val="28"/>
          <w:szCs w:val="28"/>
        </w:rPr>
      </w:pPr>
      <w:r w:rsidRPr="00DB5773">
        <w:rPr>
          <w:b/>
          <w:sz w:val="28"/>
          <w:szCs w:val="28"/>
        </w:rPr>
        <w:t xml:space="preserve">23. </w:t>
      </w:r>
    </w:p>
    <w:p w14:paraId="73C1BAE6" w14:textId="77777777" w:rsidR="007F15ED" w:rsidRPr="00DB5773" w:rsidRDefault="00462930">
      <w:pPr>
        <w:spacing w:after="20" w:line="240" w:lineRule="auto"/>
        <w:rPr>
          <w:sz w:val="28"/>
          <w:szCs w:val="28"/>
        </w:rPr>
      </w:pPr>
      <w:r w:rsidRPr="00DB5773">
        <w:rPr>
          <w:sz w:val="28"/>
          <w:szCs w:val="28"/>
        </w:rPr>
        <w:t xml:space="preserve">    a. Sure. What time can we</w:t>
      </w:r>
      <w:r w:rsidRPr="00DB5773">
        <w:rPr>
          <w:sz w:val="28"/>
          <w:szCs w:val="28"/>
        </w:rPr>
        <w:t xml:space="preserve"> meet?</w:t>
      </w:r>
    </w:p>
    <w:p w14:paraId="6A2C0FF9" w14:textId="73D95E9D" w:rsidR="007F15ED" w:rsidRPr="00DB5773" w:rsidRDefault="00462930">
      <w:pPr>
        <w:spacing w:after="20" w:line="240" w:lineRule="auto"/>
        <w:rPr>
          <w:sz w:val="28"/>
          <w:szCs w:val="28"/>
        </w:rPr>
      </w:pPr>
      <w:r w:rsidRPr="00DB5773">
        <w:rPr>
          <w:sz w:val="28"/>
          <w:szCs w:val="28"/>
        </w:rPr>
        <w:t xml:space="preserve">    b. </w:t>
      </w:r>
      <w:r w:rsidR="00827C2C" w:rsidRPr="00DB5773">
        <w:rPr>
          <w:sz w:val="28"/>
          <w:szCs w:val="28"/>
        </w:rPr>
        <w:t>That's fine. I'll bring some sunscreen.</w:t>
      </w:r>
    </w:p>
    <w:p w14:paraId="376DBE91" w14:textId="77777777" w:rsidR="007F15ED" w:rsidRPr="00DB5773" w:rsidRDefault="00462930">
      <w:pPr>
        <w:spacing w:after="20" w:line="240" w:lineRule="auto"/>
        <w:rPr>
          <w:sz w:val="28"/>
          <w:szCs w:val="28"/>
        </w:rPr>
      </w:pPr>
      <w:r w:rsidRPr="00DB5773">
        <w:rPr>
          <w:sz w:val="28"/>
          <w:szCs w:val="28"/>
        </w:rPr>
        <w:t xml:space="preserve">    c. How about seven o'clock?</w:t>
      </w:r>
    </w:p>
    <w:p w14:paraId="083484DD" w14:textId="47DC91FC" w:rsidR="007F15ED" w:rsidRPr="00DB5773" w:rsidRDefault="00462930">
      <w:pPr>
        <w:spacing w:after="20" w:line="240" w:lineRule="auto"/>
        <w:rPr>
          <w:sz w:val="28"/>
          <w:szCs w:val="28"/>
        </w:rPr>
      </w:pPr>
      <w:r w:rsidRPr="00DB5773">
        <w:rPr>
          <w:sz w:val="28"/>
          <w:szCs w:val="28"/>
        </w:rPr>
        <w:t xml:space="preserve">    d. </w:t>
      </w:r>
      <w:r w:rsidR="00827C2C" w:rsidRPr="00DB5773">
        <w:rPr>
          <w:sz w:val="28"/>
          <w:szCs w:val="28"/>
        </w:rPr>
        <w:t>Let's visit the sand dunes this weekend.</w:t>
      </w:r>
    </w:p>
    <w:p w14:paraId="61D9D100" w14:textId="53601FB6" w:rsidR="007F15ED" w:rsidRPr="00DB5773" w:rsidRDefault="00462930">
      <w:pPr>
        <w:spacing w:after="80" w:line="240" w:lineRule="auto"/>
        <w:rPr>
          <w:sz w:val="28"/>
          <w:szCs w:val="28"/>
        </w:rPr>
      </w:pPr>
      <w:r w:rsidRPr="00DB5773">
        <w:rPr>
          <w:sz w:val="28"/>
          <w:szCs w:val="28"/>
        </w:rPr>
        <w:t xml:space="preserve">    A. b - a - c - d     B. a - b - c - d     C. b - c - a - d     </w:t>
      </w:r>
      <w:proofErr w:type="spellStart"/>
      <w:r w:rsidRPr="00DB5773">
        <w:rPr>
          <w:sz w:val="28"/>
          <w:szCs w:val="28"/>
        </w:rPr>
        <w:t>D</w:t>
      </w:r>
      <w:proofErr w:type="spellEnd"/>
      <w:r w:rsidRPr="00DB5773">
        <w:rPr>
          <w:sz w:val="28"/>
          <w:szCs w:val="28"/>
        </w:rPr>
        <w:t xml:space="preserve">. d - </w:t>
      </w:r>
      <w:r w:rsidR="00827C2C">
        <w:rPr>
          <w:sz w:val="28"/>
          <w:szCs w:val="28"/>
        </w:rPr>
        <w:t>a</w:t>
      </w:r>
      <w:r w:rsidRPr="00DB5773">
        <w:rPr>
          <w:sz w:val="28"/>
          <w:szCs w:val="28"/>
        </w:rPr>
        <w:t xml:space="preserve"> - </w:t>
      </w:r>
      <w:r w:rsidR="00827C2C">
        <w:rPr>
          <w:sz w:val="28"/>
          <w:szCs w:val="28"/>
        </w:rPr>
        <w:t>c</w:t>
      </w:r>
      <w:r w:rsidRPr="00DB5773">
        <w:rPr>
          <w:sz w:val="28"/>
          <w:szCs w:val="28"/>
        </w:rPr>
        <w:t xml:space="preserve"> - </w:t>
      </w:r>
      <w:r w:rsidR="00827C2C">
        <w:rPr>
          <w:sz w:val="28"/>
          <w:szCs w:val="28"/>
        </w:rPr>
        <w:t>b</w:t>
      </w:r>
    </w:p>
    <w:p w14:paraId="7C33C81C" w14:textId="77777777" w:rsidR="007F15ED" w:rsidRPr="00DB5773" w:rsidRDefault="00462930">
      <w:pPr>
        <w:spacing w:before="120" w:after="80" w:line="240" w:lineRule="auto"/>
        <w:rPr>
          <w:sz w:val="28"/>
          <w:szCs w:val="28"/>
        </w:rPr>
      </w:pPr>
      <w:r w:rsidRPr="00DB5773">
        <w:rPr>
          <w:b/>
          <w:sz w:val="28"/>
          <w:szCs w:val="28"/>
        </w:rPr>
        <w:t>VI: READING</w:t>
      </w:r>
    </w:p>
    <w:p w14:paraId="6990D594" w14:textId="77777777" w:rsidR="007F15ED" w:rsidRPr="00DB5773" w:rsidRDefault="00462930">
      <w:pPr>
        <w:spacing w:after="40" w:line="240" w:lineRule="auto"/>
        <w:rPr>
          <w:sz w:val="28"/>
          <w:szCs w:val="28"/>
        </w:rPr>
      </w:pPr>
      <w:r w:rsidRPr="00DB5773">
        <w:rPr>
          <w:b/>
          <w:sz w:val="28"/>
          <w:szCs w:val="28"/>
        </w:rPr>
        <w:t>A. Read and choose the correct word for each blank.</w:t>
      </w:r>
    </w:p>
    <w:p w14:paraId="745E6EE5" w14:textId="77777777" w:rsidR="007F15ED" w:rsidRPr="00DB5773" w:rsidRDefault="00462930">
      <w:pPr>
        <w:spacing w:after="60"/>
        <w:rPr>
          <w:sz w:val="28"/>
          <w:szCs w:val="28"/>
        </w:rPr>
      </w:pPr>
      <w:r w:rsidRPr="00DB5773">
        <w:rPr>
          <w:sz w:val="28"/>
          <w:szCs w:val="28"/>
        </w:rPr>
        <w:t xml:space="preserve">Mui Ne is a famous place in </w:t>
      </w:r>
      <w:proofErr w:type="spellStart"/>
      <w:r w:rsidRPr="00DB5773">
        <w:rPr>
          <w:sz w:val="28"/>
          <w:szCs w:val="28"/>
        </w:rPr>
        <w:t>Binh</w:t>
      </w:r>
      <w:proofErr w:type="spellEnd"/>
      <w:r w:rsidRPr="00DB5773">
        <w:rPr>
          <w:sz w:val="28"/>
          <w:szCs w:val="28"/>
        </w:rPr>
        <w:t xml:space="preserve"> </w:t>
      </w:r>
      <w:proofErr w:type="spellStart"/>
      <w:r w:rsidRPr="00DB5773">
        <w:rPr>
          <w:sz w:val="28"/>
          <w:szCs w:val="28"/>
        </w:rPr>
        <w:t>Thuan</w:t>
      </w:r>
      <w:proofErr w:type="spellEnd"/>
      <w:r w:rsidRPr="00DB5773">
        <w:rPr>
          <w:sz w:val="28"/>
          <w:szCs w:val="28"/>
        </w:rPr>
        <w:t xml:space="preserve">. It has beautiful sand dunes and a long beach. There is a lot of </w:t>
      </w:r>
      <w:r w:rsidRPr="00DB5773">
        <w:rPr>
          <w:sz w:val="28"/>
          <w:szCs w:val="28"/>
        </w:rPr>
        <w:t>(24) _________ and very little rain. Tourists should bring (25) _________ because the sun is strong. They must not leave (26) _________ rubbish on the sand. Mui Ne is an amazing place, and many tourists want to (27) _________ it every summer.</w:t>
      </w:r>
    </w:p>
    <w:p w14:paraId="28EEDC8A" w14:textId="7E404EA1" w:rsidR="007F15ED" w:rsidRPr="00DB5773" w:rsidRDefault="00462930" w:rsidP="00A6523E">
      <w:pPr>
        <w:spacing w:after="40" w:line="240" w:lineRule="auto"/>
        <w:rPr>
          <w:sz w:val="28"/>
          <w:szCs w:val="28"/>
        </w:rPr>
      </w:pPr>
      <w:r w:rsidRPr="00DB5773">
        <w:rPr>
          <w:b/>
          <w:sz w:val="28"/>
          <w:szCs w:val="28"/>
        </w:rPr>
        <w:t xml:space="preserve">24. </w:t>
      </w:r>
      <w:r w:rsidRPr="00DB5773">
        <w:rPr>
          <w:sz w:val="28"/>
          <w:szCs w:val="28"/>
        </w:rPr>
        <w:t xml:space="preserve">A. sand  </w:t>
      </w:r>
      <w:r w:rsidRPr="00DB5773">
        <w:rPr>
          <w:sz w:val="28"/>
          <w:szCs w:val="28"/>
        </w:rPr>
        <w:t xml:space="preserve">   B. forests     C. caves     D. waterfalls</w:t>
      </w:r>
    </w:p>
    <w:p w14:paraId="0FB19105" w14:textId="5F884295" w:rsidR="007F15ED" w:rsidRPr="00DB5773" w:rsidRDefault="00462930" w:rsidP="00A6523E">
      <w:pPr>
        <w:spacing w:after="40" w:line="240" w:lineRule="auto"/>
        <w:rPr>
          <w:sz w:val="28"/>
          <w:szCs w:val="28"/>
        </w:rPr>
      </w:pPr>
      <w:r w:rsidRPr="00DB5773">
        <w:rPr>
          <w:b/>
          <w:sz w:val="28"/>
          <w:szCs w:val="28"/>
        </w:rPr>
        <w:t xml:space="preserve">25. </w:t>
      </w:r>
      <w:r w:rsidRPr="00DB5773">
        <w:rPr>
          <w:sz w:val="28"/>
          <w:szCs w:val="28"/>
        </w:rPr>
        <w:t>A. scissors     B. sunscreen     C. a plaster     D. a compass</w:t>
      </w:r>
    </w:p>
    <w:p w14:paraId="0AA3CAF8" w14:textId="49EBE5C6" w:rsidR="007F15ED" w:rsidRPr="00DB5773" w:rsidRDefault="00462930" w:rsidP="00A6523E">
      <w:pPr>
        <w:spacing w:after="40" w:line="240" w:lineRule="auto"/>
        <w:rPr>
          <w:sz w:val="28"/>
          <w:szCs w:val="28"/>
        </w:rPr>
      </w:pPr>
      <w:r w:rsidRPr="00DB5773">
        <w:rPr>
          <w:b/>
          <w:sz w:val="28"/>
          <w:szCs w:val="28"/>
        </w:rPr>
        <w:t xml:space="preserve">26. </w:t>
      </w:r>
      <w:r w:rsidRPr="00DB5773">
        <w:rPr>
          <w:sz w:val="28"/>
          <w:szCs w:val="28"/>
        </w:rPr>
        <w:t>A. many     B. a few     C. any     D. a</w:t>
      </w:r>
    </w:p>
    <w:p w14:paraId="60818D6F" w14:textId="15271238" w:rsidR="007F15ED" w:rsidRPr="00DB5773" w:rsidRDefault="00462930" w:rsidP="00A6523E">
      <w:pPr>
        <w:spacing w:after="40" w:line="240" w:lineRule="auto"/>
        <w:rPr>
          <w:sz w:val="28"/>
          <w:szCs w:val="28"/>
        </w:rPr>
      </w:pPr>
      <w:r w:rsidRPr="00DB5773">
        <w:rPr>
          <w:b/>
          <w:sz w:val="28"/>
          <w:szCs w:val="28"/>
        </w:rPr>
        <w:t xml:space="preserve">27. </w:t>
      </w:r>
      <w:r w:rsidRPr="00DB5773">
        <w:rPr>
          <w:sz w:val="28"/>
          <w:szCs w:val="28"/>
        </w:rPr>
        <w:t>A. visit     B. wear     C. break     D. turn</w:t>
      </w:r>
    </w:p>
    <w:p w14:paraId="651BB982" w14:textId="77777777" w:rsidR="007F15ED" w:rsidRPr="00DB5773" w:rsidRDefault="00462930">
      <w:pPr>
        <w:spacing w:after="40" w:line="240" w:lineRule="auto"/>
        <w:rPr>
          <w:sz w:val="28"/>
          <w:szCs w:val="28"/>
        </w:rPr>
      </w:pPr>
      <w:r w:rsidRPr="00DB5773">
        <w:rPr>
          <w:b/>
          <w:sz w:val="28"/>
          <w:szCs w:val="28"/>
        </w:rPr>
        <w:t>B. Read the text and choose the best answer A, B,</w:t>
      </w:r>
      <w:r w:rsidRPr="00DB5773">
        <w:rPr>
          <w:b/>
          <w:sz w:val="28"/>
          <w:szCs w:val="28"/>
        </w:rPr>
        <w:t xml:space="preserve"> C or D.</w:t>
      </w:r>
    </w:p>
    <w:p w14:paraId="73A8966D" w14:textId="77777777" w:rsidR="007F15ED" w:rsidRPr="00DB5773" w:rsidRDefault="00462930">
      <w:pPr>
        <w:spacing w:after="60"/>
        <w:rPr>
          <w:sz w:val="28"/>
          <w:szCs w:val="28"/>
        </w:rPr>
      </w:pPr>
      <w:r w:rsidRPr="00DB5773">
        <w:rPr>
          <w:sz w:val="28"/>
          <w:szCs w:val="28"/>
        </w:rPr>
        <w:t xml:space="preserve">My name is Minh. Last summer, I went to </w:t>
      </w:r>
      <w:proofErr w:type="spellStart"/>
      <w:r w:rsidRPr="00DB5773">
        <w:rPr>
          <w:sz w:val="28"/>
          <w:szCs w:val="28"/>
        </w:rPr>
        <w:t>Phu</w:t>
      </w:r>
      <w:proofErr w:type="spellEnd"/>
      <w:r w:rsidRPr="00DB5773">
        <w:rPr>
          <w:sz w:val="28"/>
          <w:szCs w:val="28"/>
        </w:rPr>
        <w:t xml:space="preserve"> Quoc Island with my family. </w:t>
      </w:r>
      <w:proofErr w:type="spellStart"/>
      <w:r w:rsidRPr="00DB5773">
        <w:rPr>
          <w:sz w:val="28"/>
          <w:szCs w:val="28"/>
        </w:rPr>
        <w:t>Phu</w:t>
      </w:r>
      <w:proofErr w:type="spellEnd"/>
      <w:r w:rsidRPr="00DB5773">
        <w:rPr>
          <w:sz w:val="28"/>
          <w:szCs w:val="28"/>
        </w:rPr>
        <w:t xml:space="preserve"> Quoc is a beautiful island in Viet Nam. It has clean beaches, green forests and many interesting places. We stayed near the beach, so we could swim in the morning and watc</w:t>
      </w:r>
      <w:r w:rsidRPr="00DB5773">
        <w:rPr>
          <w:sz w:val="28"/>
          <w:szCs w:val="28"/>
        </w:rPr>
        <w:t>h the sunset in the evening.</w:t>
      </w:r>
      <w:r w:rsidRPr="00DB5773">
        <w:rPr>
          <w:sz w:val="28"/>
          <w:szCs w:val="28"/>
        </w:rPr>
        <w:br/>
      </w:r>
      <w:r w:rsidRPr="00DB5773">
        <w:rPr>
          <w:sz w:val="28"/>
          <w:szCs w:val="28"/>
        </w:rPr>
        <w:br/>
        <w:t>On the second day, we visited a national park. The guide told us that we must stay on the trail and must not pick flowers or disturb animals. My mother brought some water and sunscreen. My brother brought a camera to take phot</w:t>
      </w:r>
      <w:r w:rsidRPr="00DB5773">
        <w:rPr>
          <w:sz w:val="28"/>
          <w:szCs w:val="28"/>
        </w:rPr>
        <w:t xml:space="preserve">os. In the evening, we went to the night market and enjoyed fresh seafood. I think </w:t>
      </w:r>
      <w:proofErr w:type="spellStart"/>
      <w:r w:rsidRPr="00DB5773">
        <w:rPr>
          <w:sz w:val="28"/>
          <w:szCs w:val="28"/>
        </w:rPr>
        <w:t>Phu</w:t>
      </w:r>
      <w:proofErr w:type="spellEnd"/>
      <w:r w:rsidRPr="00DB5773">
        <w:rPr>
          <w:sz w:val="28"/>
          <w:szCs w:val="28"/>
        </w:rPr>
        <w:t xml:space="preserve"> Quoc is a wonderful place for a holiday.</w:t>
      </w:r>
    </w:p>
    <w:p w14:paraId="259FCA83" w14:textId="77777777" w:rsidR="007F15ED" w:rsidRPr="00DB5773" w:rsidRDefault="00462930">
      <w:pPr>
        <w:spacing w:after="40" w:line="240" w:lineRule="auto"/>
        <w:rPr>
          <w:sz w:val="28"/>
          <w:szCs w:val="28"/>
        </w:rPr>
      </w:pPr>
      <w:r w:rsidRPr="00DB5773">
        <w:rPr>
          <w:b/>
          <w:sz w:val="28"/>
          <w:szCs w:val="28"/>
        </w:rPr>
        <w:t xml:space="preserve">28. </w:t>
      </w:r>
      <w:r w:rsidRPr="00DB5773">
        <w:rPr>
          <w:sz w:val="28"/>
          <w:szCs w:val="28"/>
        </w:rPr>
        <w:t>What is the text mainly about?</w:t>
      </w:r>
    </w:p>
    <w:p w14:paraId="7E28C141" w14:textId="77777777" w:rsidR="007F15ED" w:rsidRPr="00DB5773" w:rsidRDefault="00462930">
      <w:pPr>
        <w:spacing w:after="80" w:line="240" w:lineRule="auto"/>
        <w:rPr>
          <w:sz w:val="28"/>
          <w:szCs w:val="28"/>
        </w:rPr>
      </w:pPr>
      <w:r w:rsidRPr="00DB5773">
        <w:rPr>
          <w:sz w:val="28"/>
          <w:szCs w:val="28"/>
        </w:rPr>
        <w:t xml:space="preserve">    A. Minh's school     B. Minh's trip to </w:t>
      </w:r>
      <w:proofErr w:type="spellStart"/>
      <w:r w:rsidRPr="00DB5773">
        <w:rPr>
          <w:sz w:val="28"/>
          <w:szCs w:val="28"/>
        </w:rPr>
        <w:t>Phu</w:t>
      </w:r>
      <w:proofErr w:type="spellEnd"/>
      <w:r w:rsidRPr="00DB5773">
        <w:rPr>
          <w:sz w:val="28"/>
          <w:szCs w:val="28"/>
        </w:rPr>
        <w:t xml:space="preserve"> Quoc     C. Minh's brother     D. A cave </w:t>
      </w:r>
      <w:proofErr w:type="gramStart"/>
      <w:r w:rsidRPr="00DB5773">
        <w:rPr>
          <w:sz w:val="28"/>
          <w:szCs w:val="28"/>
        </w:rPr>
        <w:t>tour</w:t>
      </w:r>
      <w:proofErr w:type="gramEnd"/>
    </w:p>
    <w:p w14:paraId="7C8AC742" w14:textId="77777777" w:rsidR="007F15ED" w:rsidRPr="00DB5773" w:rsidRDefault="00462930">
      <w:pPr>
        <w:spacing w:after="40" w:line="240" w:lineRule="auto"/>
        <w:rPr>
          <w:sz w:val="28"/>
          <w:szCs w:val="28"/>
        </w:rPr>
      </w:pPr>
      <w:r w:rsidRPr="00DB5773">
        <w:rPr>
          <w:b/>
          <w:sz w:val="28"/>
          <w:szCs w:val="28"/>
        </w:rPr>
        <w:t xml:space="preserve">29. </w:t>
      </w:r>
      <w:r w:rsidRPr="00DB5773">
        <w:rPr>
          <w:sz w:val="28"/>
          <w:szCs w:val="28"/>
        </w:rPr>
        <w:t xml:space="preserve">Where is </w:t>
      </w:r>
      <w:proofErr w:type="spellStart"/>
      <w:r w:rsidRPr="00DB5773">
        <w:rPr>
          <w:sz w:val="28"/>
          <w:szCs w:val="28"/>
        </w:rPr>
        <w:t>Phu</w:t>
      </w:r>
      <w:proofErr w:type="spellEnd"/>
      <w:r w:rsidRPr="00DB5773">
        <w:rPr>
          <w:sz w:val="28"/>
          <w:szCs w:val="28"/>
        </w:rPr>
        <w:t xml:space="preserve"> Quoc?</w:t>
      </w:r>
    </w:p>
    <w:p w14:paraId="730B1780" w14:textId="77777777" w:rsidR="007F15ED" w:rsidRPr="00DB5773" w:rsidRDefault="00462930">
      <w:pPr>
        <w:spacing w:after="80" w:line="240" w:lineRule="auto"/>
        <w:rPr>
          <w:sz w:val="28"/>
          <w:szCs w:val="28"/>
        </w:rPr>
      </w:pPr>
      <w:r w:rsidRPr="00DB5773">
        <w:rPr>
          <w:sz w:val="28"/>
          <w:szCs w:val="28"/>
        </w:rPr>
        <w:t xml:space="preserve">    A. In Viet Nam     B. In Japan     C. In Thailand     D. In England</w:t>
      </w:r>
    </w:p>
    <w:p w14:paraId="0B917254" w14:textId="77777777" w:rsidR="007F15ED" w:rsidRPr="00DB5773" w:rsidRDefault="00462930">
      <w:pPr>
        <w:spacing w:after="40" w:line="240" w:lineRule="auto"/>
        <w:rPr>
          <w:sz w:val="28"/>
          <w:szCs w:val="28"/>
        </w:rPr>
      </w:pPr>
      <w:r w:rsidRPr="00DB5773">
        <w:rPr>
          <w:b/>
          <w:sz w:val="28"/>
          <w:szCs w:val="28"/>
        </w:rPr>
        <w:t xml:space="preserve">30. </w:t>
      </w:r>
      <w:r w:rsidRPr="00DB5773">
        <w:rPr>
          <w:sz w:val="28"/>
          <w:szCs w:val="28"/>
        </w:rPr>
        <w:t xml:space="preserve">What does </w:t>
      </w:r>
      <w:proofErr w:type="spellStart"/>
      <w:r w:rsidRPr="00DB5773">
        <w:rPr>
          <w:sz w:val="28"/>
          <w:szCs w:val="28"/>
        </w:rPr>
        <w:t>Phu</w:t>
      </w:r>
      <w:proofErr w:type="spellEnd"/>
      <w:r w:rsidRPr="00DB5773">
        <w:rPr>
          <w:sz w:val="28"/>
          <w:szCs w:val="28"/>
        </w:rPr>
        <w:t xml:space="preserve"> Quoc have?</w:t>
      </w:r>
    </w:p>
    <w:p w14:paraId="2C3165CE" w14:textId="77777777" w:rsidR="00A6523E" w:rsidRDefault="00462930">
      <w:pPr>
        <w:spacing w:after="80" w:line="240" w:lineRule="auto"/>
        <w:rPr>
          <w:sz w:val="28"/>
          <w:szCs w:val="28"/>
        </w:rPr>
      </w:pPr>
      <w:r w:rsidRPr="00DB5773">
        <w:rPr>
          <w:sz w:val="28"/>
          <w:szCs w:val="28"/>
        </w:rPr>
        <w:t xml:space="preserve">    A. </w:t>
      </w:r>
      <w:r w:rsidR="00A6523E" w:rsidRPr="00DB5773">
        <w:rPr>
          <w:sz w:val="28"/>
          <w:szCs w:val="28"/>
        </w:rPr>
        <w:t>A lot of snow</w:t>
      </w:r>
      <w:r w:rsidR="00A6523E">
        <w:rPr>
          <w:sz w:val="28"/>
          <w:szCs w:val="28"/>
        </w:rPr>
        <w:t xml:space="preserve"> </w:t>
      </w:r>
      <w:r w:rsidRPr="00DB5773">
        <w:rPr>
          <w:sz w:val="28"/>
          <w:szCs w:val="28"/>
        </w:rPr>
        <w:t xml:space="preserve">    </w:t>
      </w:r>
      <w:r w:rsidR="00A6523E">
        <w:rPr>
          <w:sz w:val="28"/>
          <w:szCs w:val="28"/>
        </w:rPr>
        <w:tab/>
      </w:r>
      <w:r w:rsidR="00A6523E">
        <w:rPr>
          <w:sz w:val="28"/>
          <w:szCs w:val="28"/>
        </w:rPr>
        <w:tab/>
      </w:r>
      <w:r w:rsidR="00A6523E">
        <w:rPr>
          <w:sz w:val="28"/>
          <w:szCs w:val="28"/>
        </w:rPr>
        <w:tab/>
      </w:r>
      <w:r w:rsidR="00A6523E">
        <w:rPr>
          <w:sz w:val="28"/>
          <w:szCs w:val="28"/>
        </w:rPr>
        <w:tab/>
      </w:r>
      <w:r w:rsidRPr="00DB5773">
        <w:rPr>
          <w:sz w:val="28"/>
          <w:szCs w:val="28"/>
        </w:rPr>
        <w:t xml:space="preserve">B. Only mountains     </w:t>
      </w:r>
    </w:p>
    <w:p w14:paraId="65DBB87C" w14:textId="572C3E6E" w:rsidR="007F15ED" w:rsidRPr="00DB5773" w:rsidRDefault="00A6523E">
      <w:pPr>
        <w:spacing w:after="80" w:line="240" w:lineRule="auto"/>
        <w:rPr>
          <w:sz w:val="28"/>
          <w:szCs w:val="28"/>
        </w:rPr>
      </w:pPr>
      <w:r>
        <w:rPr>
          <w:sz w:val="28"/>
          <w:szCs w:val="28"/>
        </w:rPr>
        <w:t xml:space="preserve">    </w:t>
      </w:r>
      <w:r w:rsidRPr="00DB5773">
        <w:rPr>
          <w:sz w:val="28"/>
          <w:szCs w:val="28"/>
        </w:rPr>
        <w:t xml:space="preserve">C. Many deserts    </w:t>
      </w:r>
      <w:r>
        <w:rPr>
          <w:sz w:val="28"/>
          <w:szCs w:val="28"/>
        </w:rPr>
        <w:tab/>
      </w:r>
      <w:r>
        <w:rPr>
          <w:sz w:val="28"/>
          <w:szCs w:val="28"/>
        </w:rPr>
        <w:tab/>
      </w:r>
      <w:r>
        <w:rPr>
          <w:sz w:val="28"/>
          <w:szCs w:val="28"/>
        </w:rPr>
        <w:tab/>
      </w:r>
      <w:r>
        <w:rPr>
          <w:sz w:val="28"/>
          <w:szCs w:val="28"/>
        </w:rPr>
        <w:tab/>
      </w:r>
      <w:r w:rsidRPr="00DB5773">
        <w:rPr>
          <w:sz w:val="28"/>
          <w:szCs w:val="28"/>
        </w:rPr>
        <w:t xml:space="preserve">D. Clean beaches and green forests </w:t>
      </w:r>
    </w:p>
    <w:p w14:paraId="39416130" w14:textId="77777777" w:rsidR="007F15ED" w:rsidRPr="00DB5773" w:rsidRDefault="00462930">
      <w:pPr>
        <w:spacing w:after="40" w:line="240" w:lineRule="auto"/>
        <w:rPr>
          <w:sz w:val="28"/>
          <w:szCs w:val="28"/>
        </w:rPr>
      </w:pPr>
      <w:r w:rsidRPr="00DB5773">
        <w:rPr>
          <w:b/>
          <w:sz w:val="28"/>
          <w:szCs w:val="28"/>
        </w:rPr>
        <w:t xml:space="preserve">31. </w:t>
      </w:r>
      <w:r w:rsidRPr="00DB5773">
        <w:rPr>
          <w:sz w:val="28"/>
          <w:szCs w:val="28"/>
        </w:rPr>
        <w:t>What did Minh</w:t>
      </w:r>
      <w:r w:rsidRPr="00DB5773">
        <w:rPr>
          <w:sz w:val="28"/>
          <w:szCs w:val="28"/>
        </w:rPr>
        <w:t>'s family do in the morning?</w:t>
      </w:r>
    </w:p>
    <w:p w14:paraId="0F6323C0" w14:textId="77777777" w:rsidR="00A6523E" w:rsidRDefault="00462930">
      <w:pPr>
        <w:spacing w:after="80" w:line="240" w:lineRule="auto"/>
        <w:rPr>
          <w:sz w:val="28"/>
          <w:szCs w:val="28"/>
        </w:rPr>
      </w:pPr>
      <w:r w:rsidRPr="00DB5773">
        <w:rPr>
          <w:sz w:val="28"/>
          <w:szCs w:val="28"/>
        </w:rPr>
        <w:t xml:space="preserve">    A. They swam.     </w:t>
      </w:r>
      <w:r w:rsidR="00A6523E">
        <w:rPr>
          <w:sz w:val="28"/>
          <w:szCs w:val="28"/>
        </w:rPr>
        <w:tab/>
      </w:r>
      <w:r w:rsidR="00A6523E">
        <w:rPr>
          <w:sz w:val="28"/>
          <w:szCs w:val="28"/>
        </w:rPr>
        <w:tab/>
      </w:r>
      <w:r w:rsidR="00A6523E">
        <w:rPr>
          <w:sz w:val="28"/>
          <w:szCs w:val="28"/>
        </w:rPr>
        <w:tab/>
      </w:r>
      <w:r w:rsidR="00A6523E">
        <w:rPr>
          <w:sz w:val="28"/>
          <w:szCs w:val="28"/>
        </w:rPr>
        <w:tab/>
      </w:r>
      <w:r w:rsidRPr="00DB5773">
        <w:rPr>
          <w:sz w:val="28"/>
          <w:szCs w:val="28"/>
        </w:rPr>
        <w:t xml:space="preserve">B. They went shopping.     </w:t>
      </w:r>
    </w:p>
    <w:p w14:paraId="1C3A36BF" w14:textId="1527E92B" w:rsidR="007F15ED" w:rsidRPr="00DB5773" w:rsidRDefault="00A6523E">
      <w:pPr>
        <w:spacing w:after="80" w:line="240" w:lineRule="auto"/>
        <w:rPr>
          <w:sz w:val="28"/>
          <w:szCs w:val="28"/>
        </w:rPr>
      </w:pPr>
      <w:r>
        <w:rPr>
          <w:sz w:val="28"/>
          <w:szCs w:val="28"/>
        </w:rPr>
        <w:t xml:space="preserve">    </w:t>
      </w:r>
      <w:r w:rsidRPr="00DB5773">
        <w:rPr>
          <w:sz w:val="28"/>
          <w:szCs w:val="28"/>
        </w:rPr>
        <w:t xml:space="preserve">C. They visited a museum.     </w:t>
      </w:r>
      <w:r>
        <w:rPr>
          <w:sz w:val="28"/>
          <w:szCs w:val="28"/>
        </w:rPr>
        <w:tab/>
      </w:r>
      <w:r>
        <w:rPr>
          <w:sz w:val="28"/>
          <w:szCs w:val="28"/>
        </w:rPr>
        <w:tab/>
      </w:r>
      <w:r w:rsidRPr="00DB5773">
        <w:rPr>
          <w:sz w:val="28"/>
          <w:szCs w:val="28"/>
        </w:rPr>
        <w:t>D. They watched fireworks.</w:t>
      </w:r>
    </w:p>
    <w:p w14:paraId="0052FBBB" w14:textId="77777777" w:rsidR="007F15ED" w:rsidRPr="00DB5773" w:rsidRDefault="00462930">
      <w:pPr>
        <w:spacing w:after="40" w:line="240" w:lineRule="auto"/>
        <w:rPr>
          <w:sz w:val="28"/>
          <w:szCs w:val="28"/>
        </w:rPr>
      </w:pPr>
      <w:r w:rsidRPr="00DB5773">
        <w:rPr>
          <w:b/>
          <w:sz w:val="28"/>
          <w:szCs w:val="28"/>
        </w:rPr>
        <w:lastRenderedPageBreak/>
        <w:t xml:space="preserve">32. </w:t>
      </w:r>
      <w:r w:rsidRPr="00DB5773">
        <w:rPr>
          <w:sz w:val="28"/>
          <w:szCs w:val="28"/>
        </w:rPr>
        <w:t>What must visitors do in the national park?</w:t>
      </w:r>
    </w:p>
    <w:p w14:paraId="0A8FED35" w14:textId="3E997D62" w:rsidR="007F15ED" w:rsidRPr="00DB5773" w:rsidRDefault="00462930">
      <w:pPr>
        <w:spacing w:after="80" w:line="240" w:lineRule="auto"/>
        <w:rPr>
          <w:sz w:val="28"/>
          <w:szCs w:val="28"/>
        </w:rPr>
      </w:pPr>
      <w:r w:rsidRPr="00DB5773">
        <w:rPr>
          <w:sz w:val="28"/>
          <w:szCs w:val="28"/>
        </w:rPr>
        <w:t xml:space="preserve">    A. </w:t>
      </w:r>
      <w:r w:rsidR="00A6523E" w:rsidRPr="00DB5773">
        <w:rPr>
          <w:sz w:val="28"/>
          <w:szCs w:val="28"/>
        </w:rPr>
        <w:t>Disturb animals</w:t>
      </w:r>
      <w:r w:rsidRPr="00DB5773">
        <w:rPr>
          <w:sz w:val="28"/>
          <w:szCs w:val="28"/>
        </w:rPr>
        <w:t xml:space="preserve">    B. Pick flowers     C. </w:t>
      </w:r>
      <w:r w:rsidR="00A6523E" w:rsidRPr="00DB5773">
        <w:rPr>
          <w:sz w:val="28"/>
          <w:szCs w:val="28"/>
        </w:rPr>
        <w:t>Stay on the trail</w:t>
      </w:r>
      <w:r w:rsidRPr="00DB5773">
        <w:rPr>
          <w:sz w:val="28"/>
          <w:szCs w:val="28"/>
        </w:rPr>
        <w:t xml:space="preserve">     D. Go alone</w:t>
      </w:r>
    </w:p>
    <w:p w14:paraId="4E8BCD8A" w14:textId="77777777" w:rsidR="007F15ED" w:rsidRPr="00DB5773" w:rsidRDefault="00462930">
      <w:pPr>
        <w:spacing w:after="40" w:line="240" w:lineRule="auto"/>
        <w:rPr>
          <w:sz w:val="28"/>
          <w:szCs w:val="28"/>
        </w:rPr>
      </w:pPr>
      <w:r w:rsidRPr="00DB5773">
        <w:rPr>
          <w:b/>
          <w:sz w:val="28"/>
          <w:szCs w:val="28"/>
        </w:rPr>
        <w:t xml:space="preserve">33. </w:t>
      </w:r>
      <w:r w:rsidRPr="00DB5773">
        <w:rPr>
          <w:sz w:val="28"/>
          <w:szCs w:val="28"/>
        </w:rPr>
        <w:t>What did Minh's mother bring?</w:t>
      </w:r>
    </w:p>
    <w:p w14:paraId="70BF08A7" w14:textId="77777777" w:rsidR="00A6523E" w:rsidRDefault="00462930">
      <w:pPr>
        <w:spacing w:after="80" w:line="240" w:lineRule="auto"/>
        <w:rPr>
          <w:sz w:val="28"/>
          <w:szCs w:val="28"/>
        </w:rPr>
      </w:pPr>
      <w:r w:rsidRPr="00DB5773">
        <w:rPr>
          <w:sz w:val="28"/>
          <w:szCs w:val="28"/>
        </w:rPr>
        <w:t xml:space="preserve">    A. Some water and sunscreen     </w:t>
      </w:r>
      <w:r w:rsidR="00A6523E">
        <w:rPr>
          <w:sz w:val="28"/>
          <w:szCs w:val="28"/>
        </w:rPr>
        <w:tab/>
      </w:r>
      <w:r w:rsidR="00A6523E">
        <w:rPr>
          <w:sz w:val="28"/>
          <w:szCs w:val="28"/>
        </w:rPr>
        <w:tab/>
      </w:r>
      <w:r w:rsidRPr="00DB5773">
        <w:rPr>
          <w:sz w:val="28"/>
          <w:szCs w:val="28"/>
        </w:rPr>
        <w:t xml:space="preserve">B. A compass and a torch     </w:t>
      </w:r>
    </w:p>
    <w:p w14:paraId="645913B1" w14:textId="488ECD85" w:rsidR="007F15ED" w:rsidRPr="00DB5773" w:rsidRDefault="00A6523E">
      <w:pPr>
        <w:spacing w:after="80" w:line="240" w:lineRule="auto"/>
        <w:rPr>
          <w:sz w:val="28"/>
          <w:szCs w:val="28"/>
        </w:rPr>
      </w:pPr>
      <w:r>
        <w:rPr>
          <w:sz w:val="28"/>
          <w:szCs w:val="28"/>
        </w:rPr>
        <w:t xml:space="preserve">    </w:t>
      </w:r>
      <w:r w:rsidRPr="00DB5773">
        <w:rPr>
          <w:sz w:val="28"/>
          <w:szCs w:val="28"/>
        </w:rPr>
        <w:t xml:space="preserve">C. A sleeping bag     </w:t>
      </w:r>
      <w:r>
        <w:rPr>
          <w:sz w:val="28"/>
          <w:szCs w:val="28"/>
        </w:rPr>
        <w:tab/>
      </w:r>
      <w:r>
        <w:rPr>
          <w:sz w:val="28"/>
          <w:szCs w:val="28"/>
        </w:rPr>
        <w:tab/>
      </w:r>
      <w:r>
        <w:rPr>
          <w:sz w:val="28"/>
          <w:szCs w:val="28"/>
        </w:rPr>
        <w:tab/>
      </w:r>
      <w:r>
        <w:rPr>
          <w:sz w:val="28"/>
          <w:szCs w:val="28"/>
        </w:rPr>
        <w:tab/>
      </w:r>
      <w:r w:rsidRPr="00DB5773">
        <w:rPr>
          <w:sz w:val="28"/>
          <w:szCs w:val="28"/>
        </w:rPr>
        <w:t>D. Some scissors</w:t>
      </w:r>
    </w:p>
    <w:p w14:paraId="485565C9" w14:textId="77777777" w:rsidR="007F15ED" w:rsidRPr="00DB5773" w:rsidRDefault="00462930">
      <w:pPr>
        <w:spacing w:after="40" w:line="240" w:lineRule="auto"/>
        <w:rPr>
          <w:sz w:val="28"/>
          <w:szCs w:val="28"/>
        </w:rPr>
      </w:pPr>
      <w:r w:rsidRPr="00DB5773">
        <w:rPr>
          <w:b/>
          <w:sz w:val="28"/>
          <w:szCs w:val="28"/>
        </w:rPr>
        <w:t xml:space="preserve">34. </w:t>
      </w:r>
      <w:r w:rsidRPr="00DB5773">
        <w:rPr>
          <w:sz w:val="28"/>
          <w:szCs w:val="28"/>
        </w:rPr>
        <w:t>Where did they enjoy fresh seafood?</w:t>
      </w:r>
    </w:p>
    <w:p w14:paraId="0F2EACDC" w14:textId="287037FB" w:rsidR="007F15ED" w:rsidRPr="00DB5773" w:rsidRDefault="00462930">
      <w:pPr>
        <w:spacing w:after="80" w:line="240" w:lineRule="auto"/>
        <w:rPr>
          <w:sz w:val="28"/>
          <w:szCs w:val="28"/>
        </w:rPr>
      </w:pPr>
      <w:r w:rsidRPr="00DB5773">
        <w:rPr>
          <w:sz w:val="28"/>
          <w:szCs w:val="28"/>
        </w:rPr>
        <w:t xml:space="preserve">    A.  </w:t>
      </w:r>
      <w:r w:rsidR="00A6523E" w:rsidRPr="00DB5773">
        <w:rPr>
          <w:sz w:val="28"/>
          <w:szCs w:val="28"/>
        </w:rPr>
        <w:t>In a cave</w:t>
      </w:r>
      <w:r w:rsidR="00A6523E">
        <w:rPr>
          <w:sz w:val="28"/>
          <w:szCs w:val="28"/>
        </w:rPr>
        <w:tab/>
      </w:r>
      <w:r w:rsidRPr="00DB5773">
        <w:rPr>
          <w:sz w:val="28"/>
          <w:szCs w:val="28"/>
        </w:rPr>
        <w:t xml:space="preserve">   B. In the forest     C. At </w:t>
      </w:r>
      <w:r w:rsidR="00A6523E">
        <w:rPr>
          <w:sz w:val="28"/>
          <w:szCs w:val="28"/>
        </w:rPr>
        <w:t>a local market</w:t>
      </w:r>
      <w:r w:rsidRPr="00DB5773">
        <w:rPr>
          <w:sz w:val="28"/>
          <w:szCs w:val="28"/>
        </w:rPr>
        <w:t xml:space="preserve">     D. </w:t>
      </w:r>
      <w:r w:rsidR="00A6523E" w:rsidRPr="00DB5773">
        <w:rPr>
          <w:sz w:val="28"/>
          <w:szCs w:val="28"/>
        </w:rPr>
        <w:t xml:space="preserve">At the night market </w:t>
      </w:r>
    </w:p>
    <w:p w14:paraId="0CAA296D" w14:textId="77777777" w:rsidR="007F15ED" w:rsidRPr="00DB5773" w:rsidRDefault="00462930">
      <w:pPr>
        <w:spacing w:after="40" w:line="240" w:lineRule="auto"/>
        <w:rPr>
          <w:sz w:val="28"/>
          <w:szCs w:val="28"/>
        </w:rPr>
      </w:pPr>
      <w:r w:rsidRPr="00DB5773">
        <w:rPr>
          <w:b/>
          <w:sz w:val="28"/>
          <w:szCs w:val="28"/>
        </w:rPr>
        <w:t xml:space="preserve">35. </w:t>
      </w:r>
      <w:r w:rsidRPr="00DB5773">
        <w:rPr>
          <w:sz w:val="28"/>
          <w:szCs w:val="28"/>
        </w:rPr>
        <w:t xml:space="preserve">How does Minh feel about </w:t>
      </w:r>
      <w:proofErr w:type="spellStart"/>
      <w:r w:rsidRPr="00DB5773">
        <w:rPr>
          <w:sz w:val="28"/>
          <w:szCs w:val="28"/>
        </w:rPr>
        <w:t>Phu</w:t>
      </w:r>
      <w:proofErr w:type="spellEnd"/>
      <w:r w:rsidRPr="00DB5773">
        <w:rPr>
          <w:sz w:val="28"/>
          <w:szCs w:val="28"/>
        </w:rPr>
        <w:t xml:space="preserve"> Quoc?</w:t>
      </w:r>
    </w:p>
    <w:p w14:paraId="35BEDD00" w14:textId="77777777" w:rsidR="00581412" w:rsidRDefault="00462930">
      <w:pPr>
        <w:spacing w:after="80" w:line="240" w:lineRule="auto"/>
        <w:rPr>
          <w:sz w:val="28"/>
          <w:szCs w:val="28"/>
        </w:rPr>
      </w:pPr>
      <w:r w:rsidRPr="00DB5773">
        <w:rPr>
          <w:sz w:val="28"/>
          <w:szCs w:val="28"/>
        </w:rPr>
        <w:t xml:space="preserve">    A. It is boring.     </w:t>
      </w:r>
      <w:r w:rsidR="00581412">
        <w:rPr>
          <w:sz w:val="28"/>
          <w:szCs w:val="28"/>
        </w:rPr>
        <w:tab/>
      </w:r>
      <w:r w:rsidR="00581412">
        <w:rPr>
          <w:sz w:val="28"/>
          <w:szCs w:val="28"/>
        </w:rPr>
        <w:tab/>
      </w:r>
      <w:r w:rsidR="00581412">
        <w:rPr>
          <w:sz w:val="28"/>
          <w:szCs w:val="28"/>
        </w:rPr>
        <w:tab/>
      </w:r>
      <w:r w:rsidR="00581412">
        <w:rPr>
          <w:sz w:val="28"/>
          <w:szCs w:val="28"/>
        </w:rPr>
        <w:tab/>
      </w:r>
      <w:r w:rsidRPr="00DB5773">
        <w:rPr>
          <w:sz w:val="28"/>
          <w:szCs w:val="28"/>
        </w:rPr>
        <w:t xml:space="preserve">B. It is wonderful.     </w:t>
      </w:r>
    </w:p>
    <w:p w14:paraId="7703E23B" w14:textId="76FEAD1D" w:rsidR="007F15ED" w:rsidRPr="00DB5773" w:rsidRDefault="00581412">
      <w:pPr>
        <w:spacing w:after="80" w:line="240" w:lineRule="auto"/>
        <w:rPr>
          <w:sz w:val="28"/>
          <w:szCs w:val="28"/>
        </w:rPr>
      </w:pPr>
      <w:r>
        <w:rPr>
          <w:sz w:val="28"/>
          <w:szCs w:val="28"/>
        </w:rPr>
        <w:t xml:space="preserve">    </w:t>
      </w:r>
      <w:r w:rsidRPr="00DB5773">
        <w:rPr>
          <w:sz w:val="28"/>
          <w:szCs w:val="28"/>
        </w:rPr>
        <w:t xml:space="preserve">C. It is dangerous and ugly.     </w:t>
      </w:r>
      <w:r>
        <w:rPr>
          <w:sz w:val="28"/>
          <w:szCs w:val="28"/>
        </w:rPr>
        <w:tab/>
      </w:r>
      <w:r>
        <w:rPr>
          <w:sz w:val="28"/>
          <w:szCs w:val="28"/>
        </w:rPr>
        <w:tab/>
      </w:r>
      <w:r w:rsidRPr="00DB5773">
        <w:rPr>
          <w:sz w:val="28"/>
          <w:szCs w:val="28"/>
        </w:rPr>
        <w:t>D. It is too expensive.</w:t>
      </w:r>
    </w:p>
    <w:p w14:paraId="1E662612" w14:textId="77777777" w:rsidR="007F15ED" w:rsidRPr="00DB5773" w:rsidRDefault="00462930">
      <w:pPr>
        <w:spacing w:before="120" w:after="80" w:line="240" w:lineRule="auto"/>
        <w:rPr>
          <w:sz w:val="28"/>
          <w:szCs w:val="28"/>
        </w:rPr>
      </w:pPr>
      <w:r w:rsidRPr="00DB5773">
        <w:rPr>
          <w:b/>
          <w:sz w:val="28"/>
          <w:szCs w:val="28"/>
        </w:rPr>
        <w:t>VII: WRITING</w:t>
      </w:r>
    </w:p>
    <w:p w14:paraId="4FCF3A02" w14:textId="77777777" w:rsidR="007F15ED" w:rsidRPr="00DB5773" w:rsidRDefault="00462930">
      <w:pPr>
        <w:spacing w:after="40" w:line="240" w:lineRule="auto"/>
        <w:rPr>
          <w:sz w:val="28"/>
          <w:szCs w:val="28"/>
        </w:rPr>
      </w:pPr>
      <w:r w:rsidRPr="00DB5773">
        <w:rPr>
          <w:b/>
          <w:sz w:val="28"/>
          <w:szCs w:val="28"/>
        </w:rPr>
        <w:t>A. Rearrange t</w:t>
      </w:r>
      <w:r w:rsidRPr="00DB5773">
        <w:rPr>
          <w:b/>
          <w:sz w:val="28"/>
          <w:szCs w:val="28"/>
        </w:rPr>
        <w:t>he words to make complete sentences.</w:t>
      </w:r>
    </w:p>
    <w:p w14:paraId="5BF144C7" w14:textId="77777777" w:rsidR="007F15ED" w:rsidRPr="00DB5773" w:rsidRDefault="00462930">
      <w:pPr>
        <w:spacing w:after="40" w:line="240" w:lineRule="auto"/>
        <w:rPr>
          <w:sz w:val="28"/>
          <w:szCs w:val="28"/>
        </w:rPr>
      </w:pPr>
      <w:r w:rsidRPr="00DB5773">
        <w:rPr>
          <w:b/>
          <w:sz w:val="28"/>
          <w:szCs w:val="28"/>
        </w:rPr>
        <w:t xml:space="preserve">36. </w:t>
      </w:r>
      <w:r w:rsidRPr="00DB5773">
        <w:rPr>
          <w:sz w:val="28"/>
          <w:szCs w:val="28"/>
        </w:rPr>
        <w:t>must / You / bring / a bottle of water /.</w:t>
      </w:r>
    </w:p>
    <w:p w14:paraId="51E86F44" w14:textId="77777777" w:rsidR="007F15ED" w:rsidRPr="00DB5773" w:rsidRDefault="00462930">
      <w:pPr>
        <w:spacing w:after="100" w:line="240" w:lineRule="auto"/>
        <w:rPr>
          <w:sz w:val="28"/>
          <w:szCs w:val="28"/>
        </w:rPr>
      </w:pPr>
      <w:r w:rsidRPr="00DB5773">
        <w:rPr>
          <w:sz w:val="28"/>
          <w:szCs w:val="28"/>
        </w:rPr>
        <w:t xml:space="preserve">______________________________________________________________________. </w:t>
      </w:r>
    </w:p>
    <w:p w14:paraId="5D016FE6" w14:textId="77777777" w:rsidR="007F15ED" w:rsidRPr="00DB5773" w:rsidRDefault="00462930">
      <w:pPr>
        <w:spacing w:after="40" w:line="240" w:lineRule="auto"/>
        <w:rPr>
          <w:sz w:val="28"/>
          <w:szCs w:val="28"/>
        </w:rPr>
      </w:pPr>
      <w:r w:rsidRPr="00DB5773">
        <w:rPr>
          <w:b/>
          <w:sz w:val="28"/>
          <w:szCs w:val="28"/>
        </w:rPr>
        <w:t xml:space="preserve">37. </w:t>
      </w:r>
      <w:r w:rsidRPr="00DB5773">
        <w:rPr>
          <w:sz w:val="28"/>
          <w:szCs w:val="28"/>
        </w:rPr>
        <w:t>is / Ha Long Bay / famous / its beautiful islands / for /.</w:t>
      </w:r>
    </w:p>
    <w:p w14:paraId="1B2EAF7C" w14:textId="77777777" w:rsidR="007F15ED" w:rsidRPr="00DB5773" w:rsidRDefault="00462930">
      <w:pPr>
        <w:spacing w:after="100" w:line="240" w:lineRule="auto"/>
        <w:rPr>
          <w:sz w:val="28"/>
          <w:szCs w:val="28"/>
        </w:rPr>
      </w:pPr>
      <w:r w:rsidRPr="00DB5773">
        <w:rPr>
          <w:sz w:val="28"/>
          <w:szCs w:val="28"/>
        </w:rPr>
        <w:t>_____________________________________</w:t>
      </w:r>
      <w:r w:rsidRPr="00DB5773">
        <w:rPr>
          <w:sz w:val="28"/>
          <w:szCs w:val="28"/>
        </w:rPr>
        <w:t xml:space="preserve">_________________________________. </w:t>
      </w:r>
    </w:p>
    <w:p w14:paraId="690EF539" w14:textId="77777777" w:rsidR="007F15ED" w:rsidRPr="00DB5773" w:rsidRDefault="00462930">
      <w:pPr>
        <w:spacing w:after="40" w:line="240" w:lineRule="auto"/>
        <w:rPr>
          <w:sz w:val="28"/>
          <w:szCs w:val="28"/>
        </w:rPr>
      </w:pPr>
      <w:r w:rsidRPr="00DB5773">
        <w:rPr>
          <w:b/>
          <w:sz w:val="28"/>
          <w:szCs w:val="28"/>
        </w:rPr>
        <w:t>B. Rewrite the sentences without changing their meanings.</w:t>
      </w:r>
    </w:p>
    <w:p w14:paraId="7DE268FD" w14:textId="2344297F" w:rsidR="007F15ED" w:rsidRPr="00DB5773" w:rsidRDefault="00462930">
      <w:pPr>
        <w:spacing w:after="40" w:line="240" w:lineRule="auto"/>
        <w:rPr>
          <w:sz w:val="28"/>
          <w:szCs w:val="28"/>
        </w:rPr>
      </w:pPr>
      <w:r w:rsidRPr="00DB5773">
        <w:rPr>
          <w:b/>
          <w:sz w:val="28"/>
          <w:szCs w:val="28"/>
        </w:rPr>
        <w:t xml:space="preserve">38. </w:t>
      </w:r>
      <w:r w:rsidRPr="00DB5773">
        <w:rPr>
          <w:sz w:val="28"/>
          <w:szCs w:val="28"/>
        </w:rPr>
        <w:t xml:space="preserve">It is necessary to bring a compass. </w:t>
      </w:r>
    </w:p>
    <w:p w14:paraId="71E2B794" w14:textId="77777777" w:rsidR="007F15ED" w:rsidRPr="00DB5773" w:rsidRDefault="00462930">
      <w:pPr>
        <w:spacing w:after="120" w:line="240" w:lineRule="auto"/>
        <w:rPr>
          <w:sz w:val="28"/>
          <w:szCs w:val="28"/>
        </w:rPr>
      </w:pPr>
      <w:r w:rsidRPr="00DB5773">
        <w:rPr>
          <w:sz w:val="28"/>
          <w:szCs w:val="28"/>
        </w:rPr>
        <w:t>You ________________________________________________________________.</w:t>
      </w:r>
    </w:p>
    <w:p w14:paraId="21A9AAC5" w14:textId="08F8BFA3" w:rsidR="007F15ED" w:rsidRPr="00DB5773" w:rsidRDefault="00462930">
      <w:pPr>
        <w:spacing w:after="40" w:line="240" w:lineRule="auto"/>
        <w:rPr>
          <w:sz w:val="28"/>
          <w:szCs w:val="28"/>
        </w:rPr>
      </w:pPr>
      <w:r w:rsidRPr="00DB5773">
        <w:rPr>
          <w:b/>
          <w:sz w:val="28"/>
          <w:szCs w:val="28"/>
        </w:rPr>
        <w:t xml:space="preserve">39. </w:t>
      </w:r>
      <w:r w:rsidRPr="00DB5773">
        <w:rPr>
          <w:sz w:val="28"/>
          <w:szCs w:val="28"/>
        </w:rPr>
        <w:t xml:space="preserve">There is not much water left. </w:t>
      </w:r>
    </w:p>
    <w:p w14:paraId="050900BE" w14:textId="77777777" w:rsidR="007F15ED" w:rsidRPr="00DB5773" w:rsidRDefault="00462930">
      <w:pPr>
        <w:spacing w:after="120" w:line="240" w:lineRule="auto"/>
        <w:rPr>
          <w:sz w:val="28"/>
          <w:szCs w:val="28"/>
        </w:rPr>
      </w:pPr>
      <w:r w:rsidRPr="00DB5773">
        <w:rPr>
          <w:sz w:val="28"/>
          <w:szCs w:val="28"/>
        </w:rPr>
        <w:t>There is only __</w:t>
      </w:r>
      <w:r w:rsidRPr="00DB5773">
        <w:rPr>
          <w:sz w:val="28"/>
          <w:szCs w:val="28"/>
        </w:rPr>
        <w:t>_____________________________________________________.</w:t>
      </w:r>
    </w:p>
    <w:p w14:paraId="456E1CD7" w14:textId="2BA0CFE1" w:rsidR="007F15ED" w:rsidRPr="00DB5773" w:rsidRDefault="00462930">
      <w:pPr>
        <w:spacing w:after="40" w:line="240" w:lineRule="auto"/>
        <w:rPr>
          <w:sz w:val="28"/>
          <w:szCs w:val="28"/>
        </w:rPr>
      </w:pPr>
      <w:r w:rsidRPr="00DB5773">
        <w:rPr>
          <w:b/>
          <w:sz w:val="28"/>
          <w:szCs w:val="28"/>
        </w:rPr>
        <w:t xml:space="preserve">40. </w:t>
      </w:r>
      <w:r w:rsidRPr="00DB5773">
        <w:rPr>
          <w:sz w:val="28"/>
          <w:szCs w:val="28"/>
        </w:rPr>
        <w:t xml:space="preserve">Do not throw rubbish in the bay. </w:t>
      </w:r>
    </w:p>
    <w:p w14:paraId="2C553734" w14:textId="77777777" w:rsidR="007F15ED" w:rsidRPr="00DB5773" w:rsidRDefault="00462930">
      <w:pPr>
        <w:spacing w:after="120" w:line="240" w:lineRule="auto"/>
        <w:rPr>
          <w:sz w:val="28"/>
          <w:szCs w:val="28"/>
        </w:rPr>
      </w:pPr>
      <w:r w:rsidRPr="00DB5773">
        <w:rPr>
          <w:sz w:val="28"/>
          <w:szCs w:val="28"/>
        </w:rPr>
        <w:t>You ________________________________________________________________.</w:t>
      </w:r>
    </w:p>
    <w:p w14:paraId="5C338A39" w14:textId="77777777" w:rsidR="007F15ED" w:rsidRPr="00DB5773" w:rsidRDefault="00462930">
      <w:pPr>
        <w:rPr>
          <w:sz w:val="28"/>
          <w:szCs w:val="28"/>
        </w:rPr>
      </w:pPr>
      <w:r w:rsidRPr="00DB5773">
        <w:rPr>
          <w:sz w:val="28"/>
          <w:szCs w:val="28"/>
        </w:rPr>
        <w:br w:type="page"/>
      </w:r>
    </w:p>
    <w:p w14:paraId="404A9FB9" w14:textId="77777777" w:rsidR="007F15ED" w:rsidRPr="00DB5773" w:rsidRDefault="00462930">
      <w:pPr>
        <w:spacing w:after="160" w:line="240" w:lineRule="auto"/>
        <w:jc w:val="center"/>
        <w:rPr>
          <w:sz w:val="28"/>
          <w:szCs w:val="28"/>
        </w:rPr>
      </w:pPr>
      <w:r w:rsidRPr="00DB5773">
        <w:rPr>
          <w:b/>
          <w:sz w:val="28"/>
          <w:szCs w:val="28"/>
        </w:rPr>
        <w:lastRenderedPageBreak/>
        <w:t>AUDIO SCRIPT (PHẦN I: LISTENING)</w:t>
      </w:r>
    </w:p>
    <w:p w14:paraId="09DE4F15" w14:textId="77777777" w:rsidR="007F15ED" w:rsidRPr="00DB5773" w:rsidRDefault="00462930">
      <w:pPr>
        <w:spacing w:after="60"/>
        <w:rPr>
          <w:sz w:val="28"/>
          <w:szCs w:val="28"/>
        </w:rPr>
      </w:pPr>
      <w:r w:rsidRPr="00DB5773">
        <w:rPr>
          <w:sz w:val="28"/>
          <w:szCs w:val="28"/>
        </w:rPr>
        <w:t>Welcome to our travel guide for this summer! Here are five</w:t>
      </w:r>
      <w:r w:rsidRPr="00DB5773">
        <w:rPr>
          <w:sz w:val="28"/>
          <w:szCs w:val="28"/>
        </w:rPr>
        <w:t xml:space="preserve"> wonderful places for your holiday.</w:t>
      </w:r>
      <w:r w:rsidRPr="00DB5773">
        <w:rPr>
          <w:sz w:val="28"/>
          <w:szCs w:val="28"/>
        </w:rPr>
        <w:br/>
        <w:t>- First, Ha Long Bay is famous for its beautiful limestone islands. You can take a boat tour and enjoy fresh seafood there.</w:t>
      </w:r>
      <w:r w:rsidRPr="00DB5773">
        <w:rPr>
          <w:sz w:val="28"/>
          <w:szCs w:val="28"/>
        </w:rPr>
        <w:br/>
        <w:t xml:space="preserve">- Next, </w:t>
      </w:r>
      <w:proofErr w:type="spellStart"/>
      <w:r w:rsidRPr="00DB5773">
        <w:rPr>
          <w:sz w:val="28"/>
          <w:szCs w:val="28"/>
        </w:rPr>
        <w:t>Phong</w:t>
      </w:r>
      <w:proofErr w:type="spellEnd"/>
      <w:r w:rsidRPr="00DB5773">
        <w:rPr>
          <w:sz w:val="28"/>
          <w:szCs w:val="28"/>
        </w:rPr>
        <w:t xml:space="preserve"> </w:t>
      </w:r>
      <w:proofErr w:type="spellStart"/>
      <w:r w:rsidRPr="00DB5773">
        <w:rPr>
          <w:sz w:val="28"/>
          <w:szCs w:val="28"/>
        </w:rPr>
        <w:t>Nha</w:t>
      </w:r>
      <w:proofErr w:type="spellEnd"/>
      <w:r w:rsidRPr="00DB5773">
        <w:rPr>
          <w:sz w:val="28"/>
          <w:szCs w:val="28"/>
        </w:rPr>
        <w:t xml:space="preserve"> Cave is dark and wet, so remember to bring a torch. You must follow the guide </w:t>
      </w:r>
      <w:r w:rsidRPr="00DB5773">
        <w:rPr>
          <w:sz w:val="28"/>
          <w:szCs w:val="28"/>
        </w:rPr>
        <w:t>when you are inside the cave.</w:t>
      </w:r>
      <w:r w:rsidRPr="00DB5773">
        <w:rPr>
          <w:sz w:val="28"/>
          <w:szCs w:val="28"/>
        </w:rPr>
        <w:br/>
        <w:t>- If you like the sun and sand, visit Mui Ne. It has amazing sand dunes. You should use sunscreen because the sun is very strong.</w:t>
      </w:r>
      <w:r w:rsidRPr="00DB5773">
        <w:rPr>
          <w:sz w:val="28"/>
          <w:szCs w:val="28"/>
        </w:rPr>
        <w:br/>
        <w:t xml:space="preserve">- </w:t>
      </w:r>
      <w:proofErr w:type="spellStart"/>
      <w:r w:rsidRPr="00DB5773">
        <w:rPr>
          <w:sz w:val="28"/>
          <w:szCs w:val="28"/>
        </w:rPr>
        <w:t>Phu</w:t>
      </w:r>
      <w:proofErr w:type="spellEnd"/>
      <w:r w:rsidRPr="00DB5773">
        <w:rPr>
          <w:sz w:val="28"/>
          <w:szCs w:val="28"/>
        </w:rPr>
        <w:t xml:space="preserve"> Quoc Island is a great place with green forests and clean beaches. Visitors must not throw</w:t>
      </w:r>
      <w:r w:rsidRPr="00DB5773">
        <w:rPr>
          <w:sz w:val="28"/>
          <w:szCs w:val="28"/>
        </w:rPr>
        <w:t xml:space="preserve"> rubbish on the beach or in the forest.</w:t>
      </w:r>
      <w:r w:rsidRPr="00DB5773">
        <w:rPr>
          <w:sz w:val="28"/>
          <w:szCs w:val="28"/>
        </w:rPr>
        <w:br/>
        <w:t xml:space="preserve">- Finally, </w:t>
      </w:r>
      <w:proofErr w:type="spellStart"/>
      <w:r w:rsidRPr="00DB5773">
        <w:rPr>
          <w:sz w:val="28"/>
          <w:szCs w:val="28"/>
        </w:rPr>
        <w:t>Fansipan</w:t>
      </w:r>
      <w:proofErr w:type="spellEnd"/>
      <w:r w:rsidRPr="00DB5773">
        <w:rPr>
          <w:sz w:val="28"/>
          <w:szCs w:val="28"/>
        </w:rPr>
        <w:t xml:space="preserve"> is the highest mountain in Viet Nam. It is a difficult trip, so visitors should travel with a group.</w:t>
      </w:r>
    </w:p>
    <w:p w14:paraId="308C880F" w14:textId="77777777" w:rsidR="007F15ED" w:rsidRPr="00DB5773" w:rsidRDefault="00462930">
      <w:pPr>
        <w:spacing w:after="160" w:line="240" w:lineRule="auto"/>
        <w:jc w:val="center"/>
        <w:rPr>
          <w:sz w:val="28"/>
          <w:szCs w:val="28"/>
        </w:rPr>
      </w:pPr>
      <w:r w:rsidRPr="00DB5773">
        <w:rPr>
          <w:sz w:val="28"/>
          <w:szCs w:val="28"/>
        </w:rPr>
        <w:t>*************************************</w:t>
      </w:r>
    </w:p>
    <w:p w14:paraId="1A4C8077" w14:textId="77777777" w:rsidR="007F15ED" w:rsidRPr="00DB5773" w:rsidRDefault="00462930">
      <w:pPr>
        <w:spacing w:after="160" w:line="240" w:lineRule="auto"/>
        <w:jc w:val="center"/>
        <w:rPr>
          <w:sz w:val="28"/>
          <w:szCs w:val="28"/>
        </w:rPr>
      </w:pPr>
      <w:proofErr w:type="spellStart"/>
      <w:r w:rsidRPr="00DB5773">
        <w:rPr>
          <w:b/>
          <w:sz w:val="28"/>
          <w:szCs w:val="28"/>
        </w:rPr>
        <w:t>Đáp</w:t>
      </w:r>
      <w:proofErr w:type="spellEnd"/>
      <w:r w:rsidRPr="00DB5773">
        <w:rPr>
          <w:b/>
          <w:sz w:val="28"/>
          <w:szCs w:val="28"/>
        </w:rPr>
        <w:t xml:space="preserve"> </w:t>
      </w:r>
      <w:proofErr w:type="spellStart"/>
      <w:r w:rsidRPr="00DB5773">
        <w:rPr>
          <w:b/>
          <w:sz w:val="28"/>
          <w:szCs w:val="28"/>
        </w:rPr>
        <w:t>án</w:t>
      </w:r>
      <w:proofErr w:type="spellEnd"/>
      <w:r w:rsidRPr="00DB5773">
        <w:rPr>
          <w:b/>
          <w:sz w:val="28"/>
          <w:szCs w:val="28"/>
        </w:rPr>
        <w:t xml:space="preserve"> </w:t>
      </w:r>
      <w:proofErr w:type="spellStart"/>
      <w:r w:rsidRPr="00DB5773">
        <w:rPr>
          <w:b/>
          <w:sz w:val="28"/>
          <w:szCs w:val="28"/>
        </w:rPr>
        <w:t>tham</w:t>
      </w:r>
      <w:proofErr w:type="spellEnd"/>
      <w:r w:rsidRPr="00DB5773">
        <w:rPr>
          <w:b/>
          <w:sz w:val="28"/>
          <w:szCs w:val="28"/>
        </w:rPr>
        <w:t xml:space="preserve"> </w:t>
      </w:r>
      <w:proofErr w:type="spellStart"/>
      <w:r w:rsidRPr="00DB5773">
        <w:rPr>
          <w:b/>
          <w:sz w:val="28"/>
          <w:szCs w:val="28"/>
        </w:rPr>
        <w:t>khảo</w:t>
      </w:r>
      <w:proofErr w:type="spellEnd"/>
    </w:p>
    <w:p w14:paraId="03E926FB" w14:textId="77777777" w:rsidR="007F15ED" w:rsidRPr="00DB5773" w:rsidRDefault="00462930">
      <w:pPr>
        <w:spacing w:after="40" w:line="240" w:lineRule="auto"/>
        <w:rPr>
          <w:sz w:val="28"/>
          <w:szCs w:val="28"/>
        </w:rPr>
      </w:pPr>
      <w:r w:rsidRPr="00DB5773">
        <w:rPr>
          <w:sz w:val="28"/>
          <w:szCs w:val="28"/>
        </w:rPr>
        <w:t xml:space="preserve">Listening: 1. islands | 2. torch | 3. </w:t>
      </w:r>
      <w:r w:rsidRPr="00DB5773">
        <w:rPr>
          <w:sz w:val="28"/>
          <w:szCs w:val="28"/>
        </w:rPr>
        <w:t>sunscreen | 4. throw | 5. group</w:t>
      </w:r>
    </w:p>
    <w:p w14:paraId="2289252E" w14:textId="77777777" w:rsidR="007F15ED" w:rsidRPr="00DB5773" w:rsidRDefault="00462930">
      <w:pPr>
        <w:spacing w:after="40" w:line="240" w:lineRule="auto"/>
        <w:rPr>
          <w:sz w:val="28"/>
          <w:szCs w:val="28"/>
        </w:rPr>
      </w:pPr>
      <w:r w:rsidRPr="00DB5773">
        <w:rPr>
          <w:sz w:val="28"/>
          <w:szCs w:val="28"/>
        </w:rPr>
        <w:t>II. Pronunciation: 6. D | 7. D | 8. B | 9. D</w:t>
      </w:r>
    </w:p>
    <w:p w14:paraId="02641FD2" w14:textId="77777777" w:rsidR="007F15ED" w:rsidRPr="00DB5773" w:rsidRDefault="00462930">
      <w:pPr>
        <w:spacing w:after="40" w:line="240" w:lineRule="auto"/>
        <w:rPr>
          <w:sz w:val="28"/>
          <w:szCs w:val="28"/>
        </w:rPr>
      </w:pPr>
      <w:r w:rsidRPr="00DB5773">
        <w:rPr>
          <w:sz w:val="28"/>
          <w:szCs w:val="28"/>
        </w:rPr>
        <w:t>III. Language use: 10. A | 11. B | 12. B | 13. C | 14. B | 15. A</w:t>
      </w:r>
    </w:p>
    <w:p w14:paraId="5625610D" w14:textId="3AA340F4" w:rsidR="007F15ED" w:rsidRPr="00DB5773" w:rsidRDefault="00462930">
      <w:pPr>
        <w:spacing w:after="40" w:line="240" w:lineRule="auto"/>
        <w:rPr>
          <w:sz w:val="28"/>
          <w:szCs w:val="28"/>
        </w:rPr>
      </w:pPr>
      <w:r w:rsidRPr="00DB5773">
        <w:rPr>
          <w:sz w:val="28"/>
          <w:szCs w:val="28"/>
        </w:rPr>
        <w:t xml:space="preserve">IV. Signs &amp; Notices: 16. A | 17. B | 18. </w:t>
      </w:r>
      <w:r w:rsidR="00FB6113">
        <w:rPr>
          <w:sz w:val="28"/>
          <w:szCs w:val="28"/>
        </w:rPr>
        <w:t>D</w:t>
      </w:r>
      <w:r w:rsidRPr="00DB5773">
        <w:rPr>
          <w:sz w:val="28"/>
          <w:szCs w:val="28"/>
        </w:rPr>
        <w:t xml:space="preserve"> | 19. </w:t>
      </w:r>
      <w:r w:rsidR="00FB6113">
        <w:rPr>
          <w:sz w:val="28"/>
          <w:szCs w:val="28"/>
        </w:rPr>
        <w:t>D</w:t>
      </w:r>
    </w:p>
    <w:p w14:paraId="73091E8B" w14:textId="1F92BCE9" w:rsidR="007F15ED" w:rsidRPr="00DB5773" w:rsidRDefault="00462930">
      <w:pPr>
        <w:spacing w:after="40" w:line="240" w:lineRule="auto"/>
        <w:rPr>
          <w:sz w:val="28"/>
          <w:szCs w:val="28"/>
        </w:rPr>
      </w:pPr>
      <w:r w:rsidRPr="00DB5773">
        <w:rPr>
          <w:sz w:val="28"/>
          <w:szCs w:val="28"/>
        </w:rPr>
        <w:t xml:space="preserve">V. Logic: 20. A | 21. </w:t>
      </w:r>
      <w:r w:rsidR="00FB6113">
        <w:rPr>
          <w:sz w:val="28"/>
          <w:szCs w:val="28"/>
        </w:rPr>
        <w:t>C</w:t>
      </w:r>
      <w:r w:rsidRPr="00DB5773">
        <w:rPr>
          <w:sz w:val="28"/>
          <w:szCs w:val="28"/>
        </w:rPr>
        <w:t xml:space="preserve"> | 22. </w:t>
      </w:r>
      <w:r w:rsidR="00312606">
        <w:rPr>
          <w:sz w:val="28"/>
          <w:szCs w:val="28"/>
        </w:rPr>
        <w:t>B</w:t>
      </w:r>
      <w:r w:rsidRPr="00DB5773">
        <w:rPr>
          <w:sz w:val="28"/>
          <w:szCs w:val="28"/>
        </w:rPr>
        <w:t xml:space="preserve"> | 23. </w:t>
      </w:r>
      <w:r w:rsidR="00312606">
        <w:rPr>
          <w:sz w:val="28"/>
          <w:szCs w:val="28"/>
        </w:rPr>
        <w:t>D</w:t>
      </w:r>
    </w:p>
    <w:p w14:paraId="3FE59DC7" w14:textId="77777777" w:rsidR="007F15ED" w:rsidRPr="00DB5773" w:rsidRDefault="00462930">
      <w:pPr>
        <w:spacing w:after="40" w:line="240" w:lineRule="auto"/>
        <w:rPr>
          <w:sz w:val="28"/>
          <w:szCs w:val="28"/>
        </w:rPr>
      </w:pPr>
      <w:r w:rsidRPr="00DB5773">
        <w:rPr>
          <w:sz w:val="28"/>
          <w:szCs w:val="28"/>
        </w:rPr>
        <w:t xml:space="preserve">VI. Cloze Test: 24. A </w:t>
      </w:r>
      <w:r w:rsidRPr="00DB5773">
        <w:rPr>
          <w:sz w:val="28"/>
          <w:szCs w:val="28"/>
        </w:rPr>
        <w:t>| 25. B | 26. C | 27. A</w:t>
      </w:r>
    </w:p>
    <w:p w14:paraId="66E2A8B1" w14:textId="77777777" w:rsidR="007F15ED" w:rsidRPr="00DB5773" w:rsidRDefault="00462930">
      <w:pPr>
        <w:spacing w:after="40" w:line="240" w:lineRule="auto"/>
        <w:rPr>
          <w:sz w:val="28"/>
          <w:szCs w:val="28"/>
        </w:rPr>
      </w:pPr>
      <w:r w:rsidRPr="00DB5773">
        <w:rPr>
          <w:sz w:val="28"/>
          <w:szCs w:val="28"/>
        </w:rPr>
        <w:t>Reading Comprehension: 28. B | 29. A | 30. A | 31. A | 32. A | 33. A | 34. A | 35. B</w:t>
      </w:r>
    </w:p>
    <w:p w14:paraId="206E807E" w14:textId="77777777" w:rsidR="007F15ED" w:rsidRPr="00DB5773" w:rsidRDefault="00462930">
      <w:pPr>
        <w:spacing w:after="40" w:line="240" w:lineRule="auto"/>
        <w:rPr>
          <w:sz w:val="28"/>
          <w:szCs w:val="28"/>
        </w:rPr>
      </w:pPr>
      <w:r w:rsidRPr="00DB5773">
        <w:rPr>
          <w:sz w:val="28"/>
          <w:szCs w:val="28"/>
        </w:rPr>
        <w:t>VII. Writing:</w:t>
      </w:r>
    </w:p>
    <w:p w14:paraId="4A4434B8" w14:textId="77777777" w:rsidR="007F15ED" w:rsidRPr="00DB5773" w:rsidRDefault="00462930">
      <w:pPr>
        <w:spacing w:after="40" w:line="240" w:lineRule="auto"/>
        <w:rPr>
          <w:sz w:val="28"/>
          <w:szCs w:val="28"/>
        </w:rPr>
      </w:pPr>
      <w:r w:rsidRPr="00DB5773">
        <w:rPr>
          <w:sz w:val="28"/>
          <w:szCs w:val="28"/>
        </w:rPr>
        <w:t>36. You must bring a bottle of water.</w:t>
      </w:r>
    </w:p>
    <w:p w14:paraId="35A7539B" w14:textId="77777777" w:rsidR="007F15ED" w:rsidRPr="00DB5773" w:rsidRDefault="00462930">
      <w:pPr>
        <w:spacing w:after="40" w:line="240" w:lineRule="auto"/>
        <w:rPr>
          <w:sz w:val="28"/>
          <w:szCs w:val="28"/>
        </w:rPr>
      </w:pPr>
      <w:r w:rsidRPr="00DB5773">
        <w:rPr>
          <w:sz w:val="28"/>
          <w:szCs w:val="28"/>
        </w:rPr>
        <w:t>37. Ha Long Bay is famous for its beautiful islands.</w:t>
      </w:r>
    </w:p>
    <w:p w14:paraId="6F3F3633" w14:textId="77777777" w:rsidR="007F15ED" w:rsidRPr="00DB5773" w:rsidRDefault="00462930">
      <w:pPr>
        <w:spacing w:after="40" w:line="240" w:lineRule="auto"/>
        <w:rPr>
          <w:sz w:val="28"/>
          <w:szCs w:val="28"/>
        </w:rPr>
      </w:pPr>
      <w:r w:rsidRPr="00DB5773">
        <w:rPr>
          <w:sz w:val="28"/>
          <w:szCs w:val="28"/>
        </w:rPr>
        <w:t>38. You must bring a compass.</w:t>
      </w:r>
    </w:p>
    <w:p w14:paraId="670F3B03" w14:textId="77777777" w:rsidR="007F15ED" w:rsidRPr="00DB5773" w:rsidRDefault="00462930">
      <w:pPr>
        <w:spacing w:after="40" w:line="240" w:lineRule="auto"/>
        <w:rPr>
          <w:sz w:val="28"/>
          <w:szCs w:val="28"/>
        </w:rPr>
      </w:pPr>
      <w:r w:rsidRPr="00DB5773">
        <w:rPr>
          <w:sz w:val="28"/>
          <w:szCs w:val="28"/>
        </w:rPr>
        <w:t>39. There is</w:t>
      </w:r>
      <w:r w:rsidRPr="00DB5773">
        <w:rPr>
          <w:sz w:val="28"/>
          <w:szCs w:val="28"/>
        </w:rPr>
        <w:t xml:space="preserve"> only a little water left.</w:t>
      </w:r>
    </w:p>
    <w:p w14:paraId="4E57BEED" w14:textId="77777777" w:rsidR="007F15ED" w:rsidRPr="00DB5773" w:rsidRDefault="00462930">
      <w:pPr>
        <w:spacing w:after="40" w:line="240" w:lineRule="auto"/>
        <w:rPr>
          <w:sz w:val="28"/>
          <w:szCs w:val="28"/>
        </w:rPr>
      </w:pPr>
      <w:r w:rsidRPr="00DB5773">
        <w:rPr>
          <w:sz w:val="28"/>
          <w:szCs w:val="28"/>
        </w:rPr>
        <w:t>40. You mustn't throw rubbish in the bay.</w:t>
      </w:r>
    </w:p>
    <w:sectPr w:rsidR="007F15ED" w:rsidRPr="00DB5773" w:rsidSect="00034616">
      <w:headerReference w:type="even" r:id="rId12"/>
      <w:headerReference w:type="default" r:id="rId13"/>
      <w:footerReference w:type="even" r:id="rId14"/>
      <w:footerReference w:type="default" r:id="rId15"/>
      <w:headerReference w:type="first" r:id="rId16"/>
      <w:footerReference w:type="first" r:id="rId17"/>
      <w:pgSz w:w="11909" w:h="16834"/>
      <w:pgMar w:top="792" w:right="749" w:bottom="792" w:left="893" w:header="432" w:footer="360" w:gutter="0"/>
      <w:pgBorders w:offsetFrom="page">
        <w:top w:val="single" w:sz="12" w:space="18" w:color="0070C0"/>
        <w:left w:val="single" w:sz="12" w:space="18" w:color="0070C0"/>
        <w:bottom w:val="single" w:sz="12" w:space="18" w:color="0070C0"/>
        <w:right w:val="single" w:sz="12" w:space="18" w:color="0070C0"/>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70E22D" w14:textId="77777777" w:rsidR="00462930" w:rsidRDefault="00462930">
      <w:pPr>
        <w:spacing w:after="0" w:line="240" w:lineRule="auto"/>
      </w:pPr>
      <w:r>
        <w:separator/>
      </w:r>
    </w:p>
  </w:endnote>
  <w:endnote w:type="continuationSeparator" w:id="0">
    <w:p w14:paraId="0D977725" w14:textId="77777777" w:rsidR="00462930" w:rsidRDefault="004629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8C2B7C" w14:textId="77777777" w:rsidR="005E2B0B" w:rsidRDefault="005E2B0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8D0D1A" w14:textId="1A51DE27" w:rsidR="007F15ED" w:rsidRPr="00423F56" w:rsidRDefault="007F15ED" w:rsidP="00423F56">
    <w:pPr>
      <w:pStyle w:val="Footer"/>
    </w:pPr>
    <w:bookmarkStart w:id="0" w:name="_GoBack"/>
    <w:bookmarkEnd w:id="0"/>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2BA1E1" w14:textId="77777777" w:rsidR="005E2B0B" w:rsidRDefault="005E2B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48EC26" w14:textId="77777777" w:rsidR="00462930" w:rsidRDefault="00462930">
      <w:pPr>
        <w:spacing w:after="0" w:line="240" w:lineRule="auto"/>
      </w:pPr>
      <w:r>
        <w:separator/>
      </w:r>
    </w:p>
  </w:footnote>
  <w:footnote w:type="continuationSeparator" w:id="0">
    <w:p w14:paraId="5F3D5CE0" w14:textId="77777777" w:rsidR="00462930" w:rsidRDefault="004629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F6933B" w14:textId="77777777" w:rsidR="005E2B0B" w:rsidRDefault="005E2B0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9594FC" w14:textId="75A4A966" w:rsidR="007F15ED" w:rsidRDefault="007F15E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ACB251" w14:textId="77777777" w:rsidR="005E2B0B" w:rsidRDefault="005E2B0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037CB"/>
    <w:rsid w:val="00270980"/>
    <w:rsid w:val="0029639D"/>
    <w:rsid w:val="00312606"/>
    <w:rsid w:val="00323EE6"/>
    <w:rsid w:val="00326F90"/>
    <w:rsid w:val="00423F56"/>
    <w:rsid w:val="00462930"/>
    <w:rsid w:val="00544603"/>
    <w:rsid w:val="00581412"/>
    <w:rsid w:val="005E2B0B"/>
    <w:rsid w:val="006B7DE9"/>
    <w:rsid w:val="006C724F"/>
    <w:rsid w:val="007F15ED"/>
    <w:rsid w:val="00827C2C"/>
    <w:rsid w:val="0090413D"/>
    <w:rsid w:val="00973F81"/>
    <w:rsid w:val="00A6523E"/>
    <w:rsid w:val="00AA1D8D"/>
    <w:rsid w:val="00B47730"/>
    <w:rsid w:val="00CB0664"/>
    <w:rsid w:val="00DB5773"/>
    <w:rsid w:val="00F366F4"/>
    <w:rsid w:val="00F83F25"/>
    <w:rsid w:val="00FB611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4A56E20"/>
  <w14:defaultImageDpi w14:val="300"/>
  <w15:docId w15:val="{BF87CA0F-05D8-4BF8-A2CB-0CB9E4D95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eastAsia="Times New Roman" w:hAnsi="Times New Roman"/>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271456-B2EF-4E84-8660-680AC0E9CE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5</Pages>
  <Words>1236</Words>
  <Characters>7050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8270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ADMIN</cp:lastModifiedBy>
  <cp:revision>12</cp:revision>
  <dcterms:created xsi:type="dcterms:W3CDTF">2013-12-23T23:15:00Z</dcterms:created>
  <dcterms:modified xsi:type="dcterms:W3CDTF">2026-08-06T12:21:00Z</dcterms:modified>
  <cp:category/>
</cp:coreProperties>
</file>