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D8A1C0" w14:textId="77777777" w:rsidR="00257042" w:rsidRPr="004F01A0" w:rsidRDefault="00A37260">
      <w:pPr>
        <w:spacing w:after="0" w:line="228" w:lineRule="auto"/>
        <w:jc w:val="center"/>
        <w:rPr>
          <w:rFonts w:ascii="Times New Roman" w:hAnsi="Times New Roman" w:cs="Times New Roman"/>
          <w:sz w:val="32"/>
          <w:szCs w:val="32"/>
        </w:rPr>
      </w:pPr>
      <w:r w:rsidRPr="004F01A0">
        <w:rPr>
          <w:rFonts w:ascii="Times New Roman" w:hAnsi="Times New Roman" w:cs="Times New Roman"/>
          <w:b/>
          <w:color w:val="427D8F"/>
          <w:sz w:val="32"/>
          <w:szCs w:val="32"/>
        </w:rPr>
        <w:t>GLOBAL SUCCESS 8</w:t>
      </w:r>
    </w:p>
    <w:p w14:paraId="3EC200DE" w14:textId="77777777" w:rsidR="00257042" w:rsidRPr="004F01A0" w:rsidRDefault="00A37260">
      <w:pPr>
        <w:spacing w:after="40" w:line="228" w:lineRule="auto"/>
        <w:jc w:val="center"/>
        <w:rPr>
          <w:rFonts w:ascii="Times New Roman" w:hAnsi="Times New Roman" w:cs="Times New Roman"/>
          <w:sz w:val="32"/>
          <w:szCs w:val="32"/>
        </w:rPr>
      </w:pPr>
      <w:r w:rsidRPr="004F01A0">
        <w:rPr>
          <w:rFonts w:ascii="Times New Roman" w:hAnsi="Times New Roman" w:cs="Times New Roman"/>
          <w:b/>
          <w:color w:val="E85A70"/>
          <w:sz w:val="32"/>
          <w:szCs w:val="32"/>
        </w:rPr>
        <w:t>UNIT 6 TEST: LIFESTYLES</w:t>
      </w:r>
    </w:p>
    <w:p w14:paraId="33A819E1" w14:textId="2213D5C0" w:rsidR="00257042" w:rsidRPr="004F01A0" w:rsidRDefault="00A37260">
      <w:pPr>
        <w:spacing w:after="60" w:line="228" w:lineRule="auto"/>
        <w:jc w:val="center"/>
        <w:rPr>
          <w:rFonts w:ascii="Times New Roman" w:hAnsi="Times New Roman" w:cs="Times New Roman"/>
          <w:szCs w:val="28"/>
        </w:rPr>
      </w:pPr>
      <w:r w:rsidRPr="004F01A0">
        <w:rPr>
          <w:rFonts w:ascii="Times New Roman" w:hAnsi="Times New Roman" w:cs="Times New Roman"/>
          <w:color w:val="000000"/>
          <w:szCs w:val="28"/>
        </w:rPr>
        <w:t>Name: ___________________________     Class: _____________     Date: _____________</w:t>
      </w:r>
    </w:p>
    <w:p w14:paraId="52F5AAFF" w14:textId="77777777" w:rsidR="00257042" w:rsidRPr="004F01A0" w:rsidRDefault="00A37260">
      <w:pPr>
        <w:keepNext/>
        <w:keepLines/>
        <w:pBdr>
          <w:top w:val="single" w:sz="12" w:space="3" w:color="43879A"/>
          <w:left w:val="single" w:sz="12" w:space="3" w:color="43879A"/>
          <w:bottom w:val="single" w:sz="12" w:space="3" w:color="43879A"/>
          <w:right w:val="single" w:sz="12" w:space="3" w:color="43879A"/>
        </w:pBdr>
        <w:shd w:val="clear" w:color="auto" w:fill="43879A"/>
        <w:spacing w:before="40" w:after="40" w:line="240" w:lineRule="auto"/>
        <w:rPr>
          <w:rFonts w:ascii="Times New Roman" w:hAnsi="Times New Roman" w:cs="Times New Roman"/>
          <w:szCs w:val="28"/>
        </w:rPr>
      </w:pPr>
      <w:r w:rsidRPr="004F01A0">
        <w:rPr>
          <w:rFonts w:ascii="Times New Roman" w:hAnsi="Times New Roman" w:cs="Times New Roman"/>
          <w:b/>
          <w:color w:val="FFFFFF"/>
          <w:szCs w:val="28"/>
        </w:rPr>
        <w:t xml:space="preserve">  PART I   LISTENING  (1.25 pts)  </w:t>
      </w:r>
    </w:p>
    <w:p w14:paraId="35ADE5CF" w14:textId="77777777" w:rsidR="00257042" w:rsidRPr="004F01A0" w:rsidRDefault="00A37260">
      <w:pPr>
        <w:spacing w:after="20" w:line="228" w:lineRule="auto"/>
        <w:rPr>
          <w:rFonts w:ascii="Times New Roman" w:hAnsi="Times New Roman" w:cs="Times New Roman"/>
          <w:b/>
          <w:bCs/>
          <w:szCs w:val="28"/>
        </w:rPr>
      </w:pPr>
      <w:r w:rsidRPr="004F01A0">
        <w:rPr>
          <w:rFonts w:ascii="Times New Roman" w:hAnsi="Times New Roman" w:cs="Times New Roman"/>
          <w:b/>
          <w:bCs/>
          <w:i/>
          <w:color w:val="000000"/>
          <w:szCs w:val="28"/>
        </w:rPr>
        <w:t>Listen to a teenager talking about daily lifestyle habits. Choose the best answer A, B, or C. You will listen twice.</w:t>
      </w:r>
    </w:p>
    <w:p w14:paraId="6B5602A0" w14:textId="77777777" w:rsidR="00257042" w:rsidRPr="004F01A0" w:rsidRDefault="00A37260">
      <w:pPr>
        <w:keepNext/>
        <w:keepLines/>
        <w:spacing w:before="10" w:after="0" w:line="228" w:lineRule="auto"/>
        <w:rPr>
          <w:rFonts w:ascii="Times New Roman" w:hAnsi="Times New Roman" w:cs="Times New Roman"/>
          <w:szCs w:val="28"/>
        </w:rPr>
      </w:pPr>
      <w:r w:rsidRPr="004F01A0">
        <w:rPr>
          <w:rFonts w:ascii="Times New Roman" w:hAnsi="Times New Roman" w:cs="Times New Roman"/>
          <w:color w:val="000000"/>
          <w:szCs w:val="28"/>
        </w:rPr>
        <w:t>1. What is the talk mainly about?</w:t>
      </w:r>
    </w:p>
    <w:p w14:paraId="5DAF9874" w14:textId="524F5AE6" w:rsidR="00257042" w:rsidRPr="004F01A0" w:rsidRDefault="00A37260">
      <w:pPr>
        <w:spacing w:after="10" w:line="228" w:lineRule="auto"/>
        <w:ind w:left="202"/>
        <w:rPr>
          <w:rFonts w:ascii="Times New Roman" w:hAnsi="Times New Roman" w:cs="Times New Roman"/>
          <w:szCs w:val="28"/>
        </w:rPr>
      </w:pPr>
      <w:r w:rsidRPr="004F01A0">
        <w:rPr>
          <w:rFonts w:ascii="Times New Roman" w:hAnsi="Times New Roman" w:cs="Times New Roman"/>
          <w:color w:val="000000"/>
          <w:szCs w:val="28"/>
        </w:rPr>
        <w:t xml:space="preserve">A. A school sports event     B. A teenager’s daily lifestyle     </w:t>
      </w:r>
      <w:r w:rsidR="004F01A0">
        <w:rPr>
          <w:rFonts w:ascii="Times New Roman" w:hAnsi="Times New Roman" w:cs="Times New Roman"/>
          <w:color w:val="000000"/>
          <w:szCs w:val="28"/>
        </w:rPr>
        <w:tab/>
      </w:r>
      <w:r w:rsidRPr="004F01A0">
        <w:rPr>
          <w:rFonts w:ascii="Times New Roman" w:hAnsi="Times New Roman" w:cs="Times New Roman"/>
          <w:color w:val="000000"/>
          <w:szCs w:val="28"/>
        </w:rPr>
        <w:t>C. A family holiday</w:t>
      </w:r>
    </w:p>
    <w:p w14:paraId="34787C5F" w14:textId="77777777" w:rsidR="00257042" w:rsidRPr="004F01A0" w:rsidRDefault="00A37260">
      <w:pPr>
        <w:keepNext/>
        <w:keepLines/>
        <w:spacing w:before="10" w:after="0" w:line="228" w:lineRule="auto"/>
        <w:rPr>
          <w:rFonts w:ascii="Times New Roman" w:hAnsi="Times New Roman" w:cs="Times New Roman"/>
          <w:szCs w:val="28"/>
        </w:rPr>
      </w:pPr>
      <w:r w:rsidRPr="004F01A0">
        <w:rPr>
          <w:rFonts w:ascii="Times New Roman" w:hAnsi="Times New Roman" w:cs="Times New Roman"/>
          <w:color w:val="000000"/>
          <w:szCs w:val="28"/>
        </w:rPr>
        <w:t>2. Where does the speaker usually have breakfast?</w:t>
      </w:r>
    </w:p>
    <w:p w14:paraId="0D482760" w14:textId="4DA872F7" w:rsidR="00257042" w:rsidRPr="004F01A0" w:rsidRDefault="00A37260">
      <w:pPr>
        <w:spacing w:after="10" w:line="228" w:lineRule="auto"/>
        <w:ind w:left="202"/>
        <w:rPr>
          <w:rFonts w:ascii="Times New Roman" w:hAnsi="Times New Roman" w:cs="Times New Roman"/>
          <w:szCs w:val="28"/>
        </w:rPr>
      </w:pPr>
      <w:r w:rsidRPr="004F01A0">
        <w:rPr>
          <w:rFonts w:ascii="Times New Roman" w:hAnsi="Times New Roman" w:cs="Times New Roman"/>
          <w:color w:val="000000"/>
          <w:szCs w:val="28"/>
        </w:rPr>
        <w:t xml:space="preserve">A. At home     </w:t>
      </w:r>
      <w:r w:rsidR="004F01A0">
        <w:rPr>
          <w:rFonts w:ascii="Times New Roman" w:hAnsi="Times New Roman" w:cs="Times New Roman"/>
          <w:color w:val="000000"/>
          <w:szCs w:val="28"/>
        </w:rPr>
        <w:tab/>
      </w:r>
      <w:r w:rsidR="004F01A0">
        <w:rPr>
          <w:rFonts w:ascii="Times New Roman" w:hAnsi="Times New Roman" w:cs="Times New Roman"/>
          <w:color w:val="000000"/>
          <w:szCs w:val="28"/>
        </w:rPr>
        <w:tab/>
        <w:t xml:space="preserve">     </w:t>
      </w:r>
      <w:r w:rsidRPr="004F01A0">
        <w:rPr>
          <w:rFonts w:ascii="Times New Roman" w:hAnsi="Times New Roman" w:cs="Times New Roman"/>
          <w:color w:val="000000"/>
          <w:szCs w:val="28"/>
        </w:rPr>
        <w:t xml:space="preserve">B. At a street-food stall     </w:t>
      </w:r>
      <w:r w:rsidR="004F01A0">
        <w:rPr>
          <w:rFonts w:ascii="Times New Roman" w:hAnsi="Times New Roman" w:cs="Times New Roman"/>
          <w:color w:val="000000"/>
          <w:szCs w:val="28"/>
        </w:rPr>
        <w:tab/>
      </w:r>
      <w:r w:rsidR="004F01A0">
        <w:rPr>
          <w:rFonts w:ascii="Times New Roman" w:hAnsi="Times New Roman" w:cs="Times New Roman"/>
          <w:color w:val="000000"/>
          <w:szCs w:val="28"/>
        </w:rPr>
        <w:tab/>
      </w:r>
      <w:r w:rsidRPr="004F01A0">
        <w:rPr>
          <w:rFonts w:ascii="Times New Roman" w:hAnsi="Times New Roman" w:cs="Times New Roman"/>
          <w:color w:val="000000"/>
          <w:szCs w:val="28"/>
        </w:rPr>
        <w:t>C. In the school canteen</w:t>
      </w:r>
    </w:p>
    <w:p w14:paraId="241B3FB4" w14:textId="77777777" w:rsidR="00257042" w:rsidRPr="004F01A0" w:rsidRDefault="00A37260">
      <w:pPr>
        <w:keepNext/>
        <w:keepLines/>
        <w:spacing w:before="10" w:after="0" w:line="228" w:lineRule="auto"/>
        <w:rPr>
          <w:rFonts w:ascii="Times New Roman" w:hAnsi="Times New Roman" w:cs="Times New Roman"/>
          <w:szCs w:val="28"/>
        </w:rPr>
      </w:pPr>
      <w:r w:rsidRPr="004F01A0">
        <w:rPr>
          <w:rFonts w:ascii="Times New Roman" w:hAnsi="Times New Roman" w:cs="Times New Roman"/>
          <w:color w:val="000000"/>
          <w:szCs w:val="28"/>
        </w:rPr>
        <w:t>3. How does the speaker greet teachers?</w:t>
      </w:r>
    </w:p>
    <w:p w14:paraId="4467AE36" w14:textId="77777777" w:rsidR="00257042" w:rsidRPr="004F01A0" w:rsidRDefault="00A37260">
      <w:pPr>
        <w:spacing w:after="10" w:line="228" w:lineRule="auto"/>
        <w:ind w:left="202"/>
        <w:rPr>
          <w:rFonts w:ascii="Times New Roman" w:hAnsi="Times New Roman" w:cs="Times New Roman"/>
          <w:szCs w:val="28"/>
        </w:rPr>
      </w:pPr>
      <w:r w:rsidRPr="004F01A0">
        <w:rPr>
          <w:rFonts w:ascii="Times New Roman" w:hAnsi="Times New Roman" w:cs="Times New Roman"/>
          <w:color w:val="000000"/>
          <w:szCs w:val="28"/>
        </w:rPr>
        <w:t>A. By using their first names     B. By saying only “Hi”     C. By using a title and surname</w:t>
      </w:r>
    </w:p>
    <w:p w14:paraId="589334F1" w14:textId="77777777" w:rsidR="00257042" w:rsidRPr="004F01A0" w:rsidRDefault="00A37260">
      <w:pPr>
        <w:keepNext/>
        <w:keepLines/>
        <w:spacing w:before="10" w:after="0" w:line="228" w:lineRule="auto"/>
        <w:rPr>
          <w:rFonts w:ascii="Times New Roman" w:hAnsi="Times New Roman" w:cs="Times New Roman"/>
          <w:szCs w:val="28"/>
        </w:rPr>
      </w:pPr>
      <w:r w:rsidRPr="004F01A0">
        <w:rPr>
          <w:rFonts w:ascii="Times New Roman" w:hAnsi="Times New Roman" w:cs="Times New Roman"/>
          <w:color w:val="000000"/>
          <w:szCs w:val="28"/>
        </w:rPr>
        <w:t>4. How often does the speaker study online?</w:t>
      </w:r>
    </w:p>
    <w:p w14:paraId="2262EDE6" w14:textId="52328818" w:rsidR="00257042" w:rsidRPr="004F01A0" w:rsidRDefault="00A37260">
      <w:pPr>
        <w:spacing w:after="10" w:line="228" w:lineRule="auto"/>
        <w:ind w:left="202"/>
        <w:rPr>
          <w:rFonts w:ascii="Times New Roman" w:hAnsi="Times New Roman" w:cs="Times New Roman"/>
          <w:szCs w:val="28"/>
        </w:rPr>
      </w:pPr>
      <w:r w:rsidRPr="004F01A0">
        <w:rPr>
          <w:rFonts w:ascii="Times New Roman" w:hAnsi="Times New Roman" w:cs="Times New Roman"/>
          <w:color w:val="000000"/>
          <w:szCs w:val="28"/>
        </w:rPr>
        <w:t xml:space="preserve">A. Twice a week     </w:t>
      </w:r>
      <w:r w:rsidR="004F01A0">
        <w:rPr>
          <w:rFonts w:ascii="Times New Roman" w:hAnsi="Times New Roman" w:cs="Times New Roman"/>
          <w:color w:val="000000"/>
          <w:szCs w:val="28"/>
        </w:rPr>
        <w:tab/>
      </w:r>
      <w:r w:rsidR="004F01A0">
        <w:rPr>
          <w:rFonts w:ascii="Times New Roman" w:hAnsi="Times New Roman" w:cs="Times New Roman"/>
          <w:color w:val="000000"/>
          <w:szCs w:val="28"/>
        </w:rPr>
        <w:tab/>
      </w:r>
      <w:r w:rsidRPr="004F01A0">
        <w:rPr>
          <w:rFonts w:ascii="Times New Roman" w:hAnsi="Times New Roman" w:cs="Times New Roman"/>
          <w:color w:val="000000"/>
          <w:szCs w:val="28"/>
        </w:rPr>
        <w:t xml:space="preserve">B. Every morning     </w:t>
      </w:r>
      <w:r w:rsidR="004F01A0">
        <w:rPr>
          <w:rFonts w:ascii="Times New Roman" w:hAnsi="Times New Roman" w:cs="Times New Roman"/>
          <w:color w:val="000000"/>
          <w:szCs w:val="28"/>
        </w:rPr>
        <w:tab/>
      </w:r>
      <w:r w:rsidR="004F01A0">
        <w:rPr>
          <w:rFonts w:ascii="Times New Roman" w:hAnsi="Times New Roman" w:cs="Times New Roman"/>
          <w:color w:val="000000"/>
          <w:szCs w:val="28"/>
        </w:rPr>
        <w:tab/>
      </w:r>
      <w:r w:rsidRPr="004F01A0">
        <w:rPr>
          <w:rFonts w:ascii="Times New Roman" w:hAnsi="Times New Roman" w:cs="Times New Roman"/>
          <w:color w:val="000000"/>
          <w:szCs w:val="28"/>
        </w:rPr>
        <w:t>C. Once a month</w:t>
      </w:r>
    </w:p>
    <w:p w14:paraId="484D5D0E" w14:textId="77777777" w:rsidR="00257042" w:rsidRPr="004F01A0" w:rsidRDefault="00A37260">
      <w:pPr>
        <w:keepNext/>
        <w:keepLines/>
        <w:spacing w:before="10" w:after="0" w:line="228" w:lineRule="auto"/>
        <w:rPr>
          <w:rFonts w:ascii="Times New Roman" w:hAnsi="Times New Roman" w:cs="Times New Roman"/>
          <w:szCs w:val="28"/>
        </w:rPr>
      </w:pPr>
      <w:r w:rsidRPr="004F01A0">
        <w:rPr>
          <w:rFonts w:ascii="Times New Roman" w:hAnsi="Times New Roman" w:cs="Times New Roman"/>
          <w:color w:val="000000"/>
          <w:szCs w:val="28"/>
        </w:rPr>
        <w:t>5. What will the speaker do next month?</w:t>
      </w:r>
    </w:p>
    <w:p w14:paraId="5AF7CD62" w14:textId="77777777" w:rsidR="00257042" w:rsidRPr="004F01A0" w:rsidRDefault="00A37260">
      <w:pPr>
        <w:spacing w:after="10" w:line="228" w:lineRule="auto"/>
        <w:ind w:left="202"/>
        <w:rPr>
          <w:rFonts w:ascii="Times New Roman" w:hAnsi="Times New Roman" w:cs="Times New Roman"/>
          <w:szCs w:val="28"/>
        </w:rPr>
      </w:pPr>
      <w:r w:rsidRPr="004F01A0">
        <w:rPr>
          <w:rFonts w:ascii="Times New Roman" w:hAnsi="Times New Roman" w:cs="Times New Roman"/>
          <w:color w:val="000000"/>
          <w:szCs w:val="28"/>
        </w:rPr>
        <w:t>A. Join a traditional craft club     B. Move to another country     C. Stop using technology</w:t>
      </w:r>
    </w:p>
    <w:p w14:paraId="6F8F06A2" w14:textId="77777777" w:rsidR="00257042" w:rsidRPr="004F01A0" w:rsidRDefault="00A37260">
      <w:pPr>
        <w:keepNext/>
        <w:keepLines/>
        <w:pBdr>
          <w:top w:val="single" w:sz="12" w:space="3" w:color="43879A"/>
          <w:left w:val="single" w:sz="12" w:space="3" w:color="43879A"/>
          <w:bottom w:val="single" w:sz="12" w:space="3" w:color="43879A"/>
          <w:right w:val="single" w:sz="12" w:space="3" w:color="43879A"/>
        </w:pBdr>
        <w:shd w:val="clear" w:color="auto" w:fill="43879A"/>
        <w:spacing w:before="40" w:after="40" w:line="240" w:lineRule="auto"/>
        <w:rPr>
          <w:rFonts w:ascii="Times New Roman" w:hAnsi="Times New Roman" w:cs="Times New Roman"/>
          <w:szCs w:val="28"/>
        </w:rPr>
      </w:pPr>
      <w:r w:rsidRPr="004F01A0">
        <w:rPr>
          <w:rFonts w:ascii="Times New Roman" w:hAnsi="Times New Roman" w:cs="Times New Roman"/>
          <w:b/>
          <w:color w:val="FFFFFF"/>
          <w:szCs w:val="28"/>
        </w:rPr>
        <w:t xml:space="preserve">  PART II   PHONETICS  (1.0 </w:t>
      </w:r>
      <w:proofErr w:type="spellStart"/>
      <w:r w:rsidRPr="004F01A0">
        <w:rPr>
          <w:rFonts w:ascii="Times New Roman" w:hAnsi="Times New Roman" w:cs="Times New Roman"/>
          <w:b/>
          <w:color w:val="FFFFFF"/>
          <w:szCs w:val="28"/>
        </w:rPr>
        <w:t>pt</w:t>
      </w:r>
      <w:proofErr w:type="spellEnd"/>
      <w:r w:rsidRPr="004F01A0">
        <w:rPr>
          <w:rFonts w:ascii="Times New Roman" w:hAnsi="Times New Roman" w:cs="Times New Roman"/>
          <w:b/>
          <w:color w:val="FFFFFF"/>
          <w:szCs w:val="28"/>
        </w:rPr>
        <w:t xml:space="preserve">)  </w:t>
      </w:r>
    </w:p>
    <w:p w14:paraId="5CFE737B" w14:textId="77777777" w:rsidR="00257042" w:rsidRPr="004F01A0" w:rsidRDefault="00A37260">
      <w:pPr>
        <w:keepNext/>
        <w:keepLines/>
        <w:pBdr>
          <w:top w:val="single" w:sz="8" w:space="2" w:color="E85A70"/>
          <w:left w:val="single" w:sz="8" w:space="2" w:color="E85A70"/>
          <w:bottom w:val="single" w:sz="8" w:space="2" w:color="E85A70"/>
          <w:right w:val="single" w:sz="8" w:space="2" w:color="E85A70"/>
        </w:pBdr>
        <w:shd w:val="clear" w:color="auto" w:fill="E85A70"/>
        <w:spacing w:before="20" w:after="20" w:line="240" w:lineRule="auto"/>
        <w:rPr>
          <w:rFonts w:ascii="Times New Roman" w:hAnsi="Times New Roman" w:cs="Times New Roman"/>
          <w:szCs w:val="28"/>
        </w:rPr>
      </w:pPr>
      <w:r w:rsidRPr="004F01A0">
        <w:rPr>
          <w:rFonts w:ascii="Times New Roman" w:hAnsi="Times New Roman" w:cs="Times New Roman"/>
          <w:b/>
          <w:color w:val="FFFFFF"/>
          <w:szCs w:val="28"/>
        </w:rPr>
        <w:t xml:space="preserve">  Task 1. Choose the word whose bold part is pronounced differently from the others.  </w:t>
      </w:r>
    </w:p>
    <w:p w14:paraId="28A10EA0" w14:textId="77777777" w:rsidR="00257042" w:rsidRPr="004F01A0" w:rsidRDefault="00A37260">
      <w:pPr>
        <w:keepNext/>
        <w:keepLines/>
        <w:spacing w:after="0" w:line="228" w:lineRule="auto"/>
        <w:rPr>
          <w:rFonts w:ascii="Times New Roman" w:hAnsi="Times New Roman" w:cs="Times New Roman"/>
          <w:szCs w:val="28"/>
        </w:rPr>
      </w:pPr>
      <w:r w:rsidRPr="004F01A0">
        <w:rPr>
          <w:rFonts w:ascii="Times New Roman" w:hAnsi="Times New Roman" w:cs="Times New Roman"/>
          <w:color w:val="000000"/>
          <w:szCs w:val="28"/>
        </w:rPr>
        <w:t xml:space="preserve">6. A. </w:t>
      </w:r>
      <w:r w:rsidRPr="004F01A0">
        <w:rPr>
          <w:rFonts w:ascii="Times New Roman" w:hAnsi="Times New Roman" w:cs="Times New Roman"/>
          <w:b/>
          <w:color w:val="000000"/>
          <w:szCs w:val="28"/>
        </w:rPr>
        <w:t>br</w:t>
      </w:r>
      <w:r w:rsidRPr="004F01A0">
        <w:rPr>
          <w:rFonts w:ascii="Times New Roman" w:hAnsi="Times New Roman" w:cs="Times New Roman"/>
          <w:color w:val="000000"/>
          <w:szCs w:val="28"/>
        </w:rPr>
        <w:t xml:space="preserve">idge     B. </w:t>
      </w:r>
      <w:r w:rsidRPr="004F01A0">
        <w:rPr>
          <w:rFonts w:ascii="Times New Roman" w:hAnsi="Times New Roman" w:cs="Times New Roman"/>
          <w:b/>
          <w:color w:val="000000"/>
          <w:szCs w:val="28"/>
        </w:rPr>
        <w:t>br</w:t>
      </w:r>
      <w:r w:rsidRPr="004F01A0">
        <w:rPr>
          <w:rFonts w:ascii="Times New Roman" w:hAnsi="Times New Roman" w:cs="Times New Roman"/>
          <w:color w:val="000000"/>
          <w:szCs w:val="28"/>
        </w:rPr>
        <w:t xml:space="preserve">eakfast     C. </w:t>
      </w:r>
      <w:r w:rsidRPr="004F01A0">
        <w:rPr>
          <w:rFonts w:ascii="Times New Roman" w:hAnsi="Times New Roman" w:cs="Times New Roman"/>
          <w:b/>
          <w:color w:val="000000"/>
          <w:szCs w:val="28"/>
        </w:rPr>
        <w:t>pr</w:t>
      </w:r>
      <w:r w:rsidRPr="004F01A0">
        <w:rPr>
          <w:rFonts w:ascii="Times New Roman" w:hAnsi="Times New Roman" w:cs="Times New Roman"/>
          <w:color w:val="000000"/>
          <w:szCs w:val="28"/>
        </w:rPr>
        <w:t xml:space="preserve">actice     D. </w:t>
      </w:r>
      <w:r w:rsidRPr="004F01A0">
        <w:rPr>
          <w:rFonts w:ascii="Times New Roman" w:hAnsi="Times New Roman" w:cs="Times New Roman"/>
          <w:b/>
          <w:color w:val="000000"/>
          <w:szCs w:val="28"/>
        </w:rPr>
        <w:t>br</w:t>
      </w:r>
      <w:r w:rsidRPr="004F01A0">
        <w:rPr>
          <w:rFonts w:ascii="Times New Roman" w:hAnsi="Times New Roman" w:cs="Times New Roman"/>
          <w:color w:val="000000"/>
          <w:szCs w:val="28"/>
        </w:rPr>
        <w:t>occoli</w:t>
      </w:r>
    </w:p>
    <w:p w14:paraId="45BADAE7" w14:textId="77777777" w:rsidR="00257042" w:rsidRPr="004F01A0" w:rsidRDefault="00A37260">
      <w:pPr>
        <w:keepNext/>
        <w:keepLines/>
        <w:spacing w:after="0" w:line="228" w:lineRule="auto"/>
        <w:rPr>
          <w:rFonts w:ascii="Times New Roman" w:hAnsi="Times New Roman" w:cs="Times New Roman"/>
          <w:szCs w:val="28"/>
        </w:rPr>
      </w:pPr>
      <w:r w:rsidRPr="004F01A0">
        <w:rPr>
          <w:rFonts w:ascii="Times New Roman" w:hAnsi="Times New Roman" w:cs="Times New Roman"/>
          <w:color w:val="000000"/>
          <w:szCs w:val="28"/>
        </w:rPr>
        <w:t xml:space="preserve">7. A. </w:t>
      </w:r>
      <w:proofErr w:type="spellStart"/>
      <w:r w:rsidRPr="004F01A0">
        <w:rPr>
          <w:rFonts w:ascii="Times New Roman" w:hAnsi="Times New Roman" w:cs="Times New Roman"/>
          <w:b/>
          <w:color w:val="000000"/>
          <w:szCs w:val="28"/>
        </w:rPr>
        <w:t>pr</w:t>
      </w:r>
      <w:r w:rsidRPr="004F01A0">
        <w:rPr>
          <w:rFonts w:ascii="Times New Roman" w:hAnsi="Times New Roman" w:cs="Times New Roman"/>
          <w:color w:val="000000"/>
          <w:szCs w:val="28"/>
        </w:rPr>
        <w:t>ogramme</w:t>
      </w:r>
      <w:proofErr w:type="spellEnd"/>
      <w:r w:rsidRPr="004F01A0">
        <w:rPr>
          <w:rFonts w:ascii="Times New Roman" w:hAnsi="Times New Roman" w:cs="Times New Roman"/>
          <w:color w:val="000000"/>
          <w:szCs w:val="28"/>
        </w:rPr>
        <w:t xml:space="preserve">     B. </w:t>
      </w:r>
      <w:r w:rsidRPr="004F01A0">
        <w:rPr>
          <w:rFonts w:ascii="Times New Roman" w:hAnsi="Times New Roman" w:cs="Times New Roman"/>
          <w:b/>
          <w:color w:val="000000"/>
          <w:szCs w:val="28"/>
        </w:rPr>
        <w:t>pr</w:t>
      </w:r>
      <w:r w:rsidRPr="004F01A0">
        <w:rPr>
          <w:rFonts w:ascii="Times New Roman" w:hAnsi="Times New Roman" w:cs="Times New Roman"/>
          <w:color w:val="000000"/>
          <w:szCs w:val="28"/>
        </w:rPr>
        <w:t xml:space="preserve">esent     C. </w:t>
      </w:r>
      <w:r w:rsidRPr="004F01A0">
        <w:rPr>
          <w:rFonts w:ascii="Times New Roman" w:hAnsi="Times New Roman" w:cs="Times New Roman"/>
          <w:b/>
          <w:color w:val="000000"/>
          <w:szCs w:val="28"/>
        </w:rPr>
        <w:t>pr</w:t>
      </w:r>
      <w:r w:rsidRPr="004F01A0">
        <w:rPr>
          <w:rFonts w:ascii="Times New Roman" w:hAnsi="Times New Roman" w:cs="Times New Roman"/>
          <w:color w:val="000000"/>
          <w:szCs w:val="28"/>
        </w:rPr>
        <w:t xml:space="preserve">ecious     D. </w:t>
      </w:r>
      <w:r w:rsidRPr="004F01A0">
        <w:rPr>
          <w:rFonts w:ascii="Times New Roman" w:hAnsi="Times New Roman" w:cs="Times New Roman"/>
          <w:b/>
          <w:color w:val="000000"/>
          <w:szCs w:val="28"/>
        </w:rPr>
        <w:t>br</w:t>
      </w:r>
      <w:r w:rsidRPr="004F01A0">
        <w:rPr>
          <w:rFonts w:ascii="Times New Roman" w:hAnsi="Times New Roman" w:cs="Times New Roman"/>
          <w:color w:val="000000"/>
          <w:szCs w:val="28"/>
        </w:rPr>
        <w:t>eakfast</w:t>
      </w:r>
    </w:p>
    <w:p w14:paraId="2C6CB466" w14:textId="77777777" w:rsidR="00257042" w:rsidRPr="004F01A0" w:rsidRDefault="00A37260">
      <w:pPr>
        <w:keepNext/>
        <w:keepLines/>
        <w:pBdr>
          <w:top w:val="single" w:sz="8" w:space="2" w:color="E85A70"/>
          <w:left w:val="single" w:sz="8" w:space="2" w:color="E85A70"/>
          <w:bottom w:val="single" w:sz="8" w:space="2" w:color="E85A70"/>
          <w:right w:val="single" w:sz="8" w:space="2" w:color="E85A70"/>
        </w:pBdr>
        <w:shd w:val="clear" w:color="auto" w:fill="E85A70"/>
        <w:spacing w:before="20" w:after="20" w:line="240" w:lineRule="auto"/>
        <w:rPr>
          <w:rFonts w:ascii="Times New Roman" w:hAnsi="Times New Roman" w:cs="Times New Roman"/>
          <w:szCs w:val="28"/>
        </w:rPr>
      </w:pPr>
      <w:r w:rsidRPr="004F01A0">
        <w:rPr>
          <w:rFonts w:ascii="Times New Roman" w:hAnsi="Times New Roman" w:cs="Times New Roman"/>
          <w:b/>
          <w:color w:val="FFFFFF"/>
          <w:szCs w:val="28"/>
        </w:rPr>
        <w:t xml:space="preserve">  Task 2. Choose the word whose stress pattern is different from the others.  </w:t>
      </w:r>
    </w:p>
    <w:p w14:paraId="615176C8" w14:textId="71079466" w:rsidR="00257042" w:rsidRPr="004F01A0" w:rsidRDefault="00A37260">
      <w:pPr>
        <w:keepNext/>
        <w:keepLines/>
        <w:spacing w:before="10" w:after="0" w:line="228" w:lineRule="auto"/>
        <w:rPr>
          <w:rFonts w:ascii="Times New Roman" w:hAnsi="Times New Roman" w:cs="Times New Roman"/>
          <w:szCs w:val="28"/>
        </w:rPr>
      </w:pPr>
      <w:r w:rsidRPr="004F01A0">
        <w:rPr>
          <w:rFonts w:ascii="Times New Roman" w:hAnsi="Times New Roman" w:cs="Times New Roman"/>
          <w:color w:val="000000"/>
          <w:szCs w:val="28"/>
        </w:rPr>
        <w:t xml:space="preserve">8. A. lifestyle     B. </w:t>
      </w:r>
      <w:r w:rsidR="00183CFB" w:rsidRPr="00183CFB">
        <w:rPr>
          <w:rFonts w:ascii="Times New Roman" w:hAnsi="Times New Roman" w:cs="Times New Roman"/>
          <w:color w:val="000000"/>
          <w:szCs w:val="28"/>
        </w:rPr>
        <w:t>social</w:t>
      </w:r>
      <w:r w:rsidRPr="004F01A0">
        <w:rPr>
          <w:rFonts w:ascii="Times New Roman" w:hAnsi="Times New Roman" w:cs="Times New Roman"/>
          <w:color w:val="000000"/>
          <w:szCs w:val="28"/>
        </w:rPr>
        <w:t xml:space="preserve">     C. native     D. enjoy</w:t>
      </w:r>
    </w:p>
    <w:p w14:paraId="0D46CCAC" w14:textId="77777777" w:rsidR="00257042" w:rsidRPr="004F01A0" w:rsidRDefault="00A37260">
      <w:pPr>
        <w:keepNext/>
        <w:keepLines/>
        <w:spacing w:before="10" w:after="0" w:line="228" w:lineRule="auto"/>
        <w:rPr>
          <w:rFonts w:ascii="Times New Roman" w:hAnsi="Times New Roman" w:cs="Times New Roman"/>
          <w:szCs w:val="28"/>
        </w:rPr>
      </w:pPr>
      <w:r w:rsidRPr="004F01A0">
        <w:rPr>
          <w:rFonts w:ascii="Times New Roman" w:hAnsi="Times New Roman" w:cs="Times New Roman"/>
          <w:color w:val="000000"/>
          <w:szCs w:val="28"/>
        </w:rPr>
        <w:t>9. A. traditional     B. practical     C. delicious     D. amazing</w:t>
      </w:r>
    </w:p>
    <w:p w14:paraId="13CF6A7B" w14:textId="77777777" w:rsidR="00257042" w:rsidRPr="004F01A0" w:rsidRDefault="00A37260">
      <w:pPr>
        <w:keepNext/>
        <w:keepLines/>
        <w:pBdr>
          <w:top w:val="single" w:sz="12" w:space="3" w:color="43879A"/>
          <w:left w:val="single" w:sz="12" w:space="3" w:color="43879A"/>
          <w:bottom w:val="single" w:sz="12" w:space="3" w:color="43879A"/>
          <w:right w:val="single" w:sz="12" w:space="3" w:color="43879A"/>
        </w:pBdr>
        <w:shd w:val="clear" w:color="auto" w:fill="43879A"/>
        <w:spacing w:before="40" w:after="40" w:line="240" w:lineRule="auto"/>
        <w:rPr>
          <w:rFonts w:ascii="Times New Roman" w:hAnsi="Times New Roman" w:cs="Times New Roman"/>
          <w:szCs w:val="28"/>
        </w:rPr>
      </w:pPr>
      <w:r w:rsidRPr="004F01A0">
        <w:rPr>
          <w:rFonts w:ascii="Times New Roman" w:hAnsi="Times New Roman" w:cs="Times New Roman"/>
          <w:b/>
          <w:color w:val="FFFFFF"/>
          <w:szCs w:val="28"/>
        </w:rPr>
        <w:t xml:space="preserve">  PART III   LANGUAGE USE  (2.5 pts)  </w:t>
      </w:r>
    </w:p>
    <w:p w14:paraId="1734B266" w14:textId="77777777" w:rsidR="00257042" w:rsidRPr="004F01A0" w:rsidRDefault="00A37260">
      <w:pPr>
        <w:spacing w:after="20" w:line="228" w:lineRule="auto"/>
        <w:rPr>
          <w:rFonts w:ascii="Times New Roman" w:hAnsi="Times New Roman" w:cs="Times New Roman"/>
          <w:b/>
          <w:bCs/>
          <w:szCs w:val="28"/>
        </w:rPr>
      </w:pPr>
      <w:r w:rsidRPr="004F01A0">
        <w:rPr>
          <w:rFonts w:ascii="Times New Roman" w:hAnsi="Times New Roman" w:cs="Times New Roman"/>
          <w:b/>
          <w:bCs/>
          <w:i/>
          <w:color w:val="000000"/>
          <w:szCs w:val="28"/>
        </w:rPr>
        <w:t>Choose the best answer A, B, C, or D to complete each sentence.</w:t>
      </w:r>
    </w:p>
    <w:p w14:paraId="5BACB1FE" w14:textId="77777777" w:rsidR="00257042" w:rsidRPr="004F01A0" w:rsidRDefault="00A37260">
      <w:pPr>
        <w:keepNext/>
        <w:keepLines/>
        <w:spacing w:before="10" w:after="0" w:line="228" w:lineRule="auto"/>
        <w:rPr>
          <w:rFonts w:ascii="Times New Roman" w:hAnsi="Times New Roman" w:cs="Times New Roman"/>
          <w:szCs w:val="28"/>
        </w:rPr>
      </w:pPr>
      <w:r w:rsidRPr="004F01A0">
        <w:rPr>
          <w:rFonts w:ascii="Times New Roman" w:hAnsi="Times New Roman" w:cs="Times New Roman"/>
          <w:color w:val="000000"/>
          <w:szCs w:val="28"/>
        </w:rPr>
        <w:t xml:space="preserve">10. The women in the village know how to ________ </w:t>
      </w:r>
      <w:proofErr w:type="spellStart"/>
      <w:r w:rsidRPr="004F01A0">
        <w:rPr>
          <w:rFonts w:ascii="Times New Roman" w:hAnsi="Times New Roman" w:cs="Times New Roman"/>
          <w:color w:val="000000"/>
          <w:szCs w:val="28"/>
        </w:rPr>
        <w:t>colourful</w:t>
      </w:r>
      <w:proofErr w:type="spellEnd"/>
      <w:r w:rsidRPr="004F01A0">
        <w:rPr>
          <w:rFonts w:ascii="Times New Roman" w:hAnsi="Times New Roman" w:cs="Times New Roman"/>
          <w:color w:val="000000"/>
          <w:szCs w:val="28"/>
        </w:rPr>
        <w:t xml:space="preserve"> baskets.</w:t>
      </w:r>
    </w:p>
    <w:p w14:paraId="0B354D4B" w14:textId="77777777" w:rsidR="00257042" w:rsidRPr="004F01A0" w:rsidRDefault="00A37260">
      <w:pPr>
        <w:spacing w:after="10" w:line="228" w:lineRule="auto"/>
        <w:ind w:left="202"/>
        <w:rPr>
          <w:rFonts w:ascii="Times New Roman" w:hAnsi="Times New Roman" w:cs="Times New Roman"/>
          <w:szCs w:val="28"/>
        </w:rPr>
      </w:pPr>
      <w:r w:rsidRPr="004F01A0">
        <w:rPr>
          <w:rFonts w:ascii="Times New Roman" w:hAnsi="Times New Roman" w:cs="Times New Roman"/>
          <w:color w:val="000000"/>
          <w:szCs w:val="28"/>
        </w:rPr>
        <w:t>A. greet     B. weave     C. serve     D. celebrate</w:t>
      </w:r>
    </w:p>
    <w:p w14:paraId="16E2FEEE" w14:textId="77777777" w:rsidR="00257042" w:rsidRPr="004F01A0" w:rsidRDefault="00A37260">
      <w:pPr>
        <w:keepNext/>
        <w:keepLines/>
        <w:spacing w:before="10" w:after="0" w:line="228" w:lineRule="auto"/>
        <w:rPr>
          <w:rFonts w:ascii="Times New Roman" w:hAnsi="Times New Roman" w:cs="Times New Roman"/>
          <w:szCs w:val="28"/>
        </w:rPr>
      </w:pPr>
      <w:r w:rsidRPr="004F01A0">
        <w:rPr>
          <w:rFonts w:ascii="Times New Roman" w:hAnsi="Times New Roman" w:cs="Times New Roman"/>
          <w:color w:val="000000"/>
          <w:szCs w:val="28"/>
        </w:rPr>
        <w:t>11. The patterns on these clothes are examples of ________ art.</w:t>
      </w:r>
    </w:p>
    <w:p w14:paraId="1D5AAB48" w14:textId="77777777" w:rsidR="00257042" w:rsidRPr="004F01A0" w:rsidRDefault="00A37260">
      <w:pPr>
        <w:spacing w:after="10" w:line="228" w:lineRule="auto"/>
        <w:ind w:left="202"/>
        <w:rPr>
          <w:rFonts w:ascii="Times New Roman" w:hAnsi="Times New Roman" w:cs="Times New Roman"/>
          <w:szCs w:val="28"/>
        </w:rPr>
      </w:pPr>
      <w:r w:rsidRPr="004F01A0">
        <w:rPr>
          <w:rFonts w:ascii="Times New Roman" w:hAnsi="Times New Roman" w:cs="Times New Roman"/>
          <w:color w:val="000000"/>
          <w:szCs w:val="28"/>
        </w:rPr>
        <w:t>A. native     B. online     C. modernly     D. daily</w:t>
      </w:r>
    </w:p>
    <w:p w14:paraId="3A69B330" w14:textId="77777777" w:rsidR="00257042" w:rsidRPr="004F01A0" w:rsidRDefault="00A37260">
      <w:pPr>
        <w:keepNext/>
        <w:keepLines/>
        <w:spacing w:before="10" w:after="0" w:line="228" w:lineRule="auto"/>
        <w:rPr>
          <w:rFonts w:ascii="Times New Roman" w:hAnsi="Times New Roman" w:cs="Times New Roman"/>
          <w:szCs w:val="28"/>
        </w:rPr>
      </w:pPr>
      <w:r w:rsidRPr="004F01A0">
        <w:rPr>
          <w:rFonts w:ascii="Times New Roman" w:hAnsi="Times New Roman" w:cs="Times New Roman"/>
          <w:color w:val="000000"/>
          <w:szCs w:val="28"/>
        </w:rPr>
        <w:t>12. In parts of Alaska, a ________ is still used for travelling across snow.</w:t>
      </w:r>
    </w:p>
    <w:p w14:paraId="040BFD9A" w14:textId="77777777" w:rsidR="00257042" w:rsidRPr="004F01A0" w:rsidRDefault="00A37260">
      <w:pPr>
        <w:spacing w:after="10" w:line="228" w:lineRule="auto"/>
        <w:ind w:left="202"/>
        <w:rPr>
          <w:rFonts w:ascii="Times New Roman" w:hAnsi="Times New Roman" w:cs="Times New Roman"/>
          <w:szCs w:val="28"/>
        </w:rPr>
      </w:pPr>
      <w:r w:rsidRPr="004F01A0">
        <w:rPr>
          <w:rFonts w:ascii="Times New Roman" w:hAnsi="Times New Roman" w:cs="Times New Roman"/>
          <w:color w:val="000000"/>
          <w:szCs w:val="28"/>
        </w:rPr>
        <w:t>A. food stall     B. dog sled     C. tribal dance     D. greeting</w:t>
      </w:r>
    </w:p>
    <w:p w14:paraId="5B0CA328" w14:textId="77777777" w:rsidR="00257042" w:rsidRPr="004F01A0" w:rsidRDefault="00A37260">
      <w:pPr>
        <w:keepNext/>
        <w:keepLines/>
        <w:spacing w:before="10" w:after="0" w:line="228" w:lineRule="auto"/>
        <w:rPr>
          <w:rFonts w:ascii="Times New Roman" w:hAnsi="Times New Roman" w:cs="Times New Roman"/>
          <w:szCs w:val="28"/>
        </w:rPr>
      </w:pPr>
      <w:r w:rsidRPr="004F01A0">
        <w:rPr>
          <w:rFonts w:ascii="Times New Roman" w:hAnsi="Times New Roman" w:cs="Times New Roman"/>
          <w:color w:val="000000"/>
          <w:szCs w:val="28"/>
        </w:rPr>
        <w:t>13. This restaurant ________ delicious local food every evening.</w:t>
      </w:r>
    </w:p>
    <w:p w14:paraId="0EDC27CD" w14:textId="77777777" w:rsidR="00257042" w:rsidRPr="004F01A0" w:rsidRDefault="00A37260">
      <w:pPr>
        <w:spacing w:after="10" w:line="228" w:lineRule="auto"/>
        <w:ind w:left="202"/>
        <w:rPr>
          <w:rFonts w:ascii="Times New Roman" w:hAnsi="Times New Roman" w:cs="Times New Roman"/>
          <w:szCs w:val="28"/>
        </w:rPr>
      </w:pPr>
      <w:r w:rsidRPr="004F01A0">
        <w:rPr>
          <w:rFonts w:ascii="Times New Roman" w:hAnsi="Times New Roman" w:cs="Times New Roman"/>
          <w:color w:val="000000"/>
          <w:szCs w:val="28"/>
        </w:rPr>
        <w:t xml:space="preserve">A. </w:t>
      </w:r>
      <w:proofErr w:type="spellStart"/>
      <w:r w:rsidRPr="004F01A0">
        <w:rPr>
          <w:rFonts w:ascii="Times New Roman" w:hAnsi="Times New Roman" w:cs="Times New Roman"/>
          <w:color w:val="000000"/>
          <w:szCs w:val="28"/>
        </w:rPr>
        <w:t>practises</w:t>
      </w:r>
      <w:proofErr w:type="spellEnd"/>
      <w:r w:rsidRPr="004F01A0">
        <w:rPr>
          <w:rFonts w:ascii="Times New Roman" w:hAnsi="Times New Roman" w:cs="Times New Roman"/>
          <w:color w:val="000000"/>
          <w:szCs w:val="28"/>
        </w:rPr>
        <w:t xml:space="preserve">     B. serves     C. weaves     D. keeps</w:t>
      </w:r>
    </w:p>
    <w:p w14:paraId="2EEF9706" w14:textId="77777777" w:rsidR="00257042" w:rsidRPr="004F01A0" w:rsidRDefault="00A37260">
      <w:pPr>
        <w:keepNext/>
        <w:keepLines/>
        <w:spacing w:before="10" w:after="0" w:line="228" w:lineRule="auto"/>
        <w:rPr>
          <w:rFonts w:ascii="Times New Roman" w:hAnsi="Times New Roman" w:cs="Times New Roman"/>
          <w:szCs w:val="28"/>
        </w:rPr>
      </w:pPr>
      <w:r w:rsidRPr="004F01A0">
        <w:rPr>
          <w:rFonts w:ascii="Times New Roman" w:hAnsi="Times New Roman" w:cs="Times New Roman"/>
          <w:color w:val="000000"/>
          <w:szCs w:val="28"/>
        </w:rPr>
        <w:t>14. My brother is ________ studying online after dinner.</w:t>
      </w:r>
    </w:p>
    <w:p w14:paraId="388199D2" w14:textId="77777777" w:rsidR="00257042" w:rsidRPr="004F01A0" w:rsidRDefault="00A37260">
      <w:pPr>
        <w:spacing w:after="10" w:line="228" w:lineRule="auto"/>
        <w:ind w:left="202"/>
        <w:rPr>
          <w:rFonts w:ascii="Times New Roman" w:hAnsi="Times New Roman" w:cs="Times New Roman"/>
          <w:szCs w:val="28"/>
        </w:rPr>
      </w:pPr>
      <w:r w:rsidRPr="004F01A0">
        <w:rPr>
          <w:rFonts w:ascii="Times New Roman" w:hAnsi="Times New Roman" w:cs="Times New Roman"/>
          <w:color w:val="000000"/>
          <w:szCs w:val="28"/>
        </w:rPr>
        <w:t>A. in the habit of     B. interested to     C. certain on     D. native at</w:t>
      </w:r>
    </w:p>
    <w:p w14:paraId="5EF6E28E" w14:textId="77777777" w:rsidR="00257042" w:rsidRPr="004F01A0" w:rsidRDefault="00A37260">
      <w:pPr>
        <w:keepNext/>
        <w:keepLines/>
        <w:spacing w:before="10" w:after="0" w:line="228" w:lineRule="auto"/>
        <w:rPr>
          <w:rFonts w:ascii="Times New Roman" w:hAnsi="Times New Roman" w:cs="Times New Roman"/>
          <w:szCs w:val="28"/>
        </w:rPr>
      </w:pPr>
      <w:r w:rsidRPr="004F01A0">
        <w:rPr>
          <w:rFonts w:ascii="Times New Roman" w:hAnsi="Times New Roman" w:cs="Times New Roman"/>
          <w:color w:val="000000"/>
          <w:szCs w:val="28"/>
        </w:rPr>
        <w:t>15. I think online learning ________ more common in the future.</w:t>
      </w:r>
    </w:p>
    <w:p w14:paraId="405E568D" w14:textId="77777777" w:rsidR="00257042" w:rsidRPr="004F01A0" w:rsidRDefault="00A37260">
      <w:pPr>
        <w:spacing w:after="10" w:line="228" w:lineRule="auto"/>
        <w:ind w:left="202"/>
        <w:rPr>
          <w:rFonts w:ascii="Times New Roman" w:hAnsi="Times New Roman" w:cs="Times New Roman"/>
          <w:szCs w:val="28"/>
        </w:rPr>
      </w:pPr>
      <w:r w:rsidRPr="004F01A0">
        <w:rPr>
          <w:rFonts w:ascii="Times New Roman" w:hAnsi="Times New Roman" w:cs="Times New Roman"/>
          <w:color w:val="000000"/>
          <w:szCs w:val="28"/>
        </w:rPr>
        <w:t>A. becomes     B. became     C. will become     D. becoming</w:t>
      </w:r>
    </w:p>
    <w:p w14:paraId="7E2B2773" w14:textId="77777777" w:rsidR="00257042" w:rsidRPr="004F01A0" w:rsidRDefault="00A37260">
      <w:pPr>
        <w:keepNext/>
        <w:keepLines/>
        <w:spacing w:before="10" w:after="0" w:line="228" w:lineRule="auto"/>
        <w:rPr>
          <w:rFonts w:ascii="Times New Roman" w:hAnsi="Times New Roman" w:cs="Times New Roman"/>
          <w:szCs w:val="28"/>
        </w:rPr>
      </w:pPr>
      <w:r w:rsidRPr="004F01A0">
        <w:rPr>
          <w:rFonts w:ascii="Times New Roman" w:hAnsi="Times New Roman" w:cs="Times New Roman"/>
          <w:color w:val="000000"/>
          <w:szCs w:val="28"/>
        </w:rPr>
        <w:t>16. If the weather is bad tomorrow, the outdoor market ________.</w:t>
      </w:r>
    </w:p>
    <w:p w14:paraId="58956AE0" w14:textId="77777777" w:rsidR="00257042" w:rsidRPr="004F01A0" w:rsidRDefault="00A37260">
      <w:pPr>
        <w:spacing w:after="10" w:line="228" w:lineRule="auto"/>
        <w:ind w:left="202"/>
        <w:rPr>
          <w:rFonts w:ascii="Times New Roman" w:hAnsi="Times New Roman" w:cs="Times New Roman"/>
          <w:szCs w:val="28"/>
        </w:rPr>
      </w:pPr>
      <w:r w:rsidRPr="004F01A0">
        <w:rPr>
          <w:rFonts w:ascii="Times New Roman" w:hAnsi="Times New Roman" w:cs="Times New Roman"/>
          <w:color w:val="000000"/>
          <w:szCs w:val="28"/>
        </w:rPr>
        <w:t>A. closes     B. closed     C. will close     D. closing</w:t>
      </w:r>
    </w:p>
    <w:p w14:paraId="7731F634" w14:textId="77777777" w:rsidR="00257042" w:rsidRPr="004F01A0" w:rsidRDefault="00A37260">
      <w:pPr>
        <w:keepNext/>
        <w:keepLines/>
        <w:spacing w:before="10" w:after="0" w:line="228" w:lineRule="auto"/>
        <w:rPr>
          <w:rFonts w:ascii="Times New Roman" w:hAnsi="Times New Roman" w:cs="Times New Roman"/>
          <w:szCs w:val="28"/>
        </w:rPr>
      </w:pPr>
      <w:r w:rsidRPr="004F01A0">
        <w:rPr>
          <w:rFonts w:ascii="Times New Roman" w:hAnsi="Times New Roman" w:cs="Times New Roman"/>
          <w:color w:val="000000"/>
          <w:szCs w:val="28"/>
        </w:rPr>
        <w:t>17. Choose the best response to complete the dialogue.</w:t>
      </w:r>
    </w:p>
    <w:p w14:paraId="52BF1922" w14:textId="77777777" w:rsidR="00257042" w:rsidRPr="004F01A0" w:rsidRDefault="00A37260">
      <w:pPr>
        <w:spacing w:after="0" w:line="228" w:lineRule="auto"/>
        <w:rPr>
          <w:rFonts w:ascii="Times New Roman" w:hAnsi="Times New Roman" w:cs="Times New Roman"/>
          <w:szCs w:val="28"/>
        </w:rPr>
      </w:pPr>
      <w:r w:rsidRPr="004F01A0">
        <w:rPr>
          <w:rFonts w:ascii="Times New Roman" w:hAnsi="Times New Roman" w:cs="Times New Roman"/>
          <w:i/>
          <w:color w:val="000000"/>
          <w:szCs w:val="28"/>
        </w:rPr>
        <w:t>Tom: “Do you think people will still make traditional crafts in the future?”</w:t>
      </w:r>
    </w:p>
    <w:p w14:paraId="08340B17" w14:textId="77777777" w:rsidR="00257042" w:rsidRPr="004F01A0" w:rsidRDefault="00A37260">
      <w:pPr>
        <w:spacing w:after="0" w:line="228" w:lineRule="auto"/>
        <w:rPr>
          <w:rFonts w:ascii="Times New Roman" w:hAnsi="Times New Roman" w:cs="Times New Roman"/>
          <w:szCs w:val="28"/>
        </w:rPr>
      </w:pPr>
      <w:r w:rsidRPr="004F01A0">
        <w:rPr>
          <w:rFonts w:ascii="Times New Roman" w:hAnsi="Times New Roman" w:cs="Times New Roman"/>
          <w:i/>
          <w:color w:val="000000"/>
          <w:szCs w:val="28"/>
        </w:rPr>
        <w:t>Mai: “________________________. Many young people are learning them now.”</w:t>
      </w:r>
    </w:p>
    <w:p w14:paraId="2A6A9EF7" w14:textId="77777777" w:rsidR="004F01A0" w:rsidRDefault="00A37260">
      <w:pPr>
        <w:spacing w:after="10" w:line="228" w:lineRule="auto"/>
        <w:ind w:left="202"/>
        <w:rPr>
          <w:rFonts w:ascii="Times New Roman" w:hAnsi="Times New Roman" w:cs="Times New Roman"/>
          <w:color w:val="000000"/>
          <w:szCs w:val="28"/>
        </w:rPr>
      </w:pPr>
      <w:r w:rsidRPr="004F01A0">
        <w:rPr>
          <w:rFonts w:ascii="Times New Roman" w:hAnsi="Times New Roman" w:cs="Times New Roman"/>
          <w:color w:val="000000"/>
          <w:szCs w:val="28"/>
        </w:rPr>
        <w:t xml:space="preserve">A. I’m certain they will     </w:t>
      </w:r>
      <w:r w:rsidR="004F01A0">
        <w:rPr>
          <w:rFonts w:ascii="Times New Roman" w:hAnsi="Times New Roman" w:cs="Times New Roman"/>
          <w:color w:val="000000"/>
          <w:szCs w:val="28"/>
        </w:rPr>
        <w:tab/>
      </w:r>
      <w:r w:rsidR="004F01A0">
        <w:rPr>
          <w:rFonts w:ascii="Times New Roman" w:hAnsi="Times New Roman" w:cs="Times New Roman"/>
          <w:color w:val="000000"/>
          <w:szCs w:val="28"/>
        </w:rPr>
        <w:tab/>
      </w:r>
      <w:r w:rsidR="004F01A0">
        <w:rPr>
          <w:rFonts w:ascii="Times New Roman" w:hAnsi="Times New Roman" w:cs="Times New Roman"/>
          <w:color w:val="000000"/>
          <w:szCs w:val="28"/>
        </w:rPr>
        <w:tab/>
      </w:r>
      <w:r w:rsidRPr="004F01A0">
        <w:rPr>
          <w:rFonts w:ascii="Times New Roman" w:hAnsi="Times New Roman" w:cs="Times New Roman"/>
          <w:color w:val="000000"/>
          <w:szCs w:val="28"/>
        </w:rPr>
        <w:t xml:space="preserve">B. I don’t know where     </w:t>
      </w:r>
    </w:p>
    <w:p w14:paraId="4F9A2DBF" w14:textId="3F535E65" w:rsidR="00257042" w:rsidRPr="004F01A0" w:rsidRDefault="00A37260">
      <w:pPr>
        <w:spacing w:after="10" w:line="228" w:lineRule="auto"/>
        <w:ind w:left="202"/>
        <w:rPr>
          <w:rFonts w:ascii="Times New Roman" w:hAnsi="Times New Roman" w:cs="Times New Roman"/>
          <w:szCs w:val="28"/>
        </w:rPr>
      </w:pPr>
      <w:r w:rsidRPr="004F01A0">
        <w:rPr>
          <w:rFonts w:ascii="Times New Roman" w:hAnsi="Times New Roman" w:cs="Times New Roman"/>
          <w:color w:val="000000"/>
          <w:szCs w:val="28"/>
        </w:rPr>
        <w:lastRenderedPageBreak/>
        <w:t xml:space="preserve">C. No, they don’t     </w:t>
      </w:r>
      <w:r w:rsidR="004F01A0">
        <w:rPr>
          <w:rFonts w:ascii="Times New Roman" w:hAnsi="Times New Roman" w:cs="Times New Roman"/>
          <w:color w:val="000000"/>
          <w:szCs w:val="28"/>
        </w:rPr>
        <w:tab/>
      </w:r>
      <w:r w:rsidR="004F01A0">
        <w:rPr>
          <w:rFonts w:ascii="Times New Roman" w:hAnsi="Times New Roman" w:cs="Times New Roman"/>
          <w:color w:val="000000"/>
          <w:szCs w:val="28"/>
        </w:rPr>
        <w:tab/>
      </w:r>
      <w:r w:rsidR="004F01A0">
        <w:rPr>
          <w:rFonts w:ascii="Times New Roman" w:hAnsi="Times New Roman" w:cs="Times New Roman"/>
          <w:color w:val="000000"/>
          <w:szCs w:val="28"/>
        </w:rPr>
        <w:tab/>
      </w:r>
      <w:r w:rsidR="004F01A0">
        <w:rPr>
          <w:rFonts w:ascii="Times New Roman" w:hAnsi="Times New Roman" w:cs="Times New Roman"/>
          <w:color w:val="000000"/>
          <w:szCs w:val="28"/>
        </w:rPr>
        <w:tab/>
      </w:r>
      <w:r w:rsidRPr="004F01A0">
        <w:rPr>
          <w:rFonts w:ascii="Times New Roman" w:hAnsi="Times New Roman" w:cs="Times New Roman"/>
          <w:color w:val="000000"/>
          <w:szCs w:val="28"/>
        </w:rPr>
        <w:t>D. That’s a restaurant</w:t>
      </w:r>
    </w:p>
    <w:p w14:paraId="68D9E1A9" w14:textId="77777777" w:rsidR="00257042" w:rsidRPr="004F01A0" w:rsidRDefault="00A37260">
      <w:pPr>
        <w:spacing w:before="20" w:after="20" w:line="228" w:lineRule="auto"/>
        <w:rPr>
          <w:rFonts w:ascii="Times New Roman" w:hAnsi="Times New Roman" w:cs="Times New Roman"/>
          <w:szCs w:val="28"/>
        </w:rPr>
      </w:pPr>
      <w:r w:rsidRPr="004F01A0">
        <w:rPr>
          <w:rFonts w:ascii="Times New Roman" w:hAnsi="Times New Roman" w:cs="Times New Roman"/>
          <w:i/>
          <w:color w:val="000000"/>
          <w:szCs w:val="28"/>
        </w:rPr>
        <w:t>Choose the sentence that is closest in meaning to the original one.</w:t>
      </w:r>
    </w:p>
    <w:p w14:paraId="09B2F21B" w14:textId="77777777" w:rsidR="00257042" w:rsidRPr="004F01A0" w:rsidRDefault="00A37260">
      <w:pPr>
        <w:keepNext/>
        <w:keepLines/>
        <w:spacing w:before="10" w:after="0" w:line="228" w:lineRule="auto"/>
        <w:rPr>
          <w:rFonts w:ascii="Times New Roman" w:hAnsi="Times New Roman" w:cs="Times New Roman"/>
          <w:szCs w:val="28"/>
        </w:rPr>
      </w:pPr>
      <w:r w:rsidRPr="004F01A0">
        <w:rPr>
          <w:rFonts w:ascii="Times New Roman" w:hAnsi="Times New Roman" w:cs="Times New Roman"/>
          <w:color w:val="000000"/>
          <w:szCs w:val="28"/>
        </w:rPr>
        <w:t>18. I am sure that online learning will continue to grow.</w:t>
      </w:r>
    </w:p>
    <w:p w14:paraId="046BB79D" w14:textId="77777777" w:rsidR="004F01A0" w:rsidRDefault="00A37260">
      <w:pPr>
        <w:spacing w:after="10" w:line="228" w:lineRule="auto"/>
        <w:ind w:left="202"/>
        <w:rPr>
          <w:rFonts w:ascii="Times New Roman" w:hAnsi="Times New Roman" w:cs="Times New Roman"/>
          <w:color w:val="000000"/>
          <w:szCs w:val="28"/>
        </w:rPr>
      </w:pPr>
      <w:r w:rsidRPr="004F01A0">
        <w:rPr>
          <w:rFonts w:ascii="Times New Roman" w:hAnsi="Times New Roman" w:cs="Times New Roman"/>
          <w:color w:val="000000"/>
          <w:szCs w:val="28"/>
        </w:rPr>
        <w:t xml:space="preserve">A. Online learning will certainly continue to grow.     </w:t>
      </w:r>
    </w:p>
    <w:p w14:paraId="30FEA3E4" w14:textId="7C592EF7" w:rsidR="00257042" w:rsidRPr="004F01A0" w:rsidRDefault="00A37260">
      <w:pPr>
        <w:spacing w:after="10" w:line="228" w:lineRule="auto"/>
        <w:ind w:left="202"/>
        <w:rPr>
          <w:rFonts w:ascii="Times New Roman" w:hAnsi="Times New Roman" w:cs="Times New Roman"/>
          <w:szCs w:val="28"/>
        </w:rPr>
      </w:pPr>
      <w:r w:rsidRPr="004F01A0">
        <w:rPr>
          <w:rFonts w:ascii="Times New Roman" w:hAnsi="Times New Roman" w:cs="Times New Roman"/>
          <w:color w:val="000000"/>
          <w:szCs w:val="28"/>
        </w:rPr>
        <w:t>B. Online learning stopped growing yesterday.</w:t>
      </w:r>
    </w:p>
    <w:p w14:paraId="607929EA" w14:textId="77777777" w:rsidR="004F01A0" w:rsidRDefault="00A37260">
      <w:pPr>
        <w:spacing w:after="10" w:line="228" w:lineRule="auto"/>
        <w:ind w:left="202"/>
        <w:rPr>
          <w:rFonts w:ascii="Times New Roman" w:hAnsi="Times New Roman" w:cs="Times New Roman"/>
          <w:color w:val="000000"/>
          <w:szCs w:val="28"/>
        </w:rPr>
      </w:pPr>
      <w:r w:rsidRPr="004F01A0">
        <w:rPr>
          <w:rFonts w:ascii="Times New Roman" w:hAnsi="Times New Roman" w:cs="Times New Roman"/>
          <w:color w:val="000000"/>
          <w:szCs w:val="28"/>
        </w:rPr>
        <w:t xml:space="preserve">C. Online learning may never be used again.     </w:t>
      </w:r>
    </w:p>
    <w:p w14:paraId="33E23081" w14:textId="336FBB82" w:rsidR="00257042" w:rsidRPr="004F01A0" w:rsidRDefault="00A37260">
      <w:pPr>
        <w:spacing w:after="10" w:line="228" w:lineRule="auto"/>
        <w:ind w:left="202"/>
        <w:rPr>
          <w:rFonts w:ascii="Times New Roman" w:hAnsi="Times New Roman" w:cs="Times New Roman"/>
          <w:szCs w:val="28"/>
        </w:rPr>
      </w:pPr>
      <w:r w:rsidRPr="004F01A0">
        <w:rPr>
          <w:rFonts w:ascii="Times New Roman" w:hAnsi="Times New Roman" w:cs="Times New Roman"/>
          <w:color w:val="000000"/>
          <w:szCs w:val="28"/>
        </w:rPr>
        <w:t>D. Nobody is certain about online learning.</w:t>
      </w:r>
    </w:p>
    <w:p w14:paraId="076B9411" w14:textId="77777777" w:rsidR="00257042" w:rsidRPr="004F01A0" w:rsidRDefault="00A37260">
      <w:pPr>
        <w:keepNext/>
        <w:keepLines/>
        <w:spacing w:before="10" w:after="0" w:line="228" w:lineRule="auto"/>
        <w:rPr>
          <w:rFonts w:ascii="Times New Roman" w:hAnsi="Times New Roman" w:cs="Times New Roman"/>
          <w:szCs w:val="28"/>
        </w:rPr>
      </w:pPr>
      <w:r w:rsidRPr="004F01A0">
        <w:rPr>
          <w:rFonts w:ascii="Times New Roman" w:hAnsi="Times New Roman" w:cs="Times New Roman"/>
          <w:color w:val="000000"/>
          <w:szCs w:val="28"/>
        </w:rPr>
        <w:t>19. Leave now, or we will miss the bus.</w:t>
      </w:r>
    </w:p>
    <w:p w14:paraId="3C838800" w14:textId="77777777" w:rsidR="004F01A0" w:rsidRDefault="00A37260">
      <w:pPr>
        <w:spacing w:after="10" w:line="228" w:lineRule="auto"/>
        <w:ind w:left="202"/>
        <w:rPr>
          <w:rFonts w:ascii="Times New Roman" w:hAnsi="Times New Roman" w:cs="Times New Roman"/>
          <w:color w:val="000000"/>
          <w:szCs w:val="28"/>
        </w:rPr>
      </w:pPr>
      <w:r w:rsidRPr="004F01A0">
        <w:rPr>
          <w:rFonts w:ascii="Times New Roman" w:hAnsi="Times New Roman" w:cs="Times New Roman"/>
          <w:color w:val="000000"/>
          <w:szCs w:val="28"/>
        </w:rPr>
        <w:t xml:space="preserve">A. If we leave now, we will miss the bus.     </w:t>
      </w:r>
    </w:p>
    <w:p w14:paraId="451C036D" w14:textId="1CC13E66" w:rsidR="00257042" w:rsidRPr="004F01A0" w:rsidRDefault="00A37260">
      <w:pPr>
        <w:spacing w:after="10" w:line="228" w:lineRule="auto"/>
        <w:ind w:left="202"/>
        <w:rPr>
          <w:rFonts w:ascii="Times New Roman" w:hAnsi="Times New Roman" w:cs="Times New Roman"/>
          <w:szCs w:val="28"/>
        </w:rPr>
      </w:pPr>
      <w:r w:rsidRPr="004F01A0">
        <w:rPr>
          <w:rFonts w:ascii="Times New Roman" w:hAnsi="Times New Roman" w:cs="Times New Roman"/>
          <w:color w:val="000000"/>
          <w:szCs w:val="28"/>
        </w:rPr>
        <w:t>B. If we do not leave now, we will miss the bus.</w:t>
      </w:r>
    </w:p>
    <w:p w14:paraId="47121BCC" w14:textId="77777777" w:rsidR="004F01A0" w:rsidRDefault="00A37260" w:rsidP="004F01A0">
      <w:pPr>
        <w:spacing w:after="10" w:line="228" w:lineRule="auto"/>
        <w:ind w:left="202"/>
        <w:rPr>
          <w:rFonts w:ascii="Times New Roman" w:hAnsi="Times New Roman" w:cs="Times New Roman"/>
          <w:color w:val="000000"/>
          <w:szCs w:val="28"/>
        </w:rPr>
      </w:pPr>
      <w:r w:rsidRPr="004F01A0">
        <w:rPr>
          <w:rFonts w:ascii="Times New Roman" w:hAnsi="Times New Roman" w:cs="Times New Roman"/>
          <w:color w:val="000000"/>
          <w:szCs w:val="28"/>
        </w:rPr>
        <w:t xml:space="preserve">C. We will miss the bus because we left early.     </w:t>
      </w:r>
    </w:p>
    <w:p w14:paraId="5F53D541" w14:textId="5CB2812A" w:rsidR="00257042" w:rsidRPr="004F01A0" w:rsidRDefault="00A37260" w:rsidP="004F01A0">
      <w:pPr>
        <w:spacing w:after="10" w:line="228" w:lineRule="auto"/>
        <w:ind w:left="202"/>
        <w:rPr>
          <w:rFonts w:ascii="Times New Roman" w:hAnsi="Times New Roman" w:cs="Times New Roman"/>
          <w:szCs w:val="28"/>
        </w:rPr>
      </w:pPr>
      <w:r w:rsidRPr="004F01A0">
        <w:rPr>
          <w:rFonts w:ascii="Times New Roman" w:hAnsi="Times New Roman" w:cs="Times New Roman"/>
          <w:color w:val="000000"/>
          <w:szCs w:val="28"/>
        </w:rPr>
        <w:t xml:space="preserve">D. We will not miss the bus if we stay </w:t>
      </w:r>
      <w:proofErr w:type="spellStart"/>
      <w:r w:rsidRPr="004F01A0">
        <w:rPr>
          <w:rFonts w:ascii="Times New Roman" w:hAnsi="Times New Roman" w:cs="Times New Roman"/>
          <w:color w:val="000000"/>
          <w:szCs w:val="28"/>
        </w:rPr>
        <w:t>here.</w:t>
      </w:r>
      <w:r w:rsidRPr="004F01A0">
        <w:rPr>
          <w:rFonts w:ascii="Times New Roman" w:hAnsi="Times New Roman" w:cs="Times New Roman"/>
          <w:b/>
          <w:color w:val="FFFFFF"/>
          <w:szCs w:val="28"/>
        </w:rPr>
        <w:t>ART</w:t>
      </w:r>
      <w:proofErr w:type="spellEnd"/>
      <w:r w:rsidRPr="004F01A0">
        <w:rPr>
          <w:rFonts w:ascii="Times New Roman" w:hAnsi="Times New Roman" w:cs="Times New Roman"/>
          <w:b/>
          <w:color w:val="FFFFFF"/>
          <w:szCs w:val="28"/>
        </w:rPr>
        <w:t xml:space="preserve"> IV   PRACTICAL SKILLS  (1.0 </w:t>
      </w:r>
      <w:proofErr w:type="spellStart"/>
      <w:r w:rsidRPr="004F01A0">
        <w:rPr>
          <w:rFonts w:ascii="Times New Roman" w:hAnsi="Times New Roman" w:cs="Times New Roman"/>
          <w:b/>
          <w:color w:val="FFFFFF"/>
          <w:szCs w:val="28"/>
        </w:rPr>
        <w:t>pt</w:t>
      </w:r>
      <w:proofErr w:type="spellEnd"/>
      <w:r w:rsidRPr="004F01A0">
        <w:rPr>
          <w:rFonts w:ascii="Times New Roman" w:hAnsi="Times New Roman" w:cs="Times New Roman"/>
          <w:b/>
          <w:color w:val="FFFFFF"/>
          <w:szCs w:val="28"/>
        </w:rPr>
        <w:t xml:space="preserve">)  </w:t>
      </w:r>
    </w:p>
    <w:p w14:paraId="2E28F502" w14:textId="77777777" w:rsidR="00257042" w:rsidRPr="004F01A0" w:rsidRDefault="00A37260">
      <w:pPr>
        <w:keepNext/>
        <w:keepLines/>
        <w:pBdr>
          <w:top w:val="single" w:sz="8" w:space="2" w:color="E85A70"/>
          <w:left w:val="single" w:sz="8" w:space="2" w:color="E85A70"/>
          <w:bottom w:val="single" w:sz="8" w:space="2" w:color="E85A70"/>
          <w:right w:val="single" w:sz="8" w:space="2" w:color="E85A70"/>
        </w:pBdr>
        <w:shd w:val="clear" w:color="auto" w:fill="E85A70"/>
        <w:spacing w:before="20" w:after="20" w:line="240" w:lineRule="auto"/>
        <w:rPr>
          <w:rFonts w:ascii="Times New Roman" w:hAnsi="Times New Roman" w:cs="Times New Roman"/>
          <w:szCs w:val="28"/>
        </w:rPr>
      </w:pPr>
      <w:r w:rsidRPr="004F01A0">
        <w:rPr>
          <w:rFonts w:ascii="Times New Roman" w:hAnsi="Times New Roman" w:cs="Times New Roman"/>
          <w:b/>
          <w:color w:val="FFFFFF"/>
          <w:szCs w:val="28"/>
        </w:rPr>
        <w:t xml:space="preserve">  Task 1. Look at the signs and choose the best answer.  </w:t>
      </w:r>
    </w:p>
    <w:p w14:paraId="744C11C2" w14:textId="77777777" w:rsidR="00257042" w:rsidRPr="004F01A0" w:rsidRDefault="00A37260">
      <w:pPr>
        <w:keepNext/>
        <w:keepLines/>
        <w:spacing w:before="10" w:after="0" w:line="228" w:lineRule="auto"/>
        <w:rPr>
          <w:rFonts w:ascii="Times New Roman" w:hAnsi="Times New Roman" w:cs="Times New Roman"/>
          <w:szCs w:val="28"/>
        </w:rPr>
      </w:pPr>
      <w:r w:rsidRPr="004F01A0">
        <w:rPr>
          <w:rFonts w:ascii="Times New Roman" w:hAnsi="Times New Roman" w:cs="Times New Roman"/>
          <w:color w:val="000000"/>
          <w:szCs w:val="28"/>
        </w:rPr>
        <w:t>20. What should people do near this room?</w:t>
      </w:r>
    </w:p>
    <w:p w14:paraId="25523CFC" w14:textId="77777777" w:rsidR="00257042" w:rsidRPr="004F01A0" w:rsidRDefault="00A37260">
      <w:pPr>
        <w:spacing w:after="0"/>
        <w:jc w:val="center"/>
        <w:rPr>
          <w:rFonts w:ascii="Times New Roman" w:hAnsi="Times New Roman" w:cs="Times New Roman"/>
          <w:szCs w:val="28"/>
        </w:rPr>
      </w:pPr>
      <w:r w:rsidRPr="004F01A0">
        <w:rPr>
          <w:rFonts w:ascii="Times New Roman" w:hAnsi="Times New Roman" w:cs="Times New Roman"/>
          <w:noProof/>
          <w:szCs w:val="28"/>
        </w:rPr>
        <w:drawing>
          <wp:inline distT="0" distB="0" distL="0" distR="0" wp14:anchorId="36086A60" wp14:editId="7BE5C0F5">
            <wp:extent cx="2423160" cy="123360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line_class_quiet.png"/>
                    <pic:cNvPicPr/>
                  </pic:nvPicPr>
                  <pic:blipFill>
                    <a:blip r:embed="rId8"/>
                    <a:stretch>
                      <a:fillRect/>
                    </a:stretch>
                  </pic:blipFill>
                  <pic:spPr>
                    <a:xfrm>
                      <a:off x="0" y="0"/>
                      <a:ext cx="2423160" cy="1233609"/>
                    </a:xfrm>
                    <a:prstGeom prst="rect">
                      <a:avLst/>
                    </a:prstGeom>
                  </pic:spPr>
                </pic:pic>
              </a:graphicData>
            </a:graphic>
          </wp:inline>
        </w:drawing>
      </w:r>
    </w:p>
    <w:p w14:paraId="5EFA4C9D" w14:textId="77777777" w:rsidR="00257042" w:rsidRPr="004F01A0" w:rsidRDefault="00A37260">
      <w:pPr>
        <w:spacing w:after="10" w:line="228" w:lineRule="auto"/>
        <w:ind w:left="202"/>
        <w:rPr>
          <w:rFonts w:ascii="Times New Roman" w:hAnsi="Times New Roman" w:cs="Times New Roman"/>
          <w:szCs w:val="28"/>
        </w:rPr>
      </w:pPr>
      <w:r w:rsidRPr="004F01A0">
        <w:rPr>
          <w:rFonts w:ascii="Times New Roman" w:hAnsi="Times New Roman" w:cs="Times New Roman"/>
          <w:color w:val="000000"/>
          <w:szCs w:val="28"/>
        </w:rPr>
        <w:t>A. Speak loudly during the lesson.     B. Keep quiet because an online class is taking place.</w:t>
      </w:r>
    </w:p>
    <w:p w14:paraId="4359FE4C" w14:textId="77777777" w:rsidR="00257042" w:rsidRPr="004F01A0" w:rsidRDefault="00A37260">
      <w:pPr>
        <w:spacing w:after="10" w:line="228" w:lineRule="auto"/>
        <w:ind w:left="202"/>
        <w:rPr>
          <w:rFonts w:ascii="Times New Roman" w:hAnsi="Times New Roman" w:cs="Times New Roman"/>
          <w:szCs w:val="28"/>
        </w:rPr>
      </w:pPr>
      <w:r w:rsidRPr="004F01A0">
        <w:rPr>
          <w:rFonts w:ascii="Times New Roman" w:hAnsi="Times New Roman" w:cs="Times New Roman"/>
          <w:color w:val="000000"/>
          <w:szCs w:val="28"/>
        </w:rPr>
        <w:t>C. Enter the room without permission.     D. Turn off every computer in the building.</w:t>
      </w:r>
    </w:p>
    <w:p w14:paraId="6E7D8C96" w14:textId="77777777" w:rsidR="00257042" w:rsidRPr="004F01A0" w:rsidRDefault="00A37260">
      <w:pPr>
        <w:keepNext/>
        <w:keepLines/>
        <w:spacing w:before="10" w:after="0" w:line="228" w:lineRule="auto"/>
        <w:rPr>
          <w:rFonts w:ascii="Times New Roman" w:hAnsi="Times New Roman" w:cs="Times New Roman"/>
          <w:szCs w:val="28"/>
        </w:rPr>
      </w:pPr>
      <w:r w:rsidRPr="004F01A0">
        <w:rPr>
          <w:rFonts w:ascii="Times New Roman" w:hAnsi="Times New Roman" w:cs="Times New Roman"/>
          <w:color w:val="000000"/>
          <w:szCs w:val="28"/>
        </w:rPr>
        <w:t>21. What is the main message of this sign?</w:t>
      </w:r>
    </w:p>
    <w:p w14:paraId="618754AB" w14:textId="77777777" w:rsidR="00257042" w:rsidRPr="004F01A0" w:rsidRDefault="00A37260">
      <w:pPr>
        <w:spacing w:after="0"/>
        <w:jc w:val="center"/>
        <w:rPr>
          <w:rFonts w:ascii="Times New Roman" w:hAnsi="Times New Roman" w:cs="Times New Roman"/>
          <w:szCs w:val="28"/>
        </w:rPr>
      </w:pPr>
      <w:r w:rsidRPr="004F01A0">
        <w:rPr>
          <w:rFonts w:ascii="Times New Roman" w:hAnsi="Times New Roman" w:cs="Times New Roman"/>
          <w:noProof/>
          <w:szCs w:val="28"/>
        </w:rPr>
        <w:drawing>
          <wp:inline distT="0" distB="0" distL="0" distR="0" wp14:anchorId="38288046" wp14:editId="04CDCE48">
            <wp:extent cx="2423160" cy="123360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_not_touch_display.png"/>
                    <pic:cNvPicPr/>
                  </pic:nvPicPr>
                  <pic:blipFill>
                    <a:blip r:embed="rId9"/>
                    <a:stretch>
                      <a:fillRect/>
                    </a:stretch>
                  </pic:blipFill>
                  <pic:spPr>
                    <a:xfrm>
                      <a:off x="0" y="0"/>
                      <a:ext cx="2423160" cy="1233609"/>
                    </a:xfrm>
                    <a:prstGeom prst="rect">
                      <a:avLst/>
                    </a:prstGeom>
                  </pic:spPr>
                </pic:pic>
              </a:graphicData>
            </a:graphic>
          </wp:inline>
        </w:drawing>
      </w:r>
    </w:p>
    <w:p w14:paraId="1FC81FD4" w14:textId="77777777" w:rsidR="00257042" w:rsidRPr="004F01A0" w:rsidRDefault="00A37260">
      <w:pPr>
        <w:spacing w:after="10" w:line="228" w:lineRule="auto"/>
        <w:ind w:left="202"/>
        <w:rPr>
          <w:rFonts w:ascii="Times New Roman" w:hAnsi="Times New Roman" w:cs="Times New Roman"/>
          <w:szCs w:val="28"/>
        </w:rPr>
      </w:pPr>
      <w:r w:rsidRPr="004F01A0">
        <w:rPr>
          <w:rFonts w:ascii="Times New Roman" w:hAnsi="Times New Roman" w:cs="Times New Roman"/>
          <w:color w:val="000000"/>
          <w:szCs w:val="28"/>
        </w:rPr>
        <w:t>A. Visitors may move the craft items.     B. The display is closed permanently.</w:t>
      </w:r>
    </w:p>
    <w:p w14:paraId="5B79DD95" w14:textId="77777777" w:rsidR="00257042" w:rsidRPr="004F01A0" w:rsidRDefault="00A37260">
      <w:pPr>
        <w:spacing w:after="10" w:line="228" w:lineRule="auto"/>
        <w:ind w:left="202"/>
        <w:rPr>
          <w:rFonts w:ascii="Times New Roman" w:hAnsi="Times New Roman" w:cs="Times New Roman"/>
          <w:szCs w:val="28"/>
        </w:rPr>
      </w:pPr>
      <w:r w:rsidRPr="004F01A0">
        <w:rPr>
          <w:rFonts w:ascii="Times New Roman" w:hAnsi="Times New Roman" w:cs="Times New Roman"/>
          <w:color w:val="000000"/>
          <w:szCs w:val="28"/>
        </w:rPr>
        <w:t>C. Students should make new items here.     D. Visitors must not touch the displayed crafts.</w:t>
      </w:r>
    </w:p>
    <w:p w14:paraId="6D368799" w14:textId="77777777" w:rsidR="00257042" w:rsidRPr="004F01A0" w:rsidRDefault="00A37260">
      <w:pPr>
        <w:keepNext/>
        <w:keepLines/>
        <w:pBdr>
          <w:top w:val="single" w:sz="8" w:space="2" w:color="E85A70"/>
          <w:left w:val="single" w:sz="8" w:space="2" w:color="E85A70"/>
          <w:bottom w:val="single" w:sz="8" w:space="2" w:color="E85A70"/>
          <w:right w:val="single" w:sz="8" w:space="2" w:color="E85A70"/>
        </w:pBdr>
        <w:shd w:val="clear" w:color="auto" w:fill="E85A70"/>
        <w:spacing w:before="20" w:after="20" w:line="240" w:lineRule="auto"/>
        <w:rPr>
          <w:rFonts w:ascii="Times New Roman" w:hAnsi="Times New Roman" w:cs="Times New Roman"/>
          <w:szCs w:val="28"/>
        </w:rPr>
      </w:pPr>
      <w:r w:rsidRPr="004F01A0">
        <w:rPr>
          <w:rFonts w:ascii="Times New Roman" w:hAnsi="Times New Roman" w:cs="Times New Roman"/>
          <w:b/>
          <w:color w:val="FFFFFF"/>
          <w:szCs w:val="28"/>
        </w:rPr>
        <w:t xml:space="preserve">  Task 2. Read the notice and choose the best answer.  </w:t>
      </w:r>
    </w:p>
    <w:p w14:paraId="5FFCFD0E" w14:textId="77777777" w:rsidR="00257042" w:rsidRPr="004F01A0" w:rsidRDefault="00A37260">
      <w:pPr>
        <w:pBdr>
          <w:top w:val="single" w:sz="7" w:space="2" w:color="E8C86A"/>
          <w:left w:val="single" w:sz="7" w:space="2" w:color="E8C86A"/>
          <w:right w:val="single" w:sz="7" w:space="2" w:color="E8C86A"/>
        </w:pBdr>
        <w:shd w:val="clear" w:color="auto" w:fill="FFF4D6"/>
        <w:spacing w:after="0" w:line="228" w:lineRule="auto"/>
        <w:jc w:val="center"/>
        <w:rPr>
          <w:rFonts w:ascii="Times New Roman" w:hAnsi="Times New Roman" w:cs="Times New Roman"/>
          <w:szCs w:val="28"/>
        </w:rPr>
      </w:pPr>
      <w:r w:rsidRPr="004F01A0">
        <w:rPr>
          <w:rFonts w:ascii="Times New Roman" w:hAnsi="Times New Roman" w:cs="Times New Roman"/>
          <w:b/>
          <w:color w:val="000000"/>
          <w:szCs w:val="28"/>
        </w:rPr>
        <w:t>GREEN VALLEY LOWER SECONDARY SCHOOL</w:t>
      </w:r>
    </w:p>
    <w:p w14:paraId="0784E153" w14:textId="77777777" w:rsidR="00257042" w:rsidRPr="004F01A0" w:rsidRDefault="00A37260">
      <w:pPr>
        <w:pBdr>
          <w:left w:val="single" w:sz="7" w:space="2" w:color="E8C86A"/>
          <w:right w:val="single" w:sz="7" w:space="2" w:color="E8C86A"/>
        </w:pBdr>
        <w:shd w:val="clear" w:color="auto" w:fill="FFF4D6"/>
        <w:spacing w:after="0" w:line="228" w:lineRule="auto"/>
        <w:jc w:val="center"/>
        <w:rPr>
          <w:rFonts w:ascii="Times New Roman" w:hAnsi="Times New Roman" w:cs="Times New Roman"/>
          <w:szCs w:val="28"/>
        </w:rPr>
      </w:pPr>
      <w:r w:rsidRPr="004F01A0">
        <w:rPr>
          <w:rFonts w:ascii="Times New Roman" w:hAnsi="Times New Roman" w:cs="Times New Roman"/>
          <w:b/>
          <w:color w:val="000000"/>
          <w:szCs w:val="28"/>
        </w:rPr>
        <w:t>LIFESTYLE EXCHANGE DAY</w:t>
      </w:r>
    </w:p>
    <w:p w14:paraId="0FC4DB76" w14:textId="77777777" w:rsidR="00257042" w:rsidRPr="004F01A0" w:rsidRDefault="00A37260" w:rsidP="006A7FBC">
      <w:pPr>
        <w:pBdr>
          <w:left w:val="single" w:sz="7" w:space="2" w:color="E8C86A"/>
          <w:right w:val="single" w:sz="7" w:space="2" w:color="E8C86A"/>
        </w:pBdr>
        <w:shd w:val="clear" w:color="auto" w:fill="FFF4D6"/>
        <w:spacing w:after="0" w:line="228" w:lineRule="auto"/>
        <w:rPr>
          <w:rFonts w:ascii="Times New Roman" w:hAnsi="Times New Roman" w:cs="Times New Roman"/>
          <w:szCs w:val="28"/>
        </w:rPr>
      </w:pPr>
      <w:r w:rsidRPr="004F01A0">
        <w:rPr>
          <w:rFonts w:ascii="Times New Roman" w:hAnsi="Times New Roman" w:cs="Times New Roman"/>
          <w:color w:val="000000"/>
          <w:szCs w:val="28"/>
        </w:rPr>
        <w:t>Discover different lifestyles from Viet Nam and around the world.</w:t>
      </w:r>
    </w:p>
    <w:p w14:paraId="0E23FB16" w14:textId="77777777" w:rsidR="00257042" w:rsidRPr="004F01A0" w:rsidRDefault="00A37260" w:rsidP="006A7FBC">
      <w:pPr>
        <w:pBdr>
          <w:left w:val="single" w:sz="7" w:space="2" w:color="E8C86A"/>
          <w:right w:val="single" w:sz="7" w:space="2" w:color="E8C86A"/>
        </w:pBdr>
        <w:shd w:val="clear" w:color="auto" w:fill="FFF4D6"/>
        <w:spacing w:after="0" w:line="228" w:lineRule="auto"/>
        <w:rPr>
          <w:rFonts w:ascii="Times New Roman" w:hAnsi="Times New Roman" w:cs="Times New Roman"/>
          <w:szCs w:val="28"/>
        </w:rPr>
      </w:pPr>
      <w:r w:rsidRPr="004F01A0">
        <w:rPr>
          <w:rFonts w:ascii="Times New Roman" w:hAnsi="Times New Roman" w:cs="Times New Roman"/>
          <w:color w:val="000000"/>
          <w:szCs w:val="28"/>
        </w:rPr>
        <w:t>Activities: greeting demonstration, street-food talk, native art exhibition, and online-learning workshop.</w:t>
      </w:r>
    </w:p>
    <w:p w14:paraId="15643DD5" w14:textId="77777777" w:rsidR="00257042" w:rsidRPr="004F01A0" w:rsidRDefault="00A37260" w:rsidP="006A7FBC">
      <w:pPr>
        <w:pBdr>
          <w:left w:val="single" w:sz="7" w:space="2" w:color="E8C86A"/>
          <w:right w:val="single" w:sz="7" w:space="2" w:color="E8C86A"/>
        </w:pBdr>
        <w:shd w:val="clear" w:color="auto" w:fill="FFF4D6"/>
        <w:spacing w:after="0" w:line="228" w:lineRule="auto"/>
        <w:rPr>
          <w:rFonts w:ascii="Times New Roman" w:hAnsi="Times New Roman" w:cs="Times New Roman"/>
          <w:szCs w:val="28"/>
        </w:rPr>
      </w:pPr>
      <w:r w:rsidRPr="004F01A0">
        <w:rPr>
          <w:rFonts w:ascii="Times New Roman" w:hAnsi="Times New Roman" w:cs="Times New Roman"/>
          <w:color w:val="000000"/>
          <w:szCs w:val="28"/>
        </w:rPr>
        <w:t>Time: 2.00 p.m.–4.00 p.m., Friday, 15 March    Place: School Hall</w:t>
      </w:r>
    </w:p>
    <w:p w14:paraId="41A4C8C1" w14:textId="77777777" w:rsidR="00257042" w:rsidRPr="004F01A0" w:rsidRDefault="00A37260" w:rsidP="006A7FBC">
      <w:pPr>
        <w:pBdr>
          <w:left w:val="single" w:sz="7" w:space="2" w:color="E8C86A"/>
          <w:bottom w:val="single" w:sz="7" w:space="2" w:color="E8C86A"/>
          <w:right w:val="single" w:sz="7" w:space="2" w:color="E8C86A"/>
        </w:pBdr>
        <w:shd w:val="clear" w:color="auto" w:fill="FFF4D6"/>
        <w:spacing w:after="0" w:line="228" w:lineRule="auto"/>
        <w:rPr>
          <w:rFonts w:ascii="Times New Roman" w:hAnsi="Times New Roman" w:cs="Times New Roman"/>
          <w:szCs w:val="28"/>
        </w:rPr>
      </w:pPr>
      <w:r w:rsidRPr="004F01A0">
        <w:rPr>
          <w:rFonts w:ascii="Times New Roman" w:hAnsi="Times New Roman" w:cs="Times New Roman"/>
          <w:color w:val="000000"/>
          <w:szCs w:val="28"/>
        </w:rPr>
        <w:t>Bring one photo showing a lifestyle activity. Register with your English teacher by Tuesday.</w:t>
      </w:r>
    </w:p>
    <w:p w14:paraId="69B66CAD" w14:textId="77777777" w:rsidR="00257042" w:rsidRPr="004F01A0" w:rsidRDefault="00A37260">
      <w:pPr>
        <w:keepNext/>
        <w:keepLines/>
        <w:spacing w:before="10" w:after="0" w:line="228" w:lineRule="auto"/>
        <w:rPr>
          <w:rFonts w:ascii="Times New Roman" w:hAnsi="Times New Roman" w:cs="Times New Roman"/>
          <w:szCs w:val="28"/>
        </w:rPr>
      </w:pPr>
      <w:r w:rsidRPr="004F01A0">
        <w:rPr>
          <w:rFonts w:ascii="Times New Roman" w:hAnsi="Times New Roman" w:cs="Times New Roman"/>
          <w:color w:val="000000"/>
          <w:szCs w:val="28"/>
        </w:rPr>
        <w:t>22. What is the main purpose of the notice?</w:t>
      </w:r>
    </w:p>
    <w:p w14:paraId="16741D84" w14:textId="77777777" w:rsidR="00257042" w:rsidRPr="004F01A0" w:rsidRDefault="00A37260">
      <w:pPr>
        <w:spacing w:after="10" w:line="228" w:lineRule="auto"/>
        <w:ind w:left="202"/>
        <w:rPr>
          <w:rFonts w:ascii="Times New Roman" w:hAnsi="Times New Roman" w:cs="Times New Roman"/>
          <w:szCs w:val="28"/>
        </w:rPr>
      </w:pPr>
      <w:r w:rsidRPr="004F01A0">
        <w:rPr>
          <w:rFonts w:ascii="Times New Roman" w:hAnsi="Times New Roman" w:cs="Times New Roman"/>
          <w:color w:val="000000"/>
          <w:szCs w:val="28"/>
        </w:rPr>
        <w:t>A. To invite students to a Lifestyle Exchange Day     B. To announce a school examination</w:t>
      </w:r>
    </w:p>
    <w:p w14:paraId="7F9CFD4F" w14:textId="250288B6" w:rsidR="00257042" w:rsidRPr="004F01A0" w:rsidRDefault="00A37260">
      <w:pPr>
        <w:spacing w:after="10" w:line="228" w:lineRule="auto"/>
        <w:ind w:left="202"/>
        <w:rPr>
          <w:rFonts w:ascii="Times New Roman" w:hAnsi="Times New Roman" w:cs="Times New Roman"/>
          <w:szCs w:val="28"/>
        </w:rPr>
      </w:pPr>
      <w:r w:rsidRPr="004F01A0">
        <w:rPr>
          <w:rFonts w:ascii="Times New Roman" w:hAnsi="Times New Roman" w:cs="Times New Roman"/>
          <w:color w:val="000000"/>
          <w:szCs w:val="28"/>
        </w:rPr>
        <w:t xml:space="preserve">C. To advertise a new restaurant     </w:t>
      </w:r>
      <w:r w:rsidR="006A7FBC">
        <w:rPr>
          <w:rFonts w:ascii="Times New Roman" w:hAnsi="Times New Roman" w:cs="Times New Roman"/>
          <w:color w:val="000000"/>
          <w:szCs w:val="28"/>
        </w:rPr>
        <w:tab/>
      </w:r>
      <w:r w:rsidR="006A7FBC">
        <w:rPr>
          <w:rFonts w:ascii="Times New Roman" w:hAnsi="Times New Roman" w:cs="Times New Roman"/>
          <w:color w:val="000000"/>
          <w:szCs w:val="28"/>
        </w:rPr>
        <w:tab/>
      </w:r>
      <w:r w:rsidR="006A7FBC">
        <w:rPr>
          <w:rFonts w:ascii="Times New Roman" w:hAnsi="Times New Roman" w:cs="Times New Roman"/>
          <w:color w:val="000000"/>
          <w:szCs w:val="28"/>
        </w:rPr>
        <w:tab/>
        <w:t xml:space="preserve">     </w:t>
      </w:r>
      <w:r w:rsidRPr="004F01A0">
        <w:rPr>
          <w:rFonts w:ascii="Times New Roman" w:hAnsi="Times New Roman" w:cs="Times New Roman"/>
          <w:color w:val="000000"/>
          <w:szCs w:val="28"/>
        </w:rPr>
        <w:t xml:space="preserve">D. To </w:t>
      </w:r>
      <w:proofErr w:type="spellStart"/>
      <w:r w:rsidRPr="004F01A0">
        <w:rPr>
          <w:rFonts w:ascii="Times New Roman" w:hAnsi="Times New Roman" w:cs="Times New Roman"/>
          <w:color w:val="000000"/>
          <w:szCs w:val="28"/>
        </w:rPr>
        <w:t>organise</w:t>
      </w:r>
      <w:proofErr w:type="spellEnd"/>
      <w:r w:rsidRPr="004F01A0">
        <w:rPr>
          <w:rFonts w:ascii="Times New Roman" w:hAnsi="Times New Roman" w:cs="Times New Roman"/>
          <w:color w:val="000000"/>
          <w:szCs w:val="28"/>
        </w:rPr>
        <w:t xml:space="preserve"> a football competition</w:t>
      </w:r>
    </w:p>
    <w:p w14:paraId="44AEADEB" w14:textId="77777777" w:rsidR="00257042" w:rsidRPr="004F01A0" w:rsidRDefault="00A37260">
      <w:pPr>
        <w:keepNext/>
        <w:keepLines/>
        <w:spacing w:before="10" w:after="0" w:line="228" w:lineRule="auto"/>
        <w:rPr>
          <w:rFonts w:ascii="Times New Roman" w:hAnsi="Times New Roman" w:cs="Times New Roman"/>
          <w:szCs w:val="28"/>
        </w:rPr>
      </w:pPr>
      <w:r w:rsidRPr="004F01A0">
        <w:rPr>
          <w:rFonts w:ascii="Times New Roman" w:hAnsi="Times New Roman" w:cs="Times New Roman"/>
          <w:color w:val="000000"/>
          <w:szCs w:val="28"/>
        </w:rPr>
        <w:t>23. What should each student bring?</w:t>
      </w:r>
    </w:p>
    <w:p w14:paraId="09E198ED" w14:textId="77777777" w:rsidR="006A7FBC" w:rsidRDefault="00A37260">
      <w:pPr>
        <w:spacing w:after="10" w:line="228" w:lineRule="auto"/>
        <w:ind w:left="202"/>
        <w:rPr>
          <w:rFonts w:ascii="Times New Roman" w:hAnsi="Times New Roman" w:cs="Times New Roman"/>
          <w:color w:val="000000"/>
          <w:szCs w:val="28"/>
        </w:rPr>
      </w:pPr>
      <w:r w:rsidRPr="004F01A0">
        <w:rPr>
          <w:rFonts w:ascii="Times New Roman" w:hAnsi="Times New Roman" w:cs="Times New Roman"/>
          <w:color w:val="000000"/>
          <w:szCs w:val="28"/>
        </w:rPr>
        <w:t xml:space="preserve">A. A traditional meal     </w:t>
      </w:r>
      <w:r w:rsidR="006A7FBC">
        <w:rPr>
          <w:rFonts w:ascii="Times New Roman" w:hAnsi="Times New Roman" w:cs="Times New Roman"/>
          <w:color w:val="000000"/>
          <w:szCs w:val="28"/>
        </w:rPr>
        <w:tab/>
      </w:r>
      <w:r w:rsidR="006A7FBC">
        <w:rPr>
          <w:rFonts w:ascii="Times New Roman" w:hAnsi="Times New Roman" w:cs="Times New Roman"/>
          <w:color w:val="000000"/>
          <w:szCs w:val="28"/>
        </w:rPr>
        <w:tab/>
      </w:r>
      <w:r w:rsidR="006A7FBC">
        <w:rPr>
          <w:rFonts w:ascii="Times New Roman" w:hAnsi="Times New Roman" w:cs="Times New Roman"/>
          <w:color w:val="000000"/>
          <w:szCs w:val="28"/>
        </w:rPr>
        <w:tab/>
      </w:r>
      <w:r w:rsidR="006A7FBC">
        <w:rPr>
          <w:rFonts w:ascii="Times New Roman" w:hAnsi="Times New Roman" w:cs="Times New Roman"/>
          <w:color w:val="000000"/>
          <w:szCs w:val="28"/>
        </w:rPr>
        <w:tab/>
        <w:t xml:space="preserve">     </w:t>
      </w:r>
      <w:r w:rsidRPr="004F01A0">
        <w:rPr>
          <w:rFonts w:ascii="Times New Roman" w:hAnsi="Times New Roman" w:cs="Times New Roman"/>
          <w:color w:val="000000"/>
          <w:szCs w:val="28"/>
        </w:rPr>
        <w:t xml:space="preserve">B. A dog sled     </w:t>
      </w:r>
    </w:p>
    <w:p w14:paraId="7C52F1B3" w14:textId="62E8DB53" w:rsidR="00257042" w:rsidRPr="004F01A0" w:rsidRDefault="00A37260">
      <w:pPr>
        <w:spacing w:after="10" w:line="228" w:lineRule="auto"/>
        <w:ind w:left="202"/>
        <w:rPr>
          <w:rFonts w:ascii="Times New Roman" w:hAnsi="Times New Roman" w:cs="Times New Roman"/>
          <w:szCs w:val="28"/>
        </w:rPr>
      </w:pPr>
      <w:r w:rsidRPr="004F01A0">
        <w:rPr>
          <w:rFonts w:ascii="Times New Roman" w:hAnsi="Times New Roman" w:cs="Times New Roman"/>
          <w:color w:val="000000"/>
          <w:szCs w:val="28"/>
        </w:rPr>
        <w:t xml:space="preserve">C. One photo of a lifestyle activity     </w:t>
      </w:r>
      <w:r w:rsidR="006A7FBC">
        <w:rPr>
          <w:rFonts w:ascii="Times New Roman" w:hAnsi="Times New Roman" w:cs="Times New Roman"/>
          <w:color w:val="000000"/>
          <w:szCs w:val="28"/>
        </w:rPr>
        <w:tab/>
      </w:r>
      <w:r w:rsidR="006A7FBC">
        <w:rPr>
          <w:rFonts w:ascii="Times New Roman" w:hAnsi="Times New Roman" w:cs="Times New Roman"/>
          <w:color w:val="000000"/>
          <w:szCs w:val="28"/>
        </w:rPr>
        <w:tab/>
        <w:t xml:space="preserve">     </w:t>
      </w:r>
      <w:r w:rsidRPr="004F01A0">
        <w:rPr>
          <w:rFonts w:ascii="Times New Roman" w:hAnsi="Times New Roman" w:cs="Times New Roman"/>
          <w:color w:val="000000"/>
          <w:szCs w:val="28"/>
        </w:rPr>
        <w:t>D. A computer</w:t>
      </w:r>
    </w:p>
    <w:p w14:paraId="150F5E5C" w14:textId="77777777" w:rsidR="00257042" w:rsidRPr="004F01A0" w:rsidRDefault="00A37260">
      <w:pPr>
        <w:keepNext/>
        <w:keepLines/>
        <w:pBdr>
          <w:top w:val="single" w:sz="12" w:space="3" w:color="43879A"/>
          <w:left w:val="single" w:sz="12" w:space="3" w:color="43879A"/>
          <w:bottom w:val="single" w:sz="12" w:space="3" w:color="43879A"/>
          <w:right w:val="single" w:sz="12" w:space="3" w:color="43879A"/>
        </w:pBdr>
        <w:shd w:val="clear" w:color="auto" w:fill="43879A"/>
        <w:spacing w:before="40" w:after="40" w:line="240" w:lineRule="auto"/>
        <w:rPr>
          <w:rFonts w:ascii="Times New Roman" w:hAnsi="Times New Roman" w:cs="Times New Roman"/>
          <w:szCs w:val="28"/>
        </w:rPr>
      </w:pPr>
      <w:r w:rsidRPr="004F01A0">
        <w:rPr>
          <w:rFonts w:ascii="Times New Roman" w:hAnsi="Times New Roman" w:cs="Times New Roman"/>
          <w:b/>
          <w:color w:val="FFFFFF"/>
          <w:szCs w:val="28"/>
        </w:rPr>
        <w:lastRenderedPageBreak/>
        <w:t xml:space="preserve">  PART V   READING  (2.25 pts)  </w:t>
      </w:r>
    </w:p>
    <w:p w14:paraId="09A3AC7E" w14:textId="77777777" w:rsidR="00257042" w:rsidRPr="004F01A0" w:rsidRDefault="00A37260">
      <w:pPr>
        <w:keepNext/>
        <w:keepLines/>
        <w:pBdr>
          <w:top w:val="single" w:sz="8" w:space="2" w:color="E85A70"/>
          <w:left w:val="single" w:sz="8" w:space="2" w:color="E85A70"/>
          <w:bottom w:val="single" w:sz="8" w:space="2" w:color="E85A70"/>
          <w:right w:val="single" w:sz="8" w:space="2" w:color="E85A70"/>
        </w:pBdr>
        <w:shd w:val="clear" w:color="auto" w:fill="E85A70"/>
        <w:spacing w:before="20" w:after="20" w:line="240" w:lineRule="auto"/>
        <w:rPr>
          <w:rFonts w:ascii="Times New Roman" w:hAnsi="Times New Roman" w:cs="Times New Roman"/>
          <w:szCs w:val="28"/>
        </w:rPr>
      </w:pPr>
      <w:r w:rsidRPr="004F01A0">
        <w:rPr>
          <w:rFonts w:ascii="Times New Roman" w:hAnsi="Times New Roman" w:cs="Times New Roman"/>
          <w:b/>
          <w:color w:val="FFFFFF"/>
          <w:szCs w:val="28"/>
        </w:rPr>
        <w:t xml:space="preserve">  Task 1. Read the announcement and choose the correct option A, B, C, or D for each blank.  </w:t>
      </w:r>
    </w:p>
    <w:p w14:paraId="671D12AC" w14:textId="77777777" w:rsidR="00257042" w:rsidRPr="004F01A0" w:rsidRDefault="00A37260">
      <w:pPr>
        <w:pBdr>
          <w:top w:val="single" w:sz="7" w:space="2" w:color="A9D2DA"/>
          <w:left w:val="single" w:sz="7" w:space="2" w:color="A9D2DA"/>
          <w:right w:val="single" w:sz="7" w:space="2" w:color="A9D2DA"/>
        </w:pBdr>
        <w:shd w:val="clear" w:color="auto" w:fill="E9F5F7"/>
        <w:spacing w:after="0" w:line="228" w:lineRule="auto"/>
        <w:jc w:val="center"/>
        <w:rPr>
          <w:rFonts w:ascii="Times New Roman" w:hAnsi="Times New Roman" w:cs="Times New Roman"/>
          <w:szCs w:val="28"/>
        </w:rPr>
      </w:pPr>
      <w:r w:rsidRPr="004F01A0">
        <w:rPr>
          <w:rFonts w:ascii="Times New Roman" w:hAnsi="Times New Roman" w:cs="Times New Roman"/>
          <w:b/>
          <w:color w:val="000000"/>
          <w:szCs w:val="28"/>
        </w:rPr>
        <w:t>CULTURAL CENTRE VISIT</w:t>
      </w:r>
    </w:p>
    <w:p w14:paraId="61623377" w14:textId="77777777" w:rsidR="00257042" w:rsidRPr="004F01A0" w:rsidRDefault="00A37260">
      <w:pPr>
        <w:pBdr>
          <w:left w:val="single" w:sz="7" w:space="2" w:color="A9D2DA"/>
          <w:right w:val="single" w:sz="7" w:space="2" w:color="A9D2DA"/>
        </w:pBdr>
        <w:shd w:val="clear" w:color="auto" w:fill="E9F5F7"/>
        <w:spacing w:after="0" w:line="228" w:lineRule="auto"/>
        <w:rPr>
          <w:rFonts w:ascii="Times New Roman" w:hAnsi="Times New Roman" w:cs="Times New Roman"/>
          <w:szCs w:val="28"/>
        </w:rPr>
      </w:pPr>
      <w:r w:rsidRPr="004F01A0">
        <w:rPr>
          <w:rFonts w:ascii="Times New Roman" w:hAnsi="Times New Roman" w:cs="Times New Roman"/>
          <w:color w:val="000000"/>
          <w:szCs w:val="28"/>
        </w:rPr>
        <w:t xml:space="preserve">Next Saturday, our class will visit a cultural </w:t>
      </w:r>
      <w:proofErr w:type="spellStart"/>
      <w:r w:rsidRPr="004F01A0">
        <w:rPr>
          <w:rFonts w:ascii="Times New Roman" w:hAnsi="Times New Roman" w:cs="Times New Roman"/>
          <w:color w:val="000000"/>
          <w:szCs w:val="28"/>
        </w:rPr>
        <w:t>centre</w:t>
      </w:r>
      <w:proofErr w:type="spellEnd"/>
      <w:r w:rsidRPr="004F01A0">
        <w:rPr>
          <w:rFonts w:ascii="Times New Roman" w:hAnsi="Times New Roman" w:cs="Times New Roman"/>
          <w:color w:val="000000"/>
          <w:szCs w:val="28"/>
        </w:rPr>
        <w:t>. We (24) ________ traditional crafts and learn how people maintain their lifestyles.</w:t>
      </w:r>
    </w:p>
    <w:p w14:paraId="0F5D340D" w14:textId="77777777" w:rsidR="00257042" w:rsidRPr="004F01A0" w:rsidRDefault="00A37260">
      <w:pPr>
        <w:pBdr>
          <w:left w:val="single" w:sz="7" w:space="2" w:color="A9D2DA"/>
          <w:right w:val="single" w:sz="7" w:space="2" w:color="A9D2DA"/>
        </w:pBdr>
        <w:shd w:val="clear" w:color="auto" w:fill="E9F5F7"/>
        <w:spacing w:after="0" w:line="228" w:lineRule="auto"/>
        <w:rPr>
          <w:rFonts w:ascii="Times New Roman" w:hAnsi="Times New Roman" w:cs="Times New Roman"/>
          <w:szCs w:val="28"/>
        </w:rPr>
      </w:pPr>
      <w:r w:rsidRPr="004F01A0">
        <w:rPr>
          <w:rFonts w:ascii="Times New Roman" w:hAnsi="Times New Roman" w:cs="Times New Roman"/>
          <w:color w:val="000000"/>
          <w:szCs w:val="28"/>
        </w:rPr>
        <w:t>If the weather is fine, we (25) ________ the outdoor street-food area.</w:t>
      </w:r>
    </w:p>
    <w:p w14:paraId="05A285B5" w14:textId="77777777" w:rsidR="00257042" w:rsidRPr="004F01A0" w:rsidRDefault="00A37260">
      <w:pPr>
        <w:pBdr>
          <w:left w:val="single" w:sz="7" w:space="2" w:color="A9D2DA"/>
          <w:right w:val="single" w:sz="7" w:space="2" w:color="A9D2DA"/>
        </w:pBdr>
        <w:shd w:val="clear" w:color="auto" w:fill="E9F5F7"/>
        <w:spacing w:after="0" w:line="228" w:lineRule="auto"/>
        <w:rPr>
          <w:rFonts w:ascii="Times New Roman" w:hAnsi="Times New Roman" w:cs="Times New Roman"/>
          <w:szCs w:val="28"/>
        </w:rPr>
      </w:pPr>
      <w:r w:rsidRPr="004F01A0">
        <w:rPr>
          <w:rFonts w:ascii="Times New Roman" w:hAnsi="Times New Roman" w:cs="Times New Roman"/>
          <w:color w:val="000000"/>
          <w:szCs w:val="28"/>
        </w:rPr>
        <w:t>Students should bring notebooks because they will (26) ________ useful information.</w:t>
      </w:r>
    </w:p>
    <w:p w14:paraId="46F01FF5" w14:textId="77777777" w:rsidR="00257042" w:rsidRPr="004F01A0" w:rsidRDefault="00A37260">
      <w:pPr>
        <w:pBdr>
          <w:left w:val="single" w:sz="7" w:space="2" w:color="A9D2DA"/>
          <w:bottom w:val="single" w:sz="7" w:space="2" w:color="A9D2DA"/>
          <w:right w:val="single" w:sz="7" w:space="2" w:color="A9D2DA"/>
        </w:pBdr>
        <w:shd w:val="clear" w:color="auto" w:fill="E9F5F7"/>
        <w:spacing w:after="0" w:line="228" w:lineRule="auto"/>
        <w:rPr>
          <w:rFonts w:ascii="Times New Roman" w:hAnsi="Times New Roman" w:cs="Times New Roman"/>
          <w:szCs w:val="28"/>
        </w:rPr>
      </w:pPr>
      <w:r w:rsidRPr="004F01A0">
        <w:rPr>
          <w:rFonts w:ascii="Times New Roman" w:hAnsi="Times New Roman" w:cs="Times New Roman"/>
          <w:color w:val="000000"/>
          <w:szCs w:val="28"/>
        </w:rPr>
        <w:t>The trip will show us that modern technology and tradition can exist (27) ________.</w:t>
      </w:r>
    </w:p>
    <w:p w14:paraId="0506E47B" w14:textId="77777777" w:rsidR="00257042" w:rsidRPr="004F01A0" w:rsidRDefault="00A37260">
      <w:pPr>
        <w:keepNext/>
        <w:keepLines/>
        <w:spacing w:before="10" w:after="0" w:line="228" w:lineRule="auto"/>
        <w:rPr>
          <w:rFonts w:ascii="Times New Roman" w:hAnsi="Times New Roman" w:cs="Times New Roman"/>
          <w:szCs w:val="28"/>
        </w:rPr>
      </w:pPr>
      <w:r w:rsidRPr="004F01A0">
        <w:rPr>
          <w:rFonts w:ascii="Times New Roman" w:hAnsi="Times New Roman" w:cs="Times New Roman"/>
          <w:color w:val="000000"/>
          <w:szCs w:val="28"/>
        </w:rPr>
        <w:t>24. A. see     B. saw     C. will see     D. seeing</w:t>
      </w:r>
    </w:p>
    <w:p w14:paraId="7477FA6D" w14:textId="77777777" w:rsidR="00257042" w:rsidRPr="004F01A0" w:rsidRDefault="00A37260">
      <w:pPr>
        <w:keepNext/>
        <w:keepLines/>
        <w:spacing w:before="10" w:after="0" w:line="228" w:lineRule="auto"/>
        <w:rPr>
          <w:rFonts w:ascii="Times New Roman" w:hAnsi="Times New Roman" w:cs="Times New Roman"/>
          <w:szCs w:val="28"/>
        </w:rPr>
      </w:pPr>
      <w:r w:rsidRPr="004F01A0">
        <w:rPr>
          <w:rFonts w:ascii="Times New Roman" w:hAnsi="Times New Roman" w:cs="Times New Roman"/>
          <w:color w:val="000000"/>
          <w:szCs w:val="28"/>
        </w:rPr>
        <w:t>25. A. visit     B. will visit     C. visited     D. visits</w:t>
      </w:r>
    </w:p>
    <w:p w14:paraId="39CF2D32" w14:textId="77777777" w:rsidR="00257042" w:rsidRPr="004F01A0" w:rsidRDefault="00A37260">
      <w:pPr>
        <w:keepNext/>
        <w:keepLines/>
        <w:spacing w:before="10" w:after="0" w:line="228" w:lineRule="auto"/>
        <w:rPr>
          <w:rFonts w:ascii="Times New Roman" w:hAnsi="Times New Roman" w:cs="Times New Roman"/>
          <w:szCs w:val="28"/>
        </w:rPr>
      </w:pPr>
      <w:r w:rsidRPr="004F01A0">
        <w:rPr>
          <w:rFonts w:ascii="Times New Roman" w:hAnsi="Times New Roman" w:cs="Times New Roman"/>
          <w:color w:val="000000"/>
          <w:szCs w:val="28"/>
        </w:rPr>
        <w:t>26. A. record     B. weave     C. serve     D. greet</w:t>
      </w:r>
    </w:p>
    <w:p w14:paraId="5C05ABE8" w14:textId="77777777" w:rsidR="00257042" w:rsidRPr="004F01A0" w:rsidRDefault="00A37260">
      <w:pPr>
        <w:keepNext/>
        <w:keepLines/>
        <w:spacing w:before="10" w:after="0" w:line="228" w:lineRule="auto"/>
        <w:rPr>
          <w:rFonts w:ascii="Times New Roman" w:hAnsi="Times New Roman" w:cs="Times New Roman"/>
          <w:szCs w:val="28"/>
        </w:rPr>
      </w:pPr>
      <w:r w:rsidRPr="004F01A0">
        <w:rPr>
          <w:rFonts w:ascii="Times New Roman" w:hAnsi="Times New Roman" w:cs="Times New Roman"/>
          <w:color w:val="000000"/>
          <w:szCs w:val="28"/>
        </w:rPr>
        <w:t>27. A. side by side     B. yesterday     C. carelessly     D. abroad</w:t>
      </w:r>
    </w:p>
    <w:p w14:paraId="60A0CDD4" w14:textId="77777777" w:rsidR="00257042" w:rsidRPr="004F01A0" w:rsidRDefault="00A37260">
      <w:pPr>
        <w:keepNext/>
        <w:keepLines/>
        <w:pBdr>
          <w:top w:val="single" w:sz="8" w:space="2" w:color="E85A70"/>
          <w:left w:val="single" w:sz="8" w:space="2" w:color="E85A70"/>
          <w:bottom w:val="single" w:sz="8" w:space="2" w:color="E85A70"/>
          <w:right w:val="single" w:sz="8" w:space="2" w:color="E85A70"/>
        </w:pBdr>
        <w:shd w:val="clear" w:color="auto" w:fill="E85A70"/>
        <w:spacing w:before="20" w:after="20" w:line="240" w:lineRule="auto"/>
        <w:rPr>
          <w:rFonts w:ascii="Times New Roman" w:hAnsi="Times New Roman" w:cs="Times New Roman"/>
          <w:szCs w:val="28"/>
        </w:rPr>
      </w:pPr>
      <w:r w:rsidRPr="004F01A0">
        <w:rPr>
          <w:rFonts w:ascii="Times New Roman" w:hAnsi="Times New Roman" w:cs="Times New Roman"/>
          <w:b/>
          <w:color w:val="FFFFFF"/>
          <w:szCs w:val="28"/>
        </w:rPr>
        <w:t xml:space="preserve">  Task 2. Read the text and choose the correct answer A, B, C, or D.  </w:t>
      </w:r>
    </w:p>
    <w:p w14:paraId="14052319" w14:textId="77777777" w:rsidR="00257042" w:rsidRPr="004F01A0" w:rsidRDefault="00A37260">
      <w:pPr>
        <w:pBdr>
          <w:top w:val="single" w:sz="8" w:space="4" w:color="E8B3BE"/>
          <w:left w:val="single" w:sz="8" w:space="4" w:color="E8B3BE"/>
          <w:bottom w:val="single" w:sz="8" w:space="4" w:color="E8B3BE"/>
          <w:right w:val="single" w:sz="8" w:space="4" w:color="E8B3BE"/>
        </w:pBdr>
        <w:shd w:val="clear" w:color="auto" w:fill="FCEAEC"/>
        <w:spacing w:after="20" w:line="235" w:lineRule="auto"/>
        <w:rPr>
          <w:rFonts w:ascii="Times New Roman" w:hAnsi="Times New Roman" w:cs="Times New Roman"/>
          <w:szCs w:val="28"/>
        </w:rPr>
      </w:pPr>
      <w:r w:rsidRPr="004F01A0">
        <w:rPr>
          <w:rFonts w:ascii="Times New Roman" w:hAnsi="Times New Roman" w:cs="Times New Roman"/>
          <w:color w:val="000000"/>
          <w:szCs w:val="28"/>
        </w:rPr>
        <w:t>Mai is thirteen and lives in a coastal town. Her grandparents make fishing nets by hand and sell snacks at a small street stall. Mai’s parents run a local restaurant. During the week, Mai attends school, and twice a week she studies coding online. She likes online learning because she can replay difficult parts of a lesson, but she sometimes misses discussing ideas face to face. At weekends, she helps her grandmother weave small decorations and uploads photos of them to the school website. Mai believes technology can help preserve traditions. Next month, she will create a short video about her family’s craft. If her classmates show enough interest, her grandmother will lead a workshop at school.</w:t>
      </w:r>
    </w:p>
    <w:p w14:paraId="24202AD5" w14:textId="77777777" w:rsidR="00257042" w:rsidRPr="004F01A0" w:rsidRDefault="00A37260">
      <w:pPr>
        <w:keepNext/>
        <w:keepLines/>
        <w:spacing w:before="10" w:after="0" w:line="228" w:lineRule="auto"/>
        <w:rPr>
          <w:rFonts w:ascii="Times New Roman" w:hAnsi="Times New Roman" w:cs="Times New Roman"/>
          <w:szCs w:val="28"/>
        </w:rPr>
      </w:pPr>
      <w:r w:rsidRPr="004F01A0">
        <w:rPr>
          <w:rFonts w:ascii="Times New Roman" w:hAnsi="Times New Roman" w:cs="Times New Roman"/>
          <w:color w:val="000000"/>
          <w:szCs w:val="28"/>
        </w:rPr>
        <w:t>28. What do Mai’s parents do?</w:t>
      </w:r>
    </w:p>
    <w:p w14:paraId="1E5E30A6" w14:textId="77777777" w:rsidR="00C87F0C" w:rsidRDefault="00A37260">
      <w:pPr>
        <w:spacing w:after="10" w:line="228" w:lineRule="auto"/>
        <w:ind w:left="202"/>
        <w:rPr>
          <w:rFonts w:ascii="Times New Roman" w:hAnsi="Times New Roman" w:cs="Times New Roman"/>
          <w:color w:val="000000"/>
          <w:szCs w:val="28"/>
        </w:rPr>
      </w:pPr>
      <w:r w:rsidRPr="004F01A0">
        <w:rPr>
          <w:rFonts w:ascii="Times New Roman" w:hAnsi="Times New Roman" w:cs="Times New Roman"/>
          <w:color w:val="000000"/>
          <w:szCs w:val="28"/>
        </w:rPr>
        <w:t xml:space="preserve">A. They teach coding.     </w:t>
      </w:r>
      <w:r w:rsidR="00C87F0C">
        <w:rPr>
          <w:rFonts w:ascii="Times New Roman" w:hAnsi="Times New Roman" w:cs="Times New Roman"/>
          <w:color w:val="000000"/>
          <w:szCs w:val="28"/>
        </w:rPr>
        <w:tab/>
      </w:r>
      <w:r w:rsidR="00C87F0C">
        <w:rPr>
          <w:rFonts w:ascii="Times New Roman" w:hAnsi="Times New Roman" w:cs="Times New Roman"/>
          <w:color w:val="000000"/>
          <w:szCs w:val="28"/>
        </w:rPr>
        <w:tab/>
      </w:r>
      <w:r w:rsidR="00C87F0C">
        <w:rPr>
          <w:rFonts w:ascii="Times New Roman" w:hAnsi="Times New Roman" w:cs="Times New Roman"/>
          <w:color w:val="000000"/>
          <w:szCs w:val="28"/>
        </w:rPr>
        <w:tab/>
      </w:r>
      <w:r w:rsidR="00C87F0C">
        <w:rPr>
          <w:rFonts w:ascii="Times New Roman" w:hAnsi="Times New Roman" w:cs="Times New Roman"/>
          <w:color w:val="000000"/>
          <w:szCs w:val="28"/>
        </w:rPr>
        <w:tab/>
      </w:r>
      <w:r w:rsidRPr="004F01A0">
        <w:rPr>
          <w:rFonts w:ascii="Times New Roman" w:hAnsi="Times New Roman" w:cs="Times New Roman"/>
          <w:color w:val="000000"/>
          <w:szCs w:val="28"/>
        </w:rPr>
        <w:t xml:space="preserve">B. They run a local restaurant.     </w:t>
      </w:r>
    </w:p>
    <w:p w14:paraId="0118026D" w14:textId="429467B9" w:rsidR="00257042" w:rsidRPr="004F01A0" w:rsidRDefault="00A37260">
      <w:pPr>
        <w:spacing w:after="10" w:line="228" w:lineRule="auto"/>
        <w:ind w:left="202"/>
        <w:rPr>
          <w:rFonts w:ascii="Times New Roman" w:hAnsi="Times New Roman" w:cs="Times New Roman"/>
          <w:szCs w:val="28"/>
        </w:rPr>
      </w:pPr>
      <w:r w:rsidRPr="004F01A0">
        <w:rPr>
          <w:rFonts w:ascii="Times New Roman" w:hAnsi="Times New Roman" w:cs="Times New Roman"/>
          <w:color w:val="000000"/>
          <w:szCs w:val="28"/>
        </w:rPr>
        <w:t xml:space="preserve">C. They make dog sleds.     </w:t>
      </w:r>
      <w:r w:rsidR="00C87F0C">
        <w:rPr>
          <w:rFonts w:ascii="Times New Roman" w:hAnsi="Times New Roman" w:cs="Times New Roman"/>
          <w:color w:val="000000"/>
          <w:szCs w:val="28"/>
        </w:rPr>
        <w:tab/>
      </w:r>
      <w:r w:rsidR="00C87F0C">
        <w:rPr>
          <w:rFonts w:ascii="Times New Roman" w:hAnsi="Times New Roman" w:cs="Times New Roman"/>
          <w:color w:val="000000"/>
          <w:szCs w:val="28"/>
        </w:rPr>
        <w:tab/>
      </w:r>
      <w:r w:rsidR="00C87F0C">
        <w:rPr>
          <w:rFonts w:ascii="Times New Roman" w:hAnsi="Times New Roman" w:cs="Times New Roman"/>
          <w:color w:val="000000"/>
          <w:szCs w:val="28"/>
        </w:rPr>
        <w:tab/>
      </w:r>
      <w:r w:rsidR="00C87F0C">
        <w:rPr>
          <w:rFonts w:ascii="Times New Roman" w:hAnsi="Times New Roman" w:cs="Times New Roman"/>
          <w:color w:val="000000"/>
          <w:szCs w:val="28"/>
        </w:rPr>
        <w:tab/>
      </w:r>
      <w:r w:rsidRPr="004F01A0">
        <w:rPr>
          <w:rFonts w:ascii="Times New Roman" w:hAnsi="Times New Roman" w:cs="Times New Roman"/>
          <w:color w:val="000000"/>
          <w:szCs w:val="28"/>
        </w:rPr>
        <w:t>D. They work at her school.</w:t>
      </w:r>
    </w:p>
    <w:p w14:paraId="1121C94C" w14:textId="77777777" w:rsidR="00257042" w:rsidRPr="004F01A0" w:rsidRDefault="00A37260">
      <w:pPr>
        <w:keepNext/>
        <w:keepLines/>
        <w:spacing w:before="10" w:after="0" w:line="228" w:lineRule="auto"/>
        <w:rPr>
          <w:rFonts w:ascii="Times New Roman" w:hAnsi="Times New Roman" w:cs="Times New Roman"/>
          <w:szCs w:val="28"/>
        </w:rPr>
      </w:pPr>
      <w:r w:rsidRPr="004F01A0">
        <w:rPr>
          <w:rFonts w:ascii="Times New Roman" w:hAnsi="Times New Roman" w:cs="Times New Roman"/>
          <w:color w:val="000000"/>
          <w:szCs w:val="28"/>
        </w:rPr>
        <w:t>29. What advantage of online learning does Mai mention?</w:t>
      </w:r>
    </w:p>
    <w:p w14:paraId="7E0DDC3F" w14:textId="77777777" w:rsidR="00C87F0C" w:rsidRDefault="00A37260">
      <w:pPr>
        <w:spacing w:after="10" w:line="228" w:lineRule="auto"/>
        <w:ind w:left="202"/>
        <w:rPr>
          <w:rFonts w:ascii="Times New Roman" w:hAnsi="Times New Roman" w:cs="Times New Roman"/>
          <w:color w:val="000000"/>
          <w:szCs w:val="28"/>
        </w:rPr>
      </w:pPr>
      <w:r w:rsidRPr="004F01A0">
        <w:rPr>
          <w:rFonts w:ascii="Times New Roman" w:hAnsi="Times New Roman" w:cs="Times New Roman"/>
          <w:color w:val="000000"/>
          <w:szCs w:val="28"/>
        </w:rPr>
        <w:t xml:space="preserve">A. She can replay difficult parts.     </w:t>
      </w:r>
      <w:r w:rsidR="00C87F0C">
        <w:rPr>
          <w:rFonts w:ascii="Times New Roman" w:hAnsi="Times New Roman" w:cs="Times New Roman"/>
          <w:color w:val="000000"/>
          <w:szCs w:val="28"/>
        </w:rPr>
        <w:tab/>
      </w:r>
      <w:r w:rsidR="00C87F0C">
        <w:rPr>
          <w:rFonts w:ascii="Times New Roman" w:hAnsi="Times New Roman" w:cs="Times New Roman"/>
          <w:color w:val="000000"/>
          <w:szCs w:val="28"/>
        </w:rPr>
        <w:tab/>
      </w:r>
      <w:r w:rsidR="00C87F0C">
        <w:rPr>
          <w:rFonts w:ascii="Times New Roman" w:hAnsi="Times New Roman" w:cs="Times New Roman"/>
          <w:color w:val="000000"/>
          <w:szCs w:val="28"/>
        </w:rPr>
        <w:tab/>
      </w:r>
      <w:r w:rsidRPr="004F01A0">
        <w:rPr>
          <w:rFonts w:ascii="Times New Roman" w:hAnsi="Times New Roman" w:cs="Times New Roman"/>
          <w:color w:val="000000"/>
          <w:szCs w:val="28"/>
        </w:rPr>
        <w:t xml:space="preserve">B. She never has homework.     </w:t>
      </w:r>
    </w:p>
    <w:p w14:paraId="583416D7" w14:textId="4C7F3AAC" w:rsidR="00257042" w:rsidRPr="004F01A0" w:rsidRDefault="00A37260">
      <w:pPr>
        <w:spacing w:after="10" w:line="228" w:lineRule="auto"/>
        <w:ind w:left="202"/>
        <w:rPr>
          <w:rFonts w:ascii="Times New Roman" w:hAnsi="Times New Roman" w:cs="Times New Roman"/>
          <w:szCs w:val="28"/>
        </w:rPr>
      </w:pPr>
      <w:r w:rsidRPr="004F01A0">
        <w:rPr>
          <w:rFonts w:ascii="Times New Roman" w:hAnsi="Times New Roman" w:cs="Times New Roman"/>
          <w:color w:val="000000"/>
          <w:szCs w:val="28"/>
        </w:rPr>
        <w:t xml:space="preserve">C. She studies only at weekends.     </w:t>
      </w:r>
      <w:r w:rsidR="00C87F0C">
        <w:rPr>
          <w:rFonts w:ascii="Times New Roman" w:hAnsi="Times New Roman" w:cs="Times New Roman"/>
          <w:color w:val="000000"/>
          <w:szCs w:val="28"/>
        </w:rPr>
        <w:tab/>
      </w:r>
      <w:r w:rsidR="00C87F0C">
        <w:rPr>
          <w:rFonts w:ascii="Times New Roman" w:hAnsi="Times New Roman" w:cs="Times New Roman"/>
          <w:color w:val="000000"/>
          <w:szCs w:val="28"/>
        </w:rPr>
        <w:tab/>
      </w:r>
      <w:r w:rsidR="00C87F0C">
        <w:rPr>
          <w:rFonts w:ascii="Times New Roman" w:hAnsi="Times New Roman" w:cs="Times New Roman"/>
          <w:color w:val="000000"/>
          <w:szCs w:val="28"/>
        </w:rPr>
        <w:tab/>
      </w:r>
      <w:r w:rsidRPr="004F01A0">
        <w:rPr>
          <w:rFonts w:ascii="Times New Roman" w:hAnsi="Times New Roman" w:cs="Times New Roman"/>
          <w:color w:val="000000"/>
          <w:szCs w:val="28"/>
        </w:rPr>
        <w:t>D. She does not need teachers.</w:t>
      </w:r>
    </w:p>
    <w:p w14:paraId="615D1E37" w14:textId="77777777" w:rsidR="00257042" w:rsidRPr="004F01A0" w:rsidRDefault="00A37260">
      <w:pPr>
        <w:keepNext/>
        <w:keepLines/>
        <w:spacing w:before="10" w:after="0" w:line="228" w:lineRule="auto"/>
        <w:rPr>
          <w:rFonts w:ascii="Times New Roman" w:hAnsi="Times New Roman" w:cs="Times New Roman"/>
          <w:szCs w:val="28"/>
        </w:rPr>
      </w:pPr>
      <w:r w:rsidRPr="004F01A0">
        <w:rPr>
          <w:rFonts w:ascii="Times New Roman" w:hAnsi="Times New Roman" w:cs="Times New Roman"/>
          <w:color w:val="000000"/>
          <w:szCs w:val="28"/>
        </w:rPr>
        <w:t>30. What does Mai sometimes miss?</w:t>
      </w:r>
    </w:p>
    <w:p w14:paraId="1C12BFFF" w14:textId="77777777" w:rsidR="00C87F0C" w:rsidRDefault="00A37260">
      <w:pPr>
        <w:spacing w:after="10" w:line="228" w:lineRule="auto"/>
        <w:ind w:left="202"/>
        <w:rPr>
          <w:rFonts w:ascii="Times New Roman" w:hAnsi="Times New Roman" w:cs="Times New Roman"/>
          <w:color w:val="000000"/>
          <w:szCs w:val="28"/>
        </w:rPr>
      </w:pPr>
      <w:r w:rsidRPr="004F01A0">
        <w:rPr>
          <w:rFonts w:ascii="Times New Roman" w:hAnsi="Times New Roman" w:cs="Times New Roman"/>
          <w:color w:val="000000"/>
          <w:szCs w:val="28"/>
        </w:rPr>
        <w:t xml:space="preserve">A. Buying street food     </w:t>
      </w:r>
      <w:r w:rsidR="00C87F0C">
        <w:rPr>
          <w:rFonts w:ascii="Times New Roman" w:hAnsi="Times New Roman" w:cs="Times New Roman"/>
          <w:color w:val="000000"/>
          <w:szCs w:val="28"/>
        </w:rPr>
        <w:tab/>
      </w:r>
      <w:r w:rsidR="00C87F0C">
        <w:rPr>
          <w:rFonts w:ascii="Times New Roman" w:hAnsi="Times New Roman" w:cs="Times New Roman"/>
          <w:color w:val="000000"/>
          <w:szCs w:val="28"/>
        </w:rPr>
        <w:tab/>
      </w:r>
      <w:r w:rsidR="00C87F0C">
        <w:rPr>
          <w:rFonts w:ascii="Times New Roman" w:hAnsi="Times New Roman" w:cs="Times New Roman"/>
          <w:color w:val="000000"/>
          <w:szCs w:val="28"/>
        </w:rPr>
        <w:tab/>
      </w:r>
      <w:r w:rsidR="00C87F0C">
        <w:rPr>
          <w:rFonts w:ascii="Times New Roman" w:hAnsi="Times New Roman" w:cs="Times New Roman"/>
          <w:color w:val="000000"/>
          <w:szCs w:val="28"/>
        </w:rPr>
        <w:tab/>
      </w:r>
      <w:r w:rsidRPr="004F01A0">
        <w:rPr>
          <w:rFonts w:ascii="Times New Roman" w:hAnsi="Times New Roman" w:cs="Times New Roman"/>
          <w:color w:val="000000"/>
          <w:szCs w:val="28"/>
        </w:rPr>
        <w:t xml:space="preserve">B. Making fishing nets     </w:t>
      </w:r>
    </w:p>
    <w:p w14:paraId="6B101502" w14:textId="7A752A1B" w:rsidR="00257042" w:rsidRPr="004F01A0" w:rsidRDefault="00A37260" w:rsidP="00DA3D78">
      <w:pPr>
        <w:spacing w:after="10" w:line="228" w:lineRule="auto"/>
        <w:ind w:left="202"/>
        <w:rPr>
          <w:rFonts w:ascii="Times New Roman" w:hAnsi="Times New Roman" w:cs="Times New Roman"/>
          <w:szCs w:val="28"/>
        </w:rPr>
      </w:pPr>
      <w:r w:rsidRPr="004F01A0">
        <w:rPr>
          <w:rFonts w:ascii="Times New Roman" w:hAnsi="Times New Roman" w:cs="Times New Roman"/>
          <w:color w:val="000000"/>
          <w:szCs w:val="28"/>
        </w:rPr>
        <w:t xml:space="preserve">C. Discussing ideas face to face     </w:t>
      </w:r>
      <w:r w:rsidR="00C87F0C">
        <w:rPr>
          <w:rFonts w:ascii="Times New Roman" w:hAnsi="Times New Roman" w:cs="Times New Roman"/>
          <w:color w:val="000000"/>
          <w:szCs w:val="28"/>
        </w:rPr>
        <w:tab/>
      </w:r>
      <w:r w:rsidR="00C87F0C">
        <w:rPr>
          <w:rFonts w:ascii="Times New Roman" w:hAnsi="Times New Roman" w:cs="Times New Roman"/>
          <w:color w:val="000000"/>
          <w:szCs w:val="28"/>
        </w:rPr>
        <w:tab/>
      </w:r>
      <w:r w:rsidR="00C87F0C">
        <w:rPr>
          <w:rFonts w:ascii="Times New Roman" w:hAnsi="Times New Roman" w:cs="Times New Roman"/>
          <w:color w:val="000000"/>
          <w:szCs w:val="28"/>
        </w:rPr>
        <w:tab/>
      </w:r>
      <w:r w:rsidRPr="004F01A0">
        <w:rPr>
          <w:rFonts w:ascii="Times New Roman" w:hAnsi="Times New Roman" w:cs="Times New Roman"/>
          <w:color w:val="000000"/>
          <w:szCs w:val="28"/>
        </w:rPr>
        <w:t xml:space="preserve">D. Visiting another </w:t>
      </w:r>
      <w:proofErr w:type="spellStart"/>
      <w:r w:rsidRPr="004F01A0">
        <w:rPr>
          <w:rFonts w:ascii="Times New Roman" w:hAnsi="Times New Roman" w:cs="Times New Roman"/>
          <w:color w:val="000000"/>
          <w:szCs w:val="28"/>
        </w:rPr>
        <w:t>country</w:t>
      </w:r>
      <w:r w:rsidRPr="004F01A0">
        <w:rPr>
          <w:rFonts w:ascii="Times New Roman" w:hAnsi="Times New Roman" w:cs="Times New Roman"/>
          <w:b/>
          <w:color w:val="FFFFFF"/>
          <w:szCs w:val="28"/>
        </w:rPr>
        <w:t>RT</w:t>
      </w:r>
      <w:proofErr w:type="spellEnd"/>
      <w:r w:rsidRPr="004F01A0">
        <w:rPr>
          <w:rFonts w:ascii="Times New Roman" w:hAnsi="Times New Roman" w:cs="Times New Roman"/>
          <w:b/>
          <w:color w:val="FFFFFF"/>
          <w:szCs w:val="28"/>
        </w:rPr>
        <w:t xml:space="preserve"> V </w:t>
      </w:r>
    </w:p>
    <w:p w14:paraId="6302CCF5" w14:textId="77777777" w:rsidR="00257042" w:rsidRPr="004F01A0" w:rsidRDefault="00A37260">
      <w:pPr>
        <w:keepNext/>
        <w:keepLines/>
        <w:spacing w:before="10" w:after="0" w:line="228" w:lineRule="auto"/>
        <w:rPr>
          <w:rFonts w:ascii="Times New Roman" w:hAnsi="Times New Roman" w:cs="Times New Roman"/>
          <w:szCs w:val="28"/>
        </w:rPr>
      </w:pPr>
      <w:r w:rsidRPr="004F01A0">
        <w:rPr>
          <w:rFonts w:ascii="Times New Roman" w:hAnsi="Times New Roman" w:cs="Times New Roman"/>
          <w:color w:val="000000"/>
          <w:szCs w:val="28"/>
        </w:rPr>
        <w:t>31. What will Mai create next month?</w:t>
      </w:r>
    </w:p>
    <w:p w14:paraId="7D7DCE1C" w14:textId="77777777" w:rsidR="00257042" w:rsidRPr="004F01A0" w:rsidRDefault="00A37260">
      <w:pPr>
        <w:spacing w:after="10" w:line="228" w:lineRule="auto"/>
        <w:ind w:left="202"/>
        <w:rPr>
          <w:rFonts w:ascii="Times New Roman" w:hAnsi="Times New Roman" w:cs="Times New Roman"/>
          <w:szCs w:val="28"/>
        </w:rPr>
      </w:pPr>
      <w:r w:rsidRPr="004F01A0">
        <w:rPr>
          <w:rFonts w:ascii="Times New Roman" w:hAnsi="Times New Roman" w:cs="Times New Roman"/>
          <w:color w:val="000000"/>
          <w:szCs w:val="28"/>
        </w:rPr>
        <w:t>A. A new restaurant menu     B. A short video about her family’s craft     C. A dog-sled route     D. A school uniform</w:t>
      </w:r>
    </w:p>
    <w:p w14:paraId="5E58F2B8" w14:textId="77777777" w:rsidR="00257042" w:rsidRPr="004F01A0" w:rsidRDefault="00A37260">
      <w:pPr>
        <w:keepNext/>
        <w:keepLines/>
        <w:spacing w:before="10" w:after="0" w:line="228" w:lineRule="auto"/>
        <w:rPr>
          <w:rFonts w:ascii="Times New Roman" w:hAnsi="Times New Roman" w:cs="Times New Roman"/>
          <w:szCs w:val="28"/>
        </w:rPr>
      </w:pPr>
      <w:r w:rsidRPr="004F01A0">
        <w:rPr>
          <w:rFonts w:ascii="Times New Roman" w:hAnsi="Times New Roman" w:cs="Times New Roman"/>
          <w:color w:val="000000"/>
          <w:szCs w:val="28"/>
        </w:rPr>
        <w:t>32. What may happen if Mai’s classmates are interested?</w:t>
      </w:r>
    </w:p>
    <w:p w14:paraId="15646213" w14:textId="77777777" w:rsidR="00257042" w:rsidRPr="004F01A0" w:rsidRDefault="00A37260">
      <w:pPr>
        <w:spacing w:after="10" w:line="228" w:lineRule="auto"/>
        <w:ind w:left="202"/>
        <w:rPr>
          <w:rFonts w:ascii="Times New Roman" w:hAnsi="Times New Roman" w:cs="Times New Roman"/>
          <w:szCs w:val="28"/>
        </w:rPr>
      </w:pPr>
      <w:r w:rsidRPr="004F01A0">
        <w:rPr>
          <w:rFonts w:ascii="Times New Roman" w:hAnsi="Times New Roman" w:cs="Times New Roman"/>
          <w:color w:val="000000"/>
          <w:szCs w:val="28"/>
        </w:rPr>
        <w:t>A. Her grandmother will lead a workshop.     B. Mai will stop studying online.</w:t>
      </w:r>
    </w:p>
    <w:p w14:paraId="47133597" w14:textId="1A9B246E" w:rsidR="00257042" w:rsidRPr="004F01A0" w:rsidRDefault="00A37260">
      <w:pPr>
        <w:spacing w:after="10" w:line="228" w:lineRule="auto"/>
        <w:ind w:left="202"/>
        <w:rPr>
          <w:rFonts w:ascii="Times New Roman" w:hAnsi="Times New Roman" w:cs="Times New Roman"/>
          <w:szCs w:val="28"/>
        </w:rPr>
      </w:pPr>
      <w:r w:rsidRPr="004F01A0">
        <w:rPr>
          <w:rFonts w:ascii="Times New Roman" w:hAnsi="Times New Roman" w:cs="Times New Roman"/>
          <w:color w:val="000000"/>
          <w:szCs w:val="28"/>
        </w:rPr>
        <w:t xml:space="preserve">C. Her parents will close the restaurant.     </w:t>
      </w:r>
      <w:r w:rsidR="00977E42">
        <w:rPr>
          <w:rFonts w:ascii="Times New Roman" w:hAnsi="Times New Roman" w:cs="Times New Roman"/>
          <w:color w:val="000000"/>
          <w:szCs w:val="28"/>
        </w:rPr>
        <w:t xml:space="preserve">    </w:t>
      </w:r>
      <w:r w:rsidRPr="004F01A0">
        <w:rPr>
          <w:rFonts w:ascii="Times New Roman" w:hAnsi="Times New Roman" w:cs="Times New Roman"/>
          <w:color w:val="000000"/>
          <w:szCs w:val="28"/>
        </w:rPr>
        <w:t>D. The family will move to another town.</w:t>
      </w:r>
    </w:p>
    <w:p w14:paraId="46FBAEA8" w14:textId="77777777" w:rsidR="00257042" w:rsidRPr="004F01A0" w:rsidRDefault="00A37260">
      <w:pPr>
        <w:keepNext/>
        <w:keepLines/>
        <w:pBdr>
          <w:top w:val="single" w:sz="12" w:space="3" w:color="43879A"/>
          <w:left w:val="single" w:sz="12" w:space="3" w:color="43879A"/>
          <w:bottom w:val="single" w:sz="12" w:space="3" w:color="43879A"/>
          <w:right w:val="single" w:sz="12" w:space="3" w:color="43879A"/>
        </w:pBdr>
        <w:shd w:val="clear" w:color="auto" w:fill="43879A"/>
        <w:spacing w:before="40" w:after="40" w:line="240" w:lineRule="auto"/>
        <w:rPr>
          <w:rFonts w:ascii="Times New Roman" w:hAnsi="Times New Roman" w:cs="Times New Roman"/>
          <w:szCs w:val="28"/>
        </w:rPr>
      </w:pPr>
      <w:r w:rsidRPr="004F01A0">
        <w:rPr>
          <w:rFonts w:ascii="Times New Roman" w:hAnsi="Times New Roman" w:cs="Times New Roman"/>
          <w:b/>
          <w:color w:val="FFFFFF"/>
          <w:szCs w:val="28"/>
        </w:rPr>
        <w:t xml:space="preserve">  PART VI   ORDERING  (0.5 </w:t>
      </w:r>
      <w:proofErr w:type="spellStart"/>
      <w:r w:rsidRPr="004F01A0">
        <w:rPr>
          <w:rFonts w:ascii="Times New Roman" w:hAnsi="Times New Roman" w:cs="Times New Roman"/>
          <w:b/>
          <w:color w:val="FFFFFF"/>
          <w:szCs w:val="28"/>
        </w:rPr>
        <w:t>pt</w:t>
      </w:r>
      <w:proofErr w:type="spellEnd"/>
      <w:r w:rsidRPr="004F01A0">
        <w:rPr>
          <w:rFonts w:ascii="Times New Roman" w:hAnsi="Times New Roman" w:cs="Times New Roman"/>
          <w:b/>
          <w:color w:val="FFFFFF"/>
          <w:szCs w:val="28"/>
        </w:rPr>
        <w:t xml:space="preserve">)  </w:t>
      </w:r>
    </w:p>
    <w:p w14:paraId="406843D7" w14:textId="77777777" w:rsidR="00257042" w:rsidRPr="004F01A0" w:rsidRDefault="00A37260">
      <w:pPr>
        <w:spacing w:after="20" w:line="228" w:lineRule="auto"/>
        <w:rPr>
          <w:rFonts w:ascii="Times New Roman" w:hAnsi="Times New Roman" w:cs="Times New Roman"/>
          <w:szCs w:val="28"/>
        </w:rPr>
      </w:pPr>
      <w:r w:rsidRPr="004F01A0">
        <w:rPr>
          <w:rFonts w:ascii="Times New Roman" w:hAnsi="Times New Roman" w:cs="Times New Roman"/>
          <w:i/>
          <w:color w:val="000000"/>
          <w:szCs w:val="28"/>
        </w:rPr>
        <w:t>Arrange the sentences to make a complete dialogue.</w:t>
      </w:r>
    </w:p>
    <w:p w14:paraId="7AFF5CA7" w14:textId="77777777" w:rsidR="00257042" w:rsidRPr="004F01A0" w:rsidRDefault="00A37260">
      <w:pPr>
        <w:keepNext/>
        <w:keepLines/>
        <w:spacing w:before="10" w:after="0" w:line="228" w:lineRule="auto"/>
        <w:rPr>
          <w:rFonts w:ascii="Times New Roman" w:hAnsi="Times New Roman" w:cs="Times New Roman"/>
          <w:szCs w:val="28"/>
        </w:rPr>
      </w:pPr>
      <w:r w:rsidRPr="004F01A0">
        <w:rPr>
          <w:rFonts w:ascii="Times New Roman" w:hAnsi="Times New Roman" w:cs="Times New Roman"/>
          <w:color w:val="000000"/>
          <w:szCs w:val="28"/>
        </w:rPr>
        <w:t>33.</w:t>
      </w:r>
    </w:p>
    <w:p w14:paraId="319272CC" w14:textId="77777777" w:rsidR="00257042" w:rsidRPr="004F01A0" w:rsidRDefault="00A37260">
      <w:pPr>
        <w:spacing w:after="0" w:line="228" w:lineRule="auto"/>
        <w:ind w:left="259"/>
        <w:rPr>
          <w:rFonts w:ascii="Times New Roman" w:hAnsi="Times New Roman" w:cs="Times New Roman"/>
          <w:szCs w:val="28"/>
        </w:rPr>
      </w:pPr>
      <w:r w:rsidRPr="004F01A0">
        <w:rPr>
          <w:rFonts w:ascii="Times New Roman" w:hAnsi="Times New Roman" w:cs="Times New Roman"/>
          <w:color w:val="000000"/>
          <w:szCs w:val="28"/>
        </w:rPr>
        <w:t>a. Yes, I’m certain it will.</w:t>
      </w:r>
    </w:p>
    <w:p w14:paraId="5A4AC6F6" w14:textId="77777777" w:rsidR="00257042" w:rsidRPr="004F01A0" w:rsidRDefault="00A37260">
      <w:pPr>
        <w:spacing w:after="0" w:line="228" w:lineRule="auto"/>
        <w:ind w:left="259"/>
        <w:rPr>
          <w:rFonts w:ascii="Times New Roman" w:hAnsi="Times New Roman" w:cs="Times New Roman"/>
          <w:szCs w:val="28"/>
        </w:rPr>
      </w:pPr>
      <w:r w:rsidRPr="004F01A0">
        <w:rPr>
          <w:rFonts w:ascii="Times New Roman" w:hAnsi="Times New Roman" w:cs="Times New Roman"/>
          <w:color w:val="000000"/>
          <w:szCs w:val="28"/>
        </w:rPr>
        <w:t>b. Do you think online learning will become more popular?</w:t>
      </w:r>
    </w:p>
    <w:p w14:paraId="01BFB6D2" w14:textId="77777777" w:rsidR="00257042" w:rsidRPr="004F01A0" w:rsidRDefault="00A37260">
      <w:pPr>
        <w:spacing w:after="0" w:line="228" w:lineRule="auto"/>
        <w:ind w:left="259"/>
        <w:rPr>
          <w:rFonts w:ascii="Times New Roman" w:hAnsi="Times New Roman" w:cs="Times New Roman"/>
          <w:szCs w:val="28"/>
        </w:rPr>
      </w:pPr>
      <w:r w:rsidRPr="004F01A0">
        <w:rPr>
          <w:rFonts w:ascii="Times New Roman" w:hAnsi="Times New Roman" w:cs="Times New Roman"/>
          <w:color w:val="000000"/>
          <w:szCs w:val="28"/>
        </w:rPr>
        <w:t>c. Why are you so sure?</w:t>
      </w:r>
    </w:p>
    <w:p w14:paraId="32D53589" w14:textId="77777777" w:rsidR="00257042" w:rsidRPr="004F01A0" w:rsidRDefault="00A37260">
      <w:pPr>
        <w:spacing w:after="0" w:line="228" w:lineRule="auto"/>
        <w:ind w:left="259"/>
        <w:rPr>
          <w:rFonts w:ascii="Times New Roman" w:hAnsi="Times New Roman" w:cs="Times New Roman"/>
          <w:szCs w:val="28"/>
        </w:rPr>
      </w:pPr>
      <w:r w:rsidRPr="004F01A0">
        <w:rPr>
          <w:rFonts w:ascii="Times New Roman" w:hAnsi="Times New Roman" w:cs="Times New Roman"/>
          <w:color w:val="000000"/>
          <w:szCs w:val="28"/>
        </w:rPr>
        <w:lastRenderedPageBreak/>
        <w:t>d. Because it gives students more flexible ways to study.</w:t>
      </w:r>
    </w:p>
    <w:p w14:paraId="387398CC" w14:textId="77777777" w:rsidR="00257042" w:rsidRPr="004F01A0" w:rsidRDefault="00A37260">
      <w:pPr>
        <w:spacing w:after="10" w:line="228" w:lineRule="auto"/>
        <w:ind w:left="202"/>
        <w:rPr>
          <w:rFonts w:ascii="Times New Roman" w:hAnsi="Times New Roman" w:cs="Times New Roman"/>
          <w:szCs w:val="28"/>
        </w:rPr>
      </w:pPr>
      <w:r w:rsidRPr="004F01A0">
        <w:rPr>
          <w:rFonts w:ascii="Times New Roman" w:hAnsi="Times New Roman" w:cs="Times New Roman"/>
          <w:color w:val="000000"/>
          <w:szCs w:val="28"/>
        </w:rPr>
        <w:t>A. b – a – c – d     B. b – c – a – d     C. a – b – d – c     D. c – d – b – a</w:t>
      </w:r>
    </w:p>
    <w:p w14:paraId="45B9944A" w14:textId="77777777" w:rsidR="00257042" w:rsidRPr="004F01A0" w:rsidRDefault="00A37260">
      <w:pPr>
        <w:keepNext/>
        <w:keepLines/>
        <w:spacing w:before="10" w:after="0" w:line="228" w:lineRule="auto"/>
        <w:rPr>
          <w:rFonts w:ascii="Times New Roman" w:hAnsi="Times New Roman" w:cs="Times New Roman"/>
          <w:szCs w:val="28"/>
        </w:rPr>
      </w:pPr>
      <w:r w:rsidRPr="004F01A0">
        <w:rPr>
          <w:rFonts w:ascii="Times New Roman" w:hAnsi="Times New Roman" w:cs="Times New Roman"/>
          <w:color w:val="000000"/>
          <w:szCs w:val="28"/>
        </w:rPr>
        <w:t>34.</w:t>
      </w:r>
    </w:p>
    <w:p w14:paraId="7B7AADFA" w14:textId="77777777" w:rsidR="00257042" w:rsidRPr="004F01A0" w:rsidRDefault="00A37260">
      <w:pPr>
        <w:spacing w:after="0" w:line="228" w:lineRule="auto"/>
        <w:ind w:left="259"/>
        <w:rPr>
          <w:rFonts w:ascii="Times New Roman" w:hAnsi="Times New Roman" w:cs="Times New Roman"/>
          <w:szCs w:val="28"/>
        </w:rPr>
      </w:pPr>
      <w:r w:rsidRPr="004F01A0">
        <w:rPr>
          <w:rFonts w:ascii="Times New Roman" w:hAnsi="Times New Roman" w:cs="Times New Roman"/>
          <w:color w:val="000000"/>
          <w:szCs w:val="28"/>
        </w:rPr>
        <w:t>a. Great! I’ll bring my camera.</w:t>
      </w:r>
    </w:p>
    <w:p w14:paraId="2C713A85" w14:textId="77777777" w:rsidR="00257042" w:rsidRPr="004F01A0" w:rsidRDefault="00A37260">
      <w:pPr>
        <w:spacing w:after="0" w:line="228" w:lineRule="auto"/>
        <w:ind w:left="259"/>
        <w:rPr>
          <w:rFonts w:ascii="Times New Roman" w:hAnsi="Times New Roman" w:cs="Times New Roman"/>
          <w:szCs w:val="28"/>
        </w:rPr>
      </w:pPr>
      <w:r w:rsidRPr="004F01A0">
        <w:rPr>
          <w:rFonts w:ascii="Times New Roman" w:hAnsi="Times New Roman" w:cs="Times New Roman"/>
          <w:color w:val="000000"/>
          <w:szCs w:val="28"/>
        </w:rPr>
        <w:t>b. What will we do if the weather is fine?</w:t>
      </w:r>
    </w:p>
    <w:p w14:paraId="0EDECCF9" w14:textId="77777777" w:rsidR="00257042" w:rsidRPr="004F01A0" w:rsidRDefault="00A37260">
      <w:pPr>
        <w:spacing w:after="0" w:line="228" w:lineRule="auto"/>
        <w:ind w:left="259"/>
        <w:rPr>
          <w:rFonts w:ascii="Times New Roman" w:hAnsi="Times New Roman" w:cs="Times New Roman"/>
          <w:szCs w:val="28"/>
        </w:rPr>
      </w:pPr>
      <w:r w:rsidRPr="004F01A0">
        <w:rPr>
          <w:rFonts w:ascii="Times New Roman" w:hAnsi="Times New Roman" w:cs="Times New Roman"/>
          <w:color w:val="000000"/>
          <w:szCs w:val="28"/>
        </w:rPr>
        <w:t>c. We’ll visit the outdoor street-food market.</w:t>
      </w:r>
    </w:p>
    <w:p w14:paraId="146A18F8" w14:textId="77777777" w:rsidR="00257042" w:rsidRPr="004F01A0" w:rsidRDefault="00A37260">
      <w:pPr>
        <w:spacing w:after="0" w:line="228" w:lineRule="auto"/>
        <w:ind w:left="259"/>
        <w:rPr>
          <w:rFonts w:ascii="Times New Roman" w:hAnsi="Times New Roman" w:cs="Times New Roman"/>
          <w:szCs w:val="28"/>
        </w:rPr>
      </w:pPr>
      <w:r w:rsidRPr="004F01A0">
        <w:rPr>
          <w:rFonts w:ascii="Times New Roman" w:hAnsi="Times New Roman" w:cs="Times New Roman"/>
          <w:color w:val="000000"/>
          <w:szCs w:val="28"/>
        </w:rPr>
        <w:t>d. Then we can take photos for our project.</w:t>
      </w:r>
    </w:p>
    <w:p w14:paraId="454C9186" w14:textId="77777777" w:rsidR="00257042" w:rsidRPr="004F01A0" w:rsidRDefault="00A37260">
      <w:pPr>
        <w:spacing w:after="10" w:line="228" w:lineRule="auto"/>
        <w:ind w:left="202"/>
        <w:rPr>
          <w:rFonts w:ascii="Times New Roman" w:hAnsi="Times New Roman" w:cs="Times New Roman"/>
          <w:szCs w:val="28"/>
        </w:rPr>
      </w:pPr>
      <w:r w:rsidRPr="004F01A0">
        <w:rPr>
          <w:rFonts w:ascii="Times New Roman" w:hAnsi="Times New Roman" w:cs="Times New Roman"/>
          <w:color w:val="000000"/>
          <w:szCs w:val="28"/>
        </w:rPr>
        <w:t>A. c – b – a – d     B. b – c – a – d     C. b – a – d – c     D. a – d – b – c</w:t>
      </w:r>
    </w:p>
    <w:p w14:paraId="25779AB2" w14:textId="77777777" w:rsidR="00257042" w:rsidRPr="004F01A0" w:rsidRDefault="00A37260">
      <w:pPr>
        <w:keepNext/>
        <w:keepLines/>
        <w:pBdr>
          <w:top w:val="single" w:sz="12" w:space="3" w:color="43879A"/>
          <w:left w:val="single" w:sz="12" w:space="3" w:color="43879A"/>
          <w:bottom w:val="single" w:sz="12" w:space="3" w:color="43879A"/>
          <w:right w:val="single" w:sz="12" w:space="3" w:color="43879A"/>
        </w:pBdr>
        <w:shd w:val="clear" w:color="auto" w:fill="43879A"/>
        <w:spacing w:before="40" w:after="40" w:line="240" w:lineRule="auto"/>
        <w:rPr>
          <w:rFonts w:ascii="Times New Roman" w:hAnsi="Times New Roman" w:cs="Times New Roman"/>
          <w:szCs w:val="28"/>
        </w:rPr>
      </w:pPr>
      <w:r w:rsidRPr="004F01A0">
        <w:rPr>
          <w:rFonts w:ascii="Times New Roman" w:hAnsi="Times New Roman" w:cs="Times New Roman"/>
          <w:b/>
          <w:color w:val="FFFFFF"/>
          <w:szCs w:val="28"/>
        </w:rPr>
        <w:t xml:space="preserve">  PART VII   WRITING  (1.5 pts)  </w:t>
      </w:r>
    </w:p>
    <w:p w14:paraId="78767068" w14:textId="77777777" w:rsidR="00257042" w:rsidRPr="004F01A0" w:rsidRDefault="00A37260">
      <w:pPr>
        <w:keepNext/>
        <w:keepLines/>
        <w:pBdr>
          <w:top w:val="single" w:sz="8" w:space="2" w:color="E85A70"/>
          <w:left w:val="single" w:sz="8" w:space="2" w:color="E85A70"/>
          <w:bottom w:val="single" w:sz="8" w:space="2" w:color="E85A70"/>
          <w:right w:val="single" w:sz="8" w:space="2" w:color="E85A70"/>
        </w:pBdr>
        <w:shd w:val="clear" w:color="auto" w:fill="E85A70"/>
        <w:spacing w:before="20" w:after="20" w:line="240" w:lineRule="auto"/>
        <w:rPr>
          <w:rFonts w:ascii="Times New Roman" w:hAnsi="Times New Roman" w:cs="Times New Roman"/>
          <w:szCs w:val="28"/>
        </w:rPr>
      </w:pPr>
      <w:r w:rsidRPr="004F01A0">
        <w:rPr>
          <w:rFonts w:ascii="Times New Roman" w:hAnsi="Times New Roman" w:cs="Times New Roman"/>
          <w:b/>
          <w:color w:val="FFFFFF"/>
          <w:szCs w:val="28"/>
        </w:rPr>
        <w:t xml:space="preserve">  Task 1. Rewrite the sentences so that the second sentence has a similar meaning. (1.0 </w:t>
      </w:r>
      <w:proofErr w:type="spellStart"/>
      <w:r w:rsidRPr="004F01A0">
        <w:rPr>
          <w:rFonts w:ascii="Times New Roman" w:hAnsi="Times New Roman" w:cs="Times New Roman"/>
          <w:b/>
          <w:color w:val="FFFFFF"/>
          <w:szCs w:val="28"/>
        </w:rPr>
        <w:t>pt</w:t>
      </w:r>
      <w:proofErr w:type="spellEnd"/>
      <w:r w:rsidRPr="004F01A0">
        <w:rPr>
          <w:rFonts w:ascii="Times New Roman" w:hAnsi="Times New Roman" w:cs="Times New Roman"/>
          <w:b/>
          <w:color w:val="FFFFFF"/>
          <w:szCs w:val="28"/>
        </w:rPr>
        <w:t xml:space="preserve">)  </w:t>
      </w:r>
    </w:p>
    <w:p w14:paraId="72C34C80" w14:textId="77777777" w:rsidR="00257042" w:rsidRPr="004F01A0" w:rsidRDefault="00A37260">
      <w:pPr>
        <w:keepNext/>
        <w:keepLines/>
        <w:spacing w:before="10" w:after="0" w:line="228" w:lineRule="auto"/>
        <w:rPr>
          <w:rFonts w:ascii="Times New Roman" w:hAnsi="Times New Roman" w:cs="Times New Roman"/>
          <w:szCs w:val="28"/>
        </w:rPr>
      </w:pPr>
      <w:r w:rsidRPr="004F01A0">
        <w:rPr>
          <w:rFonts w:ascii="Times New Roman" w:hAnsi="Times New Roman" w:cs="Times New Roman"/>
          <w:color w:val="000000"/>
          <w:szCs w:val="28"/>
        </w:rPr>
        <w:t>35. I plan to join the online workshop tomorrow.</w:t>
      </w:r>
    </w:p>
    <w:p w14:paraId="495ABB1E" w14:textId="6D317A7D" w:rsidR="00257042" w:rsidRPr="004F01A0" w:rsidRDefault="00A37260">
      <w:pPr>
        <w:spacing w:after="20" w:line="228" w:lineRule="auto"/>
        <w:ind w:left="173"/>
        <w:rPr>
          <w:rFonts w:ascii="Times New Roman" w:hAnsi="Times New Roman" w:cs="Times New Roman"/>
          <w:szCs w:val="28"/>
        </w:rPr>
      </w:pPr>
      <w:r w:rsidRPr="004F01A0">
        <w:rPr>
          <w:rFonts w:ascii="Times New Roman" w:hAnsi="Times New Roman" w:cs="Times New Roman"/>
          <w:color w:val="000000"/>
          <w:szCs w:val="28"/>
        </w:rPr>
        <w:t>→ I will __________________________________________________________________.</w:t>
      </w:r>
    </w:p>
    <w:p w14:paraId="38C9480A" w14:textId="77777777" w:rsidR="00257042" w:rsidRPr="004F01A0" w:rsidRDefault="00A37260">
      <w:pPr>
        <w:keepNext/>
        <w:keepLines/>
        <w:spacing w:before="10" w:after="0" w:line="228" w:lineRule="auto"/>
        <w:rPr>
          <w:rFonts w:ascii="Times New Roman" w:hAnsi="Times New Roman" w:cs="Times New Roman"/>
          <w:szCs w:val="28"/>
        </w:rPr>
      </w:pPr>
      <w:r w:rsidRPr="004F01A0">
        <w:rPr>
          <w:rFonts w:ascii="Times New Roman" w:hAnsi="Times New Roman" w:cs="Times New Roman"/>
          <w:color w:val="000000"/>
          <w:szCs w:val="28"/>
        </w:rPr>
        <w:t>36. Hurry up, or you will miss the opening ceremony.</w:t>
      </w:r>
    </w:p>
    <w:p w14:paraId="1CDD6ED1" w14:textId="7F92AAC3" w:rsidR="00257042" w:rsidRPr="004F01A0" w:rsidRDefault="00A37260">
      <w:pPr>
        <w:spacing w:after="20" w:line="228" w:lineRule="auto"/>
        <w:ind w:left="173"/>
        <w:rPr>
          <w:rFonts w:ascii="Times New Roman" w:hAnsi="Times New Roman" w:cs="Times New Roman"/>
          <w:szCs w:val="28"/>
        </w:rPr>
      </w:pPr>
      <w:r w:rsidRPr="004F01A0">
        <w:rPr>
          <w:rFonts w:ascii="Times New Roman" w:hAnsi="Times New Roman" w:cs="Times New Roman"/>
          <w:color w:val="000000"/>
          <w:szCs w:val="28"/>
        </w:rPr>
        <w:t xml:space="preserve">→ If you do not </w:t>
      </w:r>
      <w:r w:rsidR="00A46B9B">
        <w:rPr>
          <w:rFonts w:ascii="Times New Roman" w:hAnsi="Times New Roman" w:cs="Times New Roman"/>
          <w:color w:val="000000"/>
          <w:szCs w:val="28"/>
        </w:rPr>
        <w:t>_</w:t>
      </w:r>
      <w:r w:rsidRPr="004F01A0">
        <w:rPr>
          <w:rFonts w:ascii="Times New Roman" w:hAnsi="Times New Roman" w:cs="Times New Roman"/>
          <w:color w:val="000000"/>
          <w:szCs w:val="28"/>
        </w:rPr>
        <w:t>___________________________________________________________.</w:t>
      </w:r>
    </w:p>
    <w:p w14:paraId="75F110D4" w14:textId="77777777" w:rsidR="00257042" w:rsidRPr="004F01A0" w:rsidRDefault="00A37260">
      <w:pPr>
        <w:keepNext/>
        <w:keepLines/>
        <w:spacing w:before="10" w:after="0" w:line="228" w:lineRule="auto"/>
        <w:rPr>
          <w:rFonts w:ascii="Times New Roman" w:hAnsi="Times New Roman" w:cs="Times New Roman"/>
          <w:szCs w:val="28"/>
        </w:rPr>
      </w:pPr>
      <w:r w:rsidRPr="004F01A0">
        <w:rPr>
          <w:rFonts w:ascii="Times New Roman" w:hAnsi="Times New Roman" w:cs="Times New Roman"/>
          <w:color w:val="000000"/>
          <w:szCs w:val="28"/>
        </w:rPr>
        <w:t>37. I am certain that traditional crafts will remain important.</w:t>
      </w:r>
    </w:p>
    <w:p w14:paraId="3C1F8B1A" w14:textId="11EBF12D" w:rsidR="00257042" w:rsidRPr="004F01A0" w:rsidRDefault="00A37260">
      <w:pPr>
        <w:spacing w:after="20" w:line="228" w:lineRule="auto"/>
        <w:ind w:left="173"/>
        <w:rPr>
          <w:rFonts w:ascii="Times New Roman" w:hAnsi="Times New Roman" w:cs="Times New Roman"/>
          <w:szCs w:val="28"/>
        </w:rPr>
      </w:pPr>
      <w:r w:rsidRPr="004F01A0">
        <w:rPr>
          <w:rFonts w:ascii="Times New Roman" w:hAnsi="Times New Roman" w:cs="Times New Roman"/>
          <w:color w:val="000000"/>
          <w:szCs w:val="28"/>
        </w:rPr>
        <w:t>→ Traditional crafts will _____________________________________________________.</w:t>
      </w:r>
    </w:p>
    <w:p w14:paraId="2128487A" w14:textId="77777777" w:rsidR="00257042" w:rsidRPr="004F01A0" w:rsidRDefault="00A37260">
      <w:pPr>
        <w:keepNext/>
        <w:keepLines/>
        <w:spacing w:before="10" w:after="0" w:line="228" w:lineRule="auto"/>
        <w:rPr>
          <w:rFonts w:ascii="Times New Roman" w:hAnsi="Times New Roman" w:cs="Times New Roman"/>
          <w:szCs w:val="28"/>
        </w:rPr>
      </w:pPr>
      <w:r w:rsidRPr="004F01A0">
        <w:rPr>
          <w:rFonts w:ascii="Times New Roman" w:hAnsi="Times New Roman" w:cs="Times New Roman"/>
          <w:color w:val="000000"/>
          <w:szCs w:val="28"/>
        </w:rPr>
        <w:t>38. The weather may be fine. In that case, we will visit the outdoor market.</w:t>
      </w:r>
    </w:p>
    <w:p w14:paraId="2171369B" w14:textId="77BF213B" w:rsidR="00257042" w:rsidRPr="004F01A0" w:rsidRDefault="00A37260">
      <w:pPr>
        <w:spacing w:after="20" w:line="228" w:lineRule="auto"/>
        <w:ind w:left="173"/>
        <w:rPr>
          <w:rFonts w:ascii="Times New Roman" w:hAnsi="Times New Roman" w:cs="Times New Roman"/>
          <w:szCs w:val="28"/>
        </w:rPr>
      </w:pPr>
      <w:r w:rsidRPr="004F01A0">
        <w:rPr>
          <w:rFonts w:ascii="Times New Roman" w:hAnsi="Times New Roman" w:cs="Times New Roman"/>
          <w:color w:val="000000"/>
          <w:szCs w:val="28"/>
        </w:rPr>
        <w:t>→ If the weather ____________________________________________________________.</w:t>
      </w:r>
    </w:p>
    <w:p w14:paraId="0F489A53" w14:textId="77777777" w:rsidR="00257042" w:rsidRPr="004F01A0" w:rsidRDefault="00A37260">
      <w:pPr>
        <w:keepNext/>
        <w:keepLines/>
        <w:pBdr>
          <w:top w:val="single" w:sz="12" w:space="3" w:color="E85A70"/>
          <w:left w:val="single" w:sz="12" w:space="3" w:color="E85A70"/>
          <w:bottom w:val="single" w:sz="12" w:space="3" w:color="E85A70"/>
          <w:right w:val="single" w:sz="12" w:space="3" w:color="E85A70"/>
        </w:pBdr>
        <w:shd w:val="clear" w:color="auto" w:fill="E85A70"/>
        <w:spacing w:before="40" w:after="40" w:line="240" w:lineRule="auto"/>
        <w:rPr>
          <w:rFonts w:ascii="Times New Roman" w:hAnsi="Times New Roman" w:cs="Times New Roman"/>
          <w:szCs w:val="28"/>
        </w:rPr>
      </w:pPr>
      <w:r w:rsidRPr="004F01A0">
        <w:rPr>
          <w:rFonts w:ascii="Times New Roman" w:hAnsi="Times New Roman" w:cs="Times New Roman"/>
          <w:b/>
          <w:color w:val="FFFFFF"/>
          <w:szCs w:val="28"/>
        </w:rPr>
        <w:t xml:space="preserve">  TASK 2   PARAGRAPH WRITING  (0.5 </w:t>
      </w:r>
      <w:proofErr w:type="spellStart"/>
      <w:r w:rsidRPr="004F01A0">
        <w:rPr>
          <w:rFonts w:ascii="Times New Roman" w:hAnsi="Times New Roman" w:cs="Times New Roman"/>
          <w:b/>
          <w:color w:val="FFFFFF"/>
          <w:szCs w:val="28"/>
        </w:rPr>
        <w:t>pt</w:t>
      </w:r>
      <w:proofErr w:type="spellEnd"/>
      <w:r w:rsidRPr="004F01A0">
        <w:rPr>
          <w:rFonts w:ascii="Times New Roman" w:hAnsi="Times New Roman" w:cs="Times New Roman"/>
          <w:b/>
          <w:color w:val="FFFFFF"/>
          <w:szCs w:val="28"/>
        </w:rPr>
        <w:t xml:space="preserve">)  </w:t>
      </w:r>
    </w:p>
    <w:p w14:paraId="6F551699" w14:textId="77777777" w:rsidR="00257042" w:rsidRPr="004F01A0" w:rsidRDefault="00A37260">
      <w:pPr>
        <w:spacing w:after="40" w:line="228" w:lineRule="auto"/>
        <w:jc w:val="center"/>
        <w:rPr>
          <w:rFonts w:ascii="Times New Roman" w:hAnsi="Times New Roman" w:cs="Times New Roman"/>
          <w:szCs w:val="28"/>
        </w:rPr>
      </w:pPr>
      <w:r w:rsidRPr="004F01A0">
        <w:rPr>
          <w:rFonts w:ascii="Times New Roman" w:hAnsi="Times New Roman" w:cs="Times New Roman"/>
          <w:b/>
          <w:color w:val="000000"/>
          <w:szCs w:val="28"/>
        </w:rPr>
        <w:t>Write a paragraph of 80–100 words about the advantages and disadvantages of online learning.</w:t>
      </w:r>
    </w:p>
    <w:p w14:paraId="2E50F17B" w14:textId="77777777" w:rsidR="00257042" w:rsidRPr="004F01A0" w:rsidRDefault="00A37260">
      <w:pPr>
        <w:spacing w:after="0" w:line="228" w:lineRule="auto"/>
        <w:rPr>
          <w:rFonts w:ascii="Times New Roman" w:hAnsi="Times New Roman" w:cs="Times New Roman"/>
          <w:szCs w:val="28"/>
        </w:rPr>
      </w:pPr>
      <w:r w:rsidRPr="004F01A0">
        <w:rPr>
          <w:rFonts w:ascii="Times New Roman" w:hAnsi="Times New Roman" w:cs="Times New Roman"/>
          <w:b/>
          <w:color w:val="000000"/>
          <w:szCs w:val="28"/>
        </w:rPr>
        <w:t>You should include:</w:t>
      </w:r>
    </w:p>
    <w:p w14:paraId="724CC5EF" w14:textId="77777777" w:rsidR="00257042" w:rsidRPr="004F01A0" w:rsidRDefault="00A37260">
      <w:pPr>
        <w:spacing w:after="0" w:line="228" w:lineRule="auto"/>
        <w:ind w:left="259"/>
        <w:rPr>
          <w:rFonts w:ascii="Times New Roman" w:hAnsi="Times New Roman" w:cs="Times New Roman"/>
          <w:szCs w:val="28"/>
        </w:rPr>
      </w:pPr>
      <w:r w:rsidRPr="004F01A0">
        <w:rPr>
          <w:rFonts w:ascii="Times New Roman" w:hAnsi="Times New Roman" w:cs="Times New Roman"/>
          <w:color w:val="000000"/>
          <w:szCs w:val="28"/>
        </w:rPr>
        <w:t>• when and where students can learn online;</w:t>
      </w:r>
    </w:p>
    <w:p w14:paraId="06526241" w14:textId="77777777" w:rsidR="00257042" w:rsidRPr="004F01A0" w:rsidRDefault="00A37260">
      <w:pPr>
        <w:spacing w:after="0" w:line="228" w:lineRule="auto"/>
        <w:ind w:left="259"/>
        <w:rPr>
          <w:rFonts w:ascii="Times New Roman" w:hAnsi="Times New Roman" w:cs="Times New Roman"/>
          <w:szCs w:val="28"/>
        </w:rPr>
      </w:pPr>
      <w:r w:rsidRPr="004F01A0">
        <w:rPr>
          <w:rFonts w:ascii="Times New Roman" w:hAnsi="Times New Roman" w:cs="Times New Roman"/>
          <w:color w:val="000000"/>
          <w:szCs w:val="28"/>
        </w:rPr>
        <w:t>• at least two advantages;</w:t>
      </w:r>
    </w:p>
    <w:p w14:paraId="219017FB" w14:textId="77777777" w:rsidR="00257042" w:rsidRPr="004F01A0" w:rsidRDefault="00A37260">
      <w:pPr>
        <w:spacing w:after="0" w:line="228" w:lineRule="auto"/>
        <w:ind w:left="259"/>
        <w:rPr>
          <w:rFonts w:ascii="Times New Roman" w:hAnsi="Times New Roman" w:cs="Times New Roman"/>
          <w:szCs w:val="28"/>
        </w:rPr>
      </w:pPr>
      <w:r w:rsidRPr="004F01A0">
        <w:rPr>
          <w:rFonts w:ascii="Times New Roman" w:hAnsi="Times New Roman" w:cs="Times New Roman"/>
          <w:color w:val="000000"/>
          <w:szCs w:val="28"/>
        </w:rPr>
        <w:t>• at least one disadvantage;</w:t>
      </w:r>
    </w:p>
    <w:p w14:paraId="2FF4ACC9" w14:textId="77777777" w:rsidR="00257042" w:rsidRPr="004F01A0" w:rsidRDefault="00A37260">
      <w:pPr>
        <w:spacing w:after="0" w:line="228" w:lineRule="auto"/>
        <w:ind w:left="259"/>
        <w:rPr>
          <w:rFonts w:ascii="Times New Roman" w:hAnsi="Times New Roman" w:cs="Times New Roman"/>
          <w:szCs w:val="28"/>
        </w:rPr>
      </w:pPr>
      <w:r w:rsidRPr="004F01A0">
        <w:rPr>
          <w:rFonts w:ascii="Times New Roman" w:hAnsi="Times New Roman" w:cs="Times New Roman"/>
          <w:color w:val="000000"/>
          <w:szCs w:val="28"/>
        </w:rPr>
        <w:t>• your opinion about online learning.</w:t>
      </w:r>
    </w:p>
    <w:p w14:paraId="58956220" w14:textId="627F17A5" w:rsidR="00257042" w:rsidRPr="004F01A0" w:rsidRDefault="00A37260">
      <w:pPr>
        <w:spacing w:after="60" w:line="228" w:lineRule="auto"/>
        <w:jc w:val="center"/>
        <w:rPr>
          <w:rFonts w:ascii="Times New Roman" w:hAnsi="Times New Roman" w:cs="Times New Roman"/>
          <w:szCs w:val="28"/>
        </w:rPr>
      </w:pPr>
      <w:r w:rsidRPr="004F01A0">
        <w:rPr>
          <w:rFonts w:ascii="Times New Roman" w:hAnsi="Times New Roman" w:cs="Times New Roman"/>
          <w:i/>
          <w:color w:val="000000"/>
          <w:szCs w:val="28"/>
        </w:rPr>
        <w:t xml:space="preserve">Write your paragraph </w:t>
      </w:r>
    </w:p>
    <w:p w14:paraId="09B669E0" w14:textId="6E2D7F72" w:rsidR="00257042" w:rsidRDefault="00A46B9B">
      <w:pPr>
        <w:spacing w:after="30" w:line="228" w:lineRule="auto"/>
        <w:ind w:left="173"/>
        <w:rPr>
          <w:rFonts w:ascii="Times New Roman" w:hAnsi="Times New Roman" w:cs="Times New Roman"/>
          <w:color w:val="000000"/>
          <w:szCs w:val="28"/>
        </w:rPr>
      </w:pPr>
      <w:r>
        <w:rPr>
          <w:rFonts w:ascii="Times New Roman" w:hAnsi="Times New Roman" w:cs="Times New Roman"/>
          <w:color w:val="000000"/>
          <w:szCs w:val="28"/>
        </w:rPr>
        <w:t>………………………………………………………………………………………………….</w:t>
      </w:r>
    </w:p>
    <w:p w14:paraId="59BA3E71" w14:textId="77777777" w:rsidR="00A46B9B" w:rsidRPr="004F01A0" w:rsidRDefault="00A46B9B" w:rsidP="00A46B9B">
      <w:pPr>
        <w:spacing w:after="30" w:line="228" w:lineRule="auto"/>
        <w:ind w:left="173"/>
        <w:rPr>
          <w:rFonts w:ascii="Times New Roman" w:hAnsi="Times New Roman" w:cs="Times New Roman"/>
          <w:szCs w:val="28"/>
        </w:rPr>
      </w:pPr>
      <w:r>
        <w:rPr>
          <w:rFonts w:ascii="Times New Roman" w:hAnsi="Times New Roman" w:cs="Times New Roman"/>
          <w:color w:val="000000"/>
          <w:szCs w:val="28"/>
        </w:rPr>
        <w:t>………………………………………………………………………………………………….</w:t>
      </w:r>
    </w:p>
    <w:p w14:paraId="58FA4F7D" w14:textId="77777777" w:rsidR="00A46B9B" w:rsidRPr="004F01A0" w:rsidRDefault="00A46B9B" w:rsidP="00A46B9B">
      <w:pPr>
        <w:spacing w:after="30" w:line="228" w:lineRule="auto"/>
        <w:ind w:left="173"/>
        <w:rPr>
          <w:rFonts w:ascii="Times New Roman" w:hAnsi="Times New Roman" w:cs="Times New Roman"/>
          <w:szCs w:val="28"/>
        </w:rPr>
      </w:pPr>
      <w:r>
        <w:rPr>
          <w:rFonts w:ascii="Times New Roman" w:hAnsi="Times New Roman" w:cs="Times New Roman"/>
          <w:color w:val="000000"/>
          <w:szCs w:val="28"/>
        </w:rPr>
        <w:t>………………………………………………………………………………………………….</w:t>
      </w:r>
    </w:p>
    <w:p w14:paraId="15C85178" w14:textId="77777777" w:rsidR="00A46B9B" w:rsidRPr="004F01A0" w:rsidRDefault="00A46B9B" w:rsidP="00A46B9B">
      <w:pPr>
        <w:spacing w:after="30" w:line="228" w:lineRule="auto"/>
        <w:ind w:left="173"/>
        <w:rPr>
          <w:rFonts w:ascii="Times New Roman" w:hAnsi="Times New Roman" w:cs="Times New Roman"/>
          <w:szCs w:val="28"/>
        </w:rPr>
      </w:pPr>
      <w:r>
        <w:rPr>
          <w:rFonts w:ascii="Times New Roman" w:hAnsi="Times New Roman" w:cs="Times New Roman"/>
          <w:color w:val="000000"/>
          <w:szCs w:val="28"/>
        </w:rPr>
        <w:t>………………………………………………………………………………………………….</w:t>
      </w:r>
    </w:p>
    <w:p w14:paraId="40EA2104" w14:textId="77777777" w:rsidR="00A46B9B" w:rsidRPr="004F01A0" w:rsidRDefault="00A46B9B" w:rsidP="00A46B9B">
      <w:pPr>
        <w:spacing w:after="30" w:line="228" w:lineRule="auto"/>
        <w:ind w:left="173"/>
        <w:rPr>
          <w:rFonts w:ascii="Times New Roman" w:hAnsi="Times New Roman" w:cs="Times New Roman"/>
          <w:szCs w:val="28"/>
        </w:rPr>
      </w:pPr>
      <w:r>
        <w:rPr>
          <w:rFonts w:ascii="Times New Roman" w:hAnsi="Times New Roman" w:cs="Times New Roman"/>
          <w:color w:val="000000"/>
          <w:szCs w:val="28"/>
        </w:rPr>
        <w:t>………………………………………………………………………………………………….</w:t>
      </w:r>
    </w:p>
    <w:p w14:paraId="710167AC" w14:textId="77777777" w:rsidR="00A46B9B" w:rsidRPr="004F01A0" w:rsidRDefault="00A46B9B" w:rsidP="00A46B9B">
      <w:pPr>
        <w:spacing w:after="30" w:line="228" w:lineRule="auto"/>
        <w:ind w:left="173"/>
        <w:rPr>
          <w:rFonts w:ascii="Times New Roman" w:hAnsi="Times New Roman" w:cs="Times New Roman"/>
          <w:szCs w:val="28"/>
        </w:rPr>
      </w:pPr>
      <w:r>
        <w:rPr>
          <w:rFonts w:ascii="Times New Roman" w:hAnsi="Times New Roman" w:cs="Times New Roman"/>
          <w:color w:val="000000"/>
          <w:szCs w:val="28"/>
        </w:rPr>
        <w:t>………………………………………………………………………………………………….</w:t>
      </w:r>
    </w:p>
    <w:p w14:paraId="5DF32DCA" w14:textId="77777777" w:rsidR="00A46B9B" w:rsidRPr="004F01A0" w:rsidRDefault="00A46B9B" w:rsidP="00A46B9B">
      <w:pPr>
        <w:spacing w:after="30" w:line="228" w:lineRule="auto"/>
        <w:ind w:left="173"/>
        <w:rPr>
          <w:rFonts w:ascii="Times New Roman" w:hAnsi="Times New Roman" w:cs="Times New Roman"/>
          <w:szCs w:val="28"/>
        </w:rPr>
      </w:pPr>
      <w:r>
        <w:rPr>
          <w:rFonts w:ascii="Times New Roman" w:hAnsi="Times New Roman" w:cs="Times New Roman"/>
          <w:color w:val="000000"/>
          <w:szCs w:val="28"/>
        </w:rPr>
        <w:t>………………………………………………………………………………………………….</w:t>
      </w:r>
    </w:p>
    <w:p w14:paraId="55308569" w14:textId="77777777" w:rsidR="00A46B9B" w:rsidRPr="004F01A0" w:rsidRDefault="00A46B9B" w:rsidP="00A46B9B">
      <w:pPr>
        <w:spacing w:after="30" w:line="228" w:lineRule="auto"/>
        <w:ind w:left="173"/>
        <w:rPr>
          <w:rFonts w:ascii="Times New Roman" w:hAnsi="Times New Roman" w:cs="Times New Roman"/>
          <w:szCs w:val="28"/>
        </w:rPr>
      </w:pPr>
      <w:r>
        <w:rPr>
          <w:rFonts w:ascii="Times New Roman" w:hAnsi="Times New Roman" w:cs="Times New Roman"/>
          <w:color w:val="000000"/>
          <w:szCs w:val="28"/>
        </w:rPr>
        <w:t>………………………………………………………………………………………………….</w:t>
      </w:r>
    </w:p>
    <w:p w14:paraId="417ADD9E" w14:textId="77777777" w:rsidR="00A46B9B" w:rsidRPr="004F01A0" w:rsidRDefault="00A46B9B" w:rsidP="00A46B9B">
      <w:pPr>
        <w:spacing w:after="30" w:line="228" w:lineRule="auto"/>
        <w:ind w:left="173"/>
        <w:rPr>
          <w:rFonts w:ascii="Times New Roman" w:hAnsi="Times New Roman" w:cs="Times New Roman"/>
          <w:szCs w:val="28"/>
        </w:rPr>
      </w:pPr>
      <w:r>
        <w:rPr>
          <w:rFonts w:ascii="Times New Roman" w:hAnsi="Times New Roman" w:cs="Times New Roman"/>
          <w:color w:val="000000"/>
          <w:szCs w:val="28"/>
        </w:rPr>
        <w:t>………………………………………………………………………………………………….</w:t>
      </w:r>
    </w:p>
    <w:p w14:paraId="2194D363" w14:textId="77777777" w:rsidR="00A46B9B" w:rsidRPr="004F01A0" w:rsidRDefault="00A46B9B" w:rsidP="00A46B9B">
      <w:pPr>
        <w:spacing w:after="30" w:line="228" w:lineRule="auto"/>
        <w:ind w:left="173"/>
        <w:rPr>
          <w:rFonts w:ascii="Times New Roman" w:hAnsi="Times New Roman" w:cs="Times New Roman"/>
          <w:szCs w:val="28"/>
        </w:rPr>
      </w:pPr>
      <w:r>
        <w:rPr>
          <w:rFonts w:ascii="Times New Roman" w:hAnsi="Times New Roman" w:cs="Times New Roman"/>
          <w:color w:val="000000"/>
          <w:szCs w:val="28"/>
        </w:rPr>
        <w:t>………………………………………………………………………………………………….</w:t>
      </w:r>
    </w:p>
    <w:p w14:paraId="657E4066" w14:textId="71619107" w:rsidR="00A46B9B" w:rsidRDefault="00A46B9B" w:rsidP="00A46B9B">
      <w:pPr>
        <w:spacing w:after="30" w:line="228" w:lineRule="auto"/>
        <w:ind w:left="173"/>
        <w:rPr>
          <w:rFonts w:ascii="Times New Roman" w:hAnsi="Times New Roman" w:cs="Times New Roman"/>
          <w:color w:val="000000"/>
          <w:szCs w:val="28"/>
        </w:rPr>
      </w:pPr>
      <w:r>
        <w:rPr>
          <w:rFonts w:ascii="Times New Roman" w:hAnsi="Times New Roman" w:cs="Times New Roman"/>
          <w:color w:val="000000"/>
          <w:szCs w:val="28"/>
        </w:rPr>
        <w:t>………………………………………………………………………………………………….</w:t>
      </w:r>
    </w:p>
    <w:p w14:paraId="4705A969" w14:textId="5E1E3204" w:rsidR="008C47A6" w:rsidRDefault="008C47A6" w:rsidP="00A46B9B">
      <w:pPr>
        <w:spacing w:after="30" w:line="228" w:lineRule="auto"/>
        <w:ind w:left="173"/>
        <w:rPr>
          <w:rFonts w:ascii="Times New Roman" w:hAnsi="Times New Roman" w:cs="Times New Roman"/>
          <w:color w:val="000000"/>
          <w:szCs w:val="28"/>
        </w:rPr>
      </w:pPr>
    </w:p>
    <w:p w14:paraId="4771B665" w14:textId="77F5D9FD" w:rsidR="008C47A6" w:rsidRDefault="008C47A6" w:rsidP="00A46B9B">
      <w:pPr>
        <w:spacing w:after="30" w:line="228" w:lineRule="auto"/>
        <w:ind w:left="173"/>
        <w:rPr>
          <w:rFonts w:ascii="Times New Roman" w:hAnsi="Times New Roman" w:cs="Times New Roman"/>
          <w:color w:val="000000"/>
          <w:szCs w:val="28"/>
        </w:rPr>
      </w:pPr>
    </w:p>
    <w:p w14:paraId="2DB8BA9E" w14:textId="19623CE5" w:rsidR="008C47A6" w:rsidRDefault="008C47A6" w:rsidP="00A46B9B">
      <w:pPr>
        <w:spacing w:after="30" w:line="228" w:lineRule="auto"/>
        <w:ind w:left="173"/>
        <w:rPr>
          <w:rFonts w:ascii="Times New Roman" w:hAnsi="Times New Roman" w:cs="Times New Roman"/>
          <w:color w:val="000000"/>
          <w:szCs w:val="28"/>
        </w:rPr>
      </w:pPr>
    </w:p>
    <w:p w14:paraId="68C6D682" w14:textId="374656C2" w:rsidR="008C47A6" w:rsidRDefault="008C47A6" w:rsidP="00A46B9B">
      <w:pPr>
        <w:spacing w:after="30" w:line="228" w:lineRule="auto"/>
        <w:ind w:left="173"/>
        <w:rPr>
          <w:rFonts w:ascii="Times New Roman" w:hAnsi="Times New Roman" w:cs="Times New Roman"/>
          <w:color w:val="000000"/>
          <w:szCs w:val="28"/>
        </w:rPr>
      </w:pPr>
    </w:p>
    <w:p w14:paraId="207B1617" w14:textId="58666AD2" w:rsidR="008C47A6" w:rsidRDefault="008C47A6" w:rsidP="00A46B9B">
      <w:pPr>
        <w:spacing w:after="30" w:line="228" w:lineRule="auto"/>
        <w:ind w:left="173"/>
        <w:rPr>
          <w:rFonts w:ascii="Times New Roman" w:hAnsi="Times New Roman" w:cs="Times New Roman"/>
          <w:color w:val="000000"/>
          <w:szCs w:val="28"/>
        </w:rPr>
      </w:pPr>
    </w:p>
    <w:p w14:paraId="17F89ABC" w14:textId="77777777" w:rsidR="008C47A6" w:rsidRDefault="008C47A6" w:rsidP="008C47A6">
      <w:pPr>
        <w:spacing w:before="160" w:after="40"/>
        <w:jc w:val="center"/>
      </w:pPr>
      <w:r>
        <w:rPr>
          <w:rFonts w:ascii="Times New Roman" w:eastAsia="Times New Roman" w:hAnsi="Times New Roman" w:cs="Times New Roman"/>
          <w:b/>
          <w:color w:val="43879A"/>
          <w:sz w:val="34"/>
        </w:rPr>
        <w:lastRenderedPageBreak/>
        <w:t>GLOBAL SUCCESS 8</w:t>
      </w:r>
    </w:p>
    <w:p w14:paraId="3754CFAD" w14:textId="77777777" w:rsidR="008C47A6" w:rsidRDefault="008C47A6" w:rsidP="008C47A6">
      <w:pPr>
        <w:spacing w:after="100"/>
        <w:jc w:val="center"/>
      </w:pPr>
      <w:r>
        <w:rPr>
          <w:rFonts w:ascii="Times New Roman" w:eastAsia="Times New Roman" w:hAnsi="Times New Roman" w:cs="Times New Roman"/>
          <w:b/>
          <w:color w:val="E85B6B"/>
          <w:sz w:val="44"/>
        </w:rPr>
        <w:t>UNIT 6: LIFESTYLES</w:t>
      </w:r>
    </w:p>
    <w:p w14:paraId="4BAFEE39" w14:textId="77777777" w:rsidR="008C47A6" w:rsidRDefault="008C47A6" w:rsidP="008C47A6">
      <w:pPr>
        <w:spacing w:after="160"/>
        <w:jc w:val="center"/>
      </w:pPr>
      <w:r>
        <w:rPr>
          <w:rFonts w:ascii="Times New Roman" w:eastAsia="Times New Roman" w:hAnsi="Times New Roman" w:cs="Times New Roman"/>
          <w:b/>
          <w:color w:val="000000"/>
          <w:sz w:val="30"/>
        </w:rPr>
        <w:t>ANSWER KEY &amp; LISTENING TRANSCRIPT</w:t>
      </w:r>
    </w:p>
    <w:p w14:paraId="3752DA66" w14:textId="77777777" w:rsidR="008C47A6" w:rsidRDefault="008C47A6" w:rsidP="008C47A6">
      <w:pPr>
        <w:keepNext/>
        <w:pBdr>
          <w:top w:val="single" w:sz="10" w:space="3" w:color="E85B6B"/>
          <w:left w:val="single" w:sz="10" w:space="3" w:color="E85B6B"/>
          <w:bottom w:val="single" w:sz="10" w:space="3" w:color="E85B6B"/>
          <w:right w:val="single" w:sz="10" w:space="3" w:color="E85B6B"/>
        </w:pBdr>
        <w:shd w:val="clear" w:color="auto" w:fill="E85B6B"/>
        <w:spacing w:before="100" w:after="100"/>
        <w:jc w:val="center"/>
      </w:pPr>
      <w:r>
        <w:rPr>
          <w:rFonts w:ascii="Times New Roman" w:eastAsia="Times New Roman" w:hAnsi="Times New Roman" w:cs="Times New Roman"/>
          <w:b/>
          <w:color w:val="FFFFFF"/>
          <w:sz w:val="32"/>
        </w:rPr>
        <w:t>LISTENING TRANSCRIPT</w:t>
      </w:r>
    </w:p>
    <w:p w14:paraId="00913ECB" w14:textId="77777777" w:rsidR="008C47A6" w:rsidRDefault="008C47A6" w:rsidP="008C47A6">
      <w:pPr>
        <w:keepNext/>
        <w:pBdr>
          <w:top w:val="single" w:sz="7" w:space="2" w:color="E85B6B"/>
          <w:left w:val="single" w:sz="7" w:space="2" w:color="E85B6B"/>
          <w:bottom w:val="single" w:sz="7" w:space="2" w:color="E85B6B"/>
          <w:right w:val="single" w:sz="7" w:space="2" w:color="E85B6B"/>
        </w:pBdr>
        <w:shd w:val="clear" w:color="auto" w:fill="E85B6B"/>
        <w:spacing w:before="80"/>
      </w:pPr>
      <w:r>
        <w:rPr>
          <w:rFonts w:ascii="Times New Roman" w:eastAsia="Times New Roman" w:hAnsi="Times New Roman" w:cs="Times New Roman"/>
          <w:b/>
          <w:color w:val="FFFFFF"/>
          <w:sz w:val="26"/>
        </w:rPr>
        <w:t xml:space="preserve">  Part I. Listening – Questions 1–5  </w:t>
      </w:r>
    </w:p>
    <w:p w14:paraId="5F22AD03" w14:textId="77777777" w:rsidR="008C47A6" w:rsidRDefault="008C47A6" w:rsidP="008C47A6">
      <w:pPr>
        <w:spacing w:after="100" w:line="264" w:lineRule="auto"/>
      </w:pPr>
      <w:r>
        <w:rPr>
          <w:rFonts w:ascii="Times New Roman" w:eastAsia="Times New Roman" w:hAnsi="Times New Roman" w:cs="Times New Roman"/>
          <w:i/>
          <w:color w:val="000000"/>
          <w:sz w:val="23"/>
        </w:rPr>
        <w:t>Teacher’s instructions: Give students 30 seconds to read the questions. Play or read the recording twice. Pause briefly between the two readings, then give students 30 seconds to check their answers.</w:t>
      </w:r>
    </w:p>
    <w:p w14:paraId="50543FEE" w14:textId="77777777" w:rsidR="008C47A6" w:rsidRDefault="008C47A6" w:rsidP="008C47A6">
      <w:pPr>
        <w:pBdr>
          <w:top w:val="single" w:sz="7" w:space="5" w:color="E7C85B"/>
          <w:left w:val="single" w:sz="7" w:space="5" w:color="E7C85B"/>
          <w:bottom w:val="single" w:sz="7" w:space="5" w:color="E7C85B"/>
          <w:right w:val="single" w:sz="7" w:space="5" w:color="E7C85B"/>
        </w:pBdr>
        <w:shd w:val="clear" w:color="auto" w:fill="FFF4CC"/>
        <w:spacing w:after="100" w:line="278" w:lineRule="auto"/>
      </w:pPr>
      <w:r>
        <w:rPr>
          <w:rFonts w:ascii="Times New Roman" w:eastAsia="Times New Roman" w:hAnsi="Times New Roman" w:cs="Times New Roman"/>
          <w:color w:val="000000"/>
          <w:sz w:val="27"/>
        </w:rPr>
        <w:t xml:space="preserve">Hello, I’m Nam. Let me tell you about my daily lifestyle. On school days, I get up at six and usually have breakfast at a street-food stall near my house. I sometimes eat at home at weekends, but I do not normally have breakfast in the school canteen. At school, I greet my teachers by saying “Good morning, </w:t>
      </w:r>
      <w:proofErr w:type="spellStart"/>
      <w:r>
        <w:rPr>
          <w:rFonts w:ascii="Times New Roman" w:eastAsia="Times New Roman" w:hAnsi="Times New Roman" w:cs="Times New Roman"/>
          <w:color w:val="000000"/>
          <w:sz w:val="27"/>
        </w:rPr>
        <w:t>Mr</w:t>
      </w:r>
      <w:proofErr w:type="spellEnd"/>
      <w:r>
        <w:rPr>
          <w:rFonts w:ascii="Times New Roman" w:eastAsia="Times New Roman" w:hAnsi="Times New Roman" w:cs="Times New Roman"/>
          <w:color w:val="000000"/>
          <w:sz w:val="27"/>
        </w:rPr>
        <w:t xml:space="preserve"> Long” or “Good morning, </w:t>
      </w:r>
      <w:proofErr w:type="spellStart"/>
      <w:r>
        <w:rPr>
          <w:rFonts w:ascii="Times New Roman" w:eastAsia="Times New Roman" w:hAnsi="Times New Roman" w:cs="Times New Roman"/>
          <w:color w:val="000000"/>
          <w:sz w:val="27"/>
        </w:rPr>
        <w:t>Ms</w:t>
      </w:r>
      <w:proofErr w:type="spellEnd"/>
      <w:r>
        <w:rPr>
          <w:rFonts w:ascii="Times New Roman" w:eastAsia="Times New Roman" w:hAnsi="Times New Roman" w:cs="Times New Roman"/>
          <w:color w:val="000000"/>
          <w:sz w:val="27"/>
        </w:rPr>
        <w:t xml:space="preserve"> </w:t>
      </w:r>
      <w:proofErr w:type="spellStart"/>
      <w:r>
        <w:rPr>
          <w:rFonts w:ascii="Times New Roman" w:eastAsia="Times New Roman" w:hAnsi="Times New Roman" w:cs="Times New Roman"/>
          <w:color w:val="000000"/>
          <w:sz w:val="27"/>
        </w:rPr>
        <w:t>Hoa</w:t>
      </w:r>
      <w:proofErr w:type="spellEnd"/>
      <w:r>
        <w:rPr>
          <w:rFonts w:ascii="Times New Roman" w:eastAsia="Times New Roman" w:hAnsi="Times New Roman" w:cs="Times New Roman"/>
          <w:color w:val="000000"/>
          <w:sz w:val="27"/>
        </w:rPr>
        <w:t>”. I do not call them by their first names, and I never say only “Hi”. After school, I help my parents and do my homework. I study English online twice a week, not every morning or just once a month. Technology is useful, but I also enjoy traditional activities. Next month, I will join a traditional craft club to learn how to weave small baskets. I am not moving to another country, and I certainly will not stop using technology. I like combining modern learning with traditional skills.</w:t>
      </w:r>
    </w:p>
    <w:p w14:paraId="4B256BB8" w14:textId="77777777" w:rsidR="008C47A6" w:rsidRDefault="008C47A6" w:rsidP="008C47A6">
      <w:pPr>
        <w:spacing w:after="120" w:line="264" w:lineRule="auto"/>
      </w:pPr>
      <w:r>
        <w:rPr>
          <w:rFonts w:ascii="Times New Roman" w:eastAsia="Times New Roman" w:hAnsi="Times New Roman" w:cs="Times New Roman"/>
          <w:b/>
          <w:color w:val="000000"/>
          <w:sz w:val="27"/>
        </w:rPr>
        <w:t>Listening answers: 1B – 2B – 3C – 4A – 5A</w:t>
      </w:r>
    </w:p>
    <w:p w14:paraId="75A25F03" w14:textId="77777777" w:rsidR="008C47A6" w:rsidRDefault="008C47A6" w:rsidP="008C47A6">
      <w:pPr>
        <w:keepNext/>
        <w:pBdr>
          <w:top w:val="single" w:sz="10" w:space="3" w:color="43879A"/>
          <w:left w:val="single" w:sz="10" w:space="3" w:color="43879A"/>
          <w:bottom w:val="single" w:sz="10" w:space="3" w:color="43879A"/>
          <w:right w:val="single" w:sz="10" w:space="3" w:color="43879A"/>
        </w:pBdr>
        <w:shd w:val="clear" w:color="auto" w:fill="43879A"/>
        <w:spacing w:before="100" w:after="100"/>
        <w:jc w:val="center"/>
      </w:pPr>
      <w:r>
        <w:rPr>
          <w:rFonts w:ascii="Times New Roman" w:eastAsia="Times New Roman" w:hAnsi="Times New Roman" w:cs="Times New Roman"/>
          <w:b/>
          <w:color w:val="FFFFFF"/>
          <w:sz w:val="32"/>
        </w:rPr>
        <w:t>ANSWER KEY</w:t>
      </w:r>
    </w:p>
    <w:tbl>
      <w:tblPr>
        <w:tblStyle w:val="TableGrid"/>
        <w:tblW w:w="0" w:type="auto"/>
        <w:jc w:val="center"/>
        <w:tblLayout w:type="fixed"/>
        <w:tblLook w:val="04A0" w:firstRow="1" w:lastRow="0" w:firstColumn="1" w:lastColumn="0" w:noHBand="0" w:noVBand="1"/>
      </w:tblPr>
      <w:tblGrid>
        <w:gridCol w:w="5184"/>
        <w:gridCol w:w="6408"/>
      </w:tblGrid>
      <w:tr w:rsidR="008C47A6" w14:paraId="559F4268" w14:textId="77777777" w:rsidTr="00057E0F">
        <w:trPr>
          <w:jc w:val="center"/>
        </w:trPr>
        <w:tc>
          <w:tcPr>
            <w:tcW w:w="5184" w:type="dxa"/>
            <w:shd w:val="clear" w:color="auto" w:fill="43879A"/>
            <w:tcMar>
              <w:top w:w="80" w:type="dxa"/>
              <w:left w:w="100" w:type="dxa"/>
              <w:bottom w:w="80" w:type="dxa"/>
              <w:right w:w="100" w:type="dxa"/>
            </w:tcMar>
            <w:vAlign w:val="center"/>
          </w:tcPr>
          <w:p w14:paraId="7123E8E1" w14:textId="77777777" w:rsidR="008C47A6" w:rsidRDefault="008C47A6" w:rsidP="00057E0F">
            <w:pPr>
              <w:jc w:val="center"/>
            </w:pPr>
            <w:r>
              <w:rPr>
                <w:rFonts w:ascii="Times New Roman" w:eastAsia="Times New Roman" w:hAnsi="Times New Roman" w:cs="Times New Roman"/>
                <w:b/>
                <w:color w:val="FFFFFF"/>
                <w:sz w:val="24"/>
              </w:rPr>
              <w:t>SECTION</w:t>
            </w:r>
          </w:p>
        </w:tc>
        <w:tc>
          <w:tcPr>
            <w:tcW w:w="5184" w:type="dxa"/>
            <w:shd w:val="clear" w:color="auto" w:fill="43879A"/>
            <w:tcMar>
              <w:top w:w="80" w:type="dxa"/>
              <w:left w:w="100" w:type="dxa"/>
              <w:bottom w:w="80" w:type="dxa"/>
              <w:right w:w="100" w:type="dxa"/>
            </w:tcMar>
            <w:vAlign w:val="center"/>
          </w:tcPr>
          <w:p w14:paraId="09A9E412" w14:textId="77777777" w:rsidR="008C47A6" w:rsidRDefault="008C47A6" w:rsidP="00057E0F">
            <w:pPr>
              <w:jc w:val="center"/>
            </w:pPr>
            <w:r>
              <w:rPr>
                <w:rFonts w:ascii="Times New Roman" w:eastAsia="Times New Roman" w:hAnsi="Times New Roman" w:cs="Times New Roman"/>
                <w:b/>
                <w:color w:val="FFFFFF"/>
                <w:sz w:val="24"/>
              </w:rPr>
              <w:t>ANSWERS</w:t>
            </w:r>
          </w:p>
        </w:tc>
      </w:tr>
      <w:tr w:rsidR="008C47A6" w14:paraId="5A4B9463" w14:textId="77777777" w:rsidTr="00057E0F">
        <w:trPr>
          <w:jc w:val="center"/>
        </w:trPr>
        <w:tc>
          <w:tcPr>
            <w:tcW w:w="3384" w:type="dxa"/>
            <w:shd w:val="clear" w:color="auto" w:fill="E7F3F4"/>
            <w:tcMar>
              <w:top w:w="80" w:type="dxa"/>
              <w:left w:w="100" w:type="dxa"/>
              <w:bottom w:w="80" w:type="dxa"/>
              <w:right w:w="100" w:type="dxa"/>
            </w:tcMar>
            <w:vAlign w:val="center"/>
          </w:tcPr>
          <w:p w14:paraId="59C36EA4" w14:textId="77777777" w:rsidR="008C47A6" w:rsidRDefault="008C47A6" w:rsidP="00057E0F">
            <w:r>
              <w:rPr>
                <w:rFonts w:ascii="Times New Roman" w:eastAsia="Times New Roman" w:hAnsi="Times New Roman" w:cs="Times New Roman"/>
                <w:b/>
                <w:color w:val="000000"/>
                <w:sz w:val="24"/>
              </w:rPr>
              <w:t>PART I. LISTENING</w:t>
            </w:r>
          </w:p>
        </w:tc>
        <w:tc>
          <w:tcPr>
            <w:tcW w:w="6408" w:type="dxa"/>
            <w:tcMar>
              <w:top w:w="80" w:type="dxa"/>
              <w:left w:w="100" w:type="dxa"/>
              <w:bottom w:w="80" w:type="dxa"/>
              <w:right w:w="100" w:type="dxa"/>
            </w:tcMar>
            <w:vAlign w:val="center"/>
          </w:tcPr>
          <w:p w14:paraId="397861C5" w14:textId="77777777" w:rsidR="008C47A6" w:rsidRDefault="008C47A6" w:rsidP="00057E0F">
            <w:r>
              <w:rPr>
                <w:rFonts w:ascii="Times New Roman" w:eastAsia="Times New Roman" w:hAnsi="Times New Roman" w:cs="Times New Roman"/>
                <w:color w:val="000000"/>
                <w:sz w:val="24"/>
              </w:rPr>
              <w:t>1B, 2B, 3C, 4A, 5A</w:t>
            </w:r>
          </w:p>
        </w:tc>
      </w:tr>
      <w:tr w:rsidR="008C47A6" w14:paraId="14AB03F0" w14:textId="77777777" w:rsidTr="00057E0F">
        <w:trPr>
          <w:jc w:val="center"/>
        </w:trPr>
        <w:tc>
          <w:tcPr>
            <w:tcW w:w="3384" w:type="dxa"/>
            <w:shd w:val="clear" w:color="auto" w:fill="E7F3F4"/>
            <w:tcMar>
              <w:top w:w="80" w:type="dxa"/>
              <w:left w:w="100" w:type="dxa"/>
              <w:bottom w:w="80" w:type="dxa"/>
              <w:right w:w="100" w:type="dxa"/>
            </w:tcMar>
            <w:vAlign w:val="center"/>
          </w:tcPr>
          <w:p w14:paraId="2088814B" w14:textId="77777777" w:rsidR="008C47A6" w:rsidRDefault="008C47A6" w:rsidP="00057E0F">
            <w:r>
              <w:rPr>
                <w:rFonts w:ascii="Times New Roman" w:eastAsia="Times New Roman" w:hAnsi="Times New Roman" w:cs="Times New Roman"/>
                <w:b/>
                <w:color w:val="000000"/>
                <w:sz w:val="24"/>
              </w:rPr>
              <w:t>PART II. PHONETICS</w:t>
            </w:r>
          </w:p>
        </w:tc>
        <w:tc>
          <w:tcPr>
            <w:tcW w:w="6408" w:type="dxa"/>
            <w:tcMar>
              <w:top w:w="80" w:type="dxa"/>
              <w:left w:w="100" w:type="dxa"/>
              <w:bottom w:w="80" w:type="dxa"/>
              <w:right w:w="100" w:type="dxa"/>
            </w:tcMar>
            <w:vAlign w:val="center"/>
          </w:tcPr>
          <w:p w14:paraId="2FD4E03B" w14:textId="77777777" w:rsidR="008C47A6" w:rsidRDefault="008C47A6" w:rsidP="00057E0F">
            <w:r>
              <w:rPr>
                <w:rFonts w:ascii="Times New Roman" w:eastAsia="Times New Roman" w:hAnsi="Times New Roman" w:cs="Times New Roman"/>
                <w:color w:val="000000"/>
                <w:sz w:val="24"/>
              </w:rPr>
              <w:t>6C, 7D, 8D, 9B</w:t>
            </w:r>
          </w:p>
        </w:tc>
      </w:tr>
      <w:tr w:rsidR="008C47A6" w14:paraId="1CA57DF4" w14:textId="77777777" w:rsidTr="00057E0F">
        <w:trPr>
          <w:jc w:val="center"/>
        </w:trPr>
        <w:tc>
          <w:tcPr>
            <w:tcW w:w="3384" w:type="dxa"/>
            <w:shd w:val="clear" w:color="auto" w:fill="E7F3F4"/>
            <w:tcMar>
              <w:top w:w="80" w:type="dxa"/>
              <w:left w:w="100" w:type="dxa"/>
              <w:bottom w:w="80" w:type="dxa"/>
              <w:right w:w="100" w:type="dxa"/>
            </w:tcMar>
            <w:vAlign w:val="center"/>
          </w:tcPr>
          <w:p w14:paraId="7FC2D31E" w14:textId="77777777" w:rsidR="008C47A6" w:rsidRDefault="008C47A6" w:rsidP="00057E0F">
            <w:r>
              <w:rPr>
                <w:rFonts w:ascii="Times New Roman" w:eastAsia="Times New Roman" w:hAnsi="Times New Roman" w:cs="Times New Roman"/>
                <w:b/>
                <w:color w:val="000000"/>
                <w:sz w:val="24"/>
              </w:rPr>
              <w:t>PART III. LANGUAGE USE</w:t>
            </w:r>
          </w:p>
        </w:tc>
        <w:tc>
          <w:tcPr>
            <w:tcW w:w="6408" w:type="dxa"/>
            <w:tcMar>
              <w:top w:w="80" w:type="dxa"/>
              <w:left w:w="100" w:type="dxa"/>
              <w:bottom w:w="80" w:type="dxa"/>
              <w:right w:w="100" w:type="dxa"/>
            </w:tcMar>
            <w:vAlign w:val="center"/>
          </w:tcPr>
          <w:p w14:paraId="702A2A4B" w14:textId="77777777" w:rsidR="008C47A6" w:rsidRDefault="008C47A6" w:rsidP="00057E0F">
            <w:r>
              <w:rPr>
                <w:rFonts w:ascii="Times New Roman" w:eastAsia="Times New Roman" w:hAnsi="Times New Roman" w:cs="Times New Roman"/>
                <w:color w:val="000000"/>
                <w:sz w:val="24"/>
              </w:rPr>
              <w:t>10B, 11A, 12B, 13B, 14A, 15C, 16C, 17A, 18A, 19B</w:t>
            </w:r>
          </w:p>
        </w:tc>
      </w:tr>
      <w:tr w:rsidR="008C47A6" w14:paraId="4D13B6AE" w14:textId="77777777" w:rsidTr="00057E0F">
        <w:trPr>
          <w:jc w:val="center"/>
        </w:trPr>
        <w:tc>
          <w:tcPr>
            <w:tcW w:w="3384" w:type="dxa"/>
            <w:shd w:val="clear" w:color="auto" w:fill="E7F3F4"/>
            <w:tcMar>
              <w:top w:w="80" w:type="dxa"/>
              <w:left w:w="100" w:type="dxa"/>
              <w:bottom w:w="80" w:type="dxa"/>
              <w:right w:w="100" w:type="dxa"/>
            </w:tcMar>
            <w:vAlign w:val="center"/>
          </w:tcPr>
          <w:p w14:paraId="13DDB31D" w14:textId="77777777" w:rsidR="008C47A6" w:rsidRDefault="008C47A6" w:rsidP="00057E0F">
            <w:r>
              <w:rPr>
                <w:rFonts w:ascii="Times New Roman" w:eastAsia="Times New Roman" w:hAnsi="Times New Roman" w:cs="Times New Roman"/>
                <w:b/>
                <w:color w:val="000000"/>
                <w:sz w:val="24"/>
              </w:rPr>
              <w:t>PART IV. PRACTICAL SKILLS</w:t>
            </w:r>
          </w:p>
        </w:tc>
        <w:tc>
          <w:tcPr>
            <w:tcW w:w="6408" w:type="dxa"/>
            <w:tcMar>
              <w:top w:w="80" w:type="dxa"/>
              <w:left w:w="100" w:type="dxa"/>
              <w:bottom w:w="80" w:type="dxa"/>
              <w:right w:w="100" w:type="dxa"/>
            </w:tcMar>
            <w:vAlign w:val="center"/>
          </w:tcPr>
          <w:p w14:paraId="3B2D1F3A" w14:textId="77777777" w:rsidR="008C47A6" w:rsidRDefault="008C47A6" w:rsidP="00057E0F">
            <w:r>
              <w:rPr>
                <w:rFonts w:ascii="Times New Roman" w:eastAsia="Times New Roman" w:hAnsi="Times New Roman" w:cs="Times New Roman"/>
                <w:color w:val="000000"/>
                <w:sz w:val="24"/>
              </w:rPr>
              <w:t>20B, 21D, 22A, 23C</w:t>
            </w:r>
          </w:p>
        </w:tc>
      </w:tr>
      <w:tr w:rsidR="008C47A6" w14:paraId="75102A4A" w14:textId="77777777" w:rsidTr="00057E0F">
        <w:trPr>
          <w:jc w:val="center"/>
        </w:trPr>
        <w:tc>
          <w:tcPr>
            <w:tcW w:w="3384" w:type="dxa"/>
            <w:shd w:val="clear" w:color="auto" w:fill="E7F3F4"/>
            <w:tcMar>
              <w:top w:w="80" w:type="dxa"/>
              <w:left w:w="100" w:type="dxa"/>
              <w:bottom w:w="80" w:type="dxa"/>
              <w:right w:w="100" w:type="dxa"/>
            </w:tcMar>
            <w:vAlign w:val="center"/>
          </w:tcPr>
          <w:p w14:paraId="08541D69" w14:textId="77777777" w:rsidR="008C47A6" w:rsidRDefault="008C47A6" w:rsidP="00057E0F">
            <w:r>
              <w:rPr>
                <w:rFonts w:ascii="Times New Roman" w:eastAsia="Times New Roman" w:hAnsi="Times New Roman" w:cs="Times New Roman"/>
                <w:b/>
                <w:color w:val="000000"/>
                <w:sz w:val="24"/>
              </w:rPr>
              <w:t>PART V. READING</w:t>
            </w:r>
          </w:p>
        </w:tc>
        <w:tc>
          <w:tcPr>
            <w:tcW w:w="6408" w:type="dxa"/>
            <w:tcMar>
              <w:top w:w="80" w:type="dxa"/>
              <w:left w:w="100" w:type="dxa"/>
              <w:bottom w:w="80" w:type="dxa"/>
              <w:right w:w="100" w:type="dxa"/>
            </w:tcMar>
            <w:vAlign w:val="center"/>
          </w:tcPr>
          <w:p w14:paraId="1DF903B6" w14:textId="77777777" w:rsidR="008C47A6" w:rsidRDefault="008C47A6" w:rsidP="00057E0F">
            <w:r>
              <w:rPr>
                <w:rFonts w:ascii="Times New Roman" w:eastAsia="Times New Roman" w:hAnsi="Times New Roman" w:cs="Times New Roman"/>
                <w:color w:val="000000"/>
                <w:sz w:val="24"/>
              </w:rPr>
              <w:t>24C, 25B, 26A, 27A, 28B, 29A, 30C, 31B, 32A</w:t>
            </w:r>
          </w:p>
        </w:tc>
      </w:tr>
      <w:tr w:rsidR="008C47A6" w14:paraId="64FEA3FD" w14:textId="77777777" w:rsidTr="00057E0F">
        <w:trPr>
          <w:jc w:val="center"/>
        </w:trPr>
        <w:tc>
          <w:tcPr>
            <w:tcW w:w="3384" w:type="dxa"/>
            <w:shd w:val="clear" w:color="auto" w:fill="E7F3F4"/>
            <w:tcMar>
              <w:top w:w="80" w:type="dxa"/>
              <w:left w:w="100" w:type="dxa"/>
              <w:bottom w:w="80" w:type="dxa"/>
              <w:right w:w="100" w:type="dxa"/>
            </w:tcMar>
            <w:vAlign w:val="center"/>
          </w:tcPr>
          <w:p w14:paraId="08335C89" w14:textId="77777777" w:rsidR="008C47A6" w:rsidRDefault="008C47A6" w:rsidP="00057E0F">
            <w:r>
              <w:rPr>
                <w:rFonts w:ascii="Times New Roman" w:eastAsia="Times New Roman" w:hAnsi="Times New Roman" w:cs="Times New Roman"/>
                <w:b/>
                <w:color w:val="000000"/>
                <w:sz w:val="24"/>
              </w:rPr>
              <w:t>PART VI. ORDERING</w:t>
            </w:r>
          </w:p>
        </w:tc>
        <w:tc>
          <w:tcPr>
            <w:tcW w:w="6408" w:type="dxa"/>
            <w:tcMar>
              <w:top w:w="80" w:type="dxa"/>
              <w:left w:w="100" w:type="dxa"/>
              <w:bottom w:w="80" w:type="dxa"/>
              <w:right w:w="100" w:type="dxa"/>
            </w:tcMar>
            <w:vAlign w:val="center"/>
          </w:tcPr>
          <w:p w14:paraId="3571ACCA" w14:textId="77777777" w:rsidR="008C47A6" w:rsidRDefault="008C47A6" w:rsidP="00057E0F">
            <w:r>
              <w:rPr>
                <w:rFonts w:ascii="Times New Roman" w:eastAsia="Times New Roman" w:hAnsi="Times New Roman" w:cs="Times New Roman"/>
                <w:color w:val="000000"/>
                <w:sz w:val="24"/>
              </w:rPr>
              <w:t>33A, 34B</w:t>
            </w:r>
          </w:p>
        </w:tc>
      </w:tr>
    </w:tbl>
    <w:p w14:paraId="17E5FC40" w14:textId="77777777" w:rsidR="008C47A6" w:rsidRDefault="008C47A6" w:rsidP="008C47A6">
      <w:pPr>
        <w:keepNext/>
        <w:pBdr>
          <w:top w:val="single" w:sz="7" w:space="2" w:color="E85B6B"/>
          <w:left w:val="single" w:sz="7" w:space="2" w:color="E85B6B"/>
          <w:bottom w:val="single" w:sz="7" w:space="2" w:color="E85B6B"/>
          <w:right w:val="single" w:sz="7" w:space="2" w:color="E85B6B"/>
        </w:pBdr>
        <w:shd w:val="clear" w:color="auto" w:fill="E85B6B"/>
        <w:spacing w:before="80"/>
      </w:pPr>
      <w:r>
        <w:rPr>
          <w:rFonts w:ascii="Times New Roman" w:eastAsia="Times New Roman" w:hAnsi="Times New Roman" w:cs="Times New Roman"/>
          <w:b/>
          <w:color w:val="FFFFFF"/>
          <w:sz w:val="26"/>
        </w:rPr>
        <w:t xml:space="preserve">  PART VII. WRITING – Suggested answers  </w:t>
      </w:r>
    </w:p>
    <w:p w14:paraId="6D0AE6D5" w14:textId="77777777" w:rsidR="008C47A6" w:rsidRDefault="008C47A6" w:rsidP="008C47A6">
      <w:pPr>
        <w:spacing w:after="80"/>
      </w:pPr>
      <w:r>
        <w:rPr>
          <w:rFonts w:ascii="Times New Roman" w:eastAsia="Times New Roman" w:hAnsi="Times New Roman" w:cs="Times New Roman"/>
          <w:b/>
          <w:color w:val="CD414E"/>
          <w:sz w:val="26"/>
        </w:rPr>
        <w:t xml:space="preserve">35. </w:t>
      </w:r>
      <w:r>
        <w:rPr>
          <w:rFonts w:ascii="Times New Roman" w:eastAsia="Times New Roman" w:hAnsi="Times New Roman" w:cs="Times New Roman"/>
          <w:color w:val="000000"/>
          <w:sz w:val="26"/>
        </w:rPr>
        <w:t>I will join the online workshop tomorrow.</w:t>
      </w:r>
    </w:p>
    <w:p w14:paraId="56467370" w14:textId="77777777" w:rsidR="008C47A6" w:rsidRDefault="008C47A6" w:rsidP="008C47A6">
      <w:pPr>
        <w:spacing w:after="80"/>
      </w:pPr>
      <w:r>
        <w:rPr>
          <w:rFonts w:ascii="Times New Roman" w:eastAsia="Times New Roman" w:hAnsi="Times New Roman" w:cs="Times New Roman"/>
          <w:b/>
          <w:color w:val="CD414E"/>
          <w:sz w:val="26"/>
        </w:rPr>
        <w:t xml:space="preserve">36. </w:t>
      </w:r>
      <w:r>
        <w:rPr>
          <w:rFonts w:ascii="Times New Roman" w:eastAsia="Times New Roman" w:hAnsi="Times New Roman" w:cs="Times New Roman"/>
          <w:color w:val="000000"/>
          <w:sz w:val="26"/>
        </w:rPr>
        <w:t>If you do not hurry up, you will miss the opening ceremony.</w:t>
      </w:r>
    </w:p>
    <w:p w14:paraId="67C7657A" w14:textId="77777777" w:rsidR="008C47A6" w:rsidRDefault="008C47A6" w:rsidP="008C47A6">
      <w:pPr>
        <w:spacing w:after="80"/>
      </w:pPr>
      <w:r>
        <w:rPr>
          <w:rFonts w:ascii="Times New Roman" w:eastAsia="Times New Roman" w:hAnsi="Times New Roman" w:cs="Times New Roman"/>
          <w:b/>
          <w:color w:val="CD414E"/>
          <w:sz w:val="26"/>
        </w:rPr>
        <w:t xml:space="preserve">37. </w:t>
      </w:r>
      <w:r>
        <w:rPr>
          <w:rFonts w:ascii="Times New Roman" w:eastAsia="Times New Roman" w:hAnsi="Times New Roman" w:cs="Times New Roman"/>
          <w:color w:val="000000"/>
          <w:sz w:val="26"/>
        </w:rPr>
        <w:t>Traditional crafts will certainly remain important.</w:t>
      </w:r>
    </w:p>
    <w:p w14:paraId="678CF8B2" w14:textId="77777777" w:rsidR="008C47A6" w:rsidRDefault="008C47A6" w:rsidP="008C47A6">
      <w:pPr>
        <w:spacing w:after="80"/>
      </w:pPr>
      <w:r>
        <w:rPr>
          <w:rFonts w:ascii="Times New Roman" w:eastAsia="Times New Roman" w:hAnsi="Times New Roman" w:cs="Times New Roman"/>
          <w:b/>
          <w:color w:val="CD414E"/>
          <w:sz w:val="26"/>
        </w:rPr>
        <w:t xml:space="preserve">38. </w:t>
      </w:r>
      <w:r>
        <w:rPr>
          <w:rFonts w:ascii="Times New Roman" w:eastAsia="Times New Roman" w:hAnsi="Times New Roman" w:cs="Times New Roman"/>
          <w:color w:val="000000"/>
          <w:sz w:val="26"/>
        </w:rPr>
        <w:t>If the weather is fine, we will visit the outdoor market.</w:t>
      </w:r>
    </w:p>
    <w:p w14:paraId="262DBCC7" w14:textId="77777777" w:rsidR="008C47A6" w:rsidRDefault="008C47A6" w:rsidP="008C47A6">
      <w:pPr>
        <w:spacing w:after="80" w:line="264" w:lineRule="auto"/>
      </w:pPr>
      <w:r>
        <w:rPr>
          <w:rFonts w:ascii="Times New Roman" w:eastAsia="Times New Roman" w:hAnsi="Times New Roman" w:cs="Times New Roman"/>
          <w:i/>
          <w:color w:val="000000"/>
          <w:sz w:val="23"/>
        </w:rPr>
        <w:t>Equivalent answers that preserve the required meaning and grammatical structure may also be accepted.</w:t>
      </w:r>
    </w:p>
    <w:p w14:paraId="43AFD84A" w14:textId="77777777" w:rsidR="008C47A6" w:rsidRDefault="008C47A6" w:rsidP="008C47A6">
      <w:pPr>
        <w:keepNext/>
        <w:pBdr>
          <w:top w:val="single" w:sz="7" w:space="2" w:color="E85B6B"/>
          <w:left w:val="single" w:sz="7" w:space="2" w:color="E85B6B"/>
          <w:bottom w:val="single" w:sz="7" w:space="2" w:color="E85B6B"/>
          <w:right w:val="single" w:sz="7" w:space="2" w:color="E85B6B"/>
        </w:pBdr>
        <w:shd w:val="clear" w:color="auto" w:fill="E85B6B"/>
        <w:spacing w:before="80"/>
      </w:pPr>
      <w:r>
        <w:rPr>
          <w:rFonts w:ascii="Times New Roman" w:eastAsia="Times New Roman" w:hAnsi="Times New Roman" w:cs="Times New Roman"/>
          <w:b/>
          <w:color w:val="FFFFFF"/>
          <w:sz w:val="26"/>
        </w:rPr>
        <w:lastRenderedPageBreak/>
        <w:t xml:space="preserve">  39. Sample paragraph (about 90 words)  </w:t>
      </w:r>
    </w:p>
    <w:p w14:paraId="4C0958FD" w14:textId="77777777" w:rsidR="008C47A6" w:rsidRDefault="008C47A6" w:rsidP="008C47A6">
      <w:pPr>
        <w:pBdr>
          <w:top w:val="single" w:sz="7" w:space="5" w:color="A9D3AD"/>
          <w:left w:val="single" w:sz="7" w:space="5" w:color="A9D3AD"/>
          <w:bottom w:val="single" w:sz="7" w:space="5" w:color="A9D3AD"/>
          <w:right w:val="single" w:sz="7" w:space="5" w:color="A9D3AD"/>
        </w:pBdr>
        <w:shd w:val="clear" w:color="auto" w:fill="E9F5EA"/>
        <w:spacing w:after="120" w:line="274" w:lineRule="auto"/>
      </w:pPr>
      <w:r>
        <w:rPr>
          <w:rFonts w:ascii="Times New Roman" w:eastAsia="Times New Roman" w:hAnsi="Times New Roman" w:cs="Times New Roman"/>
          <w:color w:val="000000"/>
          <w:sz w:val="26"/>
        </w:rPr>
        <w:t>Online learning allows students to study at home or anywhere with an internet connection. It is convenient because learners can save travelling time and replay difficult parts of a lesson. It also gives students access to many useful videos and digital exercises. However, online learning has some disadvantages. Students may feel lonely, become distracted by social media, or have problems with weak internet connections. In my opinion, online learning is very helpful when it is combined with face-to-face lessons and when students manage their screen time carefully.</w:t>
      </w:r>
    </w:p>
    <w:p w14:paraId="1DA7AE0A" w14:textId="77777777" w:rsidR="008C47A6" w:rsidRDefault="008C47A6" w:rsidP="008C47A6">
      <w:pPr>
        <w:keepNext/>
        <w:pBdr>
          <w:top w:val="single" w:sz="7" w:space="2" w:color="E85B6B"/>
          <w:left w:val="single" w:sz="7" w:space="2" w:color="E85B6B"/>
          <w:bottom w:val="single" w:sz="7" w:space="2" w:color="E85B6B"/>
          <w:right w:val="single" w:sz="7" w:space="2" w:color="E85B6B"/>
        </w:pBdr>
        <w:shd w:val="clear" w:color="auto" w:fill="E85B6B"/>
        <w:spacing w:before="80"/>
      </w:pPr>
      <w:r>
        <w:rPr>
          <w:rFonts w:ascii="Times New Roman" w:eastAsia="Times New Roman" w:hAnsi="Times New Roman" w:cs="Times New Roman"/>
          <w:b/>
          <w:color w:val="FFFFFF"/>
          <w:sz w:val="26"/>
        </w:rPr>
        <w:t xml:space="preserve">  Teacher note  </w:t>
      </w:r>
    </w:p>
    <w:p w14:paraId="44CC7E17" w14:textId="77777777" w:rsidR="008C47A6" w:rsidRDefault="008C47A6" w:rsidP="008C47A6">
      <w:pPr>
        <w:spacing w:after="40"/>
        <w:ind w:left="360" w:hanging="216"/>
      </w:pPr>
      <w:r>
        <w:rPr>
          <w:rFonts w:ascii="Times New Roman" w:eastAsia="Times New Roman" w:hAnsi="Times New Roman" w:cs="Times New Roman"/>
          <w:color w:val="000000"/>
          <w:sz w:val="23"/>
        </w:rPr>
        <w:t>• Question 34 is keyed as B because it is the only complete sequence offered in the test. For a future revision, “b – c – d – a” would also form a natural dialogue.</w:t>
      </w:r>
    </w:p>
    <w:p w14:paraId="6C1CEBCE" w14:textId="77777777" w:rsidR="008C47A6" w:rsidRPr="004F01A0" w:rsidRDefault="008C47A6" w:rsidP="00A46B9B">
      <w:pPr>
        <w:spacing w:after="30" w:line="228" w:lineRule="auto"/>
        <w:ind w:left="173"/>
        <w:rPr>
          <w:rFonts w:ascii="Times New Roman" w:hAnsi="Times New Roman" w:cs="Times New Roman"/>
          <w:szCs w:val="28"/>
        </w:rPr>
      </w:pPr>
    </w:p>
    <w:p w14:paraId="742565AB" w14:textId="77777777" w:rsidR="00A46B9B" w:rsidRPr="004F01A0" w:rsidRDefault="00A46B9B">
      <w:pPr>
        <w:spacing w:after="30" w:line="228" w:lineRule="auto"/>
        <w:ind w:left="173"/>
        <w:rPr>
          <w:rFonts w:ascii="Times New Roman" w:hAnsi="Times New Roman" w:cs="Times New Roman"/>
          <w:szCs w:val="28"/>
        </w:rPr>
      </w:pPr>
    </w:p>
    <w:sectPr w:rsidR="00A46B9B" w:rsidRPr="004F01A0" w:rsidSect="004F01A0">
      <w:headerReference w:type="even" r:id="rId10"/>
      <w:headerReference w:type="default" r:id="rId11"/>
      <w:footerReference w:type="even" r:id="rId12"/>
      <w:footerReference w:type="default" r:id="rId13"/>
      <w:headerReference w:type="first" r:id="rId14"/>
      <w:footerReference w:type="first" r:id="rId15"/>
      <w:pgSz w:w="12240" w:h="15840"/>
      <w:pgMar w:top="547" w:right="758" w:bottom="547" w:left="851" w:header="173" w:footer="17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EACDFA" w14:textId="77777777" w:rsidR="00FF5454" w:rsidRDefault="00FF5454">
      <w:pPr>
        <w:spacing w:after="0" w:line="240" w:lineRule="auto"/>
      </w:pPr>
      <w:r>
        <w:separator/>
      </w:r>
    </w:p>
  </w:endnote>
  <w:endnote w:type="continuationSeparator" w:id="0">
    <w:p w14:paraId="4A66CA9A" w14:textId="77777777" w:rsidR="00FF5454" w:rsidRDefault="00FF54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nTime">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80EDD8" w14:textId="77777777" w:rsidR="00042C40" w:rsidRDefault="00042C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DD0790" w14:textId="10D79213" w:rsidR="00257042" w:rsidRDefault="00042C40" w:rsidP="00042C40">
    <w:pPr>
      <w:pStyle w:val="Footer"/>
      <w:tabs>
        <w:tab w:val="center" w:pos="5315"/>
        <w:tab w:val="left" w:pos="6220"/>
      </w:tabs>
    </w:pPr>
    <w:r>
      <w:rPr>
        <w:color w:val="5A5A5A"/>
        <w:sz w:val="19"/>
      </w:rPr>
      <w:tab/>
    </w:r>
    <w:r>
      <w:rPr>
        <w:color w:val="5A5A5A"/>
        <w:sz w:val="19"/>
      </w:rPr>
      <w:tab/>
    </w:r>
    <w:r w:rsidR="00A37260">
      <w:rPr>
        <w:color w:val="5A5A5A"/>
        <w:sz w:val="19"/>
      </w:rPr>
      <w:t xml:space="preserve">•   Page </w:t>
    </w:r>
    <w:r w:rsidR="00A37260">
      <w:rPr>
        <w:color w:val="5A5A5A"/>
        <w:sz w:val="19"/>
      </w:rPr>
      <w:fldChar w:fldCharType="begin"/>
    </w:r>
    <w:r w:rsidR="00A37260">
      <w:rPr>
        <w:color w:val="5A5A5A"/>
        <w:sz w:val="19"/>
      </w:rPr>
      <w:instrText>PAGE</w:instrText>
    </w:r>
    <w:r w:rsidR="00A37260">
      <w:rPr>
        <w:color w:val="5A5A5A"/>
        <w:sz w:val="19"/>
      </w:rPr>
      <w:fldChar w:fldCharType="separate"/>
    </w:r>
    <w:r w:rsidR="008C47A6">
      <w:rPr>
        <w:noProof/>
        <w:color w:val="5A5A5A"/>
        <w:sz w:val="19"/>
      </w:rPr>
      <w:t>5</w:t>
    </w:r>
    <w:r w:rsidR="00A37260">
      <w:rPr>
        <w:color w:val="5A5A5A"/>
        <w:sz w:val="19"/>
      </w:rPr>
      <w:fldChar w:fldCharType="end"/>
    </w:r>
    <w:r>
      <w:rPr>
        <w:color w:val="5A5A5A"/>
        <w:sz w:val="19"/>
      </w:rPr>
      <w:tab/>
    </w: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23039E" w14:textId="77777777" w:rsidR="00042C40" w:rsidRDefault="00042C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F5E8ED" w14:textId="77777777" w:rsidR="00FF5454" w:rsidRDefault="00FF5454">
      <w:pPr>
        <w:spacing w:after="0" w:line="240" w:lineRule="auto"/>
      </w:pPr>
      <w:r>
        <w:separator/>
      </w:r>
    </w:p>
  </w:footnote>
  <w:footnote w:type="continuationSeparator" w:id="0">
    <w:p w14:paraId="1566A669" w14:textId="77777777" w:rsidR="00FF5454" w:rsidRDefault="00FF54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721E0D" w14:textId="77777777" w:rsidR="00042C40" w:rsidRDefault="00042C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4D5C66" w14:textId="43588B9D" w:rsidR="00257042" w:rsidRDefault="004F01A0">
    <w:pPr>
      <w:pStyle w:val="Header"/>
      <w:jc w:val="center"/>
    </w:pPr>
    <w:r>
      <w:rPr>
        <w:b/>
        <w:color w:val="427D8F"/>
        <w:sz w:val="21"/>
      </w:rPr>
      <w:t xml:space="preserve">                                                       UNIT 6: LIFESTYLES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E6EDF1" w14:textId="77777777" w:rsidR="00042C40" w:rsidRDefault="00042C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42C40"/>
    <w:rsid w:val="0006063C"/>
    <w:rsid w:val="0015074B"/>
    <w:rsid w:val="00183CFB"/>
    <w:rsid w:val="00257042"/>
    <w:rsid w:val="0029639D"/>
    <w:rsid w:val="00326F90"/>
    <w:rsid w:val="004473D8"/>
    <w:rsid w:val="004F01A0"/>
    <w:rsid w:val="006A7FBC"/>
    <w:rsid w:val="008C47A6"/>
    <w:rsid w:val="00977E42"/>
    <w:rsid w:val="00A37260"/>
    <w:rsid w:val="00A46B9B"/>
    <w:rsid w:val="00AA1D8D"/>
    <w:rsid w:val="00B47730"/>
    <w:rsid w:val="00C87F0C"/>
    <w:rsid w:val="00CB0664"/>
    <w:rsid w:val="00DA3D78"/>
    <w:rsid w:val="00DE6D0A"/>
    <w:rsid w:val="00FC693F"/>
    <w:rsid w:val="00FF54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08CDB7"/>
  <w14:defaultImageDpi w14:val="300"/>
  <w15:docId w15:val="{3C23A9AF-55EC-4172-BF74-7508FA476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VnTime" w:eastAsia="VnTime" w:hAnsi="VnTime" w:cs="VnTime"/>
      <w:sz w:val="2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4F01A0"/>
    <w:rPr>
      <w:color w:val="0000FF" w:themeColor="hyperlink"/>
      <w:u w:val="single"/>
    </w:rPr>
  </w:style>
  <w:style w:type="character" w:customStyle="1" w:styleId="UnresolvedMention1">
    <w:name w:val="Unresolved Mention1"/>
    <w:basedOn w:val="DefaultParagraphFont"/>
    <w:uiPriority w:val="99"/>
    <w:semiHidden/>
    <w:unhideWhenUsed/>
    <w:rsid w:val="004F01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F1DA0F-5353-48CA-A949-ED418B7FDD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1745</Words>
  <Characters>9947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11669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Global Success 8 - Unit 6 Lifestyles Test</dc:title>
  <dc:subject/>
  <dc:creator>Windy Bui</dc:creator>
  <cp:keywords/>
  <dc:description>generated by python-docx</dc:description>
  <cp:lastModifiedBy>ADMIN</cp:lastModifiedBy>
  <cp:revision>10</cp:revision>
  <dcterms:created xsi:type="dcterms:W3CDTF">2013-12-23T23:15:00Z</dcterms:created>
  <dcterms:modified xsi:type="dcterms:W3CDTF">2026-08-06T10:05:00Z</dcterms:modified>
  <cp:category/>
</cp:coreProperties>
</file>