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FILMS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51 -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Films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types of films and adjectives describing films.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critical appreciation of films and respectful discussion of preferences;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comedy, documentary, fantasy, science fiction,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films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8: FILMS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82-83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comedy, documentary, fantasy, science fiction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comedy, documentary, fantasy, science fiction;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documentary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fantasy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science fiction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confusing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exciting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comedy, documentary, fantasy, science fiction, confusing, exciting, frightening, moving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'OUR FAVOURITE FILM'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OUR FAVOURITE FILM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film poster or short trailer including title, type, director, cast, summary, and recommendation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FILMS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52 -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types of films and adjectives describing films.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/ɪə/ and /eə/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critical appreciation of films and respectful discussion of preferences;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comedy, documentary, fantasy,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/ɪə/ and /eə/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documentary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fantasy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science fiction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confusing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film poster, film review, director, cast, copyright-free trailer music;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documentary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fantasy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science fiction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confusing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exciting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frightening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moving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/ɪə/ and /eə/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/ɪə/ and /eə/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near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here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nightmare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share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careful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FILMS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53 -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although / though and however.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critical appreciation of films and respectful discussion of preferences;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although / though and however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although / though and however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 the film was long, it was exciting.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acting was excellent. However, the story was confusing.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Although/Though + clause, clause. / Sentence. However, contrasting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 the film was long, it was exciting.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acting was excellent. However, the story was confusing.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86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 the film was long, it was exciting.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acting was excellent. However, the story was confusing.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'OUR FAVOURITE FILM'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Although/Though + clause, clause. / Sentence. However, contrasting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FILMS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54 -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accepting and declining suggestions.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critical appreciation of films and respectful discussion of preferences;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Accepting and declining suggestions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Let's watch a comedy tonight.  B: Good idea! / I'm sorry, but I'd rather watch a documentary.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accepting and declining suggestions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Let's watch a comedy tonight.  B: Good idea! / I'm sorry, but I'd rather watch a documentary.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film poster, film review, director, cast, copyright-free trailer music;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a film using notes and follow-up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comedy, documentary, fantasy, science fiction, confusing, exciting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OUR FAVOURITE FILM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film poster or short trailer including title, type, director, cast, summary, and recommendation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FILMS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55 -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a film review and information about a favourite film.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a film using notes and follow-up questions.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critical appreciation of films and respectful discussion of preferences;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plot, director, character, recommend.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a film review and information about a favourite film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film review and information about a favourite film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plot, director, character, recommend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film poster, film review, director, cast, copyright-free trailer music,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plot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director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character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recommend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useful review states the film type and main characters.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briefly describes the plot without revealing everything.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gives a clear opinion and recommendation.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a film using notes and follow-up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FILMS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56 -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a conversation about the film Naughty Twins.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a favourite film.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critical appreciation of films and respectful discussion of preferences;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a conversation about the film Naughty Twins.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89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a conversation about the film Naughty Twins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a favourite film.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film poster or short trailer including title, type, director, cast, summary, and recommendation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8: FILMS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57 -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critical appreciation of films and respectful discussion of preferences;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types of films and adjectives describing films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 / though and however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comedy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documentary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fantasy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science fiction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confusing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exciting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frightening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moving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although / though and however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Although/Though + clause, clause. / Sentence. However, contrasting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Although the film was long, it was exciting.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acting was excellent. However, the story was confusing.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'OUR FAVOURITE FILM'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OUR FAVOURITE FILM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film poster or short trailer including title, type, director, cast, summary, and recommendation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8: FILMS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OUR FAVOURITE FILM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film poster or short trailer including title, type, director, cast, summary, and recommendation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8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7 GLOBAL SUCCESS - UNIT 8: FILMS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