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23 -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Music And Arts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music, visual arts, artists, performances, and art venues.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art gallery, composer, concert hall, musician,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music and arts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4: MUSIC AND ARTS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40-41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art gallery, composer, concert hall, musician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art gallery, composer, concert hall, musician;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art gallery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composer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concert hall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musician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portrait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 puppet show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art gallery, composer, concert hall, musician, portrait, water puppet show, paintbrush, photography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'SCHOOL MUSIC SHOW'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SCHOOL MUSIC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invitation or short trailer for a school music-and-arts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24 -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music, visual arts, artists, performances, and art venues.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/ʃ/ and /ʒ/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art gallery, composer, concert hall,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/ʃ/ and /ʒ/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art gallery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composer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concert hall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musician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portrait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water puppetry, Vietnamese folk music, street painting, school music show;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art gallery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composer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concert hall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musician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portrait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 puppet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paintbrush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photography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/ʃ/ and /ʒ/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/ʃ/ and /ʒ/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special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musician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television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vision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pleasure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25 -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Comparisons with like, different from, and (not) as ... as.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comparisons with like, different from, and (not) as ... as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Comparisons with like, different from, and (not) as ... as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Rock is different from country music.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museum is as interesting as that one.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is like B. / A is different from B. / A is (not) as + adjective + as 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Rock is different from country music.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museum is as interesting as that one.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Picture A is not as big as picture B.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44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Rock is different from country music.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museum is as interesting as that one.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Picture A is not as big as picture B.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'SCHOOL MUSIC SHOW'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is like B. / A is different from B. / A is (not) as + adjective + as 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26 -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expressing preferences.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Expressing preferences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Which do you prefer, pop or folk music?  B: I prefer folk music because it is meaningful.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expressing preferences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Which do you prefer, pop or folk music?  B: I prefer folk music because it is meaningful.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water puppetry, Vietnamese folk music, street painting, school music show;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a musical performance at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art gallery, composer, concert hall, musician, portrait, water puppet show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SCHOOL MUSIC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invitation or short trailer for a school music-and-arts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27 -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water puppetry as a traditional Vietnamese art form.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a musical performance at school.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puppeteer, perform, rural, traditional.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water puppetry as a traditional Vietnamese art form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 puppetry as a traditional Vietnamese art form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puppeteer, perform, rural, traditional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water puppetry, Vietnamese folk music, street painting, school music show,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puppeteer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perform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rural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traditional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 puppetry is a traditional art form.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Puppeteers control puppets on water.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Shows often present village life and folk stories.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a musical performance at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28 -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a talk about street painting.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an informal letter inviting a friend to an art or music event.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a talk about street painting.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47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a talk about street painting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an informal letter inviting a friend to an art or music event.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invitation or short trailer for a school music-and-arts show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4: MUSIC AND ARTS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29 -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appreciation and preservation of cultural and artistic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music, visual arts, artists, performances, and art venues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Comparisons with like, different from, and (not) as ... as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art gallery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composer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concert hall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musician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portrait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 puppet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paintbrush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photography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Comparisons with like, different from, and (not) as ... as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is like B. / A is different from B. / A is (not) as + adjective + as 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Rock is different from country music.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museum is as interesting as that one.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'SCHOOL MUSIC SHOW'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SCHOOL MUSIC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invitation or short trailer for a school music-and-arts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4: MUSIC AND ARTS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SCHOOL MUSIC SHOW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invitation or short trailer for a school music-and-arts show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4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7 GLOBAL SUCCESS - UNIT 4: MUSIC AND ARTS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