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2"/>
        </w:rPr>
        <w:t>UBND …………………………     TRƯỜNG …………………………</w:t>
      </w:r>
    </w:p>
    <w:p>
      <w:pPr>
        <w:jc w:val="center"/>
      </w:pPr>
      <w:r>
        <w:rPr>
          <w:b/>
          <w:sz w:val="28"/>
        </w:rPr>
        <w:t>ĐỀ KIỂM TRA GIỮA KÌ I NĂM HỌC 2026–2027</w:t>
      </w:r>
    </w:p>
    <w:p>
      <w:pPr>
        <w:jc w:val="center"/>
      </w:pPr>
      <w:r>
        <w:rPr>
          <w:b/>
          <w:sz w:val="26"/>
        </w:rPr>
        <w:t>MÔN TIẾNG ANH 8 • ĐỀ 03</w:t>
      </w:r>
    </w:p>
    <w:p>
      <w:pPr>
        <w:jc w:val="center"/>
      </w:pPr>
      <w:r>
        <w:rPr>
          <w:b w:val="0"/>
          <w:sz w:val="22"/>
        </w:rPr>
        <w:t>Thời gian làm bài 60 phút kể cả thời gian nghe</w:t>
      </w:r>
    </w:p>
    <w:p>
      <w:r>
        <w:rPr>
          <w:b w:val="0"/>
        </w:rPr>
        <w:t>Họ và tên: ……………………………………… Lớp: …………</w:t>
      </w:r>
    </w:p>
    <w:p>
      <w:r>
        <w:rPr>
          <w:b/>
          <w:sz w:val="26"/>
        </w:rPr>
        <w:t>I. LISTENING (2.0 points)</w:t>
      </w:r>
    </w:p>
    <w:p>
      <w:r>
        <w:rPr>
          <w:b w:val="0"/>
        </w:rPr>
        <w:t>Task 1. Listen to the conversation and choose A, B or C. You will listen TWICE. Question 0 is an example. (1.0 point)</w:t>
      </w:r>
    </w:p>
    <w:p>
      <w:r>
        <w:rPr>
          <w:b/>
        </w:rPr>
        <w:t>0. Which club did Peter join?</w:t>
      </w:r>
    </w:p>
    <w:p>
      <w:pPr>
        <w:spacing w:after="100"/>
      </w:pPr>
      <w:r>
        <w:t xml:space="preserve">A. </w:t>
      </w:r>
      <w:r>
        <w:t>The photography club</w:t>
      </w:r>
      <w:r>
        <w:t xml:space="preserve">     </w:t>
      </w:r>
      <w:r>
        <w:t xml:space="preserve">B. </w:t>
      </w:r>
      <w:r>
        <w:t>The music club</w:t>
      </w:r>
      <w:r>
        <w:t xml:space="preserve">     </w:t>
      </w:r>
      <w:r>
        <w:t xml:space="preserve">C. </w:t>
      </w:r>
      <w:r>
        <w:t>The sports club</w:t>
      </w:r>
    </w:p>
    <w:p>
      <w:r>
        <w:rPr>
          <w:b w:val="0"/>
          <w:sz w:val="22"/>
        </w:rPr>
        <w:t>Example answer: A.</w:t>
      </w:r>
    </w:p>
    <w:p>
      <w:r>
        <w:rPr>
          <w:b/>
        </w:rPr>
        <w:t>1. When does the club meet?</w:t>
      </w:r>
    </w:p>
    <w:p>
      <w:pPr>
        <w:spacing w:after="100"/>
      </w:pPr>
      <w:r>
        <w:t xml:space="preserve">A. </w:t>
      </w:r>
      <w:r>
        <w:t>On Wednesday afternoons</w:t>
      </w:r>
      <w:r>
        <w:t xml:space="preserve">     </w:t>
      </w:r>
      <w:r>
        <w:t xml:space="preserve">B. </w:t>
      </w:r>
      <w:r>
        <w:t>On Saturday mornings</w:t>
      </w:r>
      <w:r>
        <w:t xml:space="preserve">     </w:t>
      </w:r>
      <w:r>
        <w:t xml:space="preserve">C. </w:t>
      </w:r>
      <w:r>
        <w:t>On Tuesday afternoons</w:t>
      </w:r>
    </w:p>
    <w:p>
      <w:r>
        <w:rPr>
          <w:b/>
        </w:rPr>
        <w:t>2. What equipment can members use?</w:t>
      </w:r>
    </w:p>
    <w:p>
      <w:pPr>
        <w:spacing w:after="100"/>
      </w:pPr>
      <w:r>
        <w:t xml:space="preserve">A. </w:t>
      </w:r>
      <w:r>
        <w:t>A school computer</w:t>
      </w:r>
      <w:r>
        <w:t xml:space="preserve">     </w:t>
      </w:r>
      <w:r>
        <w:t xml:space="preserve">B. </w:t>
      </w:r>
      <w:r>
        <w:t>A phone camera</w:t>
      </w:r>
      <w:r>
        <w:t xml:space="preserve">     </w:t>
      </w:r>
      <w:r>
        <w:t xml:space="preserve">C. </w:t>
      </w:r>
      <w:r>
        <w:t>Only an expensive camera</w:t>
      </w:r>
    </w:p>
    <w:p>
      <w:r>
        <w:rPr>
          <w:b/>
        </w:rPr>
        <w:t>3. What did they photograph first?</w:t>
      </w:r>
    </w:p>
    <w:p>
      <w:pPr>
        <w:spacing w:after="100"/>
      </w:pPr>
      <w:r>
        <w:t xml:space="preserve">A. </w:t>
      </w:r>
      <w:r>
        <w:t>Flowers</w:t>
      </w:r>
      <w:r>
        <w:t xml:space="preserve">     </w:t>
      </w:r>
      <w:r>
        <w:t xml:space="preserve">B. </w:t>
      </w:r>
      <w:r>
        <w:t>An old bridge</w:t>
      </w:r>
      <w:r>
        <w:t xml:space="preserve">     </w:t>
      </w:r>
      <w:r>
        <w:t xml:space="preserve">C. </w:t>
      </w:r>
      <w:r>
        <w:t>Trees</w:t>
      </w:r>
    </w:p>
    <w:p>
      <w:r>
        <w:rPr>
          <w:b/>
        </w:rPr>
        <w:t>4. What does Peter like best?</w:t>
      </w:r>
    </w:p>
    <w:p>
      <w:pPr>
        <w:spacing w:after="100"/>
      </w:pPr>
      <w:r>
        <w:t xml:space="preserve">A. </w:t>
      </w:r>
      <w:r>
        <w:t>Sharing photos</w:t>
      </w:r>
      <w:r>
        <w:t xml:space="preserve">     </w:t>
      </w:r>
      <w:r>
        <w:t xml:space="preserve">B. </w:t>
      </w:r>
      <w:r>
        <w:t>Buying new cameras</w:t>
      </w:r>
      <w:r>
        <w:t xml:space="preserve">     </w:t>
      </w:r>
      <w:r>
        <w:t xml:space="preserve">C. </w:t>
      </w:r>
      <w:r>
        <w:t>Travelling by bus</w:t>
      </w:r>
    </w:p>
    <w:p>
      <w:r>
        <w:rPr>
          <w:b w:val="0"/>
        </w:rPr>
        <w:t>Task 2. Listen to the talk and write T (True) or F (False). You will listen TWICE. Question 0 is an example. (1.0 point)</w:t>
      </w:r>
    </w:p>
    <w:tbl>
      <w:tblPr>
        <w:tblStyle w:val="TableGrid"/>
        <w:tblW w:type="auto" w:w="0"/>
        <w:tblLayout w:type="fixed"/>
        <w:tblLook w:firstColumn="1" w:firstRow="1" w:lastColumn="0" w:lastRow="0" w:noHBand="0" w:noVBand="1" w:val="04A0"/>
      </w:tblPr>
      <w:tblGrid>
        <w:gridCol w:w="8674"/>
        <w:gridCol w:w="1134"/>
      </w:tblGrid>
      <w:tr>
        <w:trPr>
          <w:cantSplit/>
        </w:trPr>
        <w:tc>
          <w:tcPr>
            <w:tcW w:type="dxa" w:w="8674"/>
            <w:tcBorders>
              <w:top w:val="single" w:sz="4" w:color="D9D9D9"/>
              <w:left w:val="single" w:sz="4" w:color="D9D9D9"/>
              <w:bottom w:val="single" w:sz="4" w:color="D9D9D9"/>
              <w:right w:val="single" w:sz="4" w:color="D9D9D9"/>
            </w:tcBorders>
            <w:shd w:fill="EAEAEA"/>
          </w:tcPr>
          <w:p>
            <w:pPr>
              <w:spacing w:after="40" w:line="240" w:lineRule="auto"/>
            </w:pPr>
            <w:r>
              <w:rPr>
                <w:b/>
                <w:sz w:val="22"/>
              </w:rPr>
              <w:t>Statements</w:t>
            </w:r>
          </w:p>
        </w:tc>
        <w:tc>
          <w:tcPr>
            <w:tcW w:type="dxa" w:w="1134"/>
            <w:tcBorders>
              <w:top w:val="single" w:sz="4" w:color="D9D9D9"/>
              <w:left w:val="single" w:sz="4" w:color="D9D9D9"/>
              <w:bottom w:val="single" w:sz="4" w:color="D9D9D9"/>
              <w:right w:val="single" w:sz="4" w:color="D9D9D9"/>
            </w:tcBorders>
            <w:shd w:fill="EAEAEA"/>
          </w:tcPr>
          <w:p>
            <w:pPr>
              <w:spacing w:after="40" w:line="240" w:lineRule="auto"/>
            </w:pPr>
            <w:r>
              <w:rPr>
                <w:b/>
                <w:sz w:val="22"/>
              </w:rPr>
              <w:t>T / F</w:t>
            </w:r>
          </w:p>
        </w:tc>
      </w:tr>
      <w:tr>
        <w:trPr>
          <w:cantSplit/>
        </w:trPr>
        <w:tc>
          <w:tcPr>
            <w:tcW w:type="dxa" w:w="8674"/>
            <w:tcBorders>
              <w:top w:val="single" w:sz="4" w:color="D9D9D9"/>
              <w:left w:val="single" w:sz="4" w:color="D9D9D9"/>
              <w:bottom w:val="single" w:sz="4" w:color="D9D9D9"/>
              <w:right w:val="single" w:sz="4" w:color="D9D9D9"/>
            </w:tcBorders>
          </w:tcPr>
          <w:p>
            <w:pPr>
              <w:spacing w:after="40" w:line="240" w:lineRule="auto"/>
            </w:pPr>
            <w:r>
              <w:rPr>
                <w:b w:val="0"/>
                <w:sz w:val="22"/>
              </w:rPr>
              <w:t>0. Anna draws on Monday.</w:t>
            </w:r>
          </w:p>
        </w:tc>
        <w:tc>
          <w:tcPr>
            <w:tcW w:type="dxa" w:w="1134"/>
            <w:tcBorders>
              <w:top w:val="single" w:sz="4" w:color="D9D9D9"/>
              <w:left w:val="single" w:sz="4" w:color="D9D9D9"/>
              <w:bottom w:val="single" w:sz="4" w:color="D9D9D9"/>
              <w:right w:val="single" w:sz="4" w:color="D9D9D9"/>
            </w:tcBorders>
          </w:tcPr>
          <w:p>
            <w:pPr>
              <w:spacing w:after="40" w:line="240" w:lineRule="auto"/>
            </w:pPr>
            <w:r>
              <w:rPr>
                <w:b w:val="0"/>
                <w:sz w:val="22"/>
              </w:rPr>
              <w:t>T</w:t>
            </w:r>
          </w:p>
        </w:tc>
      </w:tr>
      <w:tr>
        <w:trPr>
          <w:cantSplit/>
        </w:trPr>
        <w:tc>
          <w:tcPr>
            <w:tcW w:type="dxa" w:w="8674"/>
            <w:tcBorders>
              <w:top w:val="single" w:sz="4" w:color="D9D9D9"/>
              <w:left w:val="single" w:sz="4" w:color="D9D9D9"/>
              <w:bottom w:val="single" w:sz="4" w:color="D9D9D9"/>
              <w:right w:val="single" w:sz="4" w:color="D9D9D9"/>
            </w:tcBorders>
          </w:tcPr>
          <w:p>
            <w:pPr>
              <w:spacing w:after="40" w:line="240" w:lineRule="auto"/>
            </w:pPr>
            <w:r>
              <w:rPr>
                <w:b w:val="0"/>
                <w:sz w:val="22"/>
              </w:rPr>
              <w:t>5. She goes to the swimming pool by bus.</w:t>
            </w:r>
          </w:p>
        </w:tc>
        <w:tc>
          <w:tcPr>
            <w:tcW w:type="dxa" w:w="1134"/>
            <w:tcBorders>
              <w:top w:val="single" w:sz="4" w:color="D9D9D9"/>
              <w:left w:val="single" w:sz="4" w:color="D9D9D9"/>
              <w:bottom w:val="single" w:sz="4" w:color="D9D9D9"/>
              <w:right w:val="single" w:sz="4" w:color="D9D9D9"/>
            </w:tcBorders>
          </w:tcPr>
          <w:p>
            <w:pPr>
              <w:spacing w:after="40" w:line="240" w:lineRule="auto"/>
            </w:pPr>
            <w:r>
              <w:rPr>
                <w:b w:val="0"/>
                <w:sz w:val="22"/>
              </w:rPr>
            </w:r>
          </w:p>
        </w:tc>
      </w:tr>
      <w:tr>
        <w:trPr>
          <w:cantSplit/>
        </w:trPr>
        <w:tc>
          <w:tcPr>
            <w:tcW w:type="dxa" w:w="8674"/>
            <w:tcBorders>
              <w:top w:val="single" w:sz="4" w:color="D9D9D9"/>
              <w:left w:val="single" w:sz="4" w:color="D9D9D9"/>
              <w:bottom w:val="single" w:sz="4" w:color="D9D9D9"/>
              <w:right w:val="single" w:sz="4" w:color="D9D9D9"/>
            </w:tcBorders>
          </w:tcPr>
          <w:p>
            <w:pPr>
              <w:spacing w:after="40" w:line="240" w:lineRule="auto"/>
            </w:pPr>
            <w:r>
              <w:rPr>
                <w:b w:val="0"/>
                <w:sz w:val="22"/>
              </w:rPr>
              <w:t>6. She plays volleyball on Wednesday.</w:t>
            </w:r>
          </w:p>
        </w:tc>
        <w:tc>
          <w:tcPr>
            <w:tcW w:type="dxa" w:w="1134"/>
            <w:tcBorders>
              <w:top w:val="single" w:sz="4" w:color="D9D9D9"/>
              <w:left w:val="single" w:sz="4" w:color="D9D9D9"/>
              <w:bottom w:val="single" w:sz="4" w:color="D9D9D9"/>
              <w:right w:val="single" w:sz="4" w:color="D9D9D9"/>
            </w:tcBorders>
          </w:tcPr>
          <w:p>
            <w:pPr>
              <w:spacing w:after="40" w:line="240" w:lineRule="auto"/>
            </w:pPr>
            <w:r>
              <w:rPr>
                <w:b w:val="0"/>
                <w:sz w:val="22"/>
              </w:rPr>
            </w:r>
          </w:p>
        </w:tc>
      </w:tr>
      <w:tr>
        <w:trPr>
          <w:cantSplit/>
        </w:trPr>
        <w:tc>
          <w:tcPr>
            <w:tcW w:type="dxa" w:w="8674"/>
            <w:tcBorders>
              <w:top w:val="single" w:sz="4" w:color="D9D9D9"/>
              <w:left w:val="single" w:sz="4" w:color="D9D9D9"/>
              <w:bottom w:val="single" w:sz="4" w:color="D9D9D9"/>
              <w:right w:val="single" w:sz="4" w:color="D9D9D9"/>
            </w:tcBorders>
          </w:tcPr>
          <w:p>
            <w:pPr>
              <w:spacing w:after="40" w:line="240" w:lineRule="auto"/>
            </w:pPr>
            <w:r>
              <w:rPr>
                <w:b w:val="0"/>
                <w:sz w:val="22"/>
              </w:rPr>
              <w:t>7. Her book club meets at seven on Friday morning.</w:t>
            </w:r>
          </w:p>
        </w:tc>
        <w:tc>
          <w:tcPr>
            <w:tcW w:type="dxa" w:w="1134"/>
            <w:tcBorders>
              <w:top w:val="single" w:sz="4" w:color="D9D9D9"/>
              <w:left w:val="single" w:sz="4" w:color="D9D9D9"/>
              <w:bottom w:val="single" w:sz="4" w:color="D9D9D9"/>
              <w:right w:val="single" w:sz="4" w:color="D9D9D9"/>
            </w:tcBorders>
          </w:tcPr>
          <w:p>
            <w:pPr>
              <w:spacing w:after="40" w:line="240" w:lineRule="auto"/>
            </w:pPr>
            <w:r>
              <w:rPr>
                <w:b w:val="0"/>
                <w:sz w:val="22"/>
              </w:rPr>
            </w:r>
          </w:p>
        </w:tc>
      </w:tr>
      <w:tr>
        <w:trPr>
          <w:cantSplit/>
        </w:trPr>
        <w:tc>
          <w:tcPr>
            <w:tcW w:type="dxa" w:w="8674"/>
            <w:tcBorders>
              <w:top w:val="single" w:sz="4" w:color="D9D9D9"/>
              <w:left w:val="single" w:sz="4" w:color="D9D9D9"/>
              <w:bottom w:val="single" w:sz="4" w:color="D9D9D9"/>
              <w:right w:val="single" w:sz="4" w:color="D9D9D9"/>
            </w:tcBorders>
          </w:tcPr>
          <w:p>
            <w:pPr>
              <w:spacing w:after="40" w:line="240" w:lineRule="auto"/>
            </w:pPr>
            <w:r>
              <w:rPr>
                <w:b w:val="0"/>
                <w:sz w:val="22"/>
              </w:rPr>
              <w:t>8. She uses her phone all the time at her grandparents’ home.</w:t>
            </w:r>
          </w:p>
        </w:tc>
        <w:tc>
          <w:tcPr>
            <w:tcW w:type="dxa" w:w="1134"/>
            <w:tcBorders>
              <w:top w:val="single" w:sz="4" w:color="D9D9D9"/>
              <w:left w:val="single" w:sz="4" w:color="D9D9D9"/>
              <w:bottom w:val="single" w:sz="4" w:color="D9D9D9"/>
              <w:right w:val="single" w:sz="4" w:color="D9D9D9"/>
            </w:tcBorders>
          </w:tcPr>
          <w:p>
            <w:pPr>
              <w:spacing w:after="40" w:line="240" w:lineRule="auto"/>
            </w:pPr>
            <w:r>
              <w:rPr>
                <w:b w:val="0"/>
                <w:sz w:val="22"/>
              </w:rPr>
            </w:r>
          </w:p>
        </w:tc>
      </w:tr>
    </w:tbl>
    <w:p>
      <w:r>
        <w:rPr>
          <w:b/>
          <w:sz w:val="26"/>
        </w:rPr>
        <w:t>II. PRONUNCIATION (0.5 point)</w:t>
      </w:r>
    </w:p>
    <w:p>
      <w:r>
        <w:rPr>
          <w:b w:val="0"/>
        </w:rPr>
        <w:t>Choose the word whose underlined part is pronounced differently from the others.</w:t>
      </w:r>
    </w:p>
    <w:p>
      <w:r>
        <w:rPr>
          <w:b/>
        </w:rPr>
        <w:t>9.</w:t>
      </w:r>
    </w:p>
    <w:p>
      <w:pPr>
        <w:spacing w:after="100"/>
      </w:pPr>
      <w:r>
        <w:t xml:space="preserve">A. </w:t>
      </w:r>
      <w:r>
        <w:t>cook</w:t>
      </w:r>
      <w:r>
        <w:rPr>
          <w:u w:val="single"/>
        </w:rPr>
        <w:t>ed</w:t>
      </w:r>
      <w:r/>
      <w:r>
        <w:t xml:space="preserve">     </w:t>
      </w:r>
      <w:r>
        <w:t xml:space="preserve">B. </w:t>
      </w:r>
      <w:r>
        <w:t>need</w:t>
      </w:r>
      <w:r>
        <w:rPr>
          <w:u w:val="single"/>
        </w:rPr>
        <w:t>ed</w:t>
      </w:r>
      <w:r/>
      <w:r>
        <w:t xml:space="preserve">     </w:t>
      </w:r>
      <w:r>
        <w:t xml:space="preserve">C. </w:t>
      </w:r>
      <w:r>
        <w:t>laugh</w:t>
      </w:r>
      <w:r>
        <w:rPr>
          <w:u w:val="single"/>
        </w:rPr>
        <w:t>ed</w:t>
      </w:r>
      <w:r/>
      <w:r>
        <w:t xml:space="preserve">     </w:t>
      </w:r>
      <w:r>
        <w:t xml:space="preserve">D. </w:t>
      </w:r>
      <w:r>
        <w:t>stopp</w:t>
      </w:r>
      <w:r>
        <w:rPr>
          <w:u w:val="single"/>
        </w:rPr>
        <w:t>ed</w:t>
      </w:r>
      <w:r/>
    </w:p>
    <w:p>
      <w:r>
        <w:rPr>
          <w:b/>
        </w:rPr>
        <w:t>10.</w:t>
      </w:r>
    </w:p>
    <w:p>
      <w:pPr>
        <w:spacing w:after="100"/>
      </w:pPr>
      <w:r>
        <w:t xml:space="preserve">A. </w:t>
      </w:r>
      <w:r>
        <w:t>t</w:t>
      </w:r>
      <w:r>
        <w:rPr>
          <w:u w:val="single"/>
        </w:rPr>
        <w:t>oo</w:t>
      </w:r>
      <w:r>
        <w:t>th</w:t>
      </w:r>
      <w:r>
        <w:t xml:space="preserve">     </w:t>
      </w:r>
      <w:r>
        <w:t xml:space="preserve">B. </w:t>
      </w:r>
      <w:r>
        <w:t>n</w:t>
      </w:r>
      <w:r>
        <w:rPr>
          <w:u w:val="single"/>
        </w:rPr>
        <w:t>oo</w:t>
      </w:r>
      <w:r>
        <w:t>n</w:t>
      </w:r>
      <w:r>
        <w:t xml:space="preserve">     </w:t>
      </w:r>
      <w:r>
        <w:t xml:space="preserve">C. </w:t>
      </w:r>
      <w:r>
        <w:t>g</w:t>
      </w:r>
      <w:r>
        <w:rPr>
          <w:u w:val="single"/>
        </w:rPr>
        <w:t>oo</w:t>
      </w:r>
      <w:r>
        <w:t>d</w:t>
      </w:r>
      <w:r>
        <w:t xml:space="preserve">     </w:t>
      </w:r>
      <w:r>
        <w:t xml:space="preserve">D. </w:t>
      </w:r>
      <w:r>
        <w:t>sp</w:t>
      </w:r>
      <w:r>
        <w:rPr>
          <w:u w:val="single"/>
        </w:rPr>
        <w:t>oo</w:t>
      </w:r>
      <w:r>
        <w:t>n</w:t>
      </w:r>
    </w:p>
    <w:p>
      <w:r>
        <w:br w:type="page"/>
      </w:r>
    </w:p>
    <w:p>
      <w:r>
        <w:rPr>
          <w:b/>
          <w:sz w:val="26"/>
        </w:rPr>
        <w:t>III. GRAMMAR AND VOCABULARY (3.0 points)</w:t>
      </w:r>
    </w:p>
    <w:p>
      <w:r>
        <w:rPr>
          <w:b w:val="0"/>
        </w:rPr>
        <w:t>Choose the correct answer A, B, C or D. (2.25 points)</w:t>
      </w:r>
    </w:p>
    <w:p>
      <w:r>
        <w:rPr>
          <w:b/>
        </w:rPr>
        <w:t>11. My cousin is crazy ______ collecting stamps.</w:t>
      </w:r>
    </w:p>
    <w:p>
      <w:pPr>
        <w:spacing w:after="100"/>
      </w:pPr>
      <w:r>
        <w:t xml:space="preserve">A. </w:t>
      </w:r>
      <w:r>
        <w:t>about</w:t>
      </w:r>
      <w:r>
        <w:t xml:space="preserve">     </w:t>
      </w:r>
      <w:r>
        <w:t xml:space="preserve">B. </w:t>
      </w:r>
      <w:r>
        <w:t>at</w:t>
      </w:r>
      <w:r>
        <w:t xml:space="preserve">     </w:t>
      </w:r>
      <w:r>
        <w:t xml:space="preserve">C. </w:t>
      </w:r>
      <w:r>
        <w:t>in</w:t>
      </w:r>
      <w:r>
        <w:t xml:space="preserve">     </w:t>
      </w:r>
      <w:r>
        <w:t xml:space="preserve">D. </w:t>
      </w:r>
      <w:r>
        <w:t>from</w:t>
      </w:r>
    </w:p>
    <w:p>
      <w:r>
        <w:rPr>
          <w:b/>
        </w:rPr>
        <w:t>12. The farmer is ______ the field with a tractor.</w:t>
      </w:r>
    </w:p>
    <w:p>
      <w:pPr>
        <w:spacing w:after="100"/>
      </w:pPr>
      <w:r>
        <w:t xml:space="preserve">A. </w:t>
      </w:r>
      <w:r>
        <w:t>browsing</w:t>
      </w:r>
      <w:r>
        <w:t xml:space="preserve">     </w:t>
      </w:r>
      <w:r>
        <w:t xml:space="preserve">B. </w:t>
      </w:r>
      <w:r>
        <w:t>uploading</w:t>
      </w:r>
      <w:r>
        <w:t xml:space="preserve">     </w:t>
      </w:r>
      <w:r>
        <w:t xml:space="preserve">C. </w:t>
      </w:r>
      <w:r>
        <w:t>ploughing</w:t>
      </w:r>
      <w:r>
        <w:t xml:space="preserve">     </w:t>
      </w:r>
      <w:r>
        <w:t xml:space="preserve">D. </w:t>
      </w:r>
      <w:r>
        <w:t>chatting</w:t>
      </w:r>
    </w:p>
    <w:p>
      <w:r>
        <w:rPr>
          <w:b/>
        </w:rPr>
        <w:t>13. Would you mind ______ the window?</w:t>
      </w:r>
    </w:p>
    <w:p>
      <w:pPr>
        <w:spacing w:after="100"/>
      </w:pPr>
      <w:r>
        <w:t xml:space="preserve">A. </w:t>
      </w:r>
      <w:r>
        <w:t>to close</w:t>
      </w:r>
      <w:r>
        <w:t xml:space="preserve">     </w:t>
      </w:r>
      <w:r>
        <w:t xml:space="preserve">B. </w:t>
      </w:r>
      <w:r>
        <w:t>close</w:t>
      </w:r>
      <w:r>
        <w:t xml:space="preserve">     </w:t>
      </w:r>
      <w:r>
        <w:t xml:space="preserve">C. </w:t>
      </w:r>
      <w:r>
        <w:t>closed</w:t>
      </w:r>
      <w:r>
        <w:t xml:space="preserve">     </w:t>
      </w:r>
      <w:r>
        <w:t xml:space="preserve">D. </w:t>
      </w:r>
      <w:r>
        <w:t>closing</w:t>
      </w:r>
    </w:p>
    <w:p>
      <w:r>
        <w:rPr>
          <w:b/>
        </w:rPr>
        <w:t>14. She speaks English ______ than she did last year.</w:t>
      </w:r>
    </w:p>
    <w:p>
      <w:pPr>
        <w:spacing w:after="100"/>
      </w:pPr>
      <w:r>
        <w:t xml:space="preserve">A. </w:t>
      </w:r>
      <w:r>
        <w:t>more confidently</w:t>
      </w:r>
      <w:r>
        <w:t xml:space="preserve">     </w:t>
      </w:r>
      <w:r>
        <w:t xml:space="preserve">B. </w:t>
      </w:r>
      <w:r>
        <w:t>confident</w:t>
      </w:r>
      <w:r>
        <w:t xml:space="preserve">     </w:t>
      </w:r>
      <w:r>
        <w:t xml:space="preserve">C. </w:t>
      </w:r>
      <w:r>
        <w:t>confidently</w:t>
      </w:r>
      <w:r>
        <w:t xml:space="preserve">     </w:t>
      </w:r>
      <w:r>
        <w:t xml:space="preserve">D. </w:t>
      </w:r>
      <w:r>
        <w:t>most confidently</w:t>
      </w:r>
    </w:p>
    <w:p>
      <w:r>
        <w:rPr>
          <w:b/>
        </w:rPr>
        <w:t>15. We must leave now, ______ we will miss the bus.</w:t>
      </w:r>
    </w:p>
    <w:p>
      <w:pPr>
        <w:spacing w:after="100"/>
      </w:pPr>
      <w:r>
        <w:t xml:space="preserve">A. </w:t>
      </w:r>
      <w:r>
        <w:t>but</w:t>
      </w:r>
      <w:r>
        <w:t xml:space="preserve">     </w:t>
      </w:r>
      <w:r>
        <w:t xml:space="preserve">B. </w:t>
      </w:r>
      <w:r>
        <w:t>and</w:t>
      </w:r>
      <w:r>
        <w:t xml:space="preserve">     </w:t>
      </w:r>
      <w:r>
        <w:t xml:space="preserve">C. </w:t>
      </w:r>
      <w:r>
        <w:t>or</w:t>
      </w:r>
      <w:r>
        <w:t xml:space="preserve">     </w:t>
      </w:r>
      <w:r>
        <w:t xml:space="preserve">D. </w:t>
      </w:r>
      <w:r>
        <w:t>for</w:t>
      </w:r>
    </w:p>
    <w:p>
      <w:r>
        <w:rPr>
          <w:b/>
        </w:rPr>
        <w:t>16. Too much schoolwork can make teenagers feel ______.</w:t>
      </w:r>
    </w:p>
    <w:p>
      <w:pPr>
        <w:spacing w:after="100"/>
      </w:pPr>
      <w:r>
        <w:t xml:space="preserve">A. </w:t>
      </w:r>
      <w:r>
        <w:t>stressfully</w:t>
      </w:r>
      <w:r>
        <w:t xml:space="preserve">     </w:t>
      </w:r>
      <w:r>
        <w:t xml:space="preserve">B. </w:t>
      </w:r>
      <w:r>
        <w:t>stresses</w:t>
      </w:r>
      <w:r>
        <w:t xml:space="preserve">     </w:t>
      </w:r>
      <w:r>
        <w:t xml:space="preserve">C. </w:t>
      </w:r>
      <w:r>
        <w:t>stressed</w:t>
      </w:r>
      <w:r>
        <w:t xml:space="preserve">     </w:t>
      </w:r>
      <w:r>
        <w:t xml:space="preserve">D. </w:t>
      </w:r>
      <w:r>
        <w:t>stress</w:t>
      </w:r>
    </w:p>
    <w:p>
      <w:r>
        <w:rPr>
          <w:b/>
        </w:rPr>
        <w:t>17. You can ______ the Internet to find useful information.</w:t>
      </w:r>
    </w:p>
    <w:p>
      <w:pPr>
        <w:spacing w:after="100"/>
      </w:pPr>
      <w:r>
        <w:t xml:space="preserve">A. </w:t>
      </w:r>
      <w:r>
        <w:t>herd</w:t>
      </w:r>
      <w:r>
        <w:t xml:space="preserve">     </w:t>
      </w:r>
      <w:r>
        <w:t xml:space="preserve">B. </w:t>
      </w:r>
      <w:r>
        <w:t>browse</w:t>
      </w:r>
      <w:r>
        <w:t xml:space="preserve">     </w:t>
      </w:r>
      <w:r>
        <w:t xml:space="preserve">C. </w:t>
      </w:r>
      <w:r>
        <w:t>knit</w:t>
      </w:r>
      <w:r>
        <w:t xml:space="preserve">     </w:t>
      </w:r>
      <w:r>
        <w:t xml:space="preserve">D. </w:t>
      </w:r>
      <w:r>
        <w:t>harvest</w:t>
      </w:r>
    </w:p>
    <w:p>
      <w:r>
        <w:rPr>
          <w:b/>
        </w:rPr>
        <w:t>18. They practise basketball ______ the afternoon.</w:t>
      </w:r>
    </w:p>
    <w:p>
      <w:pPr>
        <w:spacing w:after="100"/>
      </w:pPr>
      <w:r>
        <w:t xml:space="preserve">A. </w:t>
      </w:r>
      <w:r>
        <w:t>in</w:t>
      </w:r>
      <w:r>
        <w:t xml:space="preserve">     </w:t>
      </w:r>
      <w:r>
        <w:t xml:space="preserve">B. </w:t>
      </w:r>
      <w:r>
        <w:t>to</w:t>
      </w:r>
      <w:r>
        <w:t xml:space="preserve">     </w:t>
      </w:r>
      <w:r>
        <w:t xml:space="preserve">C. </w:t>
      </w:r>
      <w:r>
        <w:t>on</w:t>
      </w:r>
      <w:r>
        <w:t xml:space="preserve">     </w:t>
      </w:r>
      <w:r>
        <w:t xml:space="preserve">D. </w:t>
      </w:r>
      <w:r>
        <w:t>at</w:t>
      </w:r>
    </w:p>
    <w:p>
      <w:r>
        <w:rPr>
          <w:b/>
        </w:rPr>
        <w:t>NOTICE: PLEASE RETURN BOOKS BY FRIDAY</w:t>
      </w:r>
    </w:p>
    <w:p>
      <w:r>
        <w:rPr>
          <w:b/>
        </w:rPr>
        <w:t>19. What does the notice mean?</w:t>
      </w:r>
    </w:p>
    <w:p>
      <w:pPr>
        <w:spacing w:after="100"/>
      </w:pPr>
      <w:r>
        <w:t xml:space="preserve">A. </w:t>
      </w:r>
      <w:r>
        <w:t>You should give the books back no later than Friday.</w:t>
      </w:r>
      <w:r>
        <w:t xml:space="preserve">     </w:t>
      </w:r>
      <w:r>
        <w:t xml:space="preserve">B. </w:t>
      </w:r>
      <w:r>
        <w:t>You must buy the books on Friday.</w:t>
      </w:r>
      <w:r>
        <w:t xml:space="preserve">     </w:t>
      </w:r>
      <w:r>
        <w:t xml:space="preserve">C. </w:t>
      </w:r>
      <w:r>
        <w:t>You should keep the books forever.</w:t>
      </w:r>
      <w:r>
        <w:t xml:space="preserve">     </w:t>
      </w:r>
      <w:r>
        <w:t xml:space="preserve">D. </w:t>
      </w:r>
      <w:r>
        <w:t>You can only borrow books on Friday.</w:t>
      </w:r>
    </w:p>
    <w:p>
      <w:r>
        <w:rPr>
          <w:b w:val="0"/>
        </w:rPr>
        <w:t>Read the advertisement and choose the best option for each blank. (0.75 point)</w:t>
      </w:r>
    </w:p>
    <w:p>
      <w:r>
        <w:rPr>
          <w:b/>
        </w:rPr>
        <w:t>SCHOOL BOOK EXCHANGE</w:t>
      </w:r>
    </w:p>
    <w:p>
      <w:r>
        <w:rPr>
          <w:b w:val="0"/>
        </w:rPr>
        <w:t>Bring a book and take a different one home. Our book exchange takes (20) ______ in the library on Thursday. Write your name on the list if you want to (21) ______. Please bring books that are clean and suitable (22) ______ students aged twelve to fourteen.</w:t>
      </w:r>
    </w:p>
    <w:p>
      <w:r>
        <w:rPr>
          <w:b/>
        </w:rPr>
        <w:t>20.</w:t>
      </w:r>
    </w:p>
    <w:p>
      <w:pPr>
        <w:spacing w:after="100"/>
      </w:pPr>
      <w:r>
        <w:t xml:space="preserve">A. </w:t>
      </w:r>
      <w:r>
        <w:t>place</w:t>
      </w:r>
      <w:r>
        <w:t xml:space="preserve">     </w:t>
      </w:r>
      <w:r>
        <w:t xml:space="preserve">B. </w:t>
      </w:r>
      <w:r>
        <w:t>care</w:t>
      </w:r>
      <w:r>
        <w:t xml:space="preserve">     </w:t>
      </w:r>
      <w:r>
        <w:t xml:space="preserve">C. </w:t>
      </w:r>
      <w:r>
        <w:t>part</w:t>
      </w:r>
      <w:r>
        <w:t xml:space="preserve">     </w:t>
      </w:r>
      <w:r>
        <w:t xml:space="preserve">D. </w:t>
      </w:r>
      <w:r>
        <w:t>time</w:t>
      </w:r>
    </w:p>
    <w:p>
      <w:r>
        <w:rPr>
          <w:b/>
        </w:rPr>
        <w:t>21.</w:t>
      </w:r>
    </w:p>
    <w:p>
      <w:pPr>
        <w:spacing w:after="100"/>
      </w:pPr>
      <w:r>
        <w:t xml:space="preserve">A. </w:t>
      </w:r>
      <w:r>
        <w:t>plough</w:t>
      </w:r>
      <w:r>
        <w:t xml:space="preserve">     </w:t>
      </w:r>
      <w:r>
        <w:t xml:space="preserve">B. </w:t>
      </w:r>
      <w:r>
        <w:t>join</w:t>
      </w:r>
      <w:r>
        <w:t xml:space="preserve">     </w:t>
      </w:r>
      <w:r>
        <w:t xml:space="preserve">C. </w:t>
      </w:r>
      <w:r>
        <w:t>herd</w:t>
      </w:r>
      <w:r>
        <w:t xml:space="preserve">     </w:t>
      </w:r>
      <w:r>
        <w:t xml:space="preserve">D. </w:t>
      </w:r>
      <w:r>
        <w:t>harvest</w:t>
      </w:r>
    </w:p>
    <w:p>
      <w:r>
        <w:rPr>
          <w:b/>
        </w:rPr>
        <w:t>22.</w:t>
      </w:r>
    </w:p>
    <w:p>
      <w:pPr>
        <w:spacing w:after="100"/>
      </w:pPr>
      <w:r>
        <w:t xml:space="preserve">A. </w:t>
      </w:r>
      <w:r>
        <w:t>at</w:t>
      </w:r>
      <w:r>
        <w:t xml:space="preserve">     </w:t>
      </w:r>
      <w:r>
        <w:t xml:space="preserve">B. </w:t>
      </w:r>
      <w:r>
        <w:t>on</w:t>
      </w:r>
      <w:r>
        <w:t xml:space="preserve">     </w:t>
      </w:r>
      <w:r>
        <w:t xml:space="preserve">C. </w:t>
      </w:r>
      <w:r>
        <w:t>from</w:t>
      </w:r>
      <w:r>
        <w:t xml:space="preserve">     </w:t>
      </w:r>
      <w:r>
        <w:t xml:space="preserve">D. </w:t>
      </w:r>
      <w:r>
        <w:t>for</w:t>
      </w:r>
    </w:p>
    <w:p>
      <w:r>
        <w:br w:type="page"/>
      </w:r>
    </w:p>
    <w:p>
      <w:pPr>
        <w:spacing w:after="60" w:line="240" w:lineRule="auto"/>
      </w:pPr>
      <w:r>
        <w:rPr>
          <w:b/>
          <w:sz w:val="23"/>
        </w:rPr>
        <w:t>IV. READING (2.5 points)</w:t>
      </w:r>
    </w:p>
    <w:p>
      <w:pPr>
        <w:spacing w:after="60" w:line="240" w:lineRule="auto"/>
      </w:pPr>
      <w:r>
        <w:rPr>
          <w:b w:val="0"/>
          <w:sz w:val="23"/>
        </w:rPr>
        <w:t>Task 1. Read the passage and choose A, B, C or D for each blank. (1.25 points)</w:t>
      </w:r>
    </w:p>
    <w:p>
      <w:pPr>
        <w:spacing w:after="60" w:line="240" w:lineRule="auto"/>
      </w:pPr>
      <w:r>
        <w:rPr>
          <w:b w:val="0"/>
          <w:sz w:val="23"/>
        </w:rPr>
        <w:t>School clubs can make teenage life more interesting. They give students a chance to meet people who share the same (23) ______. In a music club, students can sing and play instruments together. In a sports club, they can practise regularly and become (24) ______. Club activities also teach students to work in a team. Members need to listen to one another (25) ______ respect different ideas. Sometimes students feel nervous when they join a new group. A friendly welcome can help them feel (26) ______. However, students should not join too many clubs at once. They still need enough time (27) ______ their homework and rest. Choosing one or two suitable clubs is often a good start.</w:t>
      </w:r>
    </w:p>
    <w:p>
      <w:pPr>
        <w:spacing w:after="60" w:line="240" w:lineRule="auto"/>
      </w:pPr>
      <w:r>
        <w:rPr>
          <w:b/>
          <w:sz w:val="23"/>
        </w:rPr>
        <w:t>23.</w:t>
      </w:r>
    </w:p>
    <w:p>
      <w:pPr>
        <w:spacing w:after="60" w:line="240" w:lineRule="auto"/>
      </w:pPr>
      <w:r>
        <w:rPr>
          <w:sz w:val="23"/>
        </w:rPr>
        <w:t xml:space="preserve">A. </w:t>
      </w:r>
      <w:r>
        <w:rPr>
          <w:sz w:val="23"/>
        </w:rPr>
        <w:t>fields</w:t>
      </w:r>
      <w:r>
        <w:rPr>
          <w:sz w:val="23"/>
        </w:rPr>
        <w:t xml:space="preserve">     </w:t>
      </w:r>
      <w:r>
        <w:rPr>
          <w:sz w:val="23"/>
        </w:rPr>
        <w:t xml:space="preserve">B. </w:t>
      </w:r>
      <w:r>
        <w:rPr>
          <w:sz w:val="23"/>
        </w:rPr>
        <w:t>screens</w:t>
      </w:r>
      <w:r>
        <w:rPr>
          <w:sz w:val="23"/>
        </w:rPr>
        <w:t xml:space="preserve">     </w:t>
      </w:r>
      <w:r>
        <w:rPr>
          <w:sz w:val="23"/>
        </w:rPr>
        <w:t xml:space="preserve">C. </w:t>
      </w:r>
      <w:r>
        <w:rPr>
          <w:sz w:val="23"/>
        </w:rPr>
        <w:t>interests</w:t>
      </w:r>
      <w:r>
        <w:rPr>
          <w:sz w:val="23"/>
        </w:rPr>
        <w:t xml:space="preserve">     </w:t>
      </w:r>
      <w:r>
        <w:rPr>
          <w:sz w:val="23"/>
        </w:rPr>
        <w:t xml:space="preserve">D. </w:t>
      </w:r>
      <w:r>
        <w:rPr>
          <w:sz w:val="23"/>
        </w:rPr>
        <w:t>crops</w:t>
      </w:r>
    </w:p>
    <w:p>
      <w:pPr>
        <w:spacing w:after="60" w:line="240" w:lineRule="auto"/>
      </w:pPr>
      <w:r>
        <w:rPr>
          <w:b/>
          <w:sz w:val="23"/>
        </w:rPr>
        <w:t>24.</w:t>
      </w:r>
    </w:p>
    <w:p>
      <w:pPr>
        <w:spacing w:after="60" w:line="240" w:lineRule="auto"/>
      </w:pPr>
      <w:r>
        <w:rPr>
          <w:sz w:val="23"/>
        </w:rPr>
        <w:t xml:space="preserve">A. </w:t>
      </w:r>
      <w:r>
        <w:rPr>
          <w:sz w:val="23"/>
        </w:rPr>
        <w:t>healthier</w:t>
      </w:r>
      <w:r>
        <w:rPr>
          <w:sz w:val="23"/>
        </w:rPr>
        <w:t xml:space="preserve">     </w:t>
      </w:r>
      <w:r>
        <w:rPr>
          <w:sz w:val="23"/>
        </w:rPr>
        <w:t xml:space="preserve">B. </w:t>
      </w:r>
      <w:r>
        <w:rPr>
          <w:sz w:val="23"/>
        </w:rPr>
        <w:t>health</w:t>
      </w:r>
      <w:r>
        <w:rPr>
          <w:sz w:val="23"/>
        </w:rPr>
        <w:t xml:space="preserve">     </w:t>
      </w:r>
      <w:r>
        <w:rPr>
          <w:sz w:val="23"/>
        </w:rPr>
        <w:t xml:space="preserve">C. </w:t>
      </w:r>
      <w:r>
        <w:rPr>
          <w:sz w:val="23"/>
        </w:rPr>
        <w:t>healthily</w:t>
      </w:r>
      <w:r>
        <w:rPr>
          <w:sz w:val="23"/>
        </w:rPr>
        <w:t xml:space="preserve">     </w:t>
      </w:r>
      <w:r>
        <w:rPr>
          <w:sz w:val="23"/>
        </w:rPr>
        <w:t xml:space="preserve">D. </w:t>
      </w:r>
      <w:r>
        <w:rPr>
          <w:sz w:val="23"/>
        </w:rPr>
        <w:t>healthiest</w:t>
      </w:r>
    </w:p>
    <w:p>
      <w:pPr>
        <w:spacing w:after="60" w:line="240" w:lineRule="auto"/>
      </w:pPr>
      <w:r>
        <w:rPr>
          <w:b/>
          <w:sz w:val="23"/>
        </w:rPr>
        <w:t>25.</w:t>
      </w:r>
    </w:p>
    <w:p>
      <w:pPr>
        <w:spacing w:after="60" w:line="240" w:lineRule="auto"/>
      </w:pPr>
      <w:r>
        <w:rPr>
          <w:sz w:val="23"/>
        </w:rPr>
        <w:t xml:space="preserve">A. </w:t>
      </w:r>
      <w:r>
        <w:rPr>
          <w:sz w:val="23"/>
        </w:rPr>
        <w:t>or</w:t>
      </w:r>
      <w:r>
        <w:rPr>
          <w:sz w:val="23"/>
        </w:rPr>
        <w:t xml:space="preserve">     </w:t>
      </w:r>
      <w:r>
        <w:rPr>
          <w:sz w:val="23"/>
        </w:rPr>
        <w:t xml:space="preserve">B. </w:t>
      </w:r>
      <w:r>
        <w:rPr>
          <w:sz w:val="23"/>
        </w:rPr>
        <w:t>but</w:t>
      </w:r>
      <w:r>
        <w:rPr>
          <w:sz w:val="23"/>
        </w:rPr>
        <w:t xml:space="preserve">     </w:t>
      </w:r>
      <w:r>
        <w:rPr>
          <w:sz w:val="23"/>
        </w:rPr>
        <w:t xml:space="preserve">C. </w:t>
      </w:r>
      <w:r>
        <w:rPr>
          <w:sz w:val="23"/>
        </w:rPr>
        <w:t>and</w:t>
      </w:r>
      <w:r>
        <w:rPr>
          <w:sz w:val="23"/>
        </w:rPr>
        <w:t xml:space="preserve">     </w:t>
      </w:r>
      <w:r>
        <w:rPr>
          <w:sz w:val="23"/>
        </w:rPr>
        <w:t xml:space="preserve">D. </w:t>
      </w:r>
      <w:r>
        <w:rPr>
          <w:sz w:val="23"/>
        </w:rPr>
        <w:t>so</w:t>
      </w:r>
    </w:p>
    <w:p>
      <w:pPr>
        <w:spacing w:after="60" w:line="240" w:lineRule="auto"/>
      </w:pPr>
      <w:r>
        <w:rPr>
          <w:b/>
          <w:sz w:val="23"/>
        </w:rPr>
        <w:t>26.</w:t>
      </w:r>
    </w:p>
    <w:p>
      <w:pPr>
        <w:spacing w:after="60" w:line="240" w:lineRule="auto"/>
      </w:pPr>
      <w:r>
        <w:rPr>
          <w:sz w:val="23"/>
        </w:rPr>
        <w:t xml:space="preserve">A. </w:t>
      </w:r>
      <w:r>
        <w:rPr>
          <w:sz w:val="23"/>
        </w:rPr>
        <w:t>comfortable</w:t>
      </w:r>
      <w:r>
        <w:rPr>
          <w:sz w:val="23"/>
        </w:rPr>
        <w:t xml:space="preserve">     </w:t>
      </w:r>
      <w:r>
        <w:rPr>
          <w:sz w:val="23"/>
        </w:rPr>
        <w:t xml:space="preserve">B. </w:t>
      </w:r>
      <w:r>
        <w:rPr>
          <w:sz w:val="23"/>
        </w:rPr>
        <w:t>comfortably</w:t>
      </w:r>
      <w:r>
        <w:rPr>
          <w:sz w:val="23"/>
        </w:rPr>
        <w:t xml:space="preserve">     </w:t>
      </w:r>
      <w:r>
        <w:rPr>
          <w:sz w:val="23"/>
        </w:rPr>
        <w:t xml:space="preserve">C. </w:t>
      </w:r>
      <w:r>
        <w:rPr>
          <w:sz w:val="23"/>
        </w:rPr>
        <w:t>comfort</w:t>
      </w:r>
      <w:r>
        <w:rPr>
          <w:sz w:val="23"/>
        </w:rPr>
        <w:t xml:space="preserve">     </w:t>
      </w:r>
      <w:r>
        <w:rPr>
          <w:sz w:val="23"/>
        </w:rPr>
        <w:t xml:space="preserve">D. </w:t>
      </w:r>
      <w:r>
        <w:rPr>
          <w:sz w:val="23"/>
        </w:rPr>
        <w:t>comforting</w:t>
      </w:r>
    </w:p>
    <w:p>
      <w:pPr>
        <w:spacing w:after="60" w:line="240" w:lineRule="auto"/>
      </w:pPr>
      <w:r>
        <w:rPr>
          <w:b/>
          <w:sz w:val="23"/>
        </w:rPr>
        <w:t>27.</w:t>
      </w:r>
    </w:p>
    <w:p>
      <w:pPr>
        <w:spacing w:after="60" w:line="240" w:lineRule="auto"/>
      </w:pPr>
      <w:r>
        <w:rPr>
          <w:sz w:val="23"/>
        </w:rPr>
        <w:t xml:space="preserve">A. </w:t>
      </w:r>
      <w:r>
        <w:rPr>
          <w:sz w:val="23"/>
        </w:rPr>
        <w:t>finished</w:t>
      </w:r>
      <w:r>
        <w:rPr>
          <w:sz w:val="23"/>
        </w:rPr>
        <w:t xml:space="preserve">     </w:t>
      </w:r>
      <w:r>
        <w:rPr>
          <w:sz w:val="23"/>
        </w:rPr>
        <w:t xml:space="preserve">B. </w:t>
      </w:r>
      <w:r>
        <w:rPr>
          <w:sz w:val="23"/>
        </w:rPr>
        <w:t>to finish</w:t>
      </w:r>
      <w:r>
        <w:rPr>
          <w:sz w:val="23"/>
        </w:rPr>
        <w:t xml:space="preserve">     </w:t>
      </w:r>
      <w:r>
        <w:rPr>
          <w:sz w:val="23"/>
        </w:rPr>
        <w:t xml:space="preserve">C. </w:t>
      </w:r>
      <w:r>
        <w:rPr>
          <w:sz w:val="23"/>
        </w:rPr>
        <w:t>finishing</w:t>
      </w:r>
      <w:r>
        <w:rPr>
          <w:sz w:val="23"/>
        </w:rPr>
        <w:t xml:space="preserve">     </w:t>
      </w:r>
      <w:r>
        <w:rPr>
          <w:sz w:val="23"/>
        </w:rPr>
        <w:t xml:space="preserve">D. </w:t>
      </w:r>
      <w:r>
        <w:rPr>
          <w:sz w:val="23"/>
        </w:rPr>
        <w:t>finish</w:t>
      </w:r>
    </w:p>
    <w:p>
      <w:pPr>
        <w:spacing w:after="60" w:line="240" w:lineRule="auto"/>
      </w:pPr>
      <w:r>
        <w:rPr>
          <w:b w:val="0"/>
          <w:sz w:val="23"/>
        </w:rPr>
        <w:t>Task 2. Read the passage and choose the best answer. (1.25 points)</w:t>
      </w:r>
    </w:p>
    <w:p>
      <w:pPr>
        <w:spacing w:after="60" w:line="240" w:lineRule="auto"/>
      </w:pPr>
      <w:r>
        <w:rPr>
          <w:b w:val="0"/>
          <w:sz w:val="23"/>
        </w:rPr>
        <w:t>Ben moved from a busy city to a village six months ago. At first, he missed the shopping centres and his old friends. There were only a few small shops near his new home, and the bus to town came once an hour. He thought village life would be boring.</w:t>
      </w:r>
    </w:p>
    <w:p>
      <w:pPr>
        <w:spacing w:after="60" w:line="240" w:lineRule="auto"/>
      </w:pPr>
      <w:r>
        <w:rPr>
          <w:b w:val="0"/>
          <w:sz w:val="23"/>
        </w:rPr>
        <w:t>His opinion changed when he joined the local football team. The players welcomed him and invited him to practise twice a week. After practice, they often walked home together. Ben learnt about the village and made several close friends.</w:t>
      </w:r>
    </w:p>
    <w:p>
      <w:pPr>
        <w:spacing w:after="60" w:line="240" w:lineRule="auto"/>
      </w:pPr>
      <w:r>
        <w:rPr>
          <w:b w:val="0"/>
          <w:sz w:val="23"/>
        </w:rPr>
        <w:t>Now he enjoys the open spaces and the cleaner air. He sometimes helps his neighbour feed the goats at weekends. He still chats with his city friends online, but he does not spend as much time on his phone as before. Ben says the village is not perfect: travelling to town takes time. However, he feels that he belongs to the community and is happy with his new life.</w:t>
      </w:r>
    </w:p>
    <w:p>
      <w:pPr>
        <w:spacing w:after="60" w:line="240" w:lineRule="auto"/>
      </w:pPr>
      <w:r>
        <w:rPr>
          <w:b/>
          <w:sz w:val="23"/>
        </w:rPr>
        <w:t>28. When did Ben move to the village?</w:t>
      </w:r>
    </w:p>
    <w:p>
      <w:pPr>
        <w:spacing w:after="60" w:line="240" w:lineRule="auto"/>
      </w:pPr>
      <w:r>
        <w:rPr>
          <w:sz w:val="23"/>
        </w:rPr>
        <w:t xml:space="preserve">A. </w:t>
      </w:r>
      <w:r>
        <w:rPr>
          <w:sz w:val="23"/>
        </w:rPr>
        <w:t>Two years ago</w:t>
      </w:r>
      <w:r>
        <w:rPr>
          <w:sz w:val="23"/>
        </w:rPr>
        <w:t xml:space="preserve">     </w:t>
      </w:r>
      <w:r>
        <w:rPr>
          <w:sz w:val="23"/>
        </w:rPr>
        <w:t xml:space="preserve">B. </w:t>
      </w:r>
      <w:r>
        <w:rPr>
          <w:sz w:val="23"/>
        </w:rPr>
        <w:t>Six months ago</w:t>
      </w:r>
      <w:r>
        <w:rPr>
          <w:sz w:val="23"/>
        </w:rPr>
        <w:t xml:space="preserve">     </w:t>
      </w:r>
      <w:r>
        <w:rPr>
          <w:sz w:val="23"/>
        </w:rPr>
        <w:t xml:space="preserve">C. </w:t>
      </w:r>
      <w:r>
        <w:rPr>
          <w:sz w:val="23"/>
        </w:rPr>
        <w:t>Last weekend</w:t>
      </w:r>
      <w:r>
        <w:rPr>
          <w:sz w:val="23"/>
        </w:rPr>
        <w:t xml:space="preserve">     </w:t>
      </w:r>
      <w:r>
        <w:rPr>
          <w:sz w:val="23"/>
        </w:rPr>
        <w:t xml:space="preserve">D. </w:t>
      </w:r>
      <w:r>
        <w:rPr>
          <w:sz w:val="23"/>
        </w:rPr>
        <w:t>Six weeks ago</w:t>
      </w:r>
    </w:p>
    <w:p>
      <w:pPr>
        <w:spacing w:after="60" w:line="240" w:lineRule="auto"/>
      </w:pPr>
      <w:r>
        <w:rPr>
          <w:b/>
          <w:sz w:val="23"/>
        </w:rPr>
        <w:t>29. What changed his opinion?</w:t>
      </w:r>
    </w:p>
    <w:p>
      <w:pPr>
        <w:spacing w:after="60" w:line="240" w:lineRule="auto"/>
      </w:pPr>
      <w:r>
        <w:rPr>
          <w:sz w:val="23"/>
        </w:rPr>
        <w:t xml:space="preserve">A. </w:t>
      </w:r>
      <w:r>
        <w:rPr>
          <w:sz w:val="23"/>
        </w:rPr>
        <w:t>Moving back to the city</w:t>
      </w:r>
      <w:r>
        <w:rPr>
          <w:sz w:val="23"/>
        </w:rPr>
        <w:t xml:space="preserve">     </w:t>
      </w:r>
      <w:r>
        <w:rPr>
          <w:sz w:val="23"/>
        </w:rPr>
        <w:t xml:space="preserve">B. </w:t>
      </w:r>
      <w:r>
        <w:rPr>
          <w:sz w:val="23"/>
        </w:rPr>
        <w:t>Opening a small shop</w:t>
      </w:r>
      <w:r>
        <w:rPr>
          <w:sz w:val="23"/>
        </w:rPr>
        <w:t xml:space="preserve">     </w:t>
      </w:r>
      <w:r>
        <w:rPr>
          <w:sz w:val="23"/>
        </w:rPr>
        <w:t xml:space="preserve">C. </w:t>
      </w:r>
      <w:r>
        <w:rPr>
          <w:sz w:val="23"/>
        </w:rPr>
        <w:t>Joining the football team</w:t>
      </w:r>
      <w:r>
        <w:rPr>
          <w:sz w:val="23"/>
        </w:rPr>
        <w:t xml:space="preserve">     </w:t>
      </w:r>
      <w:r>
        <w:rPr>
          <w:sz w:val="23"/>
        </w:rPr>
        <w:t xml:space="preserve">D. </w:t>
      </w:r>
      <w:r>
        <w:rPr>
          <w:sz w:val="23"/>
        </w:rPr>
        <w:t>Buying a new phone</w:t>
      </w:r>
    </w:p>
    <w:p>
      <w:pPr>
        <w:spacing w:after="60" w:line="240" w:lineRule="auto"/>
      </w:pPr>
      <w:r>
        <w:rPr>
          <w:b/>
          <w:sz w:val="23"/>
        </w:rPr>
        <w:t>30. How often did the team practise?</w:t>
      </w:r>
    </w:p>
    <w:p>
      <w:pPr>
        <w:spacing w:after="60" w:line="240" w:lineRule="auto"/>
      </w:pPr>
      <w:r>
        <w:rPr>
          <w:sz w:val="23"/>
        </w:rPr>
        <w:t xml:space="preserve">A. </w:t>
      </w:r>
      <w:r>
        <w:rPr>
          <w:sz w:val="23"/>
        </w:rPr>
        <w:t>Once a month</w:t>
      </w:r>
      <w:r>
        <w:rPr>
          <w:sz w:val="23"/>
        </w:rPr>
        <w:t xml:space="preserve">     </w:t>
      </w:r>
      <w:r>
        <w:rPr>
          <w:sz w:val="23"/>
        </w:rPr>
        <w:t xml:space="preserve">B. </w:t>
      </w:r>
      <w:r>
        <w:rPr>
          <w:sz w:val="23"/>
        </w:rPr>
        <w:t>Every morning</w:t>
      </w:r>
      <w:r>
        <w:rPr>
          <w:sz w:val="23"/>
        </w:rPr>
        <w:t xml:space="preserve">     </w:t>
      </w:r>
      <w:r>
        <w:rPr>
          <w:sz w:val="23"/>
        </w:rPr>
        <w:t xml:space="preserve">C. </w:t>
      </w:r>
      <w:r>
        <w:rPr>
          <w:sz w:val="23"/>
        </w:rPr>
        <w:t>Twice a week</w:t>
      </w:r>
      <w:r>
        <w:rPr>
          <w:sz w:val="23"/>
        </w:rPr>
        <w:t xml:space="preserve">     </w:t>
      </w:r>
      <w:r>
        <w:rPr>
          <w:sz w:val="23"/>
        </w:rPr>
        <w:t xml:space="preserve">D. </w:t>
      </w:r>
      <w:r>
        <w:rPr>
          <w:sz w:val="23"/>
        </w:rPr>
        <w:t>Four times a week</w:t>
      </w:r>
    </w:p>
    <w:p>
      <w:pPr>
        <w:spacing w:after="60" w:line="240" w:lineRule="auto"/>
      </w:pPr>
      <w:r>
        <w:rPr>
          <w:b/>
          <w:sz w:val="23"/>
        </w:rPr>
        <w:t>31. The word “they” in paragraph 2 refers to ______.</w:t>
      </w:r>
    </w:p>
    <w:p>
      <w:pPr>
        <w:spacing w:after="60" w:line="240" w:lineRule="auto"/>
      </w:pPr>
      <w:r>
        <w:rPr>
          <w:sz w:val="23"/>
        </w:rPr>
        <w:t xml:space="preserve">A. </w:t>
      </w:r>
      <w:r>
        <w:rPr>
          <w:sz w:val="23"/>
        </w:rPr>
        <w:t>The bus drivers</w:t>
      </w:r>
      <w:r>
        <w:rPr>
          <w:sz w:val="23"/>
        </w:rPr>
        <w:t xml:space="preserve">     </w:t>
      </w:r>
      <w:r>
        <w:rPr>
          <w:sz w:val="23"/>
        </w:rPr>
        <w:t xml:space="preserve">B. </w:t>
      </w:r>
      <w:r>
        <w:rPr>
          <w:sz w:val="23"/>
        </w:rPr>
        <w:t>Ben’s city friends</w:t>
      </w:r>
      <w:r>
        <w:rPr>
          <w:sz w:val="23"/>
        </w:rPr>
        <w:t xml:space="preserve">     </w:t>
      </w:r>
      <w:r>
        <w:rPr>
          <w:sz w:val="23"/>
        </w:rPr>
        <w:t xml:space="preserve">C. </w:t>
      </w:r>
      <w:r>
        <w:rPr>
          <w:sz w:val="23"/>
        </w:rPr>
        <w:t>The shop owners</w:t>
      </w:r>
      <w:r>
        <w:rPr>
          <w:sz w:val="23"/>
        </w:rPr>
        <w:t xml:space="preserve">     </w:t>
      </w:r>
      <w:r>
        <w:rPr>
          <w:sz w:val="23"/>
        </w:rPr>
        <w:t xml:space="preserve">D. </w:t>
      </w:r>
      <w:r>
        <w:rPr>
          <w:sz w:val="23"/>
        </w:rPr>
        <w:t>Ben and the other players</w:t>
      </w:r>
    </w:p>
    <w:p>
      <w:pPr>
        <w:spacing w:after="60" w:line="240" w:lineRule="auto"/>
      </w:pPr>
      <w:r>
        <w:rPr>
          <w:b/>
          <w:sz w:val="23"/>
        </w:rPr>
        <w:t>32. What problem does Ben still mention?</w:t>
      </w:r>
    </w:p>
    <w:p>
      <w:pPr>
        <w:spacing w:after="60" w:line="240" w:lineRule="auto"/>
      </w:pPr>
      <w:r>
        <w:rPr>
          <w:sz w:val="23"/>
        </w:rPr>
        <w:t xml:space="preserve">A. </w:t>
      </w:r>
      <w:r>
        <w:rPr>
          <w:sz w:val="23"/>
        </w:rPr>
        <w:t>Nobody is friendly</w:t>
      </w:r>
      <w:r>
        <w:rPr>
          <w:sz w:val="23"/>
        </w:rPr>
        <w:t xml:space="preserve">     </w:t>
      </w:r>
      <w:r>
        <w:rPr>
          <w:sz w:val="23"/>
        </w:rPr>
        <w:t xml:space="preserve">B. </w:t>
      </w:r>
      <w:r>
        <w:rPr>
          <w:sz w:val="23"/>
        </w:rPr>
        <w:t>Travelling to town takes time</w:t>
      </w:r>
      <w:r>
        <w:rPr>
          <w:sz w:val="23"/>
        </w:rPr>
        <w:t xml:space="preserve">     </w:t>
      </w:r>
      <w:r>
        <w:rPr>
          <w:sz w:val="23"/>
        </w:rPr>
        <w:t xml:space="preserve">C. </w:t>
      </w:r>
      <w:r>
        <w:rPr>
          <w:sz w:val="23"/>
        </w:rPr>
        <w:t>There are no open spaces</w:t>
      </w:r>
      <w:r>
        <w:rPr>
          <w:sz w:val="23"/>
        </w:rPr>
        <w:t xml:space="preserve">     </w:t>
      </w:r>
      <w:r>
        <w:rPr>
          <w:sz w:val="23"/>
        </w:rPr>
        <w:t xml:space="preserve">D. </w:t>
      </w:r>
      <w:r>
        <w:rPr>
          <w:sz w:val="23"/>
        </w:rPr>
        <w:t>The air is dirty</w:t>
      </w:r>
    </w:p>
    <w:p>
      <w:r>
        <w:br w:type="page"/>
      </w:r>
    </w:p>
    <w:p>
      <w:r>
        <w:rPr>
          <w:b/>
          <w:sz w:val="26"/>
        </w:rPr>
        <w:t>V. WRITING (2.0 points)</w:t>
      </w:r>
    </w:p>
    <w:p>
      <w:r>
        <w:rPr>
          <w:b w:val="0"/>
        </w:rPr>
        <w:t>Task 1. Choose the sentence that has the same meaning as the original sentence or best combines the two sentences. (0.5 point)</w:t>
      </w:r>
    </w:p>
    <w:p>
      <w:r>
        <w:rPr>
          <w:b/>
        </w:rPr>
        <w:t>33. Hoa wanted to join us. She had too much homework. (Use “but”.)</w:t>
      </w:r>
    </w:p>
    <w:p>
      <w:r>
        <w:rPr>
          <w:b w:val="0"/>
        </w:rPr>
        <w:t>A. Hoa wanted to join us, or she had too much homework.</w:t>
      </w:r>
    </w:p>
    <w:p>
      <w:r>
        <w:rPr>
          <w:b w:val="0"/>
        </w:rPr>
        <w:t>B. Hoa had too much homework because she wanted to join us.</w:t>
      </w:r>
    </w:p>
    <w:p>
      <w:r>
        <w:rPr>
          <w:b w:val="0"/>
        </w:rPr>
        <w:t>C. Hoa wanted to join us, but she had too much homework.</w:t>
      </w:r>
    </w:p>
    <w:p>
      <w:r>
        <w:rPr>
          <w:b w:val="0"/>
        </w:rPr>
        <w:t>D. Hoa wanted to join us, so she had too much homework.</w:t>
      </w:r>
    </w:p>
    <w:p>
      <w:r>
        <w:rPr>
          <w:b/>
        </w:rPr>
        <w:t>34. Nam likes flying kites more than watching TV.</w:t>
      </w:r>
    </w:p>
    <w:p>
      <w:r>
        <w:rPr>
          <w:b w:val="0"/>
        </w:rPr>
        <w:t>A. Nam prefer flying kites to watching TV.</w:t>
      </w:r>
    </w:p>
    <w:p>
      <w:r>
        <w:rPr>
          <w:b w:val="0"/>
        </w:rPr>
        <w:t>B. Nam prefers flying kites to watching TV.</w:t>
      </w:r>
    </w:p>
    <w:p>
      <w:r>
        <w:rPr>
          <w:b w:val="0"/>
        </w:rPr>
        <w:t>C. Nam prefers flying kites than watching TV.</w:t>
      </w:r>
    </w:p>
    <w:p>
      <w:r>
        <w:rPr>
          <w:b w:val="0"/>
        </w:rPr>
        <w:t>D. Nam prefers fly kites to watch TV.</w:t>
      </w:r>
    </w:p>
    <w:p>
      <w:r>
        <w:rPr>
          <w:b/>
        </w:rPr>
        <w:t>Task 2. Write a paragraph of about 80 words about what you like or dislike about life in the countryside. (1.5 points)</w:t>
      </w:r>
    </w:p>
    <w:p>
      <w:r>
        <w:rPr>
          <w:b w:val="0"/>
        </w:rPr>
        <w:t>You may use these ideas:</w:t>
      </w:r>
    </w:p>
    <w:p>
      <w:r>
        <w:rPr>
          <w:b w:val="0"/>
        </w:rPr>
        <w:t>– the scenery and air</w:t>
      </w:r>
    </w:p>
    <w:p>
      <w:r>
        <w:rPr>
          <w:b w:val="0"/>
        </w:rPr>
        <w:t>– the people</w:t>
      </w:r>
    </w:p>
    <w:p>
      <w:r>
        <w:rPr>
          <w:b w:val="0"/>
        </w:rPr>
        <w:t>– leisure activities</w:t>
      </w:r>
    </w:p>
    <w:p>
      <w:r>
        <w:rPr>
          <w:b w:val="0"/>
        </w:rPr>
        <w:t>– shops or transport</w:t>
      </w:r>
    </w:p>
    <w:p>
      <w:r>
        <w:rPr>
          <w:b w:val="0"/>
        </w:rPr>
        <w:t>..............................................................................................................................</w:t>
      </w:r>
    </w:p>
    <w:p>
      <w:r>
        <w:rPr>
          <w:b w:val="0"/>
        </w:rPr>
        <w:t>..............................................................................................................................</w:t>
      </w:r>
    </w:p>
    <w:p>
      <w:r>
        <w:rPr>
          <w:b w:val="0"/>
        </w:rPr>
        <w:t>..............................................................................................................................</w:t>
      </w:r>
    </w:p>
    <w:p>
      <w:r>
        <w:rPr>
          <w:b w:val="0"/>
        </w:rPr>
        <w:t>..............................................................................................................................</w:t>
      </w:r>
    </w:p>
    <w:p>
      <w:r>
        <w:rPr>
          <w:b w:val="0"/>
        </w:rPr>
        <w:t>..............................................................................................................................</w:t>
      </w:r>
    </w:p>
    <w:p>
      <w:r>
        <w:rPr>
          <w:b w:val="0"/>
        </w:rPr>
        <w:t>..............................................................................................................................</w:t>
      </w:r>
    </w:p>
    <w:p>
      <w:r>
        <w:rPr>
          <w:b w:val="0"/>
        </w:rPr>
        <w:t>..............................................................................................................................</w:t>
      </w:r>
    </w:p>
    <w:p>
      <w:r>
        <w:rPr>
          <w:b w:val="0"/>
        </w:rPr>
        <w:t>..............................................................................................................................</w:t>
      </w:r>
    </w:p>
    <w:p>
      <w:r>
        <w:rPr>
          <w:b w:val="0"/>
        </w:rPr>
        <w:t>..............................................................................................................................</w:t>
      </w:r>
    </w:p>
    <w:p>
      <w:r>
        <w:rPr>
          <w:b w:val="0"/>
        </w:rPr>
        <w:t>..............................................................................................................................</w:t>
      </w:r>
    </w:p>
    <w:p>
      <w:r>
        <w:rPr>
          <w:b w:val="0"/>
        </w:rPr>
        <w:t>..............................................................................................................................</w:t>
      </w:r>
    </w:p>
    <w:p>
      <w:r>
        <w:rPr>
          <w:b w:val="0"/>
        </w:rPr>
        <w:t>..............................................................................................................................</w:t>
      </w:r>
    </w:p>
    <w:p>
      <w:pPr>
        <w:jc w:val="center"/>
      </w:pPr>
      <w:r>
        <w:rPr>
          <w:b/>
        </w:rPr>
        <w:t>THE END</w:t>
      </w:r>
    </w:p>
    <w:sectPr w:rsidR="00FC693F" w:rsidRPr="0006063C" w:rsidSect="00034616">
      <w:footerReference w:type="default" r:id="rId9"/>
      <w:pgSz w:w="11906" w:h="16838"/>
      <w:pgMar w:top="907" w:right="964"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Tiếng Anh 8 • Giữa kì I • Trang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80" w:line="252"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2" w:lineRule="auto"/>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line="252" w:lineRule="auto"/>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2"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