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0"/>
        <w:gridCol w:w="8674"/>
      </w:tblGrid>
      <w:tr>
        <w:tc>
          <w:tcPr>
            <w:tcW w:type="dxa" w:w="1700"/>
            <w:tcMar>
              <w:top w:w="50" w:type="dxa"/>
              <w:start w:w="70" w:type="dxa"/>
              <w:bottom w:w="50" w:type="dxa"/>
              <w:end w:w="70" w:type="dxa"/>
            </w:tcMar>
            <w:shd w:fill="C00000"/>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FFFFFF"/>
                <w:sz w:val="34"/>
              </w:rPr>
              <w:t>UNIT 7</w:t>
            </w:r>
          </w:p>
        </w:tc>
        <w:tc>
          <w:tcPr>
            <w:tcW w:type="dxa" w:w="8674"/>
            <w:tcMar>
              <w:top w:w="50" w:type="dxa"/>
              <w:start w:w="70" w:type="dxa"/>
              <w:bottom w:w="50" w:type="dxa"/>
              <w:end w:w="70" w:type="dxa"/>
            </w:tcMar>
            <w:shd w:fill="FCE8E6"/>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C00000"/>
                <w:sz w:val="36"/>
              </w:rPr>
              <w:t>TELEVISION</w:t>
            </w:r>
          </w:p>
        </w:tc>
      </w:tr>
    </w:tbl>
    <w:p>
      <w:pPr>
        <w:keepNext/>
        <w:keepLines/>
        <w:spacing w:before="80" w:after="40"/>
      </w:pPr>
      <w:r>
        <w:rPr>
          <w:rFonts w:ascii="Times New Roman" w:hAnsi="Times New Roman" w:eastAsia="Times New Roman"/>
          <w:b/>
          <w:color w:val="1254B7"/>
          <w:sz w:val="26"/>
        </w:rPr>
        <w:t>❖  A. VOCABULARY</w:t>
      </w:r>
    </w:p>
    <w:tbl>
      <w:tblPr>
        <w:tblW w:type="auto" w:w="0"/>
        <w:jc w:val="center"/>
        <w:tblLayout w:type="fixed"/>
        <w:tblLook w:firstColumn="1" w:firstRow="1" w:lastColumn="0" w:lastRow="0" w:noHBand="0" w:noVBand="1" w:val="04A0"/>
      </w:tblPr>
      <w:tblGrid>
        <w:gridCol w:w="623"/>
        <w:gridCol w:w="2551"/>
        <w:gridCol w:w="1020"/>
        <w:gridCol w:w="2324"/>
        <w:gridCol w:w="3855"/>
      </w:tblGrid>
      <w:tr>
        <w:trPr>
          <w:tblHeader w:val="true"/>
        </w:trPr>
        <w:tc>
          <w:tcPr>
            <w:tcW w:type="dxa" w:w="623"/>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No.</w:t>
            </w:r>
          </w:p>
        </w:tc>
        <w:tc>
          <w:tcPr>
            <w:tcW w:type="dxa" w:w="2551"/>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Word / Phrase</w:t>
            </w:r>
          </w:p>
        </w:tc>
        <w:tc>
          <w:tcPr>
            <w:tcW w:type="dxa" w:w="1020"/>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Type</w:t>
            </w:r>
          </w:p>
        </w:tc>
        <w:tc>
          <w:tcPr>
            <w:tcW w:type="dxa" w:w="2324"/>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IPA</w:t>
            </w:r>
          </w:p>
        </w:tc>
        <w:tc>
          <w:tcPr>
            <w:tcW w:type="dxa" w:w="3855"/>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Meaning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animated film</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/ˈænɪmeɪtɪd fɪlm/</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phim hoạt hình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audience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/ˈɔːdiəns/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khán giả</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broadcast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/ˈbrɔːdkɑːst/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phát sóng; chương trình phát sóng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cartoon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/kɑːˈtuːn/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phim hoạt hình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channel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/ˈtʃænl/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kênh truyền hình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character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/ˈkærəktə(r)/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nhân vật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clever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/ˈklevə(r)/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thông minh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comedy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/ˈkɒmədi/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chương trình hài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documentary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/ˌdɒkjuˈmentri/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phim tài liệu</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educational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/ˌedʒuˈkeɪʃənl/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có tính giáo dục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entertaining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/ˌentəˈteɪnɪŋ/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mang tính giải trí</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game show</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/ˈɡeɪm ʃəʊ/</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trò chơi truyền hình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live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(adj/adv)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/laɪv/</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trực tiếp</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MC</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/ˌem ˈsiː/</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người dẫn chương trình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newsreader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/ˈnjuːzriːdə(r)/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phát thanh viên bản tin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programme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/ˈprəʊɡræm/</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chương trình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remote control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/rɪˌməʊt kənˈtrəʊl/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điều khiển từ xa</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reporter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/rɪˈpɔːtə(r)/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phóng viên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schedule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/ˈʃedjuːl/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lịch phát sóng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talent show</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/ˈtælənt ʃəʊ/</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chương trình tìm kiếm tài năng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viewer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/ˈvjuːə(r)/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người xem truyền hình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weatherman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/ˈweðəmæn/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người dẫn bản tin thời tiết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wildlife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/ˈwaɪldlaɪf/</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động vật hoang dã</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episode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/ˈepɪsəʊd/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tập phim</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adventure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/ədˈventʃə(r)/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cuộc phiêu lưu</w:t>
            </w:r>
          </w:p>
        </w:tc>
      </w:tr>
    </w:tbl>
    <w:p>
      <w:pPr>
        <w:keepNext/>
        <w:keepLines/>
        <w:spacing w:before="80" w:after="40"/>
      </w:pPr>
      <w:r>
        <w:rPr>
          <w:rFonts w:ascii="Times New Roman" w:hAnsi="Times New Roman" w:eastAsia="Times New Roman"/>
          <w:b/>
          <w:color w:val="1254B7"/>
          <w:sz w:val="26"/>
        </w:rPr>
        <w:t>❖  B. WORD FORM</w:t>
      </w:r>
    </w:p>
    <w:tbl>
      <w:tblPr>
        <w:tblW w:type="auto" w:w="0"/>
        <w:jc w:val="center"/>
        <w:tblLayout w:type="fixed"/>
        <w:tblLook w:firstColumn="1" w:firstRow="1" w:lastColumn="0" w:lastRow="0" w:noHBand="0" w:noVBand="1" w:val="04A0"/>
      </w:tblPr>
      <w:tblGrid>
        <w:gridCol w:w="5187"/>
        <w:gridCol w:w="5187"/>
      </w:tblGrid>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1. </w:t>
            </w:r>
            <w:r>
              <w:rPr>
                <w:rFonts w:ascii="Times New Roman" w:hAnsi="Times New Roman" w:eastAsia="Times New Roman"/>
                <w:color w:val="000000"/>
                <w:sz w:val="20"/>
              </w:rPr>
              <w:t>educate (v): giáo dục; education (n): sự giáo dục; educational (adj): có tính giáo dục; educationally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2. </w:t>
            </w:r>
            <w:r>
              <w:rPr>
                <w:rFonts w:ascii="Times New Roman" w:hAnsi="Times New Roman" w:eastAsia="Times New Roman"/>
                <w:color w:val="000000"/>
                <w:sz w:val="20"/>
              </w:rPr>
              <w:t>entertain (v): giải trí; entertainment (n): sự giải trí; entertaining (adj): thú vị; entertainer (n): nghệ sĩ giải trí</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3. </w:t>
            </w:r>
            <w:r>
              <w:rPr>
                <w:rFonts w:ascii="Times New Roman" w:hAnsi="Times New Roman" w:eastAsia="Times New Roman"/>
                <w:color w:val="000000"/>
                <w:sz w:val="20"/>
              </w:rPr>
              <w:t>comedy (n): hài kịch; comedian (n): diễn viên hài; comic (adj): hài hước; comically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4. </w:t>
            </w:r>
            <w:r>
              <w:rPr>
                <w:rFonts w:ascii="Times New Roman" w:hAnsi="Times New Roman" w:eastAsia="Times New Roman"/>
                <w:color w:val="000000"/>
                <w:sz w:val="20"/>
              </w:rPr>
              <w:t>interest (v/n): quan tâm; interesting (adj): thú vị; interested (adj): cảm thấy hứng thú; interestingly (adv)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5. </w:t>
            </w:r>
            <w:r>
              <w:rPr>
                <w:rFonts w:ascii="Times New Roman" w:hAnsi="Times New Roman" w:eastAsia="Times New Roman"/>
                <w:color w:val="000000"/>
                <w:sz w:val="20"/>
              </w:rPr>
              <w:t>nation (n): quốc gia; national (adj): thuộc quốc gia; international (adj): quốc tế; nationally (adv)</w:t>
            </w:r>
          </w:p>
        </w:tc>
        <w:tc>
          <w:tcPr>
            <w:tcW w:type="dxa" w:w="5187"/>
            <w:tcMar>
              <w:top w:w="50" w:type="dxa"/>
              <w:start w:w="70" w:type="dxa"/>
              <w:bottom w:w="50" w:type="dxa"/>
              <w:end w:w="70" w:type="dxa"/>
            </w:tcMar>
          </w:tcPr>
          <w:p/>
        </w:tc>
      </w:tr>
    </w:tbl>
    <w:p>
      <w:pPr>
        <w:keepNext/>
        <w:keepLines/>
        <w:spacing w:before="80" w:after="40"/>
      </w:pPr>
      <w:r>
        <w:rPr>
          <w:rFonts w:ascii="Times New Roman" w:hAnsi="Times New Roman" w:eastAsia="Times New Roman"/>
          <w:b/>
          <w:color w:val="1254B7"/>
          <w:sz w:val="26"/>
        </w:rPr>
        <w:t>❖  C. GRAMMAR</w:t>
      </w:r>
    </w:p>
    <w:p>
      <w:pPr>
        <w:keepNext/>
        <w:keepLines/>
        <w:spacing w:before="60" w:after="20"/>
      </w:pPr>
      <w:r>
        <w:rPr>
          <w:rFonts w:ascii="Times New Roman" w:hAnsi="Times New Roman" w:eastAsia="Times New Roman"/>
          <w:b/>
          <w:color w:val="1254B7"/>
          <w:sz w:val="23"/>
        </w:rPr>
        <w:t>1. Wh-question words</w:t>
      </w:r>
    </w:p>
    <w:p>
      <w:pPr>
        <w:spacing w:after="0"/>
        <w:ind w:left="227" w:hanging="170"/>
      </w:pPr>
      <w:r>
        <w:rPr>
          <w:rFonts w:ascii="Times New Roman" w:hAnsi="Times New Roman" w:eastAsia="Times New Roman"/>
          <w:color w:val="000000"/>
          <w:sz w:val="20"/>
        </w:rPr>
        <w:t>• What hỏi về sự vật/thông tin; Who hỏi về người; Where hỏi nơi chốn; When hỏi thời gian; Why hỏi lý do; Which hỏi lựa chọn.</w:t>
      </w:r>
    </w:p>
    <w:p>
      <w:pPr>
        <w:spacing w:after="0"/>
        <w:ind w:left="227" w:hanging="170"/>
      </w:pPr>
      <w:r>
        <w:rPr>
          <w:rFonts w:ascii="Times New Roman" w:hAnsi="Times New Roman" w:eastAsia="Times New Roman"/>
          <w:color w:val="000000"/>
          <w:sz w:val="20"/>
        </w:rPr>
        <w:t>• How thường kết hợp: how often, how long, how many, how much.</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Wh-word + auxiliary verb + subject + main verb ...?</w:t>
            </w:r>
          </w:p>
        </w:tc>
      </w:tr>
    </w:tbl>
    <w:p>
      <w:pPr>
        <w:keepNext/>
        <w:keepLines/>
        <w:spacing w:before="60" w:after="20"/>
      </w:pPr>
      <w:r>
        <w:rPr>
          <w:rFonts w:ascii="Times New Roman" w:hAnsi="Times New Roman" w:eastAsia="Times New Roman"/>
          <w:b/>
          <w:color w:val="1254B7"/>
          <w:sz w:val="23"/>
        </w:rPr>
        <w:t>2. Conjunctions</w:t>
      </w:r>
    </w:p>
    <w:p>
      <w:pPr>
        <w:spacing w:after="0"/>
        <w:ind w:left="227" w:hanging="170"/>
      </w:pPr>
      <w:r>
        <w:rPr>
          <w:rFonts w:ascii="Times New Roman" w:hAnsi="Times New Roman" w:eastAsia="Times New Roman"/>
          <w:color w:val="000000"/>
          <w:sz w:val="20"/>
        </w:rPr>
        <w:t>• and nối ý bổ sung; but nối ý tương phản; so chỉ kết quả; because chỉ nguyên nhân; although nêu sự tương phản.</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Clause 1 + and / but / so / because / although + clause 2.</w:t>
            </w:r>
          </w:p>
        </w:tc>
      </w:tr>
    </w:tbl>
    <w:p>
      <w:r>
        <w:br w:type="page"/>
      </w:r>
    </w:p>
    <w:p>
      <w:pPr>
        <w:keepNext/>
        <w:keepLines/>
        <w:spacing w:before="80" w:after="40"/>
      </w:pPr>
      <w:r>
        <w:rPr>
          <w:rFonts w:ascii="Times New Roman" w:hAnsi="Times New Roman" w:eastAsia="Times New Roman"/>
          <w:b/>
          <w:color w:val="1254B7"/>
          <w:sz w:val="26"/>
        </w:rPr>
        <w:t>❖  EXERCISES</w:t>
      </w:r>
    </w:p>
    <w:p>
      <w:pPr>
        <w:keepNext/>
        <w:keepLines/>
        <w:spacing w:before="80" w:after="40"/>
      </w:pPr>
      <w:r>
        <w:rPr>
          <w:rFonts w:ascii="Times New Roman" w:hAnsi="Times New Roman" w:eastAsia="Times New Roman"/>
          <w:b/>
          <w:color w:val="1254B7"/>
          <w:sz w:val="26"/>
        </w:rPr>
        <w:t>❖  PHONETICS</w:t>
      </w:r>
    </w:p>
    <w:p>
      <w:pPr>
        <w:keepNext/>
        <w:keepLines/>
        <w:spacing w:before="40" w:after="20"/>
      </w:pPr>
      <w:r>
        <w:rPr>
          <w:rFonts w:ascii="Times New Roman" w:hAnsi="Times New Roman" w:eastAsia="Times New Roman"/>
          <w:b/>
          <w:color w:val="1254B7"/>
          <w:sz w:val="22"/>
        </w:rPr>
        <w:t>Exercise 1: Choose the word whose 'th' sound is pronounced differently.</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thank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theatre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this</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father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brother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think</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through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throw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weather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together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breathe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tooth</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healthy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birthday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both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clothing</w:t>
            </w:r>
          </w:p>
        </w:tc>
      </w:tr>
    </w:tbl>
    <w:p>
      <w:pPr>
        <w:spacing w:after="0"/>
        <w:ind w:left="0" w:firstLine="0"/>
      </w:pPr>
      <w:r>
        <w:rPr>
          <w:rFonts w:ascii="Times New Roman" w:hAnsi="Times New Roman" w:eastAsia="Times New Roman"/>
          <w:b w:val="0"/>
          <w:i w:val="0"/>
          <w:color w:val="000000"/>
          <w:sz w:val="21"/>
        </w:rPr>
        <w:t xml:space="preserve">6.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earth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fourth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maths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either</w:t>
            </w:r>
          </w:p>
        </w:tc>
      </w:tr>
    </w:tbl>
    <w:p>
      <w:pPr>
        <w:spacing w:after="0"/>
        <w:ind w:left="0" w:firstLine="0"/>
      </w:pPr>
      <w:r>
        <w:rPr>
          <w:rFonts w:ascii="Times New Roman" w:hAnsi="Times New Roman" w:eastAsia="Times New Roman"/>
          <w:b w:val="0"/>
          <w:i w:val="0"/>
          <w:color w:val="000000"/>
          <w:sz w:val="21"/>
        </w:rPr>
        <w:t xml:space="preserve">7.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those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theme</w:t>
            </w:r>
          </w:p>
        </w:tc>
      </w:tr>
    </w:tbl>
    <w:p>
      <w:pPr>
        <w:spacing w:after="0"/>
        <w:ind w:left="0" w:firstLine="0"/>
      </w:pPr>
      <w:r>
        <w:rPr>
          <w:rFonts w:ascii="Times New Roman" w:hAnsi="Times New Roman" w:eastAsia="Times New Roman"/>
          <w:b w:val="0"/>
          <w:i w:val="0"/>
          <w:color w:val="000000"/>
          <w:sz w:val="21"/>
        </w:rPr>
        <w:t xml:space="preserve">8.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author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method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athlete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although</w:t>
            </w:r>
          </w:p>
        </w:tc>
      </w:tr>
    </w:tbl>
    <w:p>
      <w:pPr>
        <w:spacing w:after="0"/>
        <w:ind w:left="0" w:firstLine="0"/>
      </w:pPr>
      <w:r>
        <w:rPr>
          <w:rFonts w:ascii="Times New Roman" w:hAnsi="Times New Roman" w:eastAsia="Times New Roman"/>
          <w:b w:val="0"/>
          <w:i w:val="0"/>
          <w:color w:val="000000"/>
          <w:sz w:val="21"/>
        </w:rPr>
        <w:t xml:space="preserve">9.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south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north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month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smooth</w:t>
            </w:r>
          </w:p>
        </w:tc>
      </w:tr>
    </w:tbl>
    <w:p>
      <w:pPr>
        <w:spacing w:after="0"/>
        <w:ind w:left="0" w:firstLine="0"/>
      </w:pPr>
      <w:r>
        <w:rPr>
          <w:rFonts w:ascii="Times New Roman" w:hAnsi="Times New Roman" w:eastAsia="Times New Roman"/>
          <w:b w:val="0"/>
          <w:i w:val="0"/>
          <w:color w:val="000000"/>
          <w:sz w:val="21"/>
        </w:rPr>
        <w:t xml:space="preserve">10.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thunder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thousand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Thursday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there</w:t>
            </w:r>
          </w:p>
        </w:tc>
      </w:tr>
    </w:tbl>
    <w:p>
      <w:pPr>
        <w:keepNext/>
        <w:keepLines/>
        <w:spacing w:before="40" w:after="20"/>
      </w:pPr>
      <w:r>
        <w:rPr>
          <w:rFonts w:ascii="Times New Roman" w:hAnsi="Times New Roman" w:eastAsia="Times New Roman"/>
          <w:b/>
          <w:color w:val="1254B7"/>
          <w:sz w:val="22"/>
        </w:rPr>
        <w:t>Exercise 2: Mark the letter A, B, C, or D to indicate the word that differs in stress pattern.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television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programme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character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cartoon</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comedy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viewer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channel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reporter</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educational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entertaining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documentary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family</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adventure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important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exciting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weatherman</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national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popular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wonderful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event</w:t>
            </w:r>
          </w:p>
        </w:tc>
      </w:tr>
    </w:tbl>
    <w:p>
      <w:pPr>
        <w:keepNext/>
        <w:keepLines/>
        <w:spacing w:before="80" w:after="40"/>
      </w:pPr>
      <w:r>
        <w:rPr>
          <w:rFonts w:ascii="Times New Roman" w:hAnsi="Times New Roman" w:eastAsia="Times New Roman"/>
          <w:b/>
          <w:color w:val="1254B7"/>
          <w:sz w:val="26"/>
        </w:rPr>
        <w:t>❖  VOCABULARY AND GRAMMAR</w:t>
      </w:r>
    </w:p>
    <w:p>
      <w:pPr>
        <w:keepNext/>
        <w:keepLines/>
        <w:spacing w:before="40" w:after="20"/>
      </w:pPr>
      <w:r>
        <w:rPr>
          <w:rFonts w:ascii="Times New Roman" w:hAnsi="Times New Roman" w:eastAsia="Times New Roman"/>
          <w:b/>
          <w:color w:val="1254B7"/>
          <w:sz w:val="22"/>
        </w:rPr>
        <w:t>Exercise 3: Mark the letter A, B, C, or D to indicate the correct answer to each question.</w:t>
      </w:r>
    </w:p>
    <w:p>
      <w:pPr>
        <w:spacing w:after="0"/>
        <w:ind w:left="0" w:firstLine="0"/>
      </w:pPr>
      <w:r>
        <w:rPr>
          <w:rFonts w:ascii="Times New Roman" w:hAnsi="Times New Roman" w:eastAsia="Times New Roman"/>
          <w:b w:val="0"/>
          <w:i w:val="0"/>
          <w:color w:val="000000"/>
          <w:sz w:val="21"/>
        </w:rPr>
        <w:t>1. Which word or phrase means 'phim hoạt hình'?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animated film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audience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broadcast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cartoon</w:t>
            </w:r>
          </w:p>
        </w:tc>
      </w:tr>
    </w:tbl>
    <w:p>
      <w:pPr>
        <w:spacing w:after="0"/>
        <w:ind w:left="0" w:firstLine="0"/>
      </w:pPr>
      <w:r>
        <w:rPr>
          <w:rFonts w:ascii="Times New Roman" w:hAnsi="Times New Roman" w:eastAsia="Times New Roman"/>
          <w:b w:val="0"/>
          <w:i w:val="0"/>
          <w:color w:val="000000"/>
          <w:sz w:val="21"/>
        </w:rPr>
        <w:t>2. Which word or phrase means 'khán giả'?</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channel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audience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character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clever</w:t>
            </w:r>
          </w:p>
        </w:tc>
      </w:tr>
    </w:tbl>
    <w:p>
      <w:pPr>
        <w:spacing w:after="0"/>
        <w:ind w:left="0" w:firstLine="0"/>
      </w:pPr>
      <w:r>
        <w:rPr>
          <w:rFonts w:ascii="Times New Roman" w:hAnsi="Times New Roman" w:eastAsia="Times New Roman"/>
          <w:b w:val="0"/>
          <w:i w:val="0"/>
          <w:color w:val="000000"/>
          <w:sz w:val="21"/>
        </w:rPr>
        <w:t>3. Which word or phrase means 'phát sóng; chương trình phát sóng'?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comedy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documentary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broadcast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educational</w:t>
            </w:r>
          </w:p>
        </w:tc>
      </w:tr>
    </w:tbl>
    <w:p>
      <w:pPr>
        <w:spacing w:after="0"/>
        <w:ind w:left="0" w:firstLine="0"/>
      </w:pPr>
      <w:r>
        <w:rPr>
          <w:rFonts w:ascii="Times New Roman" w:hAnsi="Times New Roman" w:eastAsia="Times New Roman"/>
          <w:b w:val="0"/>
          <w:i w:val="0"/>
          <w:color w:val="000000"/>
          <w:sz w:val="21"/>
        </w:rPr>
        <w:t>4. Which word or phrase means 'phim hoạt hình'?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entertaining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game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cartoon</w:t>
            </w:r>
          </w:p>
        </w:tc>
      </w:tr>
    </w:tbl>
    <w:p>
      <w:pPr>
        <w:spacing w:after="0"/>
        <w:ind w:left="0" w:firstLine="0"/>
      </w:pPr>
      <w:r>
        <w:rPr>
          <w:rFonts w:ascii="Times New Roman" w:hAnsi="Times New Roman" w:eastAsia="Times New Roman"/>
          <w:b w:val="0"/>
          <w:i w:val="0"/>
          <w:color w:val="000000"/>
          <w:sz w:val="21"/>
        </w:rPr>
        <w:t>5. Which word or phrase means 'kênh truyền hình'?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channel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newsreader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programme</w:t>
            </w:r>
          </w:p>
        </w:tc>
      </w:tr>
    </w:tbl>
    <w:p>
      <w:pPr>
        <w:spacing w:after="0"/>
        <w:ind w:left="0" w:firstLine="0"/>
      </w:pPr>
      <w:r>
        <w:rPr>
          <w:rFonts w:ascii="Times New Roman" w:hAnsi="Times New Roman" w:eastAsia="Times New Roman"/>
          <w:b w:val="0"/>
          <w:i w:val="0"/>
          <w:color w:val="000000"/>
          <w:sz w:val="21"/>
        </w:rPr>
        <w:t>6. Which word or phrase means 'nhân vật'?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remote control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character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reporter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schedule</w:t>
            </w:r>
          </w:p>
        </w:tc>
      </w:tr>
    </w:tbl>
    <w:p>
      <w:pPr>
        <w:spacing w:after="0"/>
        <w:ind w:left="0" w:firstLine="0"/>
      </w:pPr>
      <w:r>
        <w:rPr>
          <w:rFonts w:ascii="Times New Roman" w:hAnsi="Times New Roman" w:eastAsia="Times New Roman"/>
          <w:b w:val="0"/>
          <w:i w:val="0"/>
          <w:color w:val="000000"/>
          <w:sz w:val="21"/>
        </w:rPr>
        <w:t>7. Which word or phrase means 'thông minh'?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talent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viewer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clever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weatherman</w:t>
            </w:r>
          </w:p>
        </w:tc>
      </w:tr>
    </w:tbl>
    <w:p>
      <w:pPr>
        <w:spacing w:after="0"/>
        <w:ind w:left="0" w:firstLine="0"/>
      </w:pPr>
      <w:r>
        <w:rPr>
          <w:rFonts w:ascii="Times New Roman" w:hAnsi="Times New Roman" w:eastAsia="Times New Roman"/>
          <w:b w:val="0"/>
          <w:i w:val="0"/>
          <w:color w:val="000000"/>
          <w:sz w:val="21"/>
        </w:rPr>
        <w:t>8. The _____ tells us whether it will be rainy tomorrow.</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wildlife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episode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adventure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weatherman</w:t>
            </w:r>
          </w:p>
        </w:tc>
      </w:tr>
    </w:tbl>
    <w:p>
      <w:pPr>
        <w:spacing w:after="0"/>
        <w:ind w:left="0" w:firstLine="0"/>
      </w:pPr>
      <w:r>
        <w:rPr>
          <w:rFonts w:ascii="Times New Roman" w:hAnsi="Times New Roman" w:eastAsia="Times New Roman"/>
          <w:b w:val="0"/>
          <w:i w:val="0"/>
          <w:color w:val="000000"/>
          <w:sz w:val="21"/>
        </w:rPr>
        <w:t>9. A _____ gives factual information about nature or history.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documentary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animated film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audience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broadcast</w:t>
            </w:r>
          </w:p>
        </w:tc>
      </w:tr>
    </w:tbl>
    <w:p>
      <w:pPr>
        <w:spacing w:after="0"/>
        <w:ind w:left="0" w:firstLine="0"/>
      </w:pPr>
      <w:r>
        <w:rPr>
          <w:rFonts w:ascii="Times New Roman" w:hAnsi="Times New Roman" w:eastAsia="Times New Roman"/>
          <w:b w:val="0"/>
          <w:i w:val="0"/>
          <w:color w:val="000000"/>
          <w:sz w:val="21"/>
        </w:rPr>
        <w:t>10. Use the _____ to change the channel without leaving your seat.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cartoon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remote control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channel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character</w:t>
            </w:r>
          </w:p>
        </w:tc>
      </w:tr>
    </w:tbl>
    <w:p>
      <w:pPr>
        <w:spacing w:after="0"/>
        <w:ind w:left="0" w:firstLine="0"/>
      </w:pPr>
      <w:r>
        <w:rPr>
          <w:rFonts w:ascii="Times New Roman" w:hAnsi="Times New Roman" w:eastAsia="Times New Roman"/>
          <w:b w:val="0"/>
          <w:i w:val="0"/>
          <w:color w:val="000000"/>
          <w:sz w:val="21"/>
        </w:rPr>
        <w:t>11. The final football match will be shown _____ tonight.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clever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comedy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documentary</w:t>
            </w:r>
          </w:p>
        </w:tc>
      </w:tr>
    </w:tbl>
    <w:p>
      <w:pPr>
        <w:spacing w:after="0"/>
        <w:ind w:left="0" w:firstLine="0"/>
      </w:pPr>
      <w:r>
        <w:rPr>
          <w:rFonts w:ascii="Times New Roman" w:hAnsi="Times New Roman" w:eastAsia="Times New Roman"/>
          <w:b w:val="0"/>
          <w:i w:val="0"/>
          <w:color w:val="000000"/>
          <w:sz w:val="21"/>
        </w:rPr>
        <w:t>12. A _____ asks contestants questions and controls the show.</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educational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entertaining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game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MC</w:t>
            </w:r>
          </w:p>
        </w:tc>
      </w:tr>
    </w:tbl>
    <w:p>
      <w:pPr>
        <w:spacing w:after="0"/>
        <w:ind w:left="0" w:firstLine="0"/>
      </w:pPr>
      <w:r>
        <w:rPr>
          <w:rFonts w:ascii="Times New Roman" w:hAnsi="Times New Roman" w:eastAsia="Times New Roman"/>
          <w:b w:val="0"/>
          <w:i w:val="0"/>
          <w:color w:val="000000"/>
          <w:sz w:val="21"/>
        </w:rPr>
        <w:t>13. Check the TV _____ to see when the programme begins.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schedule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newsreader</w:t>
            </w:r>
          </w:p>
        </w:tc>
      </w:tr>
    </w:tbl>
    <w:p>
      <w:pPr>
        <w:spacing w:after="0"/>
        <w:ind w:left="0" w:firstLine="0"/>
      </w:pPr>
      <w:r>
        <w:rPr>
          <w:rFonts w:ascii="Times New Roman" w:hAnsi="Times New Roman" w:eastAsia="Times New Roman"/>
          <w:b w:val="0"/>
          <w:i w:val="0"/>
          <w:color w:val="000000"/>
          <w:sz w:val="21"/>
        </w:rPr>
        <w:t>14. The _____ interviewed people at the scene.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programme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reporter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remote control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schedule</w:t>
            </w:r>
          </w:p>
        </w:tc>
      </w:tr>
    </w:tbl>
    <w:p>
      <w:pPr>
        <w:spacing w:after="0"/>
        <w:ind w:left="0" w:firstLine="0"/>
      </w:pPr>
      <w:r>
        <w:rPr>
          <w:rFonts w:ascii="Times New Roman" w:hAnsi="Times New Roman" w:eastAsia="Times New Roman"/>
          <w:b w:val="0"/>
          <w:i w:val="0"/>
          <w:color w:val="000000"/>
          <w:sz w:val="21"/>
        </w:rPr>
        <w:t>15. My little brother loves the funny _____ in this cartoon.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talent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viewer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character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weatherman</w:t>
            </w:r>
          </w:p>
        </w:tc>
      </w:tr>
    </w:tbl>
    <w:p>
      <w:pPr>
        <w:spacing w:after="0"/>
        <w:ind w:left="0" w:firstLine="0"/>
      </w:pPr>
      <w:r>
        <w:rPr>
          <w:rFonts w:ascii="Times New Roman" w:hAnsi="Times New Roman" w:eastAsia="Times New Roman"/>
          <w:b w:val="0"/>
          <w:i w:val="0"/>
          <w:color w:val="000000"/>
          <w:sz w:val="21"/>
        </w:rPr>
        <w:t>16. _____ is your favourite TV programme?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How often</w:t>
            </w:r>
          </w:p>
        </w:tc>
      </w:tr>
    </w:tbl>
    <w:p>
      <w:pPr>
        <w:spacing w:after="0"/>
        <w:ind w:left="0" w:firstLine="0"/>
      </w:pPr>
      <w:r>
        <w:rPr>
          <w:rFonts w:ascii="Times New Roman" w:hAnsi="Times New Roman" w:eastAsia="Times New Roman"/>
          <w:b w:val="0"/>
          <w:i w:val="0"/>
          <w:color w:val="000000"/>
          <w:sz w:val="21"/>
        </w:rPr>
        <w:t>17. _____ does the news start? - At 7 p.m.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Which</w:t>
            </w:r>
          </w:p>
        </w:tc>
      </w:tr>
    </w:tbl>
    <w:p>
      <w:pPr>
        <w:spacing w:after="0"/>
        <w:ind w:left="0" w:firstLine="0"/>
      </w:pPr>
      <w:r>
        <w:rPr>
          <w:rFonts w:ascii="Times New Roman" w:hAnsi="Times New Roman" w:eastAsia="Times New Roman"/>
          <w:b w:val="0"/>
          <w:i w:val="0"/>
          <w:color w:val="000000"/>
          <w:sz w:val="21"/>
        </w:rPr>
        <w:t>18. _____ is the main character? - A clever fox.</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Where</w:t>
            </w:r>
          </w:p>
        </w:tc>
      </w:tr>
    </w:tbl>
    <w:p>
      <w:pPr>
        <w:spacing w:after="0"/>
        <w:ind w:left="0" w:firstLine="0"/>
      </w:pPr>
      <w:r>
        <w:rPr>
          <w:rFonts w:ascii="Times New Roman" w:hAnsi="Times New Roman" w:eastAsia="Times New Roman"/>
          <w:b w:val="0"/>
          <w:i w:val="0"/>
          <w:color w:val="000000"/>
          <w:sz w:val="21"/>
        </w:rPr>
        <w:t>19. I like cartoons _____ they are funny.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although</w:t>
            </w:r>
          </w:p>
        </w:tc>
      </w:tr>
    </w:tbl>
    <w:p>
      <w:pPr>
        <w:spacing w:after="0"/>
        <w:ind w:left="0" w:firstLine="0"/>
      </w:pPr>
      <w:r>
        <w:rPr>
          <w:rFonts w:ascii="Times New Roman" w:hAnsi="Times New Roman" w:eastAsia="Times New Roman"/>
          <w:b w:val="0"/>
          <w:i w:val="0"/>
          <w:color w:val="000000"/>
          <w:sz w:val="21"/>
        </w:rPr>
        <w:t>20. The film is exciting, _____ it is a little long.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because</w:t>
            </w:r>
          </w:p>
        </w:tc>
      </w:tr>
    </w:tbl>
    <w:p>
      <w:pPr>
        <w:spacing w:after="0"/>
        <w:ind w:left="0" w:firstLine="0"/>
      </w:pPr>
      <w:r>
        <w:rPr>
          <w:rFonts w:ascii="Times New Roman" w:hAnsi="Times New Roman" w:eastAsia="Times New Roman"/>
          <w:b w:val="0"/>
          <w:i w:val="0"/>
          <w:color w:val="000000"/>
          <w:sz w:val="21"/>
        </w:rPr>
        <w:t>21. Lan finished her homework, _____ she watched television.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although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but</w:t>
            </w:r>
          </w:p>
        </w:tc>
      </w:tr>
    </w:tbl>
    <w:p>
      <w:pPr>
        <w:spacing w:after="0"/>
        <w:ind w:left="0" w:firstLine="0"/>
      </w:pPr>
      <w:r>
        <w:rPr>
          <w:rFonts w:ascii="Times New Roman" w:hAnsi="Times New Roman" w:eastAsia="Times New Roman"/>
          <w:b w:val="0"/>
          <w:i w:val="0"/>
          <w:color w:val="000000"/>
          <w:sz w:val="21"/>
        </w:rPr>
        <w:t>22. _____ channel shows the match? - Channel 5.</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Which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When</w:t>
            </w:r>
          </w:p>
        </w:tc>
      </w:tr>
    </w:tbl>
    <w:p>
      <w:pPr>
        <w:spacing w:after="0"/>
        <w:ind w:left="0" w:firstLine="0"/>
      </w:pPr>
      <w:r>
        <w:rPr>
          <w:rFonts w:ascii="Times New Roman" w:hAnsi="Times New Roman" w:eastAsia="Times New Roman"/>
          <w:b w:val="0"/>
          <w:i w:val="0"/>
          <w:color w:val="000000"/>
          <w:sz w:val="21"/>
        </w:rPr>
        <w:t>23. _____ do you watch TV? - About one hour a 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How much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How long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How many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How far</w:t>
            </w:r>
          </w:p>
        </w:tc>
      </w:tr>
    </w:tbl>
    <w:p>
      <w:pPr>
        <w:spacing w:after="0"/>
        <w:ind w:left="0" w:firstLine="0"/>
      </w:pPr>
      <w:r>
        <w:rPr>
          <w:rFonts w:ascii="Times New Roman" w:hAnsi="Times New Roman" w:eastAsia="Times New Roman"/>
          <w:b w:val="0"/>
          <w:i w:val="0"/>
          <w:color w:val="000000"/>
          <w:sz w:val="21"/>
        </w:rPr>
        <w:t>24. _____ do you watch documentaries? - Twice a week.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How often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Where</w:t>
            </w:r>
          </w:p>
        </w:tc>
      </w:tr>
    </w:tbl>
    <w:p>
      <w:pPr>
        <w:spacing w:after="0"/>
        <w:ind w:left="0" w:firstLine="0"/>
      </w:pPr>
      <w:r>
        <w:rPr>
          <w:rFonts w:ascii="Times New Roman" w:hAnsi="Times New Roman" w:eastAsia="Times New Roman"/>
          <w:b w:val="0"/>
          <w:i w:val="0"/>
          <w:color w:val="000000"/>
          <w:sz w:val="21"/>
        </w:rPr>
        <w:t>25. The programme is educational _____ entertaining.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but</w:t>
            </w:r>
          </w:p>
        </w:tc>
      </w:tr>
    </w:tbl>
    <w:p>
      <w:pPr>
        <w:spacing w:after="0"/>
        <w:ind w:left="0" w:firstLine="0"/>
      </w:pPr>
      <w:r>
        <w:rPr>
          <w:rFonts w:ascii="Times New Roman" w:hAnsi="Times New Roman" w:eastAsia="Times New Roman"/>
          <w:b w:val="0"/>
          <w:i w:val="0"/>
          <w:color w:val="000000"/>
          <w:sz w:val="21"/>
        </w:rPr>
        <w:t>26. _____ was the game show exciting? - Because the questions were difficult.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Who</w:t>
            </w:r>
          </w:p>
        </w:tc>
      </w:tr>
    </w:tbl>
    <w:p>
      <w:pPr>
        <w:spacing w:after="0"/>
        <w:ind w:left="0" w:firstLine="0"/>
      </w:pPr>
      <w:r>
        <w:rPr>
          <w:rFonts w:ascii="Times New Roman" w:hAnsi="Times New Roman" w:eastAsia="Times New Roman"/>
          <w:b w:val="0"/>
          <w:i w:val="0"/>
          <w:color w:val="000000"/>
          <w:sz w:val="21"/>
        </w:rPr>
        <w:t>27. We wanted to watch the film, _____ the TV did not work.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and</w:t>
            </w:r>
          </w:p>
        </w:tc>
      </w:tr>
    </w:tbl>
    <w:p>
      <w:pPr>
        <w:spacing w:after="0"/>
        <w:ind w:left="0" w:firstLine="0"/>
      </w:pPr>
      <w:r>
        <w:rPr>
          <w:rFonts w:ascii="Times New Roman" w:hAnsi="Times New Roman" w:eastAsia="Times New Roman"/>
          <w:b w:val="0"/>
          <w:i w:val="0"/>
          <w:color w:val="000000"/>
          <w:sz w:val="21"/>
        </w:rPr>
        <w:t>28. _____ contestants are there? - Ten.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How much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How old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How many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How often</w:t>
            </w:r>
          </w:p>
        </w:tc>
      </w:tr>
    </w:tbl>
    <w:p>
      <w:pPr>
        <w:spacing w:after="0"/>
        <w:ind w:left="0" w:firstLine="0"/>
      </w:pPr>
      <w:r>
        <w:rPr>
          <w:rFonts w:ascii="Times New Roman" w:hAnsi="Times New Roman" w:eastAsia="Times New Roman"/>
          <w:b w:val="0"/>
          <w:i w:val="0"/>
          <w:color w:val="000000"/>
          <w:sz w:val="21"/>
        </w:rPr>
        <w:t>29. My sister likes music shows, _____ I prefer sports programmes.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because</w:t>
            </w:r>
          </w:p>
        </w:tc>
      </w:tr>
    </w:tbl>
    <w:p>
      <w:pPr>
        <w:spacing w:after="0"/>
        <w:ind w:left="0" w:firstLine="0"/>
      </w:pPr>
      <w:r>
        <w:rPr>
          <w:rFonts w:ascii="Times New Roman" w:hAnsi="Times New Roman" w:eastAsia="Times New Roman"/>
          <w:b w:val="0"/>
          <w:i w:val="0"/>
          <w:color w:val="000000"/>
          <w:sz w:val="21"/>
        </w:rPr>
        <w:t>30. _____ does the reporter work? - At a television studio.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Which</w:t>
            </w:r>
          </w:p>
        </w:tc>
      </w:tr>
    </w:tbl>
    <w:p>
      <w:pPr>
        <w:keepNext/>
        <w:keepLines/>
        <w:spacing w:before="40" w:after="20"/>
      </w:pPr>
      <w:r>
        <w:rPr>
          <w:rFonts w:ascii="Times New Roman" w:hAnsi="Times New Roman" w:eastAsia="Times New Roman"/>
          <w:b/>
          <w:color w:val="1254B7"/>
          <w:sz w:val="22"/>
        </w:rPr>
        <w:t>Exercise 4: Choose the word(s) CLOSEST in meaning to the underlined word(s).</w:t>
      </w:r>
    </w:p>
    <w:p>
      <w:pPr>
        <w:spacing w:after="0"/>
        <w:ind w:left="0" w:firstLine="0"/>
      </w:pPr>
      <w:r>
        <w:rPr>
          <w:rFonts w:ascii="Times New Roman" w:hAnsi="Times New Roman" w:eastAsia="Times New Roman"/>
          <w:b w:val="0"/>
          <w:i w:val="0"/>
          <w:color w:val="000000"/>
          <w:sz w:val="21"/>
        </w:rPr>
        <w:t>1. The science show is very educational.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useful for learning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difficult to hear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easy to forget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expensive to make</w:t>
            </w:r>
          </w:p>
        </w:tc>
      </w:tr>
    </w:tbl>
    <w:p>
      <w:pPr>
        <w:spacing w:after="0"/>
        <w:ind w:left="0" w:firstLine="0"/>
      </w:pPr>
      <w:r>
        <w:rPr>
          <w:rFonts w:ascii="Times New Roman" w:hAnsi="Times New Roman" w:eastAsia="Times New Roman"/>
          <w:b w:val="0"/>
          <w:i w:val="0"/>
          <w:color w:val="000000"/>
          <w:sz w:val="21"/>
        </w:rPr>
        <w:t>2. The comedy was entertaining.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boring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enjoyable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serious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quiet</w:t>
            </w:r>
          </w:p>
        </w:tc>
      </w:tr>
    </w:tbl>
    <w:p>
      <w:pPr>
        <w:spacing w:after="0"/>
        <w:ind w:left="0" w:firstLine="0"/>
      </w:pPr>
      <w:r>
        <w:rPr>
          <w:rFonts w:ascii="Times New Roman" w:hAnsi="Times New Roman" w:eastAsia="Times New Roman"/>
          <w:b w:val="0"/>
          <w:i w:val="0"/>
          <w:color w:val="000000"/>
          <w:sz w:val="21"/>
        </w:rPr>
        <w:t>3. Millions of viewers watched the final.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listeners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readers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TV watchers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players</w:t>
            </w:r>
          </w:p>
        </w:tc>
      </w:tr>
    </w:tbl>
    <w:p>
      <w:pPr>
        <w:spacing w:after="0"/>
        <w:ind w:left="0" w:firstLine="0"/>
      </w:pPr>
      <w:r>
        <w:rPr>
          <w:rFonts w:ascii="Times New Roman" w:hAnsi="Times New Roman" w:eastAsia="Times New Roman"/>
          <w:b w:val="0"/>
          <w:i w:val="0"/>
          <w:color w:val="000000"/>
          <w:sz w:val="21"/>
        </w:rPr>
        <w:t>4. The programme is broadcast live.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shown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closed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written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painted</w:t>
            </w:r>
          </w:p>
        </w:tc>
      </w:tr>
    </w:tbl>
    <w:p>
      <w:pPr>
        <w:spacing w:after="0"/>
        <w:ind w:left="0" w:firstLine="0"/>
      </w:pPr>
      <w:r>
        <w:rPr>
          <w:rFonts w:ascii="Times New Roman" w:hAnsi="Times New Roman" w:eastAsia="Times New Roman"/>
          <w:b w:val="0"/>
          <w:i w:val="0"/>
          <w:color w:val="000000"/>
          <w:sz w:val="21"/>
        </w:rPr>
        <w:t>5. The reporter gave a brief update.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short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angry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funny</w:t>
            </w:r>
          </w:p>
        </w:tc>
      </w:tr>
    </w:tbl>
    <w:p>
      <w:pPr>
        <w:keepNext/>
        <w:keepLines/>
        <w:spacing w:before="40" w:after="20"/>
      </w:pPr>
      <w:r>
        <w:rPr>
          <w:rFonts w:ascii="Times New Roman" w:hAnsi="Times New Roman" w:eastAsia="Times New Roman"/>
          <w:b/>
          <w:color w:val="1254B7"/>
          <w:sz w:val="22"/>
        </w:rPr>
        <w:t>Exercise 5: Choose the word(s) OPPOSITE in meaning to the underlined word(s).</w:t>
      </w:r>
    </w:p>
    <w:p>
      <w:pPr>
        <w:spacing w:after="0"/>
        <w:ind w:left="0" w:firstLine="0"/>
      </w:pPr>
      <w:r>
        <w:rPr>
          <w:rFonts w:ascii="Times New Roman" w:hAnsi="Times New Roman" w:eastAsia="Times New Roman"/>
          <w:b w:val="0"/>
          <w:i w:val="0"/>
          <w:color w:val="000000"/>
          <w:sz w:val="21"/>
        </w:rPr>
        <w:t>1. The documentary was interesting.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popular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boring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famous</w:t>
            </w:r>
          </w:p>
        </w:tc>
      </w:tr>
    </w:tbl>
    <w:p>
      <w:pPr>
        <w:spacing w:after="0"/>
        <w:ind w:left="0" w:firstLine="0"/>
      </w:pPr>
      <w:r>
        <w:rPr>
          <w:rFonts w:ascii="Times New Roman" w:hAnsi="Times New Roman" w:eastAsia="Times New Roman"/>
          <w:b w:val="0"/>
          <w:i w:val="0"/>
          <w:color w:val="000000"/>
          <w:sz w:val="21"/>
        </w:rPr>
        <w:t>2. That is a clever character.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smart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silly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friendly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brave</w:t>
            </w:r>
          </w:p>
        </w:tc>
      </w:tr>
    </w:tbl>
    <w:p>
      <w:pPr>
        <w:spacing w:after="0"/>
        <w:ind w:left="0" w:firstLine="0"/>
      </w:pPr>
      <w:r>
        <w:rPr>
          <w:rFonts w:ascii="Times New Roman" w:hAnsi="Times New Roman" w:eastAsia="Times New Roman"/>
          <w:b w:val="0"/>
          <w:i w:val="0"/>
          <w:color w:val="000000"/>
          <w:sz w:val="21"/>
        </w:rPr>
        <w:t>3. The show starts early.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quickly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quietly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slowly</w:t>
            </w:r>
          </w:p>
        </w:tc>
      </w:tr>
    </w:tbl>
    <w:p>
      <w:pPr>
        <w:spacing w:after="0"/>
        <w:ind w:left="0" w:firstLine="0"/>
      </w:pPr>
      <w:r>
        <w:rPr>
          <w:rFonts w:ascii="Times New Roman" w:hAnsi="Times New Roman" w:eastAsia="Times New Roman"/>
          <w:b w:val="0"/>
          <w:i w:val="0"/>
          <w:color w:val="000000"/>
          <w:sz w:val="21"/>
        </w:rPr>
        <w:t>4. This channel is popular with teenagers.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well-known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unpopular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national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educational</w:t>
            </w:r>
          </w:p>
        </w:tc>
      </w:tr>
    </w:tbl>
    <w:p>
      <w:pPr>
        <w:spacing w:after="0"/>
        <w:ind w:left="0" w:firstLine="0"/>
      </w:pPr>
      <w:r>
        <w:rPr>
          <w:rFonts w:ascii="Times New Roman" w:hAnsi="Times New Roman" w:eastAsia="Times New Roman"/>
          <w:b w:val="0"/>
          <w:i w:val="0"/>
          <w:color w:val="000000"/>
          <w:sz w:val="21"/>
        </w:rPr>
        <w:t>5. The programme is suitable for children.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appropriate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safe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unsuitable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helpful</w:t>
            </w:r>
          </w:p>
        </w:tc>
      </w:tr>
    </w:tbl>
    <w:p>
      <w:pPr>
        <w:keepNext/>
        <w:keepLines/>
        <w:spacing w:before="40" w:after="20"/>
      </w:pPr>
      <w:r>
        <w:rPr>
          <w:rFonts w:ascii="Times New Roman" w:hAnsi="Times New Roman" w:eastAsia="Times New Roman"/>
          <w:b/>
          <w:color w:val="1254B7"/>
          <w:sz w:val="22"/>
        </w:rPr>
        <w:t>Exercise 6: Complete the questions or sentences with suitable Wh-words or conjunctions.</w:t>
      </w:r>
    </w:p>
    <w:p>
      <w:pPr>
        <w:spacing w:after="0"/>
      </w:pPr>
      <w:r>
        <w:rPr>
          <w:rFonts w:ascii="Times New Roman" w:hAnsi="Times New Roman" w:eastAsia="Times New Roman"/>
          <w:color w:val="000000"/>
          <w:sz w:val="20"/>
        </w:rPr>
        <w:t xml:space="preserve">1. _____ is the cartoon on? - At 6.30 p.m. </w:t>
      </w:r>
    </w:p>
    <w:p>
      <w:pPr>
        <w:spacing w:after="0"/>
      </w:pPr>
      <w:r>
        <w:rPr>
          <w:rFonts w:ascii="Times New Roman" w:hAnsi="Times New Roman" w:eastAsia="Times New Roman"/>
          <w:color w:val="000000"/>
          <w:sz w:val="20"/>
        </w:rPr>
        <w:t xml:space="preserve">2. _____ do you like this programme? - Because it is funny. </w:t>
      </w:r>
    </w:p>
    <w:p>
      <w:pPr>
        <w:spacing w:after="0"/>
      </w:pPr>
      <w:r>
        <w:rPr>
          <w:rFonts w:ascii="Times New Roman" w:hAnsi="Times New Roman" w:eastAsia="Times New Roman"/>
          <w:color w:val="000000"/>
          <w:sz w:val="20"/>
        </w:rPr>
        <w:t xml:space="preserve">3. _____ is your favourite MC? - Tran Thanh. </w:t>
      </w:r>
    </w:p>
    <w:p>
      <w:pPr>
        <w:spacing w:after="0"/>
      </w:pPr>
      <w:r>
        <w:rPr>
          <w:rFonts w:ascii="Times New Roman" w:hAnsi="Times New Roman" w:eastAsia="Times New Roman"/>
          <w:color w:val="000000"/>
          <w:sz w:val="20"/>
        </w:rPr>
        <w:t xml:space="preserve">4. _____ programme do you prefer, cartoons or sports? </w:t>
      </w:r>
    </w:p>
    <w:p>
      <w:pPr>
        <w:spacing w:after="0"/>
      </w:pPr>
      <w:r>
        <w:rPr>
          <w:rFonts w:ascii="Times New Roman" w:hAnsi="Times New Roman" w:eastAsia="Times New Roman"/>
          <w:color w:val="000000"/>
          <w:sz w:val="20"/>
        </w:rPr>
        <w:t xml:space="preserve">5. _____ do you watch television? - In the living room. </w:t>
      </w:r>
    </w:p>
    <w:p>
      <w:pPr>
        <w:spacing w:after="0"/>
      </w:pPr>
      <w:r>
        <w:rPr>
          <w:rFonts w:ascii="Times New Roman" w:hAnsi="Times New Roman" w:eastAsia="Times New Roman"/>
          <w:color w:val="000000"/>
          <w:sz w:val="20"/>
        </w:rPr>
        <w:t xml:space="preserve">6. I wanted to watch the news, _____ my brother chose a film. </w:t>
      </w:r>
    </w:p>
    <w:p>
      <w:pPr>
        <w:spacing w:after="0"/>
      </w:pPr>
      <w:r>
        <w:rPr>
          <w:rFonts w:ascii="Times New Roman" w:hAnsi="Times New Roman" w:eastAsia="Times New Roman"/>
          <w:color w:val="000000"/>
          <w:sz w:val="20"/>
        </w:rPr>
        <w:t xml:space="preserve">7. The programme is funny _____ educational. </w:t>
      </w:r>
    </w:p>
    <w:p>
      <w:pPr>
        <w:spacing w:after="0"/>
      </w:pPr>
      <w:r>
        <w:rPr>
          <w:rFonts w:ascii="Times New Roman" w:hAnsi="Times New Roman" w:eastAsia="Times New Roman"/>
          <w:color w:val="000000"/>
          <w:sz w:val="20"/>
        </w:rPr>
        <w:t xml:space="preserve">8. We were tired, _____ we turned off the TV. </w:t>
      </w:r>
    </w:p>
    <w:p>
      <w:pPr>
        <w:spacing w:after="0"/>
      </w:pPr>
      <w:r>
        <w:rPr>
          <w:rFonts w:ascii="Times New Roman" w:hAnsi="Times New Roman" w:eastAsia="Times New Roman"/>
          <w:color w:val="000000"/>
          <w:sz w:val="20"/>
        </w:rPr>
        <w:t xml:space="preserve">9. I watch wildlife shows _____ I love animals. </w:t>
      </w:r>
    </w:p>
    <w:p>
      <w:pPr>
        <w:spacing w:after="0"/>
      </w:pPr>
      <w:r>
        <w:rPr>
          <w:rFonts w:ascii="Times New Roman" w:hAnsi="Times New Roman" w:eastAsia="Times New Roman"/>
          <w:color w:val="000000"/>
          <w:sz w:val="20"/>
        </w:rPr>
        <w:t xml:space="preserve">10. _____ it was late, Mai watched the final episode. </w:t>
      </w:r>
    </w:p>
    <w:p>
      <w:pPr>
        <w:spacing w:after="0"/>
      </w:pPr>
      <w:r>
        <w:rPr>
          <w:rFonts w:ascii="Times New Roman" w:hAnsi="Times New Roman" w:eastAsia="Times New Roman"/>
          <w:color w:val="000000"/>
          <w:sz w:val="20"/>
        </w:rPr>
        <w:t xml:space="preserve">11. _____ hours do you watch TV each week? </w:t>
      </w:r>
    </w:p>
    <w:p>
      <w:pPr>
        <w:spacing w:after="0"/>
      </w:pPr>
      <w:r>
        <w:rPr>
          <w:rFonts w:ascii="Times New Roman" w:hAnsi="Times New Roman" w:eastAsia="Times New Roman"/>
          <w:color w:val="000000"/>
          <w:sz w:val="20"/>
        </w:rPr>
        <w:t xml:space="preserve">12. _____ does the film last? - Ninety minutes. </w:t>
      </w:r>
    </w:p>
    <w:p>
      <w:pPr>
        <w:spacing w:after="0"/>
      </w:pPr>
      <w:r>
        <w:rPr>
          <w:rFonts w:ascii="Times New Roman" w:hAnsi="Times New Roman" w:eastAsia="Times New Roman"/>
          <w:color w:val="000000"/>
          <w:sz w:val="20"/>
        </w:rPr>
        <w:t xml:space="preserve">13. _____ often is the news broadcast? - Every evening. </w:t>
      </w:r>
    </w:p>
    <w:p>
      <w:pPr>
        <w:spacing w:after="0"/>
      </w:pPr>
      <w:r>
        <w:rPr>
          <w:rFonts w:ascii="Times New Roman" w:hAnsi="Times New Roman" w:eastAsia="Times New Roman"/>
          <w:color w:val="000000"/>
          <w:sz w:val="20"/>
        </w:rPr>
        <w:t xml:space="preserve">14. The picture was clear, _____ the sound was poor. </w:t>
      </w:r>
    </w:p>
    <w:p>
      <w:pPr>
        <w:spacing w:after="0"/>
      </w:pPr>
      <w:r>
        <w:rPr>
          <w:rFonts w:ascii="Times New Roman" w:hAnsi="Times New Roman" w:eastAsia="Times New Roman"/>
          <w:color w:val="000000"/>
          <w:sz w:val="20"/>
        </w:rPr>
        <w:t xml:space="preserve">15. Choose a programme _____ write a short review of it. </w:t>
      </w:r>
    </w:p>
    <w:p>
      <w:pPr>
        <w:keepNext/>
        <w:keepLines/>
        <w:spacing w:before="40" w:after="20"/>
      </w:pPr>
      <w:r>
        <w:rPr>
          <w:rFonts w:ascii="Times New Roman" w:hAnsi="Times New Roman" w:eastAsia="Times New Roman"/>
          <w:b/>
          <w:color w:val="1254B7"/>
          <w:sz w:val="22"/>
        </w:rPr>
        <w:t>Exercise 7: Combine or rewrite the sentences using the word in brackets.</w:t>
      </w:r>
    </w:p>
    <w:p>
      <w:pPr>
        <w:spacing w:after="0"/>
      </w:pPr>
      <w:r>
        <w:rPr>
          <w:rFonts w:ascii="Times New Roman" w:hAnsi="Times New Roman" w:eastAsia="Times New Roman"/>
          <w:color w:val="000000"/>
          <w:sz w:val="20"/>
        </w:rPr>
        <w:t>1. I like The World of Animals. It is educational. (because)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The film was long. It was exciting. (but)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Nam finished his homework. He watched TV. (so)</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The show is funny. The show is useful. (and)</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The game show is on at 8 p.m. (When)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Lan watches cartoons twice a week. (How often)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Minh likes the news because it is informative. (Why)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The documentary lasts forty-five minutes. (How long)</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8: Complete each sentence with the correct form of the word in brackets.</w:t>
      </w:r>
    </w:p>
    <w:p>
      <w:pPr>
        <w:spacing w:after="0"/>
      </w:pPr>
      <w:r>
        <w:rPr>
          <w:rFonts w:ascii="Times New Roman" w:hAnsi="Times New Roman" w:eastAsia="Times New Roman"/>
          <w:color w:val="000000"/>
          <w:sz w:val="20"/>
        </w:rPr>
        <w:t xml:space="preserve">1. The programme teaches children useful facts. It is very _____. (EDUCATE) </w:t>
      </w:r>
    </w:p>
    <w:p>
      <w:pPr>
        <w:spacing w:after="0"/>
      </w:pPr>
      <w:r>
        <w:rPr>
          <w:rFonts w:ascii="Times New Roman" w:hAnsi="Times New Roman" w:eastAsia="Times New Roman"/>
          <w:color w:val="000000"/>
          <w:sz w:val="20"/>
        </w:rPr>
        <w:t xml:space="preserve">2. The circus show provided great _____ for the whole family. (ENTERTAIN) </w:t>
      </w:r>
    </w:p>
    <w:p>
      <w:pPr>
        <w:spacing w:after="0"/>
      </w:pPr>
      <w:r>
        <w:rPr>
          <w:rFonts w:ascii="Times New Roman" w:hAnsi="Times New Roman" w:eastAsia="Times New Roman"/>
          <w:color w:val="000000"/>
          <w:sz w:val="20"/>
        </w:rPr>
        <w:t xml:space="preserve">3. The young _____ made everyone laugh. (COMEDY) </w:t>
      </w:r>
    </w:p>
    <w:p>
      <w:pPr>
        <w:spacing w:after="0"/>
      </w:pPr>
      <w:r>
        <w:rPr>
          <w:rFonts w:ascii="Times New Roman" w:hAnsi="Times New Roman" w:eastAsia="Times New Roman"/>
          <w:color w:val="000000"/>
          <w:sz w:val="20"/>
        </w:rPr>
        <w:t xml:space="preserve">4. This is an _____ documentary about space. (INTEREST) </w:t>
      </w:r>
    </w:p>
    <w:p>
      <w:pPr>
        <w:spacing w:after="0"/>
      </w:pPr>
      <w:r>
        <w:rPr>
          <w:rFonts w:ascii="Times New Roman" w:hAnsi="Times New Roman" w:eastAsia="Times New Roman"/>
          <w:color w:val="000000"/>
          <w:sz w:val="20"/>
        </w:rPr>
        <w:t xml:space="preserve">5. The final was shown on _____ television. (NATION) </w:t>
      </w:r>
    </w:p>
    <w:p>
      <w:pPr>
        <w:spacing w:after="0"/>
      </w:pPr>
      <w:r>
        <w:rPr>
          <w:rFonts w:ascii="Times New Roman" w:hAnsi="Times New Roman" w:eastAsia="Times New Roman"/>
          <w:color w:val="000000"/>
          <w:sz w:val="20"/>
        </w:rPr>
        <w:t xml:space="preserve">6. Many _____ voted for their favourite singer. (VIEW) </w:t>
      </w:r>
    </w:p>
    <w:p>
      <w:pPr>
        <w:spacing w:after="0"/>
      </w:pPr>
      <w:r>
        <w:rPr>
          <w:rFonts w:ascii="Times New Roman" w:hAnsi="Times New Roman" w:eastAsia="Times New Roman"/>
          <w:color w:val="000000"/>
          <w:sz w:val="20"/>
        </w:rPr>
        <w:t xml:space="preserve">7. The cartoon is both funny and _____. (CREATE) </w:t>
      </w:r>
    </w:p>
    <w:p>
      <w:pPr>
        <w:spacing w:after="0"/>
      </w:pPr>
      <w:r>
        <w:rPr>
          <w:rFonts w:ascii="Times New Roman" w:hAnsi="Times New Roman" w:eastAsia="Times New Roman"/>
          <w:color w:val="000000"/>
          <w:sz w:val="20"/>
        </w:rPr>
        <w:t xml:space="preserve">8. We watched the show with great _____. (EXCITE) </w:t>
      </w:r>
    </w:p>
    <w:p>
      <w:pPr>
        <w:spacing w:after="0"/>
      </w:pPr>
      <w:r>
        <w:rPr>
          <w:rFonts w:ascii="Times New Roman" w:hAnsi="Times New Roman" w:eastAsia="Times New Roman"/>
          <w:color w:val="000000"/>
          <w:sz w:val="20"/>
        </w:rPr>
        <w:t xml:space="preserve">9. The reporter spoke clearly and _____. (CONFIDENT) </w:t>
      </w:r>
    </w:p>
    <w:p>
      <w:pPr>
        <w:spacing w:after="0"/>
      </w:pPr>
      <w:r>
        <w:rPr>
          <w:rFonts w:ascii="Times New Roman" w:hAnsi="Times New Roman" w:eastAsia="Times New Roman"/>
          <w:color w:val="000000"/>
          <w:sz w:val="20"/>
        </w:rPr>
        <w:t xml:space="preserve">10. The story ended _____. (HAPPY) </w:t>
      </w:r>
    </w:p>
    <w:p>
      <w:pPr>
        <w:keepNext/>
        <w:keepLines/>
        <w:spacing w:before="80" w:after="40"/>
      </w:pPr>
      <w:r>
        <w:rPr>
          <w:rFonts w:ascii="Times New Roman" w:hAnsi="Times New Roman" w:eastAsia="Times New Roman"/>
          <w:b/>
          <w:color w:val="1254B7"/>
          <w:sz w:val="26"/>
        </w:rPr>
        <w:t>❖  COMMUNICATION</w:t>
      </w:r>
    </w:p>
    <w:p>
      <w:pPr>
        <w:keepNext/>
        <w:keepLines/>
        <w:spacing w:before="40" w:after="20"/>
      </w:pPr>
      <w:r>
        <w:rPr>
          <w:rFonts w:ascii="Times New Roman" w:hAnsi="Times New Roman" w:eastAsia="Times New Roman"/>
          <w:b/>
          <w:color w:val="1254B7"/>
          <w:sz w:val="22"/>
        </w:rPr>
        <w:t>Exercise 9: Choose the option that best completes each exchange.</w:t>
      </w:r>
    </w:p>
    <w:p>
      <w:pPr>
        <w:spacing w:after="0"/>
        <w:ind w:left="0" w:firstLine="0"/>
      </w:pPr>
      <w:r>
        <w:rPr>
          <w:rFonts w:ascii="Times New Roman" w:hAnsi="Times New Roman" w:eastAsia="Times New Roman"/>
          <w:b w:val="0"/>
          <w:i w:val="0"/>
          <w:color w:val="000000"/>
          <w:sz w:val="21"/>
        </w:rPr>
        <w:t>1. 'What kind of programme do you like?'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Cartoons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 seven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 Channel 3</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For an hour</w:t>
            </w:r>
          </w:p>
        </w:tc>
      </w:tr>
    </w:tbl>
    <w:p>
      <w:pPr>
        <w:spacing w:after="0"/>
        <w:ind w:left="0" w:firstLine="0"/>
      </w:pPr>
      <w:r>
        <w:rPr>
          <w:rFonts w:ascii="Times New Roman" w:hAnsi="Times New Roman" w:eastAsia="Times New Roman"/>
          <w:b w:val="0"/>
          <w:i w:val="0"/>
          <w:color w:val="000000"/>
          <w:sz w:val="21"/>
        </w:rPr>
        <w:t>2. 'Why do you like documentaries?'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Twice a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 I learn a lot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In my room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 my sister</w:t>
            </w:r>
          </w:p>
        </w:tc>
      </w:tr>
    </w:tbl>
    <w:p>
      <w:pPr>
        <w:spacing w:after="0"/>
        <w:ind w:left="0" w:firstLine="0"/>
      </w:pPr>
      <w:r>
        <w:rPr>
          <w:rFonts w:ascii="Times New Roman" w:hAnsi="Times New Roman" w:eastAsia="Times New Roman"/>
          <w:b w:val="0"/>
          <w:i w:val="0"/>
          <w:color w:val="000000"/>
          <w:sz w:val="21"/>
        </w:rPr>
        <w:t>3. 'The football match is on tonight.'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That's great!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No, I don't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 home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By bus</w:t>
            </w:r>
          </w:p>
        </w:tc>
      </w:tr>
    </w:tbl>
    <w:p>
      <w:pPr>
        <w:spacing w:after="0"/>
        <w:ind w:left="0" w:firstLine="0"/>
      </w:pPr>
      <w:r>
        <w:rPr>
          <w:rFonts w:ascii="Times New Roman" w:hAnsi="Times New Roman" w:eastAsia="Times New Roman"/>
          <w:b w:val="0"/>
          <w:i w:val="0"/>
          <w:color w:val="000000"/>
          <w:sz w:val="21"/>
        </w:rPr>
        <w:t>4. 'Could you pass me the remote control?'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Yes, here you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 watch TV</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is a comedy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Every day</w:t>
            </w:r>
          </w:p>
        </w:tc>
      </w:tr>
    </w:tbl>
    <w:p>
      <w:pPr>
        <w:spacing w:after="0"/>
        <w:ind w:left="0" w:firstLine="0"/>
      </w:pPr>
      <w:r>
        <w:rPr>
          <w:rFonts w:ascii="Times New Roman" w:hAnsi="Times New Roman" w:eastAsia="Times New Roman"/>
          <w:b w:val="0"/>
          <w:i w:val="0"/>
          <w:color w:val="000000"/>
          <w:sz w:val="21"/>
        </w:rPr>
        <w:t>5. 'How often do you watch the news?'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At 7 p.m.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Every evening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For 30 minutes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Channel 1</w:t>
            </w:r>
          </w:p>
        </w:tc>
      </w:tr>
    </w:tbl>
    <w:p>
      <w:pPr>
        <w:keepNext/>
        <w:keepLines/>
        <w:spacing w:before="40" w:after="20"/>
      </w:pPr>
      <w:r>
        <w:rPr>
          <w:rFonts w:ascii="Times New Roman" w:hAnsi="Times New Roman" w:eastAsia="Times New Roman"/>
          <w:b/>
          <w:color w:val="1254B7"/>
          <w:sz w:val="22"/>
        </w:rPr>
        <w:t>Exercise 10: Arrange the sentences to make a meaningful conversation.</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What is on TV tonight?</w:t>
      </w:r>
    </w:p>
    <w:p>
      <w:pPr>
        <w:ind w:left="255"/>
      </w:pPr>
      <w:r>
        <w:rPr>
          <w:rFonts w:ascii="Times New Roman" w:hAnsi="Times New Roman" w:eastAsia="Times New Roman"/>
          <w:color w:val="000000"/>
          <w:sz w:val="20"/>
        </w:rPr>
        <w:t>b. A wildlife documentary at eight.</w:t>
      </w:r>
    </w:p>
    <w:p>
      <w:pPr>
        <w:ind w:left="255"/>
      </w:pPr>
      <w:r>
        <w:rPr>
          <w:rFonts w:ascii="Times New Roman" w:hAnsi="Times New Roman" w:eastAsia="Times New Roman"/>
          <w:color w:val="000000"/>
          <w:sz w:val="20"/>
        </w:rPr>
        <w:t>c. Great! Let's watch it together.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Do you like game shows?</w:t>
      </w:r>
    </w:p>
    <w:p>
      <w:pPr>
        <w:ind w:left="255"/>
      </w:pPr>
      <w:r>
        <w:rPr>
          <w:rFonts w:ascii="Times New Roman" w:hAnsi="Times New Roman" w:eastAsia="Times New Roman"/>
          <w:color w:val="000000"/>
          <w:sz w:val="20"/>
        </w:rPr>
        <w:t>b. Yes. They are exciting.</w:t>
      </w:r>
    </w:p>
    <w:p>
      <w:pPr>
        <w:ind w:left="255"/>
      </w:pPr>
      <w:r>
        <w:rPr>
          <w:rFonts w:ascii="Times New Roman" w:hAnsi="Times New Roman" w:eastAsia="Times New Roman"/>
          <w:color w:val="000000"/>
          <w:sz w:val="20"/>
        </w:rPr>
        <w:t>c. Which one is your favourite?</w:t>
      </w:r>
    </w:p>
    <w:p>
      <w:pPr>
        <w:ind w:left="255"/>
      </w:pPr>
      <w:r>
        <w:rPr>
          <w:rFonts w:ascii="Times New Roman" w:hAnsi="Times New Roman" w:eastAsia="Times New Roman"/>
          <w:color w:val="000000"/>
          <w:sz w:val="20"/>
        </w:rPr>
        <w:t>d. The Brain Ring.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c-a-b-d</w:t>
            </w:r>
          </w:p>
        </w:tc>
      </w:tr>
    </w:tbl>
    <w:p>
      <w:r>
        <w:rPr>
          <w:rFonts w:ascii="Times New Roman" w:hAnsi="Times New Roman" w:eastAsia="Times New Roman"/>
          <w:b/>
          <w:color w:val="000000"/>
          <w:sz w:val="20"/>
        </w:rPr>
        <w:t>3.</w:t>
      </w:r>
    </w:p>
    <w:p>
      <w:pPr>
        <w:ind w:left="255"/>
      </w:pPr>
      <w:r>
        <w:rPr>
          <w:rFonts w:ascii="Times New Roman" w:hAnsi="Times New Roman" w:eastAsia="Times New Roman"/>
          <w:color w:val="000000"/>
          <w:sz w:val="20"/>
        </w:rPr>
        <w:t>a. The remote control does not work.</w:t>
      </w:r>
    </w:p>
    <w:p>
      <w:pPr>
        <w:ind w:left="255"/>
      </w:pPr>
      <w:r>
        <w:rPr>
          <w:rFonts w:ascii="Times New Roman" w:hAnsi="Times New Roman" w:eastAsia="Times New Roman"/>
          <w:color w:val="000000"/>
          <w:sz w:val="20"/>
        </w:rPr>
        <w:t>b. Have you checked the batteries?</w:t>
      </w:r>
    </w:p>
    <w:p>
      <w:pPr>
        <w:ind w:left="255"/>
      </w:pPr>
      <w:r>
        <w:rPr>
          <w:rFonts w:ascii="Times New Roman" w:hAnsi="Times New Roman" w:eastAsia="Times New Roman"/>
          <w:color w:val="000000"/>
          <w:sz w:val="20"/>
        </w:rPr>
        <w:t>c. Not yet. I'll do that now.</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b-c-a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br w:type="page"/>
      </w:r>
    </w:p>
    <w:p>
      <w:pPr>
        <w:keepNext/>
        <w:keepLines/>
        <w:spacing w:before="80" w:after="40"/>
      </w:pPr>
      <w:r>
        <w:rPr>
          <w:rFonts w:ascii="Times New Roman" w:hAnsi="Times New Roman" w:eastAsia="Times New Roman"/>
          <w:b/>
          <w:color w:val="1254B7"/>
          <w:sz w:val="26"/>
        </w:rPr>
        <w:t>❖  READING</w:t>
      </w:r>
    </w:p>
    <w:p>
      <w:pPr>
        <w:keepNext/>
        <w:keepLines/>
        <w:spacing w:before="40" w:after="20"/>
      </w:pPr>
      <w:r>
        <w:rPr>
          <w:rFonts w:ascii="Times New Roman" w:hAnsi="Times New Roman" w:eastAsia="Times New Roman"/>
          <w:b/>
          <w:color w:val="1254B7"/>
          <w:sz w:val="22"/>
        </w:rPr>
        <w:t>Exercise 11: Look at each sign or notice. Choose the best answer.</w:t>
      </w:r>
    </w:p>
    <w:tbl>
      <w:tblPr>
        <w:tblW w:type="auto" w:w="0"/>
        <w:jc w:val="center"/>
        <w:tblLayout w:type="fixed"/>
        <w:tblLook w:firstColumn="1" w:firstRow="1" w:lastColumn="0" w:lastRow="0" w:noHBand="0" w:noVBand="1" w:val="04A0"/>
      </w:tblPr>
      <w:tblGrid>
        <w:gridCol w:w="3401"/>
        <w:gridCol w:w="6973"/>
      </w:tblGrid>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1" name="Picture 1"/>
                  <wp:cNvGraphicFramePr>
                    <a:graphicFrameLocks noChangeAspect="1"/>
                  </wp:cNvGraphicFramePr>
                  <a:graphic>
                    <a:graphicData uri="http://schemas.openxmlformats.org/drawingml/2006/picture">
                      <pic:pic>
                        <pic:nvPicPr>
                          <pic:cNvPr id="0" name="unit7_sign1.png"/>
                          <pic:cNvPicPr/>
                        </pic:nvPicPr>
                        <pic:blipFill>
                          <a:blip r:embed="rId11"/>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1. What does the notice mean?</w:t>
            </w:r>
          </w:p>
          <w:p>
            <w:r>
              <w:rPr>
                <w:rFonts w:ascii="Times New Roman" w:hAnsi="Times New Roman" w:eastAsia="Times New Roman"/>
                <w:b w:val="0"/>
                <w:i w:val="0"/>
                <w:color w:val="000000"/>
                <w:sz w:val="19"/>
              </w:rPr>
              <w:t>A. You must use a phone.</w:t>
            </w:r>
          </w:p>
          <w:p>
            <w:r>
              <w:rPr>
                <w:rFonts w:ascii="Times New Roman" w:hAnsi="Times New Roman" w:eastAsia="Times New Roman"/>
                <w:b w:val="0"/>
                <w:i w:val="0"/>
                <w:color w:val="000000"/>
                <w:sz w:val="19"/>
              </w:rPr>
              <w:t>B. Phones are not allowed during the show.</w:t>
            </w:r>
          </w:p>
          <w:p>
            <w:r>
              <w:rPr>
                <w:rFonts w:ascii="Times New Roman" w:hAnsi="Times New Roman" w:eastAsia="Times New Roman"/>
                <w:b w:val="0"/>
                <w:i w:val="0"/>
                <w:color w:val="000000"/>
                <w:sz w:val="19"/>
              </w:rPr>
              <w:t>C. The show is about phones.</w:t>
            </w:r>
          </w:p>
          <w:p>
            <w:r>
              <w:rPr>
                <w:rFonts w:ascii="Times New Roman" w:hAnsi="Times New Roman" w:eastAsia="Times New Roman"/>
                <w:b w:val="0"/>
                <w:i w:val="0"/>
                <w:color w:val="000000"/>
                <w:sz w:val="19"/>
              </w:rPr>
              <w:t>D. You can buy a phone here.</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2" name="Picture 2"/>
                  <wp:cNvGraphicFramePr>
                    <a:graphicFrameLocks noChangeAspect="1"/>
                  </wp:cNvGraphicFramePr>
                  <a:graphic>
                    <a:graphicData uri="http://schemas.openxmlformats.org/drawingml/2006/picture">
                      <pic:pic>
                        <pic:nvPicPr>
                          <pic:cNvPr id="0" name="unit7_sign2.png"/>
                          <pic:cNvPicPr/>
                        </pic:nvPicPr>
                        <pic:blipFill>
                          <a:blip r:embed="rId12"/>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2. What does the notice mean?</w:t>
            </w:r>
          </w:p>
          <w:p>
            <w:r>
              <w:rPr>
                <w:rFonts w:ascii="Times New Roman" w:hAnsi="Times New Roman" w:eastAsia="Times New Roman"/>
                <w:b w:val="0"/>
                <w:i w:val="0"/>
                <w:color w:val="000000"/>
                <w:sz w:val="19"/>
              </w:rPr>
              <w:t>A. The programme is recorded.</w:t>
            </w:r>
          </w:p>
          <w:p>
            <w:r>
              <w:rPr>
                <w:rFonts w:ascii="Times New Roman" w:hAnsi="Times New Roman" w:eastAsia="Times New Roman"/>
                <w:b w:val="0"/>
                <w:i w:val="0"/>
                <w:color w:val="000000"/>
                <w:sz w:val="19"/>
              </w:rPr>
              <w:t>B. The programme is shown as it happens.</w:t>
            </w:r>
          </w:p>
          <w:p>
            <w:r>
              <w:rPr>
                <w:rFonts w:ascii="Times New Roman" w:hAnsi="Times New Roman" w:eastAsia="Times New Roman"/>
                <w:b w:val="0"/>
                <w:i w:val="0"/>
                <w:color w:val="000000"/>
                <w:sz w:val="19"/>
              </w:rPr>
              <w:t>C. The channel is closed.</w:t>
            </w:r>
          </w:p>
          <w:p>
            <w:r>
              <w:rPr>
                <w:rFonts w:ascii="Times New Roman" w:hAnsi="Times New Roman" w:eastAsia="Times New Roman"/>
                <w:b w:val="0"/>
                <w:i w:val="0"/>
                <w:color w:val="000000"/>
                <w:sz w:val="19"/>
              </w:rPr>
              <w:t>D. The programme has no sound.</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3" name="Picture 3"/>
                  <wp:cNvGraphicFramePr>
                    <a:graphicFrameLocks noChangeAspect="1"/>
                  </wp:cNvGraphicFramePr>
                  <a:graphic>
                    <a:graphicData uri="http://schemas.openxmlformats.org/drawingml/2006/picture">
                      <pic:pic>
                        <pic:nvPicPr>
                          <pic:cNvPr id="0" name="unit7_sign3.png"/>
                          <pic:cNvPicPr/>
                        </pic:nvPicPr>
                        <pic:blipFill>
                          <a:blip r:embed="rId13"/>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3. Who is this channel mainly for?</w:t>
            </w:r>
          </w:p>
          <w:p>
            <w:r>
              <w:rPr>
                <w:rFonts w:ascii="Times New Roman" w:hAnsi="Times New Roman" w:eastAsia="Times New Roman"/>
                <w:b w:val="0"/>
                <w:i w:val="0"/>
                <w:color w:val="000000"/>
                <w:sz w:val="19"/>
              </w:rPr>
              <w:t>A. Drivers</w:t>
            </w:r>
          </w:p>
          <w:p>
            <w:r>
              <w:rPr>
                <w:rFonts w:ascii="Times New Roman" w:hAnsi="Times New Roman" w:eastAsia="Times New Roman"/>
                <w:b w:val="0"/>
                <w:i w:val="0"/>
                <w:color w:val="000000"/>
                <w:sz w:val="19"/>
              </w:rPr>
              <w:t>B. Doctors</w:t>
            </w:r>
          </w:p>
          <w:p>
            <w:r>
              <w:rPr>
                <w:rFonts w:ascii="Times New Roman" w:hAnsi="Times New Roman" w:eastAsia="Times New Roman"/>
                <w:b w:val="0"/>
                <w:i w:val="0"/>
                <w:color w:val="000000"/>
                <w:sz w:val="19"/>
              </w:rPr>
              <w:t>C. Children</w:t>
            </w:r>
          </w:p>
          <w:p>
            <w:r>
              <w:rPr>
                <w:rFonts w:ascii="Times New Roman" w:hAnsi="Times New Roman" w:eastAsia="Times New Roman"/>
                <w:b w:val="0"/>
                <w:i w:val="0"/>
                <w:color w:val="000000"/>
                <w:sz w:val="19"/>
              </w:rPr>
              <w:t>D. Reporters</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4" name="Picture 4"/>
                  <wp:cNvGraphicFramePr>
                    <a:graphicFrameLocks noChangeAspect="1"/>
                  </wp:cNvGraphicFramePr>
                  <a:graphic>
                    <a:graphicData uri="http://schemas.openxmlformats.org/drawingml/2006/picture">
                      <pic:pic>
                        <pic:nvPicPr>
                          <pic:cNvPr id="0" name="unit7_sign4.png"/>
                          <pic:cNvPicPr/>
                        </pic:nvPicPr>
                        <pic:blipFill>
                          <a:blip r:embed="rId14"/>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4. What should viewers do?</w:t>
            </w:r>
          </w:p>
          <w:p>
            <w:r>
              <w:rPr>
                <w:rFonts w:ascii="Times New Roman" w:hAnsi="Times New Roman" w:eastAsia="Times New Roman"/>
                <w:b w:val="0"/>
                <w:i w:val="0"/>
                <w:color w:val="000000"/>
                <w:sz w:val="19"/>
              </w:rPr>
              <w:t>A. Speak loudly.</w:t>
            </w:r>
          </w:p>
          <w:p>
            <w:r>
              <w:rPr>
                <w:rFonts w:ascii="Times New Roman" w:hAnsi="Times New Roman" w:eastAsia="Times New Roman"/>
                <w:b w:val="0"/>
                <w:i w:val="0"/>
                <w:color w:val="000000"/>
                <w:sz w:val="19"/>
              </w:rPr>
              <w:t>B. Keep quiet.</w:t>
            </w:r>
          </w:p>
          <w:p>
            <w:r>
              <w:rPr>
                <w:rFonts w:ascii="Times New Roman" w:hAnsi="Times New Roman" w:eastAsia="Times New Roman"/>
                <w:b w:val="0"/>
                <w:i w:val="0"/>
                <w:color w:val="000000"/>
                <w:sz w:val="19"/>
              </w:rPr>
              <w:t>C. Turn on music.</w:t>
            </w:r>
          </w:p>
          <w:p>
            <w:r>
              <w:rPr>
                <w:rFonts w:ascii="Times New Roman" w:hAnsi="Times New Roman" w:eastAsia="Times New Roman"/>
                <w:b w:val="0"/>
                <w:i w:val="0"/>
                <w:color w:val="000000"/>
                <w:sz w:val="19"/>
              </w:rPr>
              <w:t>D. Leave at once.</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5" name="Picture 5"/>
                  <wp:cNvGraphicFramePr>
                    <a:graphicFrameLocks noChangeAspect="1"/>
                  </wp:cNvGraphicFramePr>
                  <a:graphic>
                    <a:graphicData uri="http://schemas.openxmlformats.org/drawingml/2006/picture">
                      <pic:pic>
                        <pic:nvPicPr>
                          <pic:cNvPr id="0" name="unit7_sign5.png"/>
                          <pic:cNvPicPr/>
                        </pic:nvPicPr>
                        <pic:blipFill>
                          <a:blip r:embed="rId15"/>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5. What does the sign mean?</w:t>
            </w:r>
          </w:p>
          <w:p>
            <w:r>
              <w:rPr>
                <w:rFonts w:ascii="Times New Roman" w:hAnsi="Times New Roman" w:eastAsia="Times New Roman"/>
                <w:b w:val="0"/>
                <w:i w:val="0"/>
                <w:color w:val="000000"/>
                <w:sz w:val="19"/>
              </w:rPr>
              <w:t>A. Do not watch television here.</w:t>
            </w:r>
          </w:p>
          <w:p>
            <w:r>
              <w:rPr>
                <w:rFonts w:ascii="Times New Roman" w:hAnsi="Times New Roman" w:eastAsia="Times New Roman"/>
                <w:b w:val="0"/>
                <w:i w:val="0"/>
                <w:color w:val="000000"/>
                <w:sz w:val="19"/>
              </w:rPr>
              <w:t>B. Repair the TV here.</w:t>
            </w:r>
          </w:p>
          <w:p>
            <w:r>
              <w:rPr>
                <w:rFonts w:ascii="Times New Roman" w:hAnsi="Times New Roman" w:eastAsia="Times New Roman"/>
                <w:b w:val="0"/>
                <w:i w:val="0"/>
                <w:color w:val="000000"/>
                <w:sz w:val="19"/>
              </w:rPr>
              <w:t>C. Buy a television here.</w:t>
            </w:r>
          </w:p>
          <w:p>
            <w:r>
              <w:rPr>
                <w:rFonts w:ascii="Times New Roman" w:hAnsi="Times New Roman" w:eastAsia="Times New Roman"/>
                <w:b w:val="0"/>
                <w:i w:val="0"/>
                <w:color w:val="000000"/>
                <w:sz w:val="19"/>
              </w:rPr>
              <w:t>D. Turn up the volume.</w:t>
            </w:r>
          </w:p>
        </w:tc>
      </w:tr>
    </w:tbl>
    <w:p>
      <w:pPr>
        <w:keepNext/>
        <w:keepLines/>
        <w:spacing w:before="40" w:after="20"/>
      </w:pPr>
      <w:r>
        <w:rPr>
          <w:rFonts w:ascii="Times New Roman" w:hAnsi="Times New Roman" w:eastAsia="Times New Roman"/>
          <w:b/>
          <w:color w:val="1254B7"/>
          <w:sz w:val="22"/>
        </w:rPr>
        <w:t>Exercise 12: Read the advertisements / announcements and choose the best option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JOIN OUR YOUNG REPORTERS CLUB</w:t>
            </w:r>
          </w:p>
          <w:p>
            <w:pPr>
              <w:jc w:val="both"/>
            </w:pPr>
            <w:r>
              <w:rPr>
                <w:rFonts w:ascii="Times New Roman" w:hAnsi="Times New Roman" w:eastAsia="Times New Roman"/>
                <w:color w:val="000000"/>
                <w:sz w:val="20"/>
              </w:rPr>
              <w:t>Do you enjoy (1) _____ stories and meeting people? Join us every Friday at 4 p.m. Members learn how to ask good questions, (2) _____ short reports and speak clearly on camera. The club is open (3) _____ all Grade 6 students. Register today (4) _____ places are limited!</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tell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telling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tells</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write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writes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writing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wrote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although</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FAMILY TV NIGHT</w:t>
            </w:r>
          </w:p>
          <w:p>
            <w:pPr>
              <w:jc w:val="both"/>
            </w:pPr>
            <w:r>
              <w:rPr>
                <w:rFonts w:ascii="Times New Roman" w:hAnsi="Times New Roman" w:eastAsia="Times New Roman"/>
                <w:color w:val="000000"/>
                <w:sz w:val="20"/>
              </w:rPr>
              <w:t>This Saturday, Channel 6 will (1) _____ a new animated film at 7 p.m. The film follows a clever dolphin (2) _____ travels across the ocean. It is funny, exciting (3) _____ educational. Watch it with your family and send (4) _____ your review after the show.</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broadcast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broadcasts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broadcasting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broadcasted</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who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what</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ours</w:t>
            </w:r>
          </w:p>
        </w:tc>
      </w:tr>
    </w:tbl>
    <w:p>
      <w:pPr>
        <w:keepNext/>
        <w:keepLines/>
        <w:spacing w:before="40" w:after="20"/>
      </w:pPr>
      <w:r>
        <w:rPr>
          <w:rFonts w:ascii="Times New Roman" w:hAnsi="Times New Roman" w:eastAsia="Times New Roman"/>
          <w:b/>
          <w:color w:val="1254B7"/>
          <w:sz w:val="22"/>
        </w:rPr>
        <w:t>Exercise 13: Read each passage and choose the correct word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USEFUL DOCUMENTARY</w:t>
            </w:r>
          </w:p>
          <w:p>
            <w:pPr>
              <w:jc w:val="both"/>
            </w:pPr>
            <w:r>
              <w:rPr>
                <w:rFonts w:ascii="Times New Roman" w:hAnsi="Times New Roman" w:eastAsia="Times New Roman"/>
                <w:color w:val="000000"/>
                <w:sz w:val="20"/>
              </w:rPr>
              <w:t>Last night I watched a documentary (1) _____ sea animals. It started (2) _____ 8 p.m. and lasted forty minutes. The pictures were beautiful, (3) _____ the information was sometimes difficult. My father explained several new words, (4) _____ I understood the programme better. I liked the dolphins best because (5) _____ were clever and friendly.</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about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from</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for</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and</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although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or</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theirs</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MY FAVOURITE GAME SHOW</w:t>
            </w:r>
          </w:p>
          <w:p>
            <w:pPr>
              <w:jc w:val="both"/>
            </w:pPr>
            <w:r>
              <w:rPr>
                <w:rFonts w:ascii="Times New Roman" w:hAnsi="Times New Roman" w:eastAsia="Times New Roman"/>
                <w:color w:val="000000"/>
                <w:sz w:val="20"/>
              </w:rPr>
              <w:t>My favourite programme is Brain Box. In each episode, four teams (1) _____ difficult questions. The MC reads each question (2) _____, so everyone can understand it. Teams have only ten seconds (3) _____ an answer. I enjoy the show (4) _____ it helps me learn new facts. It is on twice (5) _____ week.</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answer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answers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answered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answering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clear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clearly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clearest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clearness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giving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 give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gave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although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keepNext/>
        <w:keepLines/>
        <w:spacing w:before="40" w:after="20"/>
      </w:pPr>
      <w:r>
        <w:rPr>
          <w:rFonts w:ascii="Times New Roman" w:hAnsi="Times New Roman" w:eastAsia="Times New Roman"/>
          <w:b/>
          <w:color w:val="1254B7"/>
          <w:sz w:val="22"/>
        </w:rPr>
        <w:t>Exercise 14: Read each passage and choose the correct answer to each question.</w:t>
      </w:r>
    </w:p>
    <w:p>
      <w:r>
        <w:rPr>
          <w:rFonts w:ascii="Times New Roman" w:hAnsi="Times New Roman" w:eastAsia="Times New Roman"/>
          <w:b/>
          <w:color w:val="000000"/>
          <w:sz w:val="21"/>
        </w:rPr>
        <w:t>1. A DAY AT THE TV STUDIO</w:t>
      </w:r>
    </w:p>
    <w:p>
      <w:pPr>
        <w:spacing w:after="20"/>
        <w:jc w:val="both"/>
      </w:pPr>
      <w:r>
        <w:rPr>
          <w:rFonts w:ascii="Times New Roman" w:hAnsi="Times New Roman" w:eastAsia="Times New Roman"/>
          <w:color w:val="000000"/>
          <w:sz w:val="20"/>
        </w:rPr>
        <w:t>Linh's class visited a local television studio on Tuesday. First, a reporter showed them the newsroom, where writers checked facts and prepared the evening news. Next, the class entered a small weather studio with a green wall. The weatherman explained that computers add maps and clouds to the green background. Finally, the students watched an MC practise for a quiz show. Linh was surprised that a thirty-minute programme could take many hours to prepare. She now wants to become a reporter because she enjoys finding and sharing true stories.</w:t>
      </w:r>
    </w:p>
    <w:p>
      <w:pPr>
        <w:spacing w:after="0"/>
        <w:ind w:left="0" w:firstLine="0"/>
      </w:pPr>
      <w:r>
        <w:rPr>
          <w:rFonts w:ascii="Times New Roman" w:hAnsi="Times New Roman" w:eastAsia="Times New Roman"/>
          <w:b w:val="0"/>
          <w:i w:val="0"/>
          <w:color w:val="000000"/>
          <w:sz w:val="21"/>
        </w:rPr>
        <w:t>1. When did Linh's class visit the studio?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Monday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Tuesday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Thursday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Friday</w:t>
            </w:r>
          </w:p>
        </w:tc>
      </w:tr>
    </w:tbl>
    <w:p>
      <w:pPr>
        <w:spacing w:after="0"/>
        <w:ind w:left="0" w:firstLine="0"/>
      </w:pPr>
      <w:r>
        <w:rPr>
          <w:rFonts w:ascii="Times New Roman" w:hAnsi="Times New Roman" w:eastAsia="Times New Roman"/>
          <w:b w:val="0"/>
          <w:i w:val="0"/>
          <w:color w:val="000000"/>
          <w:sz w:val="21"/>
        </w:rPr>
        <w:t>2. What did writers do in the newsroom?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Drew cartoons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Checked facts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Sold tickets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Played games</w:t>
            </w:r>
          </w:p>
        </w:tc>
      </w:tr>
    </w:tbl>
    <w:p>
      <w:pPr>
        <w:spacing w:after="0"/>
        <w:ind w:left="0" w:firstLine="0"/>
      </w:pPr>
      <w:r>
        <w:rPr>
          <w:rFonts w:ascii="Times New Roman" w:hAnsi="Times New Roman" w:eastAsia="Times New Roman"/>
          <w:b w:val="0"/>
          <w:i w:val="0"/>
          <w:color w:val="000000"/>
          <w:sz w:val="21"/>
        </w:rPr>
        <w:t>3. Why was there a green wall?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 save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To add weather maps by computer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 make the room darker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 show cartoons</w:t>
            </w:r>
          </w:p>
        </w:tc>
      </w:tr>
    </w:tbl>
    <w:p>
      <w:pPr>
        <w:spacing w:after="0"/>
        <w:ind w:left="0" w:firstLine="0"/>
      </w:pPr>
      <w:r>
        <w:rPr>
          <w:rFonts w:ascii="Times New Roman" w:hAnsi="Times New Roman" w:eastAsia="Times New Roman"/>
          <w:b w:val="0"/>
          <w:i w:val="0"/>
          <w:color w:val="000000"/>
          <w:sz w:val="21"/>
        </w:rPr>
        <w:t>4. What surprised Linh?</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studio was empty</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MC was a student</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short show needed long preparation</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news had no pictures</w:t>
            </w:r>
          </w:p>
        </w:tc>
      </w:tr>
    </w:tbl>
    <w:p>
      <w:pPr>
        <w:spacing w:after="0"/>
        <w:ind w:left="0" w:firstLine="0"/>
      </w:pPr>
      <w:r>
        <w:rPr>
          <w:rFonts w:ascii="Times New Roman" w:hAnsi="Times New Roman" w:eastAsia="Times New Roman"/>
          <w:b w:val="0"/>
          <w:i w:val="0"/>
          <w:color w:val="000000"/>
          <w:sz w:val="21"/>
        </w:rPr>
        <w:t>5. What job does Linh want?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Reporter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Weatherman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Actor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Camera operator</w:t>
            </w:r>
          </w:p>
        </w:tc>
      </w:tr>
    </w:tbl>
    <w:p>
      <w:r>
        <w:rPr>
          <w:rFonts w:ascii="Times New Roman" w:hAnsi="Times New Roman" w:eastAsia="Times New Roman"/>
          <w:b/>
          <w:color w:val="000000"/>
          <w:sz w:val="21"/>
        </w:rPr>
        <w:t>2. CHOOSING SCREEN TIME</w:t>
      </w:r>
    </w:p>
    <w:p>
      <w:pPr>
        <w:spacing w:after="20"/>
        <w:jc w:val="both"/>
      </w:pPr>
      <w:r>
        <w:rPr>
          <w:rFonts w:ascii="Times New Roman" w:hAnsi="Times New Roman" w:eastAsia="Times New Roman"/>
          <w:color w:val="000000"/>
          <w:sz w:val="20"/>
        </w:rPr>
        <w:t>The Nguyen family has a simple television rule. On school days, the children may watch one programme after they finish homework and prepare their school bags. At weekends, they can choose a film or a sports match together. Before turning on the television, everyone checks the schedule and agrees on one programme. During meals, the TV stays off so the family can talk. This rule does not mean television is bad. It helps the family choose useful programmes and leaves time for reading, exercise and sleep.</w:t>
      </w:r>
    </w:p>
    <w:p>
      <w:pPr>
        <w:spacing w:after="0"/>
        <w:ind w:left="0" w:firstLine="0"/>
      </w:pPr>
      <w:r>
        <w:rPr>
          <w:rFonts w:ascii="Times New Roman" w:hAnsi="Times New Roman" w:eastAsia="Times New Roman"/>
          <w:b w:val="0"/>
          <w:i w:val="0"/>
          <w:color w:val="000000"/>
          <w:sz w:val="21"/>
        </w:rPr>
        <w:t>1. What must the children finish before watching TV?</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Breakfast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Homework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football match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film</w:t>
            </w:r>
          </w:p>
        </w:tc>
      </w:tr>
    </w:tbl>
    <w:p>
      <w:pPr>
        <w:spacing w:after="0"/>
        <w:ind w:left="0" w:firstLine="0"/>
      </w:pPr>
      <w:r>
        <w:rPr>
          <w:rFonts w:ascii="Times New Roman" w:hAnsi="Times New Roman" w:eastAsia="Times New Roman"/>
          <w:b w:val="0"/>
          <w:i w:val="0"/>
          <w:color w:val="000000"/>
          <w:sz w:val="21"/>
        </w:rPr>
        <w:t>2. What can the family choose at weekends?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film or sports match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Only the news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Any five programmes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radio show</w:t>
            </w:r>
          </w:p>
        </w:tc>
      </w:tr>
    </w:tbl>
    <w:p>
      <w:pPr>
        <w:spacing w:after="0"/>
        <w:ind w:left="0" w:firstLine="0"/>
      </w:pPr>
      <w:r>
        <w:rPr>
          <w:rFonts w:ascii="Times New Roman" w:hAnsi="Times New Roman" w:eastAsia="Times New Roman"/>
          <w:b w:val="0"/>
          <w:i w:val="0"/>
          <w:color w:val="000000"/>
          <w:sz w:val="21"/>
        </w:rPr>
        <w:t>3. Why is the TV off during meals?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is broken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They want to talk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There is no programme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 are outside</w:t>
            </w:r>
          </w:p>
        </w:tc>
      </w:tr>
    </w:tbl>
    <w:p>
      <w:pPr>
        <w:spacing w:after="0"/>
        <w:ind w:left="0" w:firstLine="0"/>
      </w:pPr>
      <w:r>
        <w:rPr>
          <w:rFonts w:ascii="Times New Roman" w:hAnsi="Times New Roman" w:eastAsia="Times New Roman"/>
          <w:b w:val="0"/>
          <w:i w:val="0"/>
          <w:color w:val="000000"/>
          <w:sz w:val="21"/>
        </w:rPr>
        <w:t>4. The word 'agrees' is closest in meaning to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has the same decision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shouts loudly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changes channels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falls asleep</w:t>
            </w:r>
          </w:p>
        </w:tc>
      </w:tr>
    </w:tbl>
    <w:p>
      <w:pPr>
        <w:spacing w:after="0"/>
        <w:ind w:left="0" w:firstLine="0"/>
      </w:pPr>
      <w:r>
        <w:rPr>
          <w:rFonts w:ascii="Times New Roman" w:hAnsi="Times New Roman" w:eastAsia="Times New Roman"/>
          <w:b w:val="0"/>
          <w:i w:val="0"/>
          <w:color w:val="000000"/>
          <w:sz w:val="21"/>
        </w:rPr>
        <w:t>5. What is the main idea?</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Television is always harmful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 family uses TV in a balanced way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Children should watch TV all 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Sports programmes are the best</w:t>
            </w:r>
          </w:p>
        </w:tc>
      </w:tr>
    </w:tbl>
    <w:p>
      <w:pPr>
        <w:keepNext/>
        <w:keepLines/>
        <w:spacing w:before="40" w:after="20"/>
      </w:pPr>
      <w:r>
        <w:rPr>
          <w:rFonts w:ascii="Times New Roman" w:hAnsi="Times New Roman" w:eastAsia="Times New Roman"/>
          <w:b/>
          <w:color w:val="1254B7"/>
          <w:sz w:val="22"/>
        </w:rPr>
        <w:t>Exercise 15: Choose the sentence that best completes each text.</w:t>
      </w:r>
    </w:p>
    <w:p>
      <w:pPr>
        <w:jc w:val="both"/>
      </w:pPr>
      <w:r>
        <w:rPr>
          <w:rFonts w:ascii="Times New Roman" w:hAnsi="Times New Roman" w:eastAsia="Times New Roman"/>
          <w:color w:val="000000"/>
          <w:sz w:val="20"/>
        </w:rPr>
        <w:t>1. Mai wanted to learn more about animals. (1) _____. The programme showed elephants, monkeys and rare birds. (2) _____. Mai wrote the facts in a notebook. (3) _____. She plans to tell her class about the programme tomorrow. (4) _____.</w:t>
      </w:r>
    </w:p>
    <w:p>
      <w:pPr>
        <w:ind w:left="255"/>
      </w:pPr>
      <w:r>
        <w:rPr>
          <w:rFonts w:ascii="Times New Roman" w:hAnsi="Times New Roman" w:eastAsia="Times New Roman"/>
          <w:b w:val="0"/>
          <w:i w:val="0"/>
          <w:color w:val="000000"/>
          <w:sz w:val="20"/>
        </w:rPr>
        <w:t>A. So she watched a wildlife documentary.</w:t>
      </w:r>
    </w:p>
    <w:p>
      <w:pPr>
        <w:ind w:left="255"/>
      </w:pPr>
      <w:r>
        <w:rPr>
          <w:rFonts w:ascii="Times New Roman" w:hAnsi="Times New Roman" w:eastAsia="Times New Roman"/>
          <w:b w:val="0"/>
          <w:i w:val="0"/>
          <w:color w:val="000000"/>
          <w:sz w:val="20"/>
        </w:rPr>
        <w:t>B. It explained where they lived and what they ate.</w:t>
      </w:r>
    </w:p>
    <w:p>
      <w:pPr>
        <w:ind w:left="255"/>
      </w:pPr>
      <w:r>
        <w:rPr>
          <w:rFonts w:ascii="Times New Roman" w:hAnsi="Times New Roman" w:eastAsia="Times New Roman"/>
          <w:b w:val="0"/>
          <w:i w:val="0"/>
          <w:color w:val="000000"/>
          <w:sz w:val="20"/>
        </w:rPr>
        <w:t>C. Her favourite fact was about elephants helping one another.</w:t>
      </w:r>
    </w:p>
    <w:p>
      <w:pPr>
        <w:ind w:left="255"/>
      </w:pPr>
      <w:r>
        <w:rPr>
          <w:rFonts w:ascii="Times New Roman" w:hAnsi="Times New Roman" w:eastAsia="Times New Roman"/>
          <w:b w:val="0"/>
          <w:i w:val="0"/>
          <w:color w:val="000000"/>
          <w:sz w:val="20"/>
        </w:rPr>
        <w:t>D. She thinks her classmates will enjoy the story.</w:t>
      </w:r>
    </w:p>
    <w:p>
      <w:pPr>
        <w:jc w:val="both"/>
      </w:pPr>
      <w:r>
        <w:rPr>
          <w:rFonts w:ascii="Times New Roman" w:hAnsi="Times New Roman" w:eastAsia="Times New Roman"/>
          <w:color w:val="000000"/>
          <w:sz w:val="20"/>
        </w:rPr>
        <w:t>2. Our class made a short news programme. First, we chose three school events. (1) _____. Next, two students became reporters. (2) _____. Another group recorded the weather report. (3) _____. Finally, we watched the video together. (4) _____.</w:t>
      </w:r>
    </w:p>
    <w:p>
      <w:pPr>
        <w:ind w:left="255"/>
      </w:pPr>
      <w:r>
        <w:rPr>
          <w:rFonts w:ascii="Times New Roman" w:hAnsi="Times New Roman" w:eastAsia="Times New Roman"/>
          <w:b w:val="0"/>
          <w:i w:val="0"/>
          <w:color w:val="000000"/>
          <w:sz w:val="20"/>
        </w:rPr>
        <w:t>A. Then we wrote simple and accurate scripts.</w:t>
      </w:r>
    </w:p>
    <w:p>
      <w:pPr>
        <w:ind w:left="255"/>
      </w:pPr>
      <w:r>
        <w:rPr>
          <w:rFonts w:ascii="Times New Roman" w:hAnsi="Times New Roman" w:eastAsia="Times New Roman"/>
          <w:b w:val="0"/>
          <w:i w:val="0"/>
          <w:color w:val="000000"/>
          <w:sz w:val="20"/>
        </w:rPr>
        <w:t>B. They interviewed teachers and classmates.</w:t>
      </w:r>
    </w:p>
    <w:p>
      <w:pPr>
        <w:ind w:left="255"/>
      </w:pPr>
      <w:r>
        <w:rPr>
          <w:rFonts w:ascii="Times New Roman" w:hAnsi="Times New Roman" w:eastAsia="Times New Roman"/>
          <w:b w:val="0"/>
          <w:i w:val="0"/>
          <w:color w:val="000000"/>
          <w:sz w:val="20"/>
        </w:rPr>
        <w:t>C. We used a map made from coloured paper.</w:t>
      </w:r>
    </w:p>
    <w:p>
      <w:pPr>
        <w:ind w:left="255"/>
      </w:pPr>
      <w:r>
        <w:rPr>
          <w:rFonts w:ascii="Times New Roman" w:hAnsi="Times New Roman" w:eastAsia="Times New Roman"/>
          <w:b w:val="0"/>
          <w:i w:val="0"/>
          <w:color w:val="000000"/>
          <w:sz w:val="20"/>
        </w:rPr>
        <w:t>D. Everyone was proud of the final programme.</w:t>
      </w:r>
    </w:p>
    <w:p>
      <w:r>
        <w:br w:type="page"/>
      </w:r>
    </w:p>
    <w:p>
      <w:pPr>
        <w:keepNext/>
        <w:keepLines/>
        <w:spacing w:before="80" w:after="40"/>
      </w:pPr>
      <w:r>
        <w:rPr>
          <w:rFonts w:ascii="Times New Roman" w:hAnsi="Times New Roman" w:eastAsia="Times New Roman"/>
          <w:b/>
          <w:color w:val="1254B7"/>
          <w:sz w:val="26"/>
        </w:rPr>
        <w:t>❖  WRITING</w:t>
      </w:r>
    </w:p>
    <w:p>
      <w:pPr>
        <w:keepNext/>
        <w:keepLines/>
        <w:spacing w:before="40" w:after="20"/>
      </w:pPr>
      <w:r>
        <w:rPr>
          <w:rFonts w:ascii="Times New Roman" w:hAnsi="Times New Roman" w:eastAsia="Times New Roman"/>
          <w:b/>
          <w:color w:val="1254B7"/>
          <w:sz w:val="22"/>
        </w:rPr>
        <w:t>Exercise 16: Complete the sentences using the guided words and phrases.</w:t>
      </w:r>
    </w:p>
    <w:p>
      <w:pPr>
        <w:spacing w:after="0"/>
      </w:pPr>
      <w:r>
        <w:rPr>
          <w:rFonts w:ascii="Times New Roman" w:hAnsi="Times New Roman" w:eastAsia="Times New Roman"/>
          <w:color w:val="000000"/>
          <w:sz w:val="20"/>
        </w:rPr>
        <w:t>1. what / your favourite / TV programme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I / like / cartoons / because / they / funny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the news / start / seven o'clock / tonight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although / film / long / it / exciting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how often / your brother / watch / sports programmes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17: Put the words and phrases in the correct order to make meaningful sentences.</w:t>
      </w:r>
    </w:p>
    <w:p>
      <w:pPr>
        <w:spacing w:after="0"/>
      </w:pPr>
      <w:r>
        <w:rPr>
          <w:rFonts w:ascii="Times New Roman" w:hAnsi="Times New Roman" w:eastAsia="Times New Roman"/>
          <w:color w:val="000000"/>
          <w:sz w:val="20"/>
        </w:rPr>
        <w:t>1. you / what / do / programme / like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is / documentary / this / educational / very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because / I / comedy / it / funny / like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on / what time / the game show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watched / we / and / the news / discussed / it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does / who / the main character / play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TV / turned off / she / so / was tired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twice / I / documentaries / watch / a week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channel / which / match / shows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but / useful / programme / the / short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18: Rewrite each sentence so that it is closest in meaning to the original one.</w:t>
      </w:r>
    </w:p>
    <w:p>
      <w:pPr>
        <w:spacing w:after="0"/>
      </w:pPr>
      <w:r>
        <w:rPr>
          <w:rFonts w:ascii="Times New Roman" w:hAnsi="Times New Roman" w:eastAsia="Times New Roman"/>
          <w:color w:val="000000"/>
          <w:sz w:val="20"/>
        </w:rPr>
        <w:t>1. The cartoon is funny. The cartoon is educational. (and)</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I watch the news because I want to know current events. (Why)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The film starts at 8 p.m. (When)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My father prefers documentaries to game shows.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Lan watches TV for one hour every day. (How long)</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It rained. We stayed home and watched a film. (so)</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The programme was late. We waited for it. (although)</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There are ten contestants in the show. (How many)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No other channel is more popular with children than Channel 6.</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Turn off the TV before you go to bed.</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19: Choose the correct arrangement of the sentences to make a meaningful paragraph / letter.</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Television can be useful for students.</w:t>
      </w:r>
    </w:p>
    <w:p>
      <w:pPr>
        <w:ind w:left="255"/>
      </w:pPr>
      <w:r>
        <w:rPr>
          <w:rFonts w:ascii="Times New Roman" w:hAnsi="Times New Roman" w:eastAsia="Times New Roman"/>
          <w:color w:val="000000"/>
          <w:sz w:val="20"/>
        </w:rPr>
        <w:t>b. First, documentaries teach us about the world.</w:t>
      </w:r>
    </w:p>
    <w:p>
      <w:pPr>
        <w:ind w:left="255"/>
      </w:pPr>
      <w:r>
        <w:rPr>
          <w:rFonts w:ascii="Times New Roman" w:hAnsi="Times New Roman" w:eastAsia="Times New Roman"/>
          <w:color w:val="000000"/>
          <w:sz w:val="20"/>
        </w:rPr>
        <w:t>c. Second, news programmes tell us about current events.</w:t>
      </w:r>
    </w:p>
    <w:p>
      <w:pPr>
        <w:ind w:left="255"/>
      </w:pPr>
      <w:r>
        <w:rPr>
          <w:rFonts w:ascii="Times New Roman" w:hAnsi="Times New Roman" w:eastAsia="Times New Roman"/>
          <w:color w:val="000000"/>
          <w:sz w:val="20"/>
        </w:rPr>
        <w:t>d. However, we should choose suitable shows and limit screen time.</w:t>
      </w:r>
    </w:p>
    <w:p>
      <w:pPr>
        <w:ind w:left="255"/>
      </w:pPr>
      <w:r>
        <w:rPr>
          <w:rFonts w:ascii="Times New Roman" w:hAnsi="Times New Roman" w:eastAsia="Times New Roman"/>
          <w:color w:val="000000"/>
          <w:sz w:val="20"/>
        </w:rPr>
        <w:t>e. In this way, television supports learning without replacing other activities.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b-a-c-e-d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a-c-b-e-d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d-a-b-c-e</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Dear Minh,</w:t>
      </w:r>
    </w:p>
    <w:p>
      <w:pPr>
        <w:ind w:left="255"/>
      </w:pPr>
      <w:r>
        <w:rPr>
          <w:rFonts w:ascii="Times New Roman" w:hAnsi="Times New Roman" w:eastAsia="Times New Roman"/>
          <w:color w:val="000000"/>
          <w:sz w:val="20"/>
        </w:rPr>
        <w:t>b. I watched a wonderful wildlife programme last night.</w:t>
      </w:r>
    </w:p>
    <w:p>
      <w:pPr>
        <w:ind w:left="255"/>
      </w:pPr>
      <w:r>
        <w:rPr>
          <w:rFonts w:ascii="Times New Roman" w:hAnsi="Times New Roman" w:eastAsia="Times New Roman"/>
          <w:color w:val="000000"/>
          <w:sz w:val="20"/>
        </w:rPr>
        <w:t>c. It was about dolphins and their clever ways of communicating.</w:t>
      </w:r>
    </w:p>
    <w:p>
      <w:pPr>
        <w:ind w:left="255"/>
      </w:pPr>
      <w:r>
        <w:rPr>
          <w:rFonts w:ascii="Times New Roman" w:hAnsi="Times New Roman" w:eastAsia="Times New Roman"/>
          <w:color w:val="000000"/>
          <w:sz w:val="20"/>
        </w:rPr>
        <w:t>d. I think you would enjoy it because you love animals.</w:t>
      </w:r>
    </w:p>
    <w:p>
      <w:pPr>
        <w:ind w:left="255"/>
      </w:pPr>
      <w:r>
        <w:rPr>
          <w:rFonts w:ascii="Times New Roman" w:hAnsi="Times New Roman" w:eastAsia="Times New Roman"/>
          <w:color w:val="000000"/>
          <w:sz w:val="20"/>
        </w:rPr>
        <w:t>e. Best, Nam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a-b-d-c-e</w:t>
            </w:r>
          </w:p>
        </w:tc>
      </w:tr>
    </w:tbl>
    <w:p>
      <w:pPr>
        <w:keepNext/>
        <w:keepLines/>
        <w:spacing w:before="40" w:after="20"/>
      </w:pPr>
      <w:r>
        <w:rPr>
          <w:rFonts w:ascii="Times New Roman" w:hAnsi="Times New Roman" w:eastAsia="Times New Roman"/>
          <w:b/>
          <w:color w:val="1254B7"/>
          <w:sz w:val="22"/>
        </w:rPr>
        <w:t>Exercise 20: Choose the best sentence to complete each short text.</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GOOD TV HABIT</w:t>
            </w:r>
          </w:p>
          <w:p>
            <w:pPr>
              <w:jc w:val="both"/>
            </w:pPr>
            <w:r>
              <w:rPr>
                <w:rFonts w:ascii="Times New Roman" w:hAnsi="Times New Roman" w:eastAsia="Times New Roman"/>
                <w:color w:val="000000"/>
                <w:sz w:val="20"/>
              </w:rPr>
              <w:t>Choose one programme before you switch on the TV. Watch it carefully, then turn the television off. (1) _____.</w:t>
            </w:r>
          </w:p>
        </w:tc>
      </w:tr>
    </w:tbl>
    <w:p>
      <w:pPr>
        <w:spacing w:after="0"/>
        <w:ind w:left="0" w:firstLine="0"/>
      </w:pPr>
      <w:r>
        <w:rPr>
          <w:rFonts w:ascii="Times New Roman" w:hAnsi="Times New Roman" w:eastAsia="Times New Roman"/>
          <w:b w:val="0"/>
          <w:i w:val="0"/>
          <w:color w:val="000000"/>
          <w:sz w:val="21"/>
        </w:rPr>
        <w:t>1. Which sentence best concludes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This habit saves time for reading and exercise.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Every channel has the same schedule.</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Television sets are expensive.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My brother lost the remote control.</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CLASS QUIZ SHOW</w:t>
            </w:r>
          </w:p>
          <w:p>
            <w:pPr>
              <w:jc w:val="both"/>
            </w:pPr>
            <w:r>
              <w:rPr>
                <w:rFonts w:ascii="Times New Roman" w:hAnsi="Times New Roman" w:eastAsia="Times New Roman"/>
                <w:color w:val="000000"/>
                <w:sz w:val="20"/>
              </w:rPr>
              <w:t>Our teacher divided the class into four teams. She read ten questions about English and science. (1) _____. Everyone clapped for them at the end.</w:t>
            </w:r>
          </w:p>
        </w:tc>
      </w:tr>
    </w:tbl>
    <w:p>
      <w:pPr>
        <w:spacing w:after="0"/>
        <w:ind w:left="0" w:firstLine="0"/>
      </w:pPr>
      <w:r>
        <w:rPr>
          <w:rFonts w:ascii="Times New Roman" w:hAnsi="Times New Roman" w:eastAsia="Times New Roman"/>
          <w:b w:val="0"/>
          <w:i w:val="0"/>
          <w:color w:val="000000"/>
          <w:sz w:val="21"/>
        </w:rPr>
        <w:t>1. Which sentence best completes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Team Blue answered eight questions correctly and won.</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television was in the living room.</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 never study science at school.</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weather was cold outside.</w:t>
            </w:r>
          </w:p>
        </w:tc>
      </w:tr>
    </w:tbl>
    <w:p>
      <w:r>
        <w:br w:type="page"/>
      </w:r>
    </w:p>
    <w:p>
      <w:pPr>
        <w:keepNext/>
        <w:keepLines/>
        <w:spacing w:before="80" w:after="40"/>
      </w:pPr>
      <w:r>
        <w:rPr>
          <w:rFonts w:ascii="Times New Roman" w:hAnsi="Times New Roman" w:eastAsia="Times New Roman"/>
          <w:b/>
          <w:color w:val="1254B7"/>
          <w:sz w:val="26"/>
        </w:rPr>
        <w:t>❖  LISTENING</w:t>
      </w:r>
    </w:p>
    <w:p>
      <w:pPr>
        <w:keepNext/>
        <w:keepLines/>
        <w:spacing w:before="40" w:after="20"/>
      </w:pPr>
      <w:r>
        <w:rPr>
          <w:rFonts w:ascii="Times New Roman" w:hAnsi="Times New Roman" w:eastAsia="Times New Roman"/>
          <w:b/>
          <w:color w:val="1254B7"/>
          <w:sz w:val="22"/>
        </w:rPr>
        <w:t>Exercise 21: Listen to the recording and choose the best answer A, B, C, or D.</w:t>
      </w:r>
    </w:p>
    <w:p>
      <w:pPr>
        <w:spacing w:after="0"/>
        <w:ind w:left="0" w:firstLine="0"/>
      </w:pPr>
      <w:r>
        <w:rPr>
          <w:rFonts w:ascii="Times New Roman" w:hAnsi="Times New Roman" w:eastAsia="Times New Roman"/>
          <w:b w:val="0"/>
          <w:i w:val="0"/>
          <w:color w:val="000000"/>
          <w:sz w:val="21"/>
        </w:rPr>
        <w:t>1. What is the programme called?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Young Reporters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Young Inventors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Science Today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Smart Schools</w:t>
            </w:r>
          </w:p>
        </w:tc>
      </w:tr>
    </w:tbl>
    <w:p>
      <w:pPr>
        <w:spacing w:after="0"/>
        <w:ind w:left="0" w:firstLine="0"/>
      </w:pPr>
      <w:r>
        <w:rPr>
          <w:rFonts w:ascii="Times New Roman" w:hAnsi="Times New Roman" w:eastAsia="Times New Roman"/>
          <w:b w:val="0"/>
          <w:i w:val="0"/>
          <w:color w:val="000000"/>
          <w:sz w:val="21"/>
        </w:rPr>
        <w:t>2. When is it 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Friday at 7:30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Saturday at 7:00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Saturday at 7:30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Sunday at 8:00</w:t>
            </w:r>
          </w:p>
        </w:tc>
      </w:tr>
    </w:tbl>
    <w:p>
      <w:pPr>
        <w:spacing w:after="0"/>
        <w:ind w:left="0" w:firstLine="0"/>
      </w:pPr>
      <w:r>
        <w:rPr>
          <w:rFonts w:ascii="Times New Roman" w:hAnsi="Times New Roman" w:eastAsia="Times New Roman"/>
          <w:b w:val="0"/>
          <w:i w:val="0"/>
          <w:color w:val="000000"/>
          <w:sz w:val="21"/>
        </w:rPr>
        <w:t>3. How many teams appear in each episode?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Two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Five</w:t>
            </w:r>
          </w:p>
        </w:tc>
      </w:tr>
    </w:tbl>
    <w:p>
      <w:pPr>
        <w:spacing w:after="0"/>
        <w:ind w:left="0" w:firstLine="0"/>
      </w:pPr>
      <w:r>
        <w:rPr>
          <w:rFonts w:ascii="Times New Roman" w:hAnsi="Times New Roman" w:eastAsia="Times New Roman"/>
          <w:b w:val="0"/>
          <w:i w:val="0"/>
          <w:color w:val="000000"/>
          <w:sz w:val="21"/>
        </w:rPr>
        <w:t>4. Who chooses the best idea?</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scientist only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students' teacher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viewers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Mai's family</w:t>
            </w:r>
          </w:p>
        </w:tc>
      </w:tr>
    </w:tbl>
    <w:p>
      <w:pPr>
        <w:spacing w:after="0"/>
        <w:ind w:left="0" w:firstLine="0"/>
      </w:pPr>
      <w:r>
        <w:rPr>
          <w:rFonts w:ascii="Times New Roman" w:hAnsi="Times New Roman" w:eastAsia="Times New Roman"/>
          <w:b w:val="0"/>
          <w:i w:val="0"/>
          <w:color w:val="000000"/>
          <w:sz w:val="21"/>
        </w:rPr>
        <w:t>5. What did a team make last week?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smart school bag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 television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robot dog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weather map</w:t>
            </w:r>
          </w:p>
        </w:tc>
      </w:tr>
    </w:tbl>
    <w:p>
      <w:pPr>
        <w:keepNext/>
        <w:keepLines/>
        <w:spacing w:before="40" w:after="20"/>
      </w:pPr>
      <w:r>
        <w:rPr>
          <w:rFonts w:ascii="Times New Roman" w:hAnsi="Times New Roman" w:eastAsia="Times New Roman"/>
          <w:b/>
          <w:color w:val="1254B7"/>
          <w:sz w:val="22"/>
        </w:rPr>
        <w:t>Exercise 22: Listen and decide whether the statements are TRUE (T) or FALSE (F).</w:t>
      </w:r>
    </w:p>
    <w:p>
      <w:r>
        <w:rPr>
          <w:rFonts w:ascii="Times New Roman" w:hAnsi="Times New Roman" w:eastAsia="Times New Roman"/>
          <w:color w:val="000000"/>
          <w:sz w:val="20"/>
        </w:rPr>
        <w:t xml:space="preserve">1. Nam watches TV for about one hour on school days.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2. He watches TV before doing his homework.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3. World of Wildlife is on twice a week.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4. Nam's family watches television during dinner.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5. Nam believes careful programme choice is important.  </w:t>
      </w:r>
      <w:r>
        <w:rPr>
          <w:rFonts w:ascii="Times New Roman" w:hAnsi="Times New Roman" w:eastAsia="Times New Roman"/>
          <w:color w:val="000000"/>
          <w:sz w:val="20"/>
        </w:rPr>
        <w:t>_____</w:t>
      </w:r>
    </w:p>
    <w:p>
      <w:pPr>
        <w:spacing w:before="100"/>
        <w:jc w:val="center"/>
      </w:pPr>
      <w:r>
        <w:rPr>
          <w:rFonts w:ascii="Times New Roman" w:hAnsi="Times New Roman" w:eastAsia="Times New Roman"/>
          <w:b/>
          <w:color w:val="C00000"/>
          <w:sz w:val="24"/>
        </w:rPr>
        <w:t>--- THE END ---</w:t>
      </w:r>
    </w:p>
    <w:sectPr w:rsidR="00FC693F" w:rsidRPr="0006063C" w:rsidSect="00034616">
      <w:headerReference w:type="default" r:id="rId9"/>
      <w:footerReference w:type="default" r:id="rId10"/>
      <w:pgSz w:w="11906" w:h="16838"/>
      <w:pgMar w:top="709" w:right="765" w:bottom="709"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390"/>
      <w:gridCol w:w="1984"/>
    </w:tblGrid>
    <w:tr>
      <w:tc>
        <w:tcPr>
          <w:tcW w:type="dxa" w:w="8390"/>
          <w:tcMar>
            <w:top w:w="50" w:type="dxa"/>
            <w:start w:w="70" w:type="dxa"/>
            <w:bottom w:w="50" w:type="dxa"/>
            <w:end w:w="70" w:type="dxa"/>
          </w:tcMar>
          <w:tcBorders>
            <w:top w:val="nil"/>
            <w:left w:val="nil"/>
            <w:bottom w:val="nil"/>
            <w:right w:val="nil"/>
          </w:tcBorders>
        </w:tcPr>
        <w:p>
          <w:pPr>
            <w:jc w:val="left"/>
          </w:pPr>
          <w:r>
            <w:rPr>
              <w:rFonts w:ascii="Times New Roman" w:hAnsi="Times New Roman" w:eastAsia="Times New Roman"/>
              <w:b/>
              <w:color w:val="C00000"/>
              <w:sz w:val="20"/>
            </w:rPr>
            <w:t>Bài tập Tiếng Anh 6 (Global Success)</w:t>
          </w:r>
        </w:p>
      </w:tc>
      <w:tc>
        <w:tcPr>
          <w:tcW w:type="dxa" w:w="1984"/>
          <w:tcMar>
            <w:top w:w="50" w:type="dxa"/>
            <w:start w:w="70" w:type="dxa"/>
            <w:bottom w:w="50" w:type="dxa"/>
            <w:end w:w="70" w:type="dxa"/>
          </w:tcMar>
          <w:tcBorders>
            <w:top w:val="nil"/>
            <w:left w:val="nil"/>
            <w:bottom w:val="nil"/>
            <w:right w:val="nil"/>
          </w:tcBorders>
        </w:tcPr>
        <w:p>
          <w:pPr>
            <w:jc w:val="right"/>
          </w:pPr>
          <w:r>
            <w:rPr>
              <w:rFonts w:ascii="Times New Roman" w:hAnsi="Times New Roman" w:eastAsia="Times New Roman"/>
              <w:b/>
              <w:color w:val="C00000"/>
              <w:sz w:val="20"/>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color w:val="C00000"/>
        <w:sz w:val="20"/>
      </w:rPr>
      <w:t>BÀI TẬP TIẾNG ANH 6 - GLOBAL SUCCESS • HỌC KỲ 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