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20: OUR SUMMER HOLIDAYS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To see many kinds of fish in Ho Chi Minh City, visit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go camping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Dam Sen Aquarium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visit an eco-farm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Phong Nha Cave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Visitors can take a boat trip on ____ in Hue.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go camping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Huong River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Phong Nha Cave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visit an eco-farm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A famous cave in Quang Binh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visit an eco-farm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Phong Nha Cave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Phu Quoc Island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go camping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A beautiful island in the south of Viet Nam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practise swimming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Phu Quoc Island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go camping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Phong Nha Cave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We will put up a tent when we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Phong Nha Cave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Huong River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go camping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join a music club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Lan loves songs, so she will ____ this summer.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practise swimming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Huong River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join a music club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Phong Nha Cave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I want to swim better, so I will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Phong Nha Cave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practise swimming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visit an eco-farm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go camping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The class will learn about plants when they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practise swimming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visit an eco-farm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Phong Nha Cave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join a music club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Where are you going to ____ this summer?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visit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visited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visits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visiting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I'm going to ____ Phu Quoc Island.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visit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visits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visiting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visited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are you going to ____ there?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I am going to ____ camping.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went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going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My sister ____ going to join a music club.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is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____ they going to visit an eco-farm?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Will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We aren't going to ____ at home all summer.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stayed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staying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stay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stays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Nam going to do? - He ____ going to practise swimming.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does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This summer, my family is going to spend four days on Phu Quoc Island. We are going to travel there by plane. My parents are going to visit a fishing village and try local food. My brother and I are going to practise swimming every morning. One afternoon, we are going to go on a boat trip. After the holiday, I am going to join a music club at school, and my brother is going to visit an eco-farm with his class.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family is going to stay for four days.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are going to travel by train.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are not going to take a boat trip.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children are going to practise swimming.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brother will visit an eco-farm with his class.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Where is the family going to go?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are the parents going to visit?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When will the children practise swimming?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the writer going to join after the holiday?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Who is going to visit an eco-farm?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going / Where / you / are / visit / to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Phong Nha Cave / going / I'm / visit / to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do / What / going / are / to / you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camping / going / I'm / go / to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She is going to ____ (practise) swimming.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Answer: What are you going to do this summer?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20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20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