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rFonts w:ascii="Arial" w:hAnsi="Arial" w:eastAsia="Arial"/>
          <w:b/>
          <w:i w:val="0"/>
          <w:color w:val="000000"/>
          <w:sz w:val="29"/>
        </w:rPr>
        <w:t>ENGLISH 5 - GLOBAL SUCCESS</w:t>
      </w:r>
    </w:p>
    <w:p>
      <w:pPr>
        <w:spacing w:after="40"/>
        <w:jc w:val="center"/>
      </w:pPr>
      <w:r>
        <w:rPr>
          <w:rFonts w:ascii="Arial" w:hAnsi="Arial" w:eastAsia="Arial"/>
          <w:b/>
          <w:i w:val="0"/>
          <w:color w:val="1F4E79"/>
          <w:sz w:val="26"/>
        </w:rPr>
        <w:t>UNIT 13: OUR SPECIAL DAYS</w:t>
      </w:r>
    </w:p>
    <w:p>
      <w:pPr>
        <w:spacing w:after="100"/>
        <w:jc w:val="center"/>
      </w:pPr>
      <w:r>
        <w:rPr>
          <w:rFonts w:ascii="Arial" w:hAnsi="Arial" w:eastAsia="Arial"/>
          <w:b/>
          <w:i w:val="0"/>
          <w:color w:val="595959"/>
          <w:sz w:val="21"/>
        </w:rPr>
        <w:t>UNIT TEST - Time: 40 minutes - Total: 10 points</w:t>
      </w:r>
    </w:p>
    <w:p>
      <w:pPr>
        <w:spacing w:after="8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Name: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__________________________________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Class: </w:t>
      </w:r>
      <w:r>
        <w:rPr>
          <w:rFonts w:ascii="Arial" w:hAnsi="Arial" w:eastAsia="Arial"/>
          <w:b w:val="0"/>
          <w:i w:val="0"/>
          <w:color w:val="000000"/>
          <w:sz w:val="21"/>
        </w:rPr>
        <w:t xml:space="preserve">________    </w:t>
      </w:r>
      <w:r>
        <w:rPr>
          <w:rFonts w:ascii="Arial" w:hAnsi="Arial" w:eastAsia="Arial"/>
          <w:b/>
          <w:i w:val="0"/>
          <w:color w:val="000000"/>
          <w:sz w:val="21"/>
        </w:rPr>
        <w:t xml:space="preserve">Date: </w:t>
      </w:r>
      <w:r>
        <w:rPr>
          <w:rFonts w:ascii="Arial" w:hAnsi="Arial" w:eastAsia="Arial"/>
          <w:b w:val="0"/>
          <w:i w:val="0"/>
          <w:color w:val="000000"/>
          <w:sz w:val="21"/>
        </w:rPr>
        <w:t>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I. VOCABULARY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Children carry lanterns at the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burgers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Children's Day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Sports Day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Mid-Autumn Festival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The first of June is ____ in Viet Nam.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Sports 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Teachers' 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burgers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Children's Day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We run and play team games on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Children's Day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apple juice</w:t>
      </w:r>
      <w:r>
        <w:br/>
      </w:r>
      <w:r>
        <w:rPr>
          <w:rFonts w:ascii="Arial" w:hAnsi="Arial" w:eastAsia="Arial"/>
          <w:b w:val="0"/>
          <w:i w:val="0"/>
          <w:color w:val="000000"/>
          <w:sz w:val="21"/>
        </w:rPr>
        <w:t>C. Mid-Autumn Festival</w:t>
      </w:r>
      <w:r>
        <w:t xml:space="preserve"> 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Sports Day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Pupils give cards and flowers to teachers on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Children's 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pizza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Teachers' 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milk tea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This drink is made from apples. It is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burgers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apple juice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Mid-Autumn Festival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pizza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We put meat and vegetables inside bread to make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Sports 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burgers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Children's 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milk tea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Lan likes tea with milk, so she chooses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Sports 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milk tea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Mid-Autumn Festival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burgers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The children share a large cheese ____ at the party.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Mid-Autumn Festival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Sports Day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milk tea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pizza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II. GRAMMAR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(2.0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Choose the correct answer. (8 x 0.25 = 2.0 points)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What will you ____ on Children's Day?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does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We ____ play games and sing songs.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do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will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did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What food will you ____ at the party?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have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had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having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We'll ____ pizza and burgers.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having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have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has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had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drinks ____ Mai have?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did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will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is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does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6. </w:t>
      </w:r>
      <w:r>
        <w:rPr>
          <w:rFonts w:ascii="Arial" w:hAnsi="Arial" w:eastAsia="Arial"/>
          <w:b w:val="0"/>
          <w:i w:val="0"/>
          <w:color w:val="000000"/>
          <w:sz w:val="21"/>
        </w:rPr>
        <w:t>She will ____ apple juice.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drink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drinks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drinking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drank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7. </w:t>
      </w:r>
      <w:r>
        <w:rPr>
          <w:rFonts w:ascii="Arial" w:hAnsi="Arial" w:eastAsia="Arial"/>
          <w:b w:val="0"/>
          <w:i w:val="0"/>
          <w:color w:val="000000"/>
          <w:sz w:val="21"/>
        </w:rPr>
        <w:t>Will they join Sports Day? - Yes, they ____.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join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will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do</w:t>
      </w:r>
    </w:p>
    <w:p>
      <w:pPr>
        <w:spacing w:after="20"/>
        <w:ind w:left="0" w:firstLine="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8. </w:t>
      </w:r>
      <w:r>
        <w:rPr>
          <w:rFonts w:ascii="Arial" w:hAnsi="Arial" w:eastAsia="Arial"/>
          <w:b w:val="0"/>
          <w:i w:val="0"/>
          <w:color w:val="000000"/>
          <w:sz w:val="21"/>
        </w:rPr>
        <w:t>We won't ____ late for the event.</w:t>
      </w:r>
    </w:p>
    <w:p>
      <w:pPr>
        <w:spacing w:after="40"/>
        <w:ind w:left="255"/>
      </w:pPr>
      <w:r>
        <w:rPr>
          <w:rFonts w:ascii="Arial" w:hAnsi="Arial" w:eastAsia="Arial"/>
          <w:b w:val="0"/>
          <w:i w:val="0"/>
          <w:color w:val="000000"/>
          <w:sz w:val="21"/>
        </w:rPr>
        <w:t>A. were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B. are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C. be</w:t>
      </w:r>
      <w:r>
        <w:t xml:space="preserve">       </w:t>
      </w:r>
      <w:r>
        <w:rPr>
          <w:rFonts w:ascii="Arial" w:hAnsi="Arial" w:eastAsia="Arial"/>
          <w:b w:val="0"/>
          <w:i w:val="0"/>
          <w:color w:val="000000"/>
          <w:sz w:val="21"/>
        </w:rPr>
        <w:t>D. being</w:t>
      </w:r>
    </w:p>
    <w:p>
      <w:r>
        <w:br w:type="page"/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III. READING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Read the passage and complete Tasks A and B.</w:t>
      </w:r>
    </w:p>
    <w:tbl>
      <w:tblPr>
        <w:tblStyle w:val="TableGrid"/>
        <w:tblW w:type="dxa" w:w="10190"/>
        <w:tblLayout w:type="fixed"/>
        <w:tblLook w:firstColumn="1" w:firstRow="1" w:lastColumn="0" w:lastRow="0" w:noHBand="0" w:noVBand="1" w:val="04A0"/>
        <w:tblInd w:w="100" w:type="dxa"/>
      </w:tblPr>
      <w:tblGrid>
        <w:gridCol w:w="10190"/>
      </w:tblGrid>
      <w:tr>
        <w:tc>
          <w:tcPr>
            <w:tcW w:type="dxa" w:w="10190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  <w:shd w:fill="F2F2F2"/>
          </w:tcPr>
          <w:p>
            <w:pPr>
              <w:spacing w:before="20" w:after="20" w:line="252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20"/>
              </w:rPr>
              <w:t>Next Friday will be our school Sports Day. The event will start at eight o'clock in the school yard. Class 5A will play football, and class 5B will join a running race. My class, 5C, will play tug of war. After the sports, we will have a small party. There will be burgers, pizza and fruit. I will have apple juice, but my friend Lan will choose milk tea. Our parents and teachers will watch the activities.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A. Write T (True) or F (False).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 event will start at ten o'clock.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_____  </w:t>
      </w:r>
      <w:r>
        <w:rPr>
          <w:rFonts w:ascii="Arial" w:hAnsi="Arial" w:eastAsia="Arial"/>
          <w:b w:val="0"/>
          <w:i w:val="0"/>
          <w:color w:val="000000"/>
          <w:sz w:val="21"/>
        </w:rPr>
        <w:t>There will be no party.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_____  </w:t>
      </w:r>
      <w:r>
        <w:rPr>
          <w:rFonts w:ascii="Arial" w:hAnsi="Arial" w:eastAsia="Arial"/>
          <w:b w:val="0"/>
          <w:i w:val="0"/>
          <w:color w:val="000000"/>
          <w:sz w:val="21"/>
        </w:rPr>
        <w:t>Sports Day will be next Friday.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_____  </w:t>
      </w:r>
      <w:r>
        <w:rPr>
          <w:rFonts w:ascii="Arial" w:hAnsi="Arial" w:eastAsia="Arial"/>
          <w:b w:val="0"/>
          <w:i w:val="0"/>
          <w:color w:val="000000"/>
          <w:sz w:val="21"/>
        </w:rPr>
        <w:t>Parents and teachers will watch the activities.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_____  </w:t>
      </w:r>
      <w:r>
        <w:rPr>
          <w:rFonts w:ascii="Arial" w:hAnsi="Arial" w:eastAsia="Arial"/>
          <w:b w:val="0"/>
          <w:i w:val="0"/>
          <w:color w:val="000000"/>
          <w:sz w:val="21"/>
        </w:rPr>
        <w:t>Class 5C will play tug of war.</w:t>
      </w:r>
    </w:p>
    <w:p>
      <w:pPr>
        <w:pStyle w:val="Heading2"/>
      </w:pPr>
      <w:r>
        <w:rPr>
          <w:rFonts w:ascii="Arial" w:hAnsi="Arial" w:eastAsia="Arial"/>
          <w:b/>
          <w:i w:val="0"/>
          <w:color w:val="1F4E79"/>
          <w:sz w:val="21"/>
        </w:rPr>
        <w:t>B. Answer the questions. (5 x 0.3 = 1.5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Where will Sports Day take place?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What will class 5A do?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When will the party happen?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What food will they have?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5. </w:t>
      </w:r>
      <w:r>
        <w:rPr>
          <w:rFonts w:ascii="Arial" w:hAnsi="Arial" w:eastAsia="Arial"/>
          <w:b w:val="0"/>
          <w:i w:val="0"/>
          <w:color w:val="000000"/>
          <w:sz w:val="21"/>
        </w:rPr>
        <w:t>What drink will Lan choose?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pStyle w:val="Heading1"/>
        <w:keepNext/>
      </w:pPr>
      <w:r>
        <w:rPr>
          <w:rFonts w:ascii="Arial" w:hAnsi="Arial" w:eastAsia="Arial"/>
          <w:b/>
          <w:i w:val="0"/>
          <w:color w:val="1F4E79"/>
          <w:sz w:val="23"/>
        </w:rPr>
        <w:t>IV. WRITING</w:t>
      </w:r>
      <w:r>
        <w:rPr>
          <w:rFonts w:ascii="Arial" w:hAnsi="Arial" w:eastAsia="Arial"/>
          <w:b/>
          <w:i w:val="0"/>
          <w:color w:val="595959"/>
          <w:sz w:val="21"/>
        </w:rPr>
        <w:t xml:space="preserve">  (3.0 points)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A. Put the words in the correct order. (4 x 0.5 = 2.0 points)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do / What / you / will / Sports Day / on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games / We'll / play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3. </w:t>
      </w:r>
      <w:r>
        <w:rPr>
          <w:rFonts w:ascii="Arial" w:hAnsi="Arial" w:eastAsia="Arial"/>
          <w:b w:val="0"/>
          <w:i w:val="0"/>
          <w:color w:val="000000"/>
          <w:sz w:val="21"/>
        </w:rPr>
        <w:t>food / have / What / will / you / 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4. </w:t>
      </w:r>
      <w:r>
        <w:rPr>
          <w:rFonts w:ascii="Arial" w:hAnsi="Arial" w:eastAsia="Arial"/>
          <w:b w:val="0"/>
          <w:i w:val="0"/>
          <w:color w:val="000000"/>
          <w:sz w:val="21"/>
        </w:rPr>
        <w:t>have / We'll / pizza / 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keepNext/>
        <w:spacing w:after="40"/>
      </w:pPr>
      <w:r>
        <w:rPr>
          <w:rFonts w:ascii="Arial" w:hAnsi="Arial" w:eastAsia="Arial"/>
          <w:b w:val="0"/>
          <w:i/>
          <w:color w:val="595959"/>
          <w:sz w:val="20"/>
        </w:rPr>
        <w:t>B. Complete or answer as directed. (2 x 0.5 = 1.0 point)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1. </w:t>
      </w:r>
      <w:r>
        <w:rPr>
          <w:rFonts w:ascii="Arial" w:hAnsi="Arial" w:eastAsia="Arial"/>
          <w:b w:val="0"/>
          <w:i w:val="0"/>
          <w:color w:val="000000"/>
          <w:sz w:val="21"/>
        </w:rPr>
        <w:t>Complete: She will ____ (drink) apple juice.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p>
      <w:pPr>
        <w:spacing w:after="20"/>
      </w:pPr>
      <w:r>
        <w:rPr>
          <w:rFonts w:ascii="Arial" w:hAnsi="Arial" w:eastAsia="Arial"/>
          <w:b/>
          <w:i w:val="0"/>
          <w:color w:val="000000"/>
          <w:sz w:val="21"/>
        </w:rPr>
        <w:t xml:space="preserve">2. </w:t>
      </w:r>
      <w:r>
        <w:rPr>
          <w:rFonts w:ascii="Arial" w:hAnsi="Arial" w:eastAsia="Arial"/>
          <w:b w:val="0"/>
          <w:i w:val="0"/>
          <w:color w:val="000000"/>
          <w:sz w:val="21"/>
        </w:rPr>
        <w:t>Answer: What will you do on Teachers' Day?</w:t>
      </w:r>
    </w:p>
    <w:p>
      <w:pPr>
        <w:spacing w:before="0" w:after="20"/>
        <w:ind w:left="255"/>
      </w:pPr>
      <w:r>
        <w:rPr>
          <w:rFonts w:ascii="Arial" w:hAnsi="Arial" w:eastAsia="Arial"/>
          <w:b w:val="0"/>
          <w:i w:val="0"/>
          <w:color w:val="595959"/>
          <w:sz w:val="18"/>
        </w:rPr>
        <w:t>________________________________________________________________________________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765" w:right="822" w:bottom="709" w:left="822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right"/>
    </w:pPr>
    <w:r>
      <w:rPr>
        <w:rFonts w:ascii="Arial" w:hAnsi="Arial" w:eastAsia="Arial"/>
        <w:b w:val="0"/>
        <w:i w:val="0"/>
        <w:color w:val="595959"/>
        <w:sz w:val="17"/>
      </w:rPr>
      <w:t xml:space="preserve">Page </w:t>
    </w:r>
    <w:r>
      <w:rPr>
        <w:rFonts w:ascii="Arial" w:hAnsi="Arial" w:eastAsia="Arial"/>
        <w:b w:val="0"/>
        <w:i w:val="0"/>
        <w:color w:val="595959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Arial" w:hAnsi="Arial" w:eastAsia="Arial"/>
        <w:b/>
        <w:i w:val="0"/>
        <w:color w:val="595959"/>
        <w:sz w:val="17"/>
      </w:rPr>
      <w:t>ENGLISH 5 - GLOBAL SUCCESS | UNIT TEST | UNIT 13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240" w:lineRule="auto"/>
    </w:pPr>
    <w:rPr>
      <w:rFonts w:ascii="Arial" w:hAnsi="Arial" w:eastAsia="Arial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00" w:after="4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3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60" w:after="2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40" w:after="20" w:line="240" w:lineRule="auto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4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000000"/>
      <w:spacing w:val="5"/>
      <w:kern w:val="28"/>
      <w:sz w:val="3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5 Global Success - Unit 13</dc:title>
  <dc:subject>Unit test and answer key</dc:subject>
  <dc:creator/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