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nil" w:sz="4" w:color="000000"/>
          <w:left w:val="nil" w:sz="4" w:color="000000"/>
          <w:bottom w:val="nil" w:sz="4" w:color="000000"/>
          <w:right w:val="nil" w:sz="4" w:color="000000"/>
          <w:insideH w:val="nil" w:sz="4" w:color="000000"/>
          <w:insideV w:val="nil" w:sz="4" w:color="000000"/>
        </w:tblBorders>
      </w:tblPr>
      <w:tblGrid>
        <w:gridCol w:w="4139"/>
        <w:gridCol w:w="6401"/>
      </w:tblGrid>
      <w:tr>
        <w:tc>
          <w:tcPr>
            <w:tcW w:type="dxa" w:w="4139"/>
            <w:tcMar>
              <w:top w:w="0" w:type="dxa"/>
              <w:bottom w:w="0" w:type="dxa"/>
              <w:left w:w="30" w:type="dxa"/>
              <w:right w:w="30" w:type="dxa"/>
            </w:tcMar>
            <w:vAlign w:val="top"/>
          </w:tcPr>
          <w:p>
            <w:pPr>
              <w:keepNext/>
              <w:keepLines/>
              <w:widowControl/>
              <w:spacing w:before="0" w:after="0" w:line="240" w:lineRule="auto"/>
              <w:ind w:firstLine="0"/>
              <w:jc w:val="center"/>
            </w:pPr>
            <w:r>
              <w:rPr>
                <w:rFonts w:ascii="Times New Roman" w:hAnsi="Times New Roman" w:eastAsia="Times New Roman" w:cs="Times New Roman"/>
                <w:b/>
                <w:i w:val="0"/>
                <w:color w:val="000000"/>
                <w:sz w:val="24"/>
              </w:rPr>
              <w:t>TRƯỜNG THPT ……………………</w:t>
            </w:r>
          </w:p>
          <w:p>
            <w:pPr>
              <w:keepNext/>
              <w:keepLines/>
              <w:widowControl/>
              <w:spacing w:before="0" w:after="0" w:line="240" w:lineRule="auto"/>
              <w:ind w:firstLine="0"/>
              <w:jc w:val="center"/>
            </w:pPr>
            <w:r>
              <w:rPr>
                <w:rFonts w:ascii="Times New Roman" w:hAnsi="Times New Roman" w:eastAsia="Times New Roman" w:cs="Times New Roman"/>
                <w:b/>
                <w:i w:val="0"/>
                <w:color w:val="000000"/>
                <w:sz w:val="24"/>
              </w:rPr>
              <w:t>ĐỀ KIỂM TRA GIỮA KỲ I</w:t>
            </w:r>
          </w:p>
          <w:p>
            <w:pPr>
              <w:keepNext/>
              <w:keepLines/>
              <w:widowControl/>
              <w:spacing w:before="0" w:after="0" w:line="240" w:lineRule="auto"/>
              <w:ind w:firstLine="0"/>
              <w:jc w:val="center"/>
            </w:pPr>
            <w:r>
              <w:rPr>
                <w:rFonts w:ascii="Times New Roman" w:hAnsi="Times New Roman" w:eastAsia="Times New Roman" w:cs="Times New Roman"/>
                <w:b w:val="0"/>
                <w:i/>
                <w:color w:val="000000"/>
                <w:sz w:val="24"/>
              </w:rPr>
              <w:t>(Đề kiểm tra có 04 trang)</w:t>
            </w:r>
          </w:p>
        </w:tc>
        <w:tc>
          <w:tcPr>
            <w:tcW w:type="dxa" w:w="6401"/>
            <w:tcMar>
              <w:top w:w="0" w:type="dxa"/>
              <w:bottom w:w="0" w:type="dxa"/>
              <w:left w:w="30" w:type="dxa"/>
              <w:right w:w="30" w:type="dxa"/>
            </w:tcMar>
            <w:vAlign w:val="top"/>
          </w:tcPr>
          <w:p>
            <w:pPr>
              <w:pStyle w:val="Title"/>
              <w:keepNext/>
              <w:keepLines/>
              <w:widowControl/>
              <w:spacing w:before="0" w:after="0" w:line="240" w:lineRule="auto"/>
              <w:ind w:firstLine="0"/>
              <w:jc w:val="center"/>
            </w:pPr>
            <w:r>
              <w:rPr>
                <w:rFonts w:ascii="Times New Roman" w:hAnsi="Times New Roman" w:eastAsia="Times New Roman" w:cs="Times New Roman"/>
                <w:b/>
                <w:i w:val="0"/>
                <w:color w:val="000000"/>
                <w:sz w:val="24"/>
              </w:rPr>
              <w:t>KIỂM TRA GIỮA HỌC KỲ I</w:t>
            </w:r>
          </w:p>
          <w:p>
            <w:pPr>
              <w:keepNext/>
              <w:keepLines/>
              <w:widowControl/>
              <w:spacing w:before="0" w:after="0" w:line="240" w:lineRule="auto"/>
              <w:ind w:firstLine="0"/>
              <w:jc w:val="center"/>
            </w:pPr>
            <w:r>
              <w:rPr>
                <w:rFonts w:ascii="Times New Roman" w:hAnsi="Times New Roman" w:eastAsia="Times New Roman" w:cs="Times New Roman"/>
                <w:b/>
                <w:i w:val="0"/>
                <w:color w:val="000000"/>
                <w:sz w:val="24"/>
              </w:rPr>
              <w:t>NĂM HỌC 2026–2027</w:t>
            </w:r>
          </w:p>
          <w:p>
            <w:pPr>
              <w:keepNext/>
              <w:keepLines/>
              <w:widowControl/>
              <w:spacing w:before="0" w:after="0" w:line="240" w:lineRule="auto"/>
              <w:ind w:firstLine="0"/>
              <w:jc w:val="center"/>
            </w:pPr>
            <w:r>
              <w:rPr>
                <w:rFonts w:ascii="Times New Roman" w:hAnsi="Times New Roman" w:eastAsia="Times New Roman" w:cs="Times New Roman"/>
                <w:b/>
                <w:i w:val="0"/>
                <w:color w:val="000000"/>
                <w:sz w:val="24"/>
              </w:rPr>
              <w:t>Môn: TIẾNG ANH LỚP 10</w:t>
            </w:r>
          </w:p>
          <w:p>
            <w:pPr>
              <w:keepNext/>
              <w:keepLines/>
              <w:widowControl/>
              <w:spacing w:before="0" w:after="0" w:line="240" w:lineRule="auto"/>
              <w:ind w:firstLine="0"/>
              <w:jc w:val="center"/>
            </w:pPr>
            <w:r>
              <w:rPr>
                <w:rFonts w:ascii="Times New Roman" w:hAnsi="Times New Roman" w:eastAsia="Times New Roman" w:cs="Times New Roman"/>
                <w:b w:val="0"/>
                <w:i/>
                <w:color w:val="000000"/>
                <w:sz w:val="22"/>
              </w:rPr>
              <w:t>Thời gian làm bài: 50 phút, không kể thời gian phát đề</w:t>
            </w:r>
          </w:p>
        </w:tc>
      </w:tr>
    </w:tbl>
    <w:p>
      <w:pPr>
        <w:keepNext w:val="0"/>
        <w:keepLines/>
        <w:widowControl/>
        <w:spacing w:before="0" w:after="40" w:line="40" w:lineRule="exact"/>
        <w:ind w:firstLine="0"/>
        <w:jc w:val="both"/>
      </w:pPr>
    </w:p>
    <w:tbl>
      <w:tblPr>
        <w:tblW w:type="auto" w:w="0"/>
        <w:jc w:val="center"/>
        <w:tblLayout w:type="fixed"/>
        <w:tblLook w:firstColumn="1" w:firstRow="1" w:lastColumn="0" w:lastRow="0" w:noHBand="0" w:noVBand="1" w:val="04A0"/>
        <w:tblBorders>
          <w:top w:val="nil" w:sz="4" w:color="000000"/>
          <w:left w:val="nil" w:sz="4" w:color="000000"/>
          <w:bottom w:val="nil" w:sz="4" w:color="000000"/>
          <w:right w:val="nil" w:sz="4" w:color="000000"/>
          <w:insideH w:val="nil" w:sz="4" w:color="000000"/>
          <w:insideV w:val="nil" w:sz="4" w:color="000000"/>
        </w:tblBorders>
      </w:tblPr>
      <w:tblGrid>
        <w:gridCol w:w="8073"/>
        <w:gridCol w:w="2466"/>
      </w:tblGrid>
      <w:tr>
        <w:tc>
          <w:tcPr>
            <w:tcW w:type="dxa" w:w="8073"/>
            <w:tcMar>
              <w:top w:w="0" w:type="dxa"/>
              <w:bottom w:w="0" w:type="dxa"/>
              <w:left w:w="0" w:type="dxa"/>
              <w:right w:w="0" w:type="dxa"/>
            </w:tcMar>
          </w:tcPr>
          <w:p>
            <w:pPr>
              <w:keepNext w:val="0"/>
              <w:keepLines/>
              <w:widowControl/>
              <w:spacing w:before="0" w:after="0" w:line="240" w:lineRule="auto"/>
              <w:ind w:firstLine="0"/>
              <w:jc w:val="left"/>
            </w:pPr>
            <w:r>
              <w:rPr>
                <w:rFonts w:ascii="Times New Roman" w:hAnsi="Times New Roman" w:eastAsia="Times New Roman" w:cs="Times New Roman"/>
                <w:color w:val="000000"/>
                <w:sz w:val="24"/>
              </w:rPr>
              <w:t>Họ, tên học sinh: ........................................................................</w:t>
            </w:r>
          </w:p>
          <w:p>
            <w:pPr>
              <w:keepNext w:val="0"/>
              <w:keepLines/>
              <w:widowControl/>
              <w:spacing w:before="0" w:after="0" w:line="240" w:lineRule="auto"/>
              <w:ind w:firstLine="0"/>
              <w:jc w:val="left"/>
            </w:pPr>
            <w:r>
              <w:rPr>
                <w:rFonts w:ascii="Times New Roman" w:hAnsi="Times New Roman" w:eastAsia="Times New Roman" w:cs="Times New Roman"/>
                <w:color w:val="000000"/>
                <w:sz w:val="24"/>
              </w:rPr>
              <w:t>Số báo danh: ..................................  Lớp: ..............................</w:t>
            </w:r>
          </w:p>
        </w:tc>
        <w:tc>
          <w:tcPr>
            <w:tcW w:type="dxa" w:w="2466"/>
            <w:tcMar>
              <w:top w:w="0" w:type="dxa"/>
              <w:bottom w:w="0" w:type="dxa"/>
              <w:left w:w="0" w:type="dxa"/>
              <w:right w:w="0" w:type="dxa"/>
            </w:tcMar>
            <w:vAlign w:val="center"/>
            <w:tcBorders>
              <w:top w:val="single" w:sz="10" w:space="5"/>
              <w:left w:val="single" w:sz="10" w:space="5"/>
              <w:bottom w:val="single" w:sz="10" w:space="5"/>
              <w:right w:val="single" w:sz="10" w:space="5"/>
            </w:tcBorders>
          </w:tcPr>
          <w:p>
            <w:pPr>
              <w:keepNext w:val="0"/>
              <w:keepLines/>
              <w:widowControl/>
              <w:spacing w:before="20" w:after="20" w:line="240" w:lineRule="auto"/>
              <w:ind w:firstLine="0"/>
              <w:jc w:val="center"/>
            </w:pPr>
            <w:r>
              <w:rPr>
                <w:rFonts w:ascii="Times New Roman" w:hAnsi="Times New Roman" w:eastAsia="Times New Roman" w:cs="Times New Roman"/>
                <w:b/>
                <w:color w:val="000000"/>
                <w:sz w:val="24"/>
              </w:rPr>
              <w:t>Mã đề: 505</w:t>
            </w:r>
          </w:p>
        </w:tc>
      </w:tr>
    </w:tbl>
    <w:p>
      <w:pPr>
        <w:keepNext/>
        <w:keepLines/>
        <w:widowControl/>
        <w:spacing w:before="140" w:after="0" w:line="240" w:lineRule="auto"/>
        <w:ind w:firstLine="0"/>
        <w:jc w:val="both"/>
      </w:pPr>
      <w:r>
        <w:rPr>
          <w:rFonts w:ascii="Times New Roman" w:hAnsi="Times New Roman" w:eastAsia="Times New Roman" w:cs="Times New Roman"/>
          <w:b/>
          <w:i/>
          <w:color w:val="000000"/>
          <w:sz w:val="24"/>
        </w:rPr>
        <w:t>Read the following leaflet and choose the best option A, B, C or D for each blank from 1 to 6.</w:t>
      </w:r>
    </w:p>
    <w:p>
      <w:pPr>
        <w:keepNext/>
        <w:keepLines/>
        <w:widowControl/>
        <w:spacing w:before="0" w:after="0" w:line="240" w:lineRule="auto"/>
        <w:ind w:firstLine="0"/>
        <w:jc w:val="center"/>
      </w:pPr>
      <w:r>
        <w:rPr>
          <w:rFonts w:ascii="Times New Roman" w:hAnsi="Times New Roman" w:eastAsia="Times New Roman" w:cs="Times New Roman"/>
          <w:b/>
          <w:color w:val="000000"/>
          <w:sz w:val="24"/>
        </w:rPr>
        <w:t>YOUNG SONGWRITERS CAMP</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Do you have a story you want to turn into a song? Join our Young Songwriters Camp. Our coach encourages students (1) _____ about people and places they know.</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At the moment, one group (2) _____ a song about their home town. The other groups are trying different tunes. The coach lets everyone (3) _____ a short part, even if they are beginners.</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We meet every morning, and each lesson (4) _____ with a listening game. Bring a notebook and a pencil. You can work alone (5) _____ with a friend. At the end, we hope to give a small (6) _____ for our families.</w:t>
      </w:r>
    </w:p>
    <w:p>
      <w:pPr>
        <w:keepNext w:val="0"/>
        <w:keepLines/>
        <w:widowControl/>
        <w:tabs>
          <w:tab w:pos="1389" w:val="left"/>
          <w:tab w:pos="3657" w:val="left"/>
          <w:tab w:pos="5924" w:val="left"/>
          <w:tab w:pos="8192" w:val="left"/>
        </w:tabs>
        <w:spacing w:before="0" w:after="0" w:line="240" w:lineRule="auto"/>
        <w:ind w:firstLine="0"/>
        <w:jc w:val="left"/>
      </w:pPr>
      <w:r>
        <w:rPr>
          <w:rFonts w:ascii="Times New Roman" w:hAnsi="Times New Roman" w:eastAsia="Times New Roman" w:cs="Times New Roman"/>
          <w:b/>
          <w:color w:val="000000"/>
          <w:sz w:val="24"/>
        </w:rPr>
        <w:t>Question 1.</w:t>
      </w:r>
      <w:r>
        <w:rPr>
          <w:rFonts w:ascii="Times New Roman" w:hAnsi="Times New Roman" w:eastAsia="Times New Roman" w:cs="Times New Roman"/>
          <w:color w:val="000000"/>
          <w:sz w:val="24"/>
        </w:rPr>
        <w:tab/>
        <w:t>A. writing</w:t>
      </w:r>
      <w:r>
        <w:rPr>
          <w:rFonts w:ascii="Times New Roman" w:hAnsi="Times New Roman" w:eastAsia="Times New Roman" w:cs="Times New Roman"/>
          <w:color w:val="000000"/>
          <w:sz w:val="24"/>
        </w:rPr>
        <w:tab/>
        <w:t>B. writes</w:t>
      </w:r>
      <w:r>
        <w:rPr>
          <w:rFonts w:ascii="Times New Roman" w:hAnsi="Times New Roman" w:eastAsia="Times New Roman" w:cs="Times New Roman"/>
          <w:color w:val="000000"/>
          <w:sz w:val="24"/>
        </w:rPr>
        <w:tab/>
        <w:t>C. to write</w:t>
      </w:r>
      <w:r>
        <w:rPr>
          <w:rFonts w:ascii="Times New Roman" w:hAnsi="Times New Roman" w:eastAsia="Times New Roman" w:cs="Times New Roman"/>
          <w:color w:val="000000"/>
          <w:sz w:val="24"/>
        </w:rPr>
        <w:tab/>
        <w:t>D. wrote</w:t>
      </w:r>
    </w:p>
    <w:p>
      <w:pPr>
        <w:keepNext w:val="0"/>
        <w:keepLines/>
        <w:widowControl/>
        <w:tabs>
          <w:tab w:pos="1389" w:val="left"/>
          <w:tab w:pos="3657" w:val="left"/>
          <w:tab w:pos="5924" w:val="left"/>
          <w:tab w:pos="8192" w:val="left"/>
        </w:tabs>
        <w:spacing w:before="0" w:after="0" w:line="240" w:lineRule="auto"/>
        <w:ind w:firstLine="0"/>
        <w:jc w:val="left"/>
      </w:pPr>
      <w:r>
        <w:rPr>
          <w:rFonts w:ascii="Times New Roman" w:hAnsi="Times New Roman" w:eastAsia="Times New Roman" w:cs="Times New Roman"/>
          <w:b/>
          <w:color w:val="000000"/>
          <w:sz w:val="24"/>
        </w:rPr>
        <w:t>Question 2.</w:t>
      </w:r>
      <w:r>
        <w:rPr>
          <w:rFonts w:ascii="Times New Roman" w:hAnsi="Times New Roman" w:eastAsia="Times New Roman" w:cs="Times New Roman"/>
          <w:color w:val="000000"/>
          <w:sz w:val="24"/>
        </w:rPr>
        <w:tab/>
        <w:t>A. write</w:t>
      </w:r>
      <w:r>
        <w:rPr>
          <w:rFonts w:ascii="Times New Roman" w:hAnsi="Times New Roman" w:eastAsia="Times New Roman" w:cs="Times New Roman"/>
          <w:color w:val="000000"/>
          <w:sz w:val="24"/>
        </w:rPr>
        <w:tab/>
        <w:t>B. is writing</w:t>
      </w:r>
      <w:r>
        <w:rPr>
          <w:rFonts w:ascii="Times New Roman" w:hAnsi="Times New Roman" w:eastAsia="Times New Roman" w:cs="Times New Roman"/>
          <w:color w:val="000000"/>
          <w:sz w:val="24"/>
        </w:rPr>
        <w:tab/>
        <w:t>C. are write</w:t>
      </w:r>
      <w:r>
        <w:rPr>
          <w:rFonts w:ascii="Times New Roman" w:hAnsi="Times New Roman" w:eastAsia="Times New Roman" w:cs="Times New Roman"/>
          <w:color w:val="000000"/>
          <w:sz w:val="24"/>
        </w:rPr>
        <w:tab/>
        <w:t>D. writing</w:t>
      </w:r>
    </w:p>
    <w:p>
      <w:pPr>
        <w:keepNext w:val="0"/>
        <w:keepLines/>
        <w:widowControl/>
        <w:tabs>
          <w:tab w:pos="1389" w:val="left"/>
          <w:tab w:pos="3657" w:val="left"/>
          <w:tab w:pos="5924" w:val="left"/>
          <w:tab w:pos="8192" w:val="left"/>
        </w:tabs>
        <w:spacing w:before="0" w:after="0" w:line="240" w:lineRule="auto"/>
        <w:ind w:firstLine="0"/>
        <w:jc w:val="left"/>
      </w:pPr>
      <w:r>
        <w:rPr>
          <w:rFonts w:ascii="Times New Roman" w:hAnsi="Times New Roman" w:eastAsia="Times New Roman" w:cs="Times New Roman"/>
          <w:b/>
          <w:color w:val="000000"/>
          <w:sz w:val="24"/>
        </w:rPr>
        <w:t>Question 3.</w:t>
      </w:r>
      <w:r>
        <w:rPr>
          <w:rFonts w:ascii="Times New Roman" w:hAnsi="Times New Roman" w:eastAsia="Times New Roman" w:cs="Times New Roman"/>
          <w:color w:val="000000"/>
          <w:sz w:val="24"/>
        </w:rPr>
        <w:tab/>
        <w:t>A. to sing</w:t>
      </w:r>
      <w:r>
        <w:rPr>
          <w:rFonts w:ascii="Times New Roman" w:hAnsi="Times New Roman" w:eastAsia="Times New Roman" w:cs="Times New Roman"/>
          <w:color w:val="000000"/>
          <w:sz w:val="24"/>
        </w:rPr>
        <w:tab/>
        <w:t>B. singing</w:t>
      </w:r>
      <w:r>
        <w:rPr>
          <w:rFonts w:ascii="Times New Roman" w:hAnsi="Times New Roman" w:eastAsia="Times New Roman" w:cs="Times New Roman"/>
          <w:color w:val="000000"/>
          <w:sz w:val="24"/>
        </w:rPr>
        <w:tab/>
        <w:t>C. sang</w:t>
      </w:r>
      <w:r>
        <w:rPr>
          <w:rFonts w:ascii="Times New Roman" w:hAnsi="Times New Roman" w:eastAsia="Times New Roman" w:cs="Times New Roman"/>
          <w:color w:val="000000"/>
          <w:sz w:val="24"/>
        </w:rPr>
        <w:tab/>
        <w:t>D. sing</w:t>
      </w:r>
    </w:p>
    <w:p>
      <w:pPr>
        <w:keepNext w:val="0"/>
        <w:keepLines/>
        <w:widowControl/>
        <w:tabs>
          <w:tab w:pos="1389" w:val="left"/>
          <w:tab w:pos="3657" w:val="left"/>
          <w:tab w:pos="5924" w:val="left"/>
          <w:tab w:pos="8192" w:val="left"/>
        </w:tabs>
        <w:spacing w:before="0" w:after="0" w:line="240" w:lineRule="auto"/>
        <w:ind w:firstLine="0"/>
        <w:jc w:val="left"/>
      </w:pPr>
      <w:r>
        <w:rPr>
          <w:rFonts w:ascii="Times New Roman" w:hAnsi="Times New Roman" w:eastAsia="Times New Roman" w:cs="Times New Roman"/>
          <w:b/>
          <w:color w:val="000000"/>
          <w:sz w:val="24"/>
        </w:rPr>
        <w:t>Question 4.</w:t>
      </w:r>
      <w:r>
        <w:rPr>
          <w:rFonts w:ascii="Times New Roman" w:hAnsi="Times New Roman" w:eastAsia="Times New Roman" w:cs="Times New Roman"/>
          <w:color w:val="000000"/>
          <w:sz w:val="24"/>
        </w:rPr>
        <w:tab/>
        <w:t>A. begins</w:t>
      </w:r>
      <w:r>
        <w:rPr>
          <w:rFonts w:ascii="Times New Roman" w:hAnsi="Times New Roman" w:eastAsia="Times New Roman" w:cs="Times New Roman"/>
          <w:color w:val="000000"/>
          <w:sz w:val="24"/>
        </w:rPr>
        <w:tab/>
        <w:t>B. begin</w:t>
      </w:r>
      <w:r>
        <w:rPr>
          <w:rFonts w:ascii="Times New Roman" w:hAnsi="Times New Roman" w:eastAsia="Times New Roman" w:cs="Times New Roman"/>
          <w:color w:val="000000"/>
          <w:sz w:val="24"/>
        </w:rPr>
        <w:tab/>
        <w:t>C. beginning</w:t>
      </w:r>
      <w:r>
        <w:rPr>
          <w:rFonts w:ascii="Times New Roman" w:hAnsi="Times New Roman" w:eastAsia="Times New Roman" w:cs="Times New Roman"/>
          <w:color w:val="000000"/>
          <w:sz w:val="24"/>
        </w:rPr>
        <w:tab/>
        <w:t>D. are beginning</w:t>
      </w:r>
    </w:p>
    <w:p>
      <w:pPr>
        <w:keepNext w:val="0"/>
        <w:keepLines/>
        <w:widowControl/>
        <w:tabs>
          <w:tab w:pos="1389" w:val="left"/>
          <w:tab w:pos="3657" w:val="left"/>
          <w:tab w:pos="5924" w:val="left"/>
          <w:tab w:pos="8192" w:val="left"/>
        </w:tabs>
        <w:spacing w:before="0" w:after="0" w:line="240" w:lineRule="auto"/>
        <w:ind w:firstLine="0"/>
        <w:jc w:val="left"/>
      </w:pPr>
      <w:r>
        <w:rPr>
          <w:rFonts w:ascii="Times New Roman" w:hAnsi="Times New Roman" w:eastAsia="Times New Roman" w:cs="Times New Roman"/>
          <w:b/>
          <w:color w:val="000000"/>
          <w:sz w:val="24"/>
        </w:rPr>
        <w:t>Question 5.</w:t>
      </w:r>
      <w:r>
        <w:rPr>
          <w:rFonts w:ascii="Times New Roman" w:hAnsi="Times New Roman" w:eastAsia="Times New Roman" w:cs="Times New Roman"/>
          <w:color w:val="000000"/>
          <w:sz w:val="24"/>
        </w:rPr>
        <w:tab/>
        <w:t>A. or</w:t>
      </w:r>
      <w:r>
        <w:rPr>
          <w:rFonts w:ascii="Times New Roman" w:hAnsi="Times New Roman" w:eastAsia="Times New Roman" w:cs="Times New Roman"/>
          <w:color w:val="000000"/>
          <w:sz w:val="24"/>
        </w:rPr>
        <w:tab/>
        <w:t>B. but</w:t>
      </w:r>
      <w:r>
        <w:rPr>
          <w:rFonts w:ascii="Times New Roman" w:hAnsi="Times New Roman" w:eastAsia="Times New Roman" w:cs="Times New Roman"/>
          <w:color w:val="000000"/>
          <w:sz w:val="24"/>
        </w:rPr>
        <w:tab/>
        <w:t>C. so</w:t>
      </w:r>
      <w:r>
        <w:rPr>
          <w:rFonts w:ascii="Times New Roman" w:hAnsi="Times New Roman" w:eastAsia="Times New Roman" w:cs="Times New Roman"/>
          <w:color w:val="000000"/>
          <w:sz w:val="24"/>
        </w:rPr>
        <w:tab/>
        <w:t>D. because</w:t>
      </w:r>
    </w:p>
    <w:p>
      <w:pPr>
        <w:keepNext w:val="0"/>
        <w:keepLines/>
        <w:widowControl/>
        <w:tabs>
          <w:tab w:pos="1389" w:val="left"/>
          <w:tab w:pos="3657" w:val="left"/>
          <w:tab w:pos="5924" w:val="left"/>
          <w:tab w:pos="8192" w:val="left"/>
        </w:tabs>
        <w:spacing w:before="0" w:after="0" w:line="240" w:lineRule="auto"/>
        <w:ind w:firstLine="0"/>
        <w:jc w:val="left"/>
      </w:pPr>
      <w:r>
        <w:rPr>
          <w:rFonts w:ascii="Times New Roman" w:hAnsi="Times New Roman" w:eastAsia="Times New Roman" w:cs="Times New Roman"/>
          <w:b/>
          <w:color w:val="000000"/>
          <w:sz w:val="24"/>
        </w:rPr>
        <w:t>Question 6.</w:t>
      </w:r>
      <w:r>
        <w:rPr>
          <w:rFonts w:ascii="Times New Roman" w:hAnsi="Times New Roman" w:eastAsia="Times New Roman" w:cs="Times New Roman"/>
          <w:color w:val="000000"/>
          <w:sz w:val="24"/>
        </w:rPr>
        <w:tab/>
        <w:t>A. performance</w:t>
      </w:r>
      <w:r>
        <w:rPr>
          <w:rFonts w:ascii="Times New Roman" w:hAnsi="Times New Roman" w:eastAsia="Times New Roman" w:cs="Times New Roman"/>
          <w:color w:val="000000"/>
          <w:sz w:val="24"/>
        </w:rPr>
        <w:tab/>
        <w:t>B. housework</w:t>
      </w:r>
      <w:r>
        <w:rPr>
          <w:rFonts w:ascii="Times New Roman" w:hAnsi="Times New Roman" w:eastAsia="Times New Roman" w:cs="Times New Roman"/>
          <w:color w:val="000000"/>
          <w:sz w:val="24"/>
        </w:rPr>
        <w:tab/>
        <w:t>C. pollution</w:t>
      </w:r>
      <w:r>
        <w:rPr>
          <w:rFonts w:ascii="Times New Roman" w:hAnsi="Times New Roman" w:eastAsia="Times New Roman" w:cs="Times New Roman"/>
          <w:color w:val="000000"/>
          <w:sz w:val="24"/>
        </w:rPr>
        <w:tab/>
        <w:t>D. laundry</w:t>
      </w:r>
    </w:p>
    <w:p>
      <w:pPr>
        <w:keepNext/>
        <w:keepLines/>
        <w:widowControl/>
        <w:spacing w:before="140" w:after="0" w:line="240" w:lineRule="auto"/>
        <w:ind w:firstLine="0"/>
        <w:jc w:val="both"/>
      </w:pPr>
      <w:r>
        <w:rPr>
          <w:rFonts w:ascii="Times New Roman" w:hAnsi="Times New Roman" w:eastAsia="Times New Roman" w:cs="Times New Roman"/>
          <w:b/>
          <w:i/>
          <w:color w:val="000000"/>
          <w:sz w:val="24"/>
        </w:rPr>
        <w:t>Mark the letter A, B, C or D to indicate the best arrangement of sentences or utterances in each question from 7 to 11.</w:t>
      </w:r>
    </w:p>
    <w:p>
      <w:pPr>
        <w:keepNext/>
        <w:keepLines/>
        <w:widowControl/>
        <w:spacing w:before="0" w:after="0" w:line="240" w:lineRule="auto"/>
        <w:ind w:firstLine="0"/>
        <w:jc w:val="left"/>
      </w:pPr>
      <w:r>
        <w:rPr>
          <w:rFonts w:ascii="Times New Roman" w:hAnsi="Times New Roman" w:eastAsia="Times New Roman" w:cs="Times New Roman"/>
          <w:b/>
          <w:color w:val="000000"/>
          <w:sz w:val="24"/>
        </w:rPr>
        <w:t>Question 7.</w:t>
      </w:r>
    </w:p>
    <w:p>
      <w:pPr>
        <w:keepNext/>
        <w:keepLines/>
        <w:widowControl/>
        <w:spacing w:before="0" w:after="0" w:line="240" w:lineRule="auto"/>
        <w:ind w:firstLine="0"/>
        <w:jc w:val="left"/>
      </w:pPr>
      <w:r>
        <w:rPr>
          <w:rFonts w:ascii="Times New Roman" w:hAnsi="Times New Roman" w:eastAsia="Times New Roman" w:cs="Times New Roman"/>
          <w:color w:val="000000"/>
          <w:sz w:val="24"/>
        </w:rPr>
        <w:t>Dear Khoa,</w:t>
      </w:r>
    </w:p>
    <w:p>
      <w:pPr>
        <w:keepNext/>
        <w:keepLines/>
        <w:widowControl/>
        <w:spacing w:before="0" w:after="0" w:line="240" w:lineRule="auto"/>
        <w:ind w:firstLine="0"/>
        <w:jc w:val="left"/>
      </w:pPr>
      <w:r>
        <w:rPr>
          <w:rFonts w:ascii="Times New Roman" w:hAnsi="Times New Roman" w:eastAsia="Times New Roman" w:cs="Times New Roman"/>
          <w:color w:val="000000"/>
          <w:sz w:val="24"/>
        </w:rPr>
        <w:t>a. After practising, we will perform our song for the families.</w:t>
      </w:r>
    </w:p>
    <w:p>
      <w:pPr>
        <w:keepNext/>
        <w:keepLines/>
        <w:widowControl/>
        <w:spacing w:before="0" w:after="0" w:line="240" w:lineRule="auto"/>
        <w:ind w:firstLine="0"/>
        <w:jc w:val="left"/>
      </w:pPr>
      <w:r>
        <w:rPr>
          <w:rFonts w:ascii="Times New Roman" w:hAnsi="Times New Roman" w:eastAsia="Times New Roman" w:cs="Times New Roman"/>
          <w:color w:val="000000"/>
          <w:sz w:val="24"/>
        </w:rPr>
        <w:t>b. I’m writing to invite you to our songwriting camp.</w:t>
      </w:r>
    </w:p>
    <w:p>
      <w:pPr>
        <w:keepNext/>
        <w:keepLines/>
        <w:widowControl/>
        <w:spacing w:before="0" w:after="0" w:line="240" w:lineRule="auto"/>
        <w:ind w:firstLine="0"/>
        <w:jc w:val="left"/>
      </w:pPr>
      <w:r>
        <w:rPr>
          <w:rFonts w:ascii="Times New Roman" w:hAnsi="Times New Roman" w:eastAsia="Times New Roman" w:cs="Times New Roman"/>
          <w:color w:val="000000"/>
          <w:sz w:val="24"/>
        </w:rPr>
        <w:t>c. Please tell me by Monday if you can join.</w:t>
      </w:r>
    </w:p>
    <w:p>
      <w:pPr>
        <w:keepNext/>
        <w:keepLines/>
        <w:widowControl/>
        <w:spacing w:before="0" w:after="0" w:line="240" w:lineRule="auto"/>
        <w:ind w:firstLine="0"/>
        <w:jc w:val="left"/>
      </w:pPr>
      <w:r>
        <w:rPr>
          <w:rFonts w:ascii="Times New Roman" w:hAnsi="Times New Roman" w:eastAsia="Times New Roman" w:cs="Times New Roman"/>
          <w:color w:val="000000"/>
          <w:sz w:val="24"/>
        </w:rPr>
        <w:t>d. First, we will write a few lines about our home town.</w:t>
      </w:r>
    </w:p>
    <w:p>
      <w:pPr>
        <w:keepNext/>
        <w:keepLines/>
        <w:widowControl/>
        <w:spacing w:before="0" w:after="0" w:line="240" w:lineRule="auto"/>
        <w:ind w:firstLine="0"/>
        <w:jc w:val="left"/>
      </w:pPr>
      <w:r>
        <w:rPr>
          <w:rFonts w:ascii="Times New Roman" w:hAnsi="Times New Roman" w:eastAsia="Times New Roman" w:cs="Times New Roman"/>
          <w:color w:val="000000"/>
          <w:sz w:val="24"/>
        </w:rPr>
        <w:t>e. Then our coach will help us add a simple tune.</w:t>
      </w:r>
    </w:p>
    <w:p>
      <w:pPr>
        <w:keepNext/>
        <w:keepLines/>
        <w:widowControl/>
        <w:spacing w:before="0" w:after="0" w:line="240" w:lineRule="auto"/>
        <w:ind w:firstLine="0"/>
        <w:jc w:val="left"/>
      </w:pPr>
      <w:r>
        <w:rPr>
          <w:rFonts w:ascii="Times New Roman" w:hAnsi="Times New Roman" w:eastAsia="Times New Roman" w:cs="Times New Roman"/>
          <w:color w:val="000000"/>
          <w:sz w:val="24"/>
        </w:rPr>
        <w:t>Best wishes,</w:t>
      </w:r>
      <w:r>
        <w:br/>
      </w:r>
      <w:r>
        <w:rPr>
          <w:rFonts w:ascii="Times New Roman" w:hAnsi="Times New Roman" w:eastAsia="Times New Roman" w:cs="Times New Roman"/>
          <w:color w:val="000000"/>
          <w:sz w:val="24"/>
        </w:rPr>
        <w:t>Huy</w:t>
      </w:r>
    </w:p>
    <w:p>
      <w:pPr>
        <w:keepNext w:val="0"/>
        <w:keepLines/>
        <w:widowControl/>
        <w:tabs>
          <w:tab w:pos="2847" w:val="left"/>
          <w:tab w:pos="5411" w:val="left"/>
          <w:tab w:pos="7975" w:val="left"/>
        </w:tabs>
        <w:spacing w:before="0" w:after="0" w:line="240" w:lineRule="auto"/>
        <w:ind w:firstLine="0" w:left="283"/>
        <w:jc w:val="left"/>
      </w:pPr>
      <w:r>
        <w:rPr>
          <w:rFonts w:ascii="Times New Roman" w:hAnsi="Times New Roman" w:eastAsia="Times New Roman" w:cs="Times New Roman"/>
          <w:color w:val="000000"/>
          <w:sz w:val="24"/>
        </w:rPr>
        <w:t>A. d – b – a – c – e</w:t>
      </w:r>
      <w:r>
        <w:rPr>
          <w:rFonts w:ascii="Times New Roman" w:hAnsi="Times New Roman" w:eastAsia="Times New Roman" w:cs="Times New Roman"/>
          <w:color w:val="000000"/>
          <w:sz w:val="24"/>
        </w:rPr>
        <w:tab/>
        <w:t>B. b – a – c – e – d</w:t>
      </w:r>
      <w:r>
        <w:rPr>
          <w:rFonts w:ascii="Times New Roman" w:hAnsi="Times New Roman" w:eastAsia="Times New Roman" w:cs="Times New Roman"/>
          <w:color w:val="000000"/>
          <w:sz w:val="24"/>
        </w:rPr>
        <w:tab/>
        <w:t>C. c – b – e – d – a</w:t>
      </w:r>
      <w:r>
        <w:rPr>
          <w:rFonts w:ascii="Times New Roman" w:hAnsi="Times New Roman" w:eastAsia="Times New Roman" w:cs="Times New Roman"/>
          <w:color w:val="000000"/>
          <w:sz w:val="24"/>
        </w:rPr>
        <w:tab/>
        <w:t>D. b – d – e – a – c</w:t>
      </w:r>
    </w:p>
    <w:p>
      <w:pPr>
        <w:keepNext/>
        <w:keepLines/>
        <w:widowControl/>
        <w:spacing w:before="0" w:after="0" w:line="240" w:lineRule="auto"/>
        <w:ind w:firstLine="0"/>
        <w:jc w:val="left"/>
      </w:pPr>
      <w:r>
        <w:rPr>
          <w:rFonts w:ascii="Times New Roman" w:hAnsi="Times New Roman" w:eastAsia="Times New Roman" w:cs="Times New Roman"/>
          <w:b/>
          <w:color w:val="000000"/>
          <w:sz w:val="24"/>
        </w:rPr>
        <w:t>Question 8.</w:t>
      </w:r>
    </w:p>
    <w:p>
      <w:pPr>
        <w:keepNext/>
        <w:keepLines/>
        <w:widowControl/>
        <w:spacing w:before="0" w:after="0" w:line="240" w:lineRule="auto"/>
        <w:ind w:firstLine="0"/>
        <w:jc w:val="left"/>
      </w:pPr>
      <w:r>
        <w:rPr>
          <w:rFonts w:ascii="Times New Roman" w:hAnsi="Times New Roman" w:eastAsia="Times New Roman" w:cs="Times New Roman"/>
          <w:color w:val="000000"/>
          <w:sz w:val="24"/>
        </w:rPr>
        <w:t>a. Mai: I’m putting these food scraps in the right bin.</w:t>
      </w:r>
    </w:p>
    <w:p>
      <w:pPr>
        <w:keepNext/>
        <w:keepLines/>
        <w:widowControl/>
        <w:spacing w:before="0" w:after="0" w:line="240" w:lineRule="auto"/>
        <w:ind w:firstLine="0"/>
        <w:jc w:val="left"/>
      </w:pPr>
      <w:r>
        <w:rPr>
          <w:rFonts w:ascii="Times New Roman" w:hAnsi="Times New Roman" w:eastAsia="Times New Roman" w:cs="Times New Roman"/>
          <w:color w:val="000000"/>
          <w:sz w:val="24"/>
        </w:rPr>
        <w:t>b. Lan: What are you doing beside the canteen?</w:t>
      </w:r>
    </w:p>
    <w:p>
      <w:pPr>
        <w:keepNext/>
        <w:keepLines/>
        <w:widowControl/>
        <w:spacing w:before="0" w:after="0" w:line="240" w:lineRule="auto"/>
        <w:ind w:firstLine="0"/>
        <w:jc w:val="left"/>
      </w:pPr>
      <w:r>
        <w:rPr>
          <w:rFonts w:ascii="Times New Roman" w:hAnsi="Times New Roman" w:eastAsia="Times New Roman" w:cs="Times New Roman"/>
          <w:color w:val="000000"/>
          <w:sz w:val="24"/>
        </w:rPr>
        <w:t>c. Lan: Good. They can be used to make compost.</w:t>
      </w:r>
    </w:p>
    <w:p>
      <w:pPr>
        <w:keepNext w:val="0"/>
        <w:keepLines/>
        <w:widowControl/>
        <w:tabs>
          <w:tab w:pos="2847" w:val="left"/>
          <w:tab w:pos="5411" w:val="left"/>
          <w:tab w:pos="7975" w:val="left"/>
        </w:tabs>
        <w:spacing w:before="0" w:after="0" w:line="240" w:lineRule="auto"/>
        <w:ind w:firstLine="0" w:left="283"/>
        <w:jc w:val="left"/>
      </w:pPr>
      <w:r>
        <w:rPr>
          <w:rFonts w:ascii="Times New Roman" w:hAnsi="Times New Roman" w:eastAsia="Times New Roman" w:cs="Times New Roman"/>
          <w:color w:val="000000"/>
          <w:sz w:val="24"/>
        </w:rPr>
        <w:t>A. a – b – c</w:t>
      </w:r>
      <w:r>
        <w:rPr>
          <w:rFonts w:ascii="Times New Roman" w:hAnsi="Times New Roman" w:eastAsia="Times New Roman" w:cs="Times New Roman"/>
          <w:color w:val="000000"/>
          <w:sz w:val="24"/>
        </w:rPr>
        <w:tab/>
        <w:t>B. b – c – a</w:t>
      </w:r>
      <w:r>
        <w:rPr>
          <w:rFonts w:ascii="Times New Roman" w:hAnsi="Times New Roman" w:eastAsia="Times New Roman" w:cs="Times New Roman"/>
          <w:color w:val="000000"/>
          <w:sz w:val="24"/>
        </w:rPr>
        <w:tab/>
        <w:t>C. b – a – c</w:t>
      </w:r>
      <w:r>
        <w:rPr>
          <w:rFonts w:ascii="Times New Roman" w:hAnsi="Times New Roman" w:eastAsia="Times New Roman" w:cs="Times New Roman"/>
          <w:color w:val="000000"/>
          <w:sz w:val="24"/>
        </w:rPr>
        <w:tab/>
        <w:t>D. c – a – b</w:t>
      </w:r>
    </w:p>
    <w:p>
      <w:pPr>
        <w:keepNext/>
        <w:keepLines/>
        <w:widowControl/>
        <w:spacing w:before="0" w:after="0" w:line="240" w:lineRule="auto"/>
        <w:ind w:firstLine="0"/>
        <w:jc w:val="left"/>
      </w:pPr>
      <w:r>
        <w:rPr>
          <w:rFonts w:ascii="Times New Roman" w:hAnsi="Times New Roman" w:eastAsia="Times New Roman" w:cs="Times New Roman"/>
          <w:b/>
          <w:color w:val="000000"/>
          <w:sz w:val="24"/>
        </w:rPr>
        <w:t>Question 9.</w:t>
      </w:r>
    </w:p>
    <w:p>
      <w:pPr>
        <w:keepNext/>
        <w:keepLines/>
        <w:widowControl/>
        <w:spacing w:before="0" w:after="0" w:line="240" w:lineRule="auto"/>
        <w:ind w:firstLine="0"/>
        <w:jc w:val="left"/>
      </w:pPr>
      <w:r>
        <w:rPr>
          <w:rFonts w:ascii="Times New Roman" w:hAnsi="Times New Roman" w:eastAsia="Times New Roman" w:cs="Times New Roman"/>
          <w:color w:val="000000"/>
          <w:sz w:val="24"/>
        </w:rPr>
        <w:t>a. Mai: All right. I’ll carry those small boxes first.</w:t>
      </w:r>
    </w:p>
    <w:p>
      <w:pPr>
        <w:keepNext/>
        <w:keepLines/>
        <w:widowControl/>
        <w:spacing w:before="0" w:after="0" w:line="240" w:lineRule="auto"/>
        <w:ind w:firstLine="0"/>
        <w:jc w:val="left"/>
      </w:pPr>
      <w:r>
        <w:rPr>
          <w:rFonts w:ascii="Times New Roman" w:hAnsi="Times New Roman" w:eastAsia="Times New Roman" w:cs="Times New Roman"/>
          <w:color w:val="000000"/>
          <w:sz w:val="24"/>
        </w:rPr>
        <w:t>b. Mai: Do you need help moving these boxes?</w:t>
      </w:r>
    </w:p>
    <w:p>
      <w:pPr>
        <w:keepNext/>
        <w:keepLines/>
        <w:widowControl/>
        <w:spacing w:before="0" w:after="0" w:line="240" w:lineRule="auto"/>
        <w:ind w:firstLine="0"/>
        <w:jc w:val="left"/>
      </w:pPr>
      <w:r>
        <w:rPr>
          <w:rFonts w:ascii="Times New Roman" w:hAnsi="Times New Roman" w:eastAsia="Times New Roman" w:cs="Times New Roman"/>
          <w:color w:val="000000"/>
          <w:sz w:val="24"/>
        </w:rPr>
        <w:t>c. Mai: All right. Which ones should we carry first?</w:t>
      </w:r>
    </w:p>
    <w:p>
      <w:pPr>
        <w:keepNext/>
        <w:keepLines/>
        <w:widowControl/>
        <w:spacing w:before="0" w:after="0" w:line="240" w:lineRule="auto"/>
        <w:ind w:firstLine="0"/>
        <w:jc w:val="left"/>
      </w:pPr>
      <w:r>
        <w:rPr>
          <w:rFonts w:ascii="Times New Roman" w:hAnsi="Times New Roman" w:eastAsia="Times New Roman" w:cs="Times New Roman"/>
          <w:color w:val="000000"/>
          <w:sz w:val="24"/>
        </w:rPr>
        <w:t>d. Nam: Yes, please. Some of them are quite heavy.</w:t>
      </w:r>
    </w:p>
    <w:p>
      <w:pPr>
        <w:keepNext/>
        <w:keepLines/>
        <w:widowControl/>
        <w:spacing w:before="0" w:after="0" w:line="240" w:lineRule="auto"/>
        <w:ind w:firstLine="0"/>
        <w:jc w:val="left"/>
      </w:pPr>
      <w:r>
        <w:rPr>
          <w:rFonts w:ascii="Times New Roman" w:hAnsi="Times New Roman" w:eastAsia="Times New Roman" w:cs="Times New Roman"/>
          <w:color w:val="000000"/>
          <w:sz w:val="24"/>
        </w:rPr>
        <w:t>e. Nam: The small ones with kitchen things inside.</w:t>
      </w:r>
    </w:p>
    <w:p>
      <w:pPr>
        <w:keepNext w:val="0"/>
        <w:keepLines/>
        <w:widowControl/>
        <w:tabs>
          <w:tab w:pos="2847" w:val="left"/>
          <w:tab w:pos="5411" w:val="left"/>
          <w:tab w:pos="7975" w:val="left"/>
        </w:tabs>
        <w:spacing w:before="0" w:after="0" w:line="240" w:lineRule="auto"/>
        <w:ind w:firstLine="0" w:left="283"/>
        <w:jc w:val="left"/>
      </w:pPr>
      <w:r>
        <w:rPr>
          <w:rFonts w:ascii="Times New Roman" w:hAnsi="Times New Roman" w:eastAsia="Times New Roman" w:cs="Times New Roman"/>
          <w:color w:val="000000"/>
          <w:sz w:val="24"/>
        </w:rPr>
        <w:t>A. b – c – a – d – e</w:t>
      </w:r>
      <w:r>
        <w:rPr>
          <w:rFonts w:ascii="Times New Roman" w:hAnsi="Times New Roman" w:eastAsia="Times New Roman" w:cs="Times New Roman"/>
          <w:color w:val="000000"/>
          <w:sz w:val="24"/>
        </w:rPr>
        <w:tab/>
        <w:t>B. d – b – e – a – c</w:t>
      </w:r>
      <w:r>
        <w:rPr>
          <w:rFonts w:ascii="Times New Roman" w:hAnsi="Times New Roman" w:eastAsia="Times New Roman" w:cs="Times New Roman"/>
          <w:color w:val="000000"/>
          <w:sz w:val="24"/>
        </w:rPr>
        <w:tab/>
        <w:t>C. c – e – b – d – a</w:t>
      </w:r>
      <w:r>
        <w:rPr>
          <w:rFonts w:ascii="Times New Roman" w:hAnsi="Times New Roman" w:eastAsia="Times New Roman" w:cs="Times New Roman"/>
          <w:color w:val="000000"/>
          <w:sz w:val="24"/>
        </w:rPr>
        <w:tab/>
        <w:t>D. b – d – c – e – a</w:t>
      </w:r>
    </w:p>
    <w:p>
      <w:pPr>
        <w:keepNext/>
        <w:keepLines/>
        <w:widowControl/>
        <w:spacing w:before="0" w:after="0" w:line="240" w:lineRule="auto"/>
        <w:ind w:firstLine="0"/>
        <w:jc w:val="left"/>
      </w:pPr>
      <w:r>
        <w:rPr>
          <w:rFonts w:ascii="Times New Roman" w:hAnsi="Times New Roman" w:eastAsia="Times New Roman" w:cs="Times New Roman"/>
          <w:b/>
          <w:color w:val="000000"/>
          <w:sz w:val="24"/>
        </w:rPr>
        <w:t>Question 10.</w:t>
      </w:r>
    </w:p>
    <w:p>
      <w:pPr>
        <w:keepNext/>
        <w:keepLines/>
        <w:widowControl/>
        <w:spacing w:before="0" w:after="0" w:line="240" w:lineRule="auto"/>
        <w:ind w:firstLine="0"/>
        <w:jc w:val="left"/>
      </w:pPr>
      <w:r>
        <w:rPr>
          <w:rFonts w:ascii="Times New Roman" w:hAnsi="Times New Roman" w:eastAsia="Times New Roman" w:cs="Times New Roman"/>
          <w:color w:val="000000"/>
          <w:sz w:val="24"/>
        </w:rPr>
        <w:t>a. Finally, the staff weighed the food left in each bin.</w:t>
      </w:r>
    </w:p>
    <w:p>
      <w:pPr>
        <w:keepNext/>
        <w:keepLines/>
        <w:widowControl/>
        <w:spacing w:before="0" w:after="0" w:line="240" w:lineRule="auto"/>
        <w:ind w:firstLine="0"/>
        <w:jc w:val="left"/>
      </w:pPr>
      <w:r>
        <w:rPr>
          <w:rFonts w:ascii="Times New Roman" w:hAnsi="Times New Roman" w:eastAsia="Times New Roman" w:cs="Times New Roman"/>
          <w:color w:val="000000"/>
          <w:sz w:val="24"/>
        </w:rPr>
        <w:t>b. First, students chose a small or a large bowl of rice.</w:t>
      </w:r>
    </w:p>
    <w:p>
      <w:pPr>
        <w:keepNext/>
        <w:keepLines/>
        <w:widowControl/>
        <w:spacing w:before="0" w:after="0" w:line="240" w:lineRule="auto"/>
        <w:ind w:firstLine="0"/>
        <w:jc w:val="left"/>
      </w:pPr>
      <w:r>
        <w:rPr>
          <w:rFonts w:ascii="Times New Roman" w:hAnsi="Times New Roman" w:eastAsia="Times New Roman" w:cs="Times New Roman"/>
          <w:color w:val="000000"/>
          <w:sz w:val="24"/>
        </w:rPr>
        <w:t>c. Our school canteen tried a plan to reduce food waste.</w:t>
      </w:r>
    </w:p>
    <w:p>
      <w:pPr>
        <w:keepNext/>
        <w:keepLines/>
        <w:widowControl/>
        <w:spacing w:before="0" w:after="0" w:line="240" w:lineRule="auto"/>
        <w:ind w:firstLine="0"/>
        <w:jc w:val="left"/>
      </w:pPr>
      <w:r>
        <w:rPr>
          <w:rFonts w:ascii="Times New Roman" w:hAnsi="Times New Roman" w:eastAsia="Times New Roman" w:cs="Times New Roman"/>
          <w:color w:val="000000"/>
          <w:sz w:val="24"/>
        </w:rPr>
        <w:t>d. The smaller bowls meant that fewer students left rice uneaten.</w:t>
      </w:r>
    </w:p>
    <w:p>
      <w:pPr>
        <w:keepNext/>
        <w:keepLines/>
        <w:widowControl/>
        <w:spacing w:before="0" w:after="0" w:line="240" w:lineRule="auto"/>
        <w:ind w:firstLine="0"/>
        <w:jc w:val="left"/>
      </w:pPr>
      <w:r>
        <w:rPr>
          <w:rFonts w:ascii="Times New Roman" w:hAnsi="Times New Roman" w:eastAsia="Times New Roman" w:cs="Times New Roman"/>
          <w:color w:val="000000"/>
          <w:sz w:val="24"/>
        </w:rPr>
        <w:t>e. The results showed that the plan was useful.</w:t>
      </w:r>
    </w:p>
    <w:p>
      <w:pPr>
        <w:keepNext w:val="0"/>
        <w:keepLines/>
        <w:widowControl/>
        <w:tabs>
          <w:tab w:pos="2847" w:val="left"/>
          <w:tab w:pos="5411" w:val="left"/>
          <w:tab w:pos="7975" w:val="left"/>
        </w:tabs>
        <w:spacing w:before="0" w:after="0" w:line="240" w:lineRule="auto"/>
        <w:ind w:firstLine="0" w:left="283"/>
        <w:jc w:val="left"/>
      </w:pPr>
      <w:r>
        <w:rPr>
          <w:rFonts w:ascii="Times New Roman" w:hAnsi="Times New Roman" w:eastAsia="Times New Roman" w:cs="Times New Roman"/>
          <w:color w:val="000000"/>
          <w:sz w:val="24"/>
        </w:rPr>
        <w:t>A. b – c – a – e – d</w:t>
      </w:r>
      <w:r>
        <w:rPr>
          <w:rFonts w:ascii="Times New Roman" w:hAnsi="Times New Roman" w:eastAsia="Times New Roman" w:cs="Times New Roman"/>
          <w:color w:val="000000"/>
          <w:sz w:val="24"/>
        </w:rPr>
        <w:tab/>
        <w:t>B. c – a – e – d – b</w:t>
      </w:r>
      <w:r>
        <w:rPr>
          <w:rFonts w:ascii="Times New Roman" w:hAnsi="Times New Roman" w:eastAsia="Times New Roman" w:cs="Times New Roman"/>
          <w:color w:val="000000"/>
          <w:sz w:val="24"/>
        </w:rPr>
        <w:tab/>
        <w:t>C. c – b – d – a – e</w:t>
      </w:r>
      <w:r>
        <w:rPr>
          <w:rFonts w:ascii="Times New Roman" w:hAnsi="Times New Roman" w:eastAsia="Times New Roman" w:cs="Times New Roman"/>
          <w:color w:val="000000"/>
          <w:sz w:val="24"/>
        </w:rPr>
        <w:tab/>
        <w:t>D. e – c – b – a – d</w:t>
      </w:r>
    </w:p>
    <w:p>
      <w:pPr>
        <w:keepNext/>
        <w:keepLines/>
        <w:widowControl/>
        <w:spacing w:before="0" w:after="0" w:line="240" w:lineRule="auto"/>
        <w:ind w:firstLine="0"/>
        <w:jc w:val="left"/>
      </w:pPr>
      <w:r>
        <w:rPr>
          <w:rFonts w:ascii="Times New Roman" w:hAnsi="Times New Roman" w:eastAsia="Times New Roman" w:cs="Times New Roman"/>
          <w:b/>
          <w:color w:val="000000"/>
          <w:sz w:val="24"/>
        </w:rPr>
        <w:t>Question 11.</w:t>
      </w:r>
    </w:p>
    <w:p>
      <w:pPr>
        <w:keepNext/>
        <w:keepLines/>
        <w:widowControl/>
        <w:spacing w:before="0" w:after="0" w:line="240" w:lineRule="auto"/>
        <w:ind w:firstLine="0"/>
        <w:jc w:val="left"/>
      </w:pPr>
      <w:r>
        <w:rPr>
          <w:rFonts w:ascii="Times New Roman" w:hAnsi="Times New Roman" w:eastAsia="Times New Roman" w:cs="Times New Roman"/>
          <w:color w:val="000000"/>
          <w:sz w:val="24"/>
        </w:rPr>
        <w:t>a. When she finished, the audience asked for another song.</w:t>
      </w:r>
    </w:p>
    <w:p>
      <w:pPr>
        <w:keepNext/>
        <w:keepLines/>
        <w:widowControl/>
        <w:spacing w:before="0" w:after="0" w:line="240" w:lineRule="auto"/>
        <w:ind w:firstLine="0"/>
        <w:jc w:val="left"/>
      </w:pPr>
      <w:r>
        <w:rPr>
          <w:rFonts w:ascii="Times New Roman" w:hAnsi="Times New Roman" w:eastAsia="Times New Roman" w:cs="Times New Roman"/>
          <w:color w:val="000000"/>
          <w:sz w:val="24"/>
        </w:rPr>
        <w:t>b. First, the host invited a young singer onto the stage.</w:t>
      </w:r>
    </w:p>
    <w:p>
      <w:pPr>
        <w:keepNext/>
        <w:keepLines/>
        <w:widowControl/>
        <w:spacing w:before="0" w:after="0" w:line="240" w:lineRule="auto"/>
        <w:ind w:firstLine="0"/>
        <w:jc w:val="left"/>
      </w:pPr>
      <w:r>
        <w:rPr>
          <w:rFonts w:ascii="Times New Roman" w:hAnsi="Times New Roman" w:eastAsia="Times New Roman" w:cs="Times New Roman"/>
          <w:color w:val="000000"/>
          <w:sz w:val="24"/>
        </w:rPr>
        <w:t>c. My family watched an open-mic show at the community hall.</w:t>
      </w:r>
    </w:p>
    <w:p>
      <w:pPr>
        <w:keepNext/>
        <w:keepLines/>
        <w:widowControl/>
        <w:spacing w:before="0" w:after="0" w:line="240" w:lineRule="auto"/>
        <w:ind w:firstLine="0"/>
        <w:jc w:val="left"/>
      </w:pPr>
      <w:r>
        <w:rPr>
          <w:rFonts w:ascii="Times New Roman" w:hAnsi="Times New Roman" w:eastAsia="Times New Roman" w:cs="Times New Roman"/>
          <w:color w:val="000000"/>
          <w:sz w:val="24"/>
        </w:rPr>
        <w:t>d. Then she sang a song that she had written herself.</w:t>
      </w:r>
    </w:p>
    <w:p>
      <w:pPr>
        <w:keepNext/>
        <w:keepLines/>
        <w:widowControl/>
        <w:spacing w:before="0" w:after="0" w:line="240" w:lineRule="auto"/>
        <w:ind w:firstLine="0"/>
        <w:jc w:val="left"/>
      </w:pPr>
      <w:r>
        <w:rPr>
          <w:rFonts w:ascii="Times New Roman" w:hAnsi="Times New Roman" w:eastAsia="Times New Roman" w:cs="Times New Roman"/>
          <w:color w:val="000000"/>
          <w:sz w:val="24"/>
        </w:rPr>
        <w:t>e. We were impressed by her clear voice.</w:t>
      </w:r>
    </w:p>
    <w:p>
      <w:pPr>
        <w:keepNext w:val="0"/>
        <w:keepLines/>
        <w:widowControl/>
        <w:tabs>
          <w:tab w:pos="2847" w:val="left"/>
          <w:tab w:pos="5411" w:val="left"/>
          <w:tab w:pos="7975" w:val="left"/>
        </w:tabs>
        <w:spacing w:before="0" w:after="0" w:line="240" w:lineRule="auto"/>
        <w:ind w:firstLine="0" w:left="283"/>
        <w:jc w:val="left"/>
      </w:pPr>
      <w:r>
        <w:rPr>
          <w:rFonts w:ascii="Times New Roman" w:hAnsi="Times New Roman" w:eastAsia="Times New Roman" w:cs="Times New Roman"/>
          <w:color w:val="000000"/>
          <w:sz w:val="24"/>
        </w:rPr>
        <w:t>A. b – c – a – e – d</w:t>
      </w:r>
      <w:r>
        <w:rPr>
          <w:rFonts w:ascii="Times New Roman" w:hAnsi="Times New Roman" w:eastAsia="Times New Roman" w:cs="Times New Roman"/>
          <w:color w:val="000000"/>
          <w:sz w:val="24"/>
        </w:rPr>
        <w:tab/>
        <w:t>B. c – a – e – d – b</w:t>
      </w:r>
      <w:r>
        <w:rPr>
          <w:rFonts w:ascii="Times New Roman" w:hAnsi="Times New Roman" w:eastAsia="Times New Roman" w:cs="Times New Roman"/>
          <w:color w:val="000000"/>
          <w:sz w:val="24"/>
        </w:rPr>
        <w:tab/>
        <w:t>C. e – c – b – a – d</w:t>
      </w:r>
      <w:r>
        <w:rPr>
          <w:rFonts w:ascii="Times New Roman" w:hAnsi="Times New Roman" w:eastAsia="Times New Roman" w:cs="Times New Roman"/>
          <w:color w:val="000000"/>
          <w:sz w:val="24"/>
        </w:rPr>
        <w:tab/>
        <w:t>D. c – b – d – a – e</w:t>
      </w:r>
    </w:p>
    <w:p>
      <w:pPr>
        <w:keepNext/>
        <w:keepLines/>
        <w:widowControl/>
        <w:spacing w:before="140" w:after="0" w:line="240" w:lineRule="auto"/>
        <w:ind w:firstLine="0"/>
        <w:jc w:val="both"/>
      </w:pPr>
      <w:r>
        <w:rPr>
          <w:rFonts w:ascii="Times New Roman" w:hAnsi="Times New Roman" w:eastAsia="Times New Roman" w:cs="Times New Roman"/>
          <w:b/>
          <w:i/>
          <w:color w:val="000000"/>
          <w:sz w:val="24"/>
        </w:rPr>
        <w:t>Read the following passage and choose the best option A, B, C or D for each blank from 12 to 16.</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Our family is moving to a new flat next Saturday. We have already packed most of our things. We are going (12) _____ with a van in the morning. Everyone has a job.</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My parents are checking the furniture while (13) _____. We put a label on each box so that we can find things easily. My sister wants (14) _____ first because she needs her desk for homework.</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One box is too heavy for her. I say, “(15) _____.” Our father reminds us to carry things safely. Moving is a lot of work, but (16) _____.</w:t>
      </w:r>
    </w:p>
    <w:p>
      <w:pPr>
        <w:keepNext/>
        <w:keepLines/>
        <w:widowControl/>
        <w:tabs>
          <w:tab w:pos="1389" w:val="left"/>
        </w:tabs>
        <w:spacing w:before="0" w:after="0" w:line="240" w:lineRule="auto"/>
        <w:ind w:firstLine="0"/>
        <w:jc w:val="left"/>
      </w:pPr>
      <w:r>
        <w:rPr>
          <w:rFonts w:ascii="Times New Roman" w:hAnsi="Times New Roman" w:eastAsia="Times New Roman" w:cs="Times New Roman"/>
          <w:b/>
          <w:color w:val="000000"/>
          <w:sz w:val="24"/>
        </w:rPr>
        <w:t>Question 12.</w:t>
      </w:r>
      <w:r>
        <w:rPr>
          <w:rFonts w:ascii="Times New Roman" w:hAnsi="Times New Roman" w:eastAsia="Times New Roman" w:cs="Times New Roman"/>
          <w:color w:val="000000"/>
          <w:sz w:val="24"/>
        </w:rPr>
        <w:tab/>
        <w:t>A. taking the boxes there</w:t>
      </w:r>
    </w:p>
    <w:p>
      <w:pPr>
        <w:keepNext/>
        <w:keepLines/>
        <w:widowControl/>
        <w:spacing w:before="0" w:after="0" w:line="240" w:lineRule="auto"/>
        <w:ind w:firstLine="0" w:left="1389"/>
        <w:jc w:val="left"/>
      </w:pPr>
      <w:r>
        <w:rPr>
          <w:rFonts w:ascii="Times New Roman" w:hAnsi="Times New Roman" w:eastAsia="Times New Roman" w:cs="Times New Roman"/>
          <w:color w:val="000000"/>
          <w:sz w:val="24"/>
        </w:rPr>
        <w:t>B. took the boxes there</w:t>
      </w:r>
    </w:p>
    <w:p>
      <w:pPr>
        <w:keepNext/>
        <w:keepLines/>
        <w:widowControl/>
        <w:spacing w:before="0" w:after="0" w:line="240" w:lineRule="auto"/>
        <w:ind w:firstLine="0" w:left="1389"/>
        <w:jc w:val="left"/>
      </w:pPr>
      <w:r>
        <w:rPr>
          <w:rFonts w:ascii="Times New Roman" w:hAnsi="Times New Roman" w:eastAsia="Times New Roman" w:cs="Times New Roman"/>
          <w:color w:val="000000"/>
          <w:sz w:val="24"/>
        </w:rPr>
        <w:t>C. takes the boxes there</w:t>
      </w:r>
    </w:p>
    <w:p>
      <w:pPr>
        <w:keepNext w:val="0"/>
        <w:keepLines/>
        <w:widowControl/>
        <w:spacing w:before="0" w:after="0" w:line="240" w:lineRule="auto"/>
        <w:ind w:firstLine="0" w:left="1389"/>
        <w:jc w:val="left"/>
      </w:pPr>
      <w:r>
        <w:rPr>
          <w:rFonts w:ascii="Times New Roman" w:hAnsi="Times New Roman" w:eastAsia="Times New Roman" w:cs="Times New Roman"/>
          <w:color w:val="000000"/>
          <w:sz w:val="24"/>
        </w:rPr>
        <w:t>D. to take the boxes there</w:t>
      </w:r>
    </w:p>
    <w:p>
      <w:pPr>
        <w:keepNext/>
        <w:keepLines/>
        <w:widowControl/>
        <w:tabs>
          <w:tab w:pos="1389" w:val="left"/>
        </w:tabs>
        <w:spacing w:before="0" w:after="0" w:line="240" w:lineRule="auto"/>
        <w:ind w:firstLine="0"/>
        <w:jc w:val="left"/>
      </w:pPr>
      <w:r>
        <w:rPr>
          <w:rFonts w:ascii="Times New Roman" w:hAnsi="Times New Roman" w:eastAsia="Times New Roman" w:cs="Times New Roman"/>
          <w:b/>
          <w:color w:val="000000"/>
          <w:sz w:val="24"/>
        </w:rPr>
        <w:t>Question 13.</w:t>
      </w:r>
      <w:r>
        <w:rPr>
          <w:rFonts w:ascii="Times New Roman" w:hAnsi="Times New Roman" w:eastAsia="Times New Roman" w:cs="Times New Roman"/>
          <w:color w:val="000000"/>
          <w:sz w:val="24"/>
        </w:rPr>
        <w:tab/>
        <w:t>A. my sister and I is packing our books</w:t>
      </w:r>
    </w:p>
    <w:p>
      <w:pPr>
        <w:keepNext/>
        <w:keepLines/>
        <w:widowControl/>
        <w:spacing w:before="0" w:after="0" w:line="240" w:lineRule="auto"/>
        <w:ind w:firstLine="0" w:left="1389"/>
        <w:jc w:val="left"/>
      </w:pPr>
      <w:r>
        <w:rPr>
          <w:rFonts w:ascii="Times New Roman" w:hAnsi="Times New Roman" w:eastAsia="Times New Roman" w:cs="Times New Roman"/>
          <w:color w:val="000000"/>
          <w:sz w:val="24"/>
        </w:rPr>
        <w:t>B. my sister and I packs our books</w:t>
      </w:r>
    </w:p>
    <w:p>
      <w:pPr>
        <w:keepNext/>
        <w:keepLines/>
        <w:widowControl/>
        <w:spacing w:before="0" w:after="0" w:line="240" w:lineRule="auto"/>
        <w:ind w:firstLine="0" w:left="1389"/>
        <w:jc w:val="left"/>
      </w:pPr>
      <w:r>
        <w:rPr>
          <w:rFonts w:ascii="Times New Roman" w:hAnsi="Times New Roman" w:eastAsia="Times New Roman" w:cs="Times New Roman"/>
          <w:color w:val="000000"/>
          <w:sz w:val="24"/>
        </w:rPr>
        <w:t>C. my sister and I are packing our books</w:t>
      </w:r>
    </w:p>
    <w:p>
      <w:pPr>
        <w:keepNext w:val="0"/>
        <w:keepLines/>
        <w:widowControl/>
        <w:spacing w:before="0" w:after="0" w:line="240" w:lineRule="auto"/>
        <w:ind w:firstLine="0" w:left="1389"/>
        <w:jc w:val="left"/>
      </w:pPr>
      <w:r>
        <w:rPr>
          <w:rFonts w:ascii="Times New Roman" w:hAnsi="Times New Roman" w:eastAsia="Times New Roman" w:cs="Times New Roman"/>
          <w:color w:val="000000"/>
          <w:sz w:val="24"/>
        </w:rPr>
        <w:t>D. my sister and I packing our books</w:t>
      </w:r>
    </w:p>
    <w:p>
      <w:pPr>
        <w:keepNext/>
        <w:keepLines/>
        <w:widowControl/>
        <w:tabs>
          <w:tab w:pos="1389" w:val="left"/>
        </w:tabs>
        <w:spacing w:before="0" w:after="0" w:line="240" w:lineRule="auto"/>
        <w:ind w:firstLine="0"/>
        <w:jc w:val="left"/>
      </w:pPr>
      <w:r>
        <w:rPr>
          <w:rFonts w:ascii="Times New Roman" w:hAnsi="Times New Roman" w:eastAsia="Times New Roman" w:cs="Times New Roman"/>
          <w:b/>
          <w:color w:val="000000"/>
          <w:sz w:val="24"/>
        </w:rPr>
        <w:t>Question 14.</w:t>
      </w:r>
      <w:r>
        <w:rPr>
          <w:rFonts w:ascii="Times New Roman" w:hAnsi="Times New Roman" w:eastAsia="Times New Roman" w:cs="Times New Roman"/>
          <w:color w:val="000000"/>
          <w:sz w:val="24"/>
        </w:rPr>
        <w:tab/>
        <w:t>A. arranging her room</w:t>
      </w:r>
    </w:p>
    <w:p>
      <w:pPr>
        <w:keepNext/>
        <w:keepLines/>
        <w:widowControl/>
        <w:spacing w:before="0" w:after="0" w:line="240" w:lineRule="auto"/>
        <w:ind w:firstLine="0" w:left="1389"/>
        <w:jc w:val="left"/>
      </w:pPr>
      <w:r>
        <w:rPr>
          <w:rFonts w:ascii="Times New Roman" w:hAnsi="Times New Roman" w:eastAsia="Times New Roman" w:cs="Times New Roman"/>
          <w:color w:val="000000"/>
          <w:sz w:val="24"/>
        </w:rPr>
        <w:t>B. arranged her room</w:t>
      </w:r>
    </w:p>
    <w:p>
      <w:pPr>
        <w:keepNext/>
        <w:keepLines/>
        <w:widowControl/>
        <w:spacing w:before="0" w:after="0" w:line="240" w:lineRule="auto"/>
        <w:ind w:firstLine="0" w:left="1389"/>
        <w:jc w:val="left"/>
      </w:pPr>
      <w:r>
        <w:rPr>
          <w:rFonts w:ascii="Times New Roman" w:hAnsi="Times New Roman" w:eastAsia="Times New Roman" w:cs="Times New Roman"/>
          <w:color w:val="000000"/>
          <w:sz w:val="24"/>
        </w:rPr>
        <w:t>C. arranges her room</w:t>
      </w:r>
    </w:p>
    <w:p>
      <w:pPr>
        <w:keepNext w:val="0"/>
        <w:keepLines/>
        <w:widowControl/>
        <w:spacing w:before="0" w:after="0" w:line="240" w:lineRule="auto"/>
        <w:ind w:firstLine="0" w:left="1389"/>
        <w:jc w:val="left"/>
      </w:pPr>
      <w:r>
        <w:rPr>
          <w:rFonts w:ascii="Times New Roman" w:hAnsi="Times New Roman" w:eastAsia="Times New Roman" w:cs="Times New Roman"/>
          <w:color w:val="000000"/>
          <w:sz w:val="24"/>
        </w:rPr>
        <w:t>D. to arrange her room</w:t>
      </w:r>
    </w:p>
    <w:p>
      <w:pPr>
        <w:keepNext/>
        <w:keepLines/>
        <w:widowControl/>
        <w:tabs>
          <w:tab w:pos="1389" w:val="left"/>
        </w:tabs>
        <w:spacing w:before="0" w:after="0" w:line="240" w:lineRule="auto"/>
        <w:ind w:firstLine="0"/>
        <w:jc w:val="left"/>
      </w:pPr>
      <w:r>
        <w:rPr>
          <w:rFonts w:ascii="Times New Roman" w:hAnsi="Times New Roman" w:eastAsia="Times New Roman" w:cs="Times New Roman"/>
          <w:b/>
          <w:color w:val="000000"/>
          <w:sz w:val="24"/>
        </w:rPr>
        <w:t>Question 15.</w:t>
      </w:r>
      <w:r>
        <w:rPr>
          <w:rFonts w:ascii="Times New Roman" w:hAnsi="Times New Roman" w:eastAsia="Times New Roman" w:cs="Times New Roman"/>
          <w:color w:val="000000"/>
          <w:sz w:val="24"/>
        </w:rPr>
        <w:tab/>
        <w:t>A. I will carry it with you</w:t>
      </w:r>
    </w:p>
    <w:p>
      <w:pPr>
        <w:keepNext/>
        <w:keepLines/>
        <w:widowControl/>
        <w:spacing w:before="0" w:after="0" w:line="240" w:lineRule="auto"/>
        <w:ind w:firstLine="0" w:left="1389"/>
        <w:jc w:val="left"/>
      </w:pPr>
      <w:r>
        <w:rPr>
          <w:rFonts w:ascii="Times New Roman" w:hAnsi="Times New Roman" w:eastAsia="Times New Roman" w:cs="Times New Roman"/>
          <w:color w:val="000000"/>
          <w:sz w:val="24"/>
        </w:rPr>
        <w:t>B. I carried it last month</w:t>
      </w:r>
    </w:p>
    <w:p>
      <w:pPr>
        <w:keepNext/>
        <w:keepLines/>
        <w:widowControl/>
        <w:spacing w:before="0" w:after="0" w:line="240" w:lineRule="auto"/>
        <w:ind w:firstLine="0" w:left="1389"/>
        <w:jc w:val="left"/>
      </w:pPr>
      <w:r>
        <w:rPr>
          <w:rFonts w:ascii="Times New Roman" w:hAnsi="Times New Roman" w:eastAsia="Times New Roman" w:cs="Times New Roman"/>
          <w:color w:val="000000"/>
          <w:sz w:val="24"/>
        </w:rPr>
        <w:t>C. I carry it every winter</w:t>
      </w:r>
    </w:p>
    <w:p>
      <w:pPr>
        <w:keepNext w:val="0"/>
        <w:keepLines/>
        <w:widowControl/>
        <w:spacing w:before="0" w:after="0" w:line="240" w:lineRule="auto"/>
        <w:ind w:firstLine="0" w:left="1389"/>
        <w:jc w:val="left"/>
      </w:pPr>
      <w:r>
        <w:rPr>
          <w:rFonts w:ascii="Times New Roman" w:hAnsi="Times New Roman" w:eastAsia="Times New Roman" w:cs="Times New Roman"/>
          <w:color w:val="000000"/>
          <w:sz w:val="24"/>
        </w:rPr>
        <w:t>D. I was carrying it yesterday</w:t>
      </w:r>
    </w:p>
    <w:p>
      <w:pPr>
        <w:keepNext/>
        <w:keepLines/>
        <w:widowControl/>
        <w:tabs>
          <w:tab w:pos="1389" w:val="left"/>
        </w:tabs>
        <w:spacing w:before="0" w:after="0" w:line="240" w:lineRule="auto"/>
        <w:ind w:firstLine="0"/>
        <w:jc w:val="left"/>
      </w:pPr>
      <w:r>
        <w:rPr>
          <w:rFonts w:ascii="Times New Roman" w:hAnsi="Times New Roman" w:eastAsia="Times New Roman" w:cs="Times New Roman"/>
          <w:b/>
          <w:color w:val="000000"/>
          <w:sz w:val="24"/>
        </w:rPr>
        <w:t>Question 16.</w:t>
      </w:r>
      <w:r>
        <w:rPr>
          <w:rFonts w:ascii="Times New Roman" w:hAnsi="Times New Roman" w:eastAsia="Times New Roman" w:cs="Times New Roman"/>
          <w:color w:val="000000"/>
          <w:sz w:val="24"/>
        </w:rPr>
        <w:tab/>
        <w:t>A. sharing the jobs makes it easier</w:t>
      </w:r>
    </w:p>
    <w:p>
      <w:pPr>
        <w:keepNext/>
        <w:keepLines/>
        <w:widowControl/>
        <w:spacing w:before="0" w:after="0" w:line="240" w:lineRule="auto"/>
        <w:ind w:firstLine="0" w:left="1389"/>
        <w:jc w:val="left"/>
      </w:pPr>
      <w:r>
        <w:rPr>
          <w:rFonts w:ascii="Times New Roman" w:hAnsi="Times New Roman" w:eastAsia="Times New Roman" w:cs="Times New Roman"/>
          <w:color w:val="000000"/>
          <w:sz w:val="24"/>
        </w:rPr>
        <w:t>B. one person must do every job alone</w:t>
      </w:r>
    </w:p>
    <w:p>
      <w:pPr>
        <w:keepNext/>
        <w:keepLines/>
        <w:widowControl/>
        <w:spacing w:before="0" w:after="0" w:line="240" w:lineRule="auto"/>
        <w:ind w:firstLine="0" w:left="1389"/>
        <w:jc w:val="left"/>
      </w:pPr>
      <w:r>
        <w:rPr>
          <w:rFonts w:ascii="Times New Roman" w:hAnsi="Times New Roman" w:eastAsia="Times New Roman" w:cs="Times New Roman"/>
          <w:color w:val="000000"/>
          <w:sz w:val="24"/>
        </w:rPr>
        <w:t>C. the labels stop us finding our things</w:t>
      </w:r>
    </w:p>
    <w:p>
      <w:pPr>
        <w:keepNext w:val="0"/>
        <w:keepLines/>
        <w:widowControl/>
        <w:spacing w:before="0" w:after="0" w:line="240" w:lineRule="auto"/>
        <w:ind w:firstLine="0" w:left="1389"/>
        <w:jc w:val="left"/>
      </w:pPr>
      <w:r>
        <w:rPr>
          <w:rFonts w:ascii="Times New Roman" w:hAnsi="Times New Roman" w:eastAsia="Times New Roman" w:cs="Times New Roman"/>
          <w:color w:val="000000"/>
          <w:sz w:val="24"/>
        </w:rPr>
        <w:t>D. we should leave all the books outside</w:t>
      </w:r>
    </w:p>
    <w:p>
      <w:r>
        <w:br w:type="page"/>
      </w:r>
    </w:p>
    <w:p>
      <w:pPr>
        <w:keepNext/>
        <w:keepLines/>
        <w:widowControl/>
        <w:spacing w:before="140" w:after="0" w:line="240" w:lineRule="auto"/>
        <w:ind w:firstLine="0"/>
        <w:jc w:val="both"/>
      </w:pPr>
      <w:r>
        <w:rPr>
          <w:rFonts w:ascii="Times New Roman" w:hAnsi="Times New Roman" w:eastAsia="Times New Roman" w:cs="Times New Roman"/>
          <w:b/>
          <w:i/>
          <w:color w:val="000000"/>
          <w:sz w:val="24"/>
        </w:rPr>
        <w:t>Read the passage and choose the best answer A, B, C or D for each question from 17 to 26.</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The canteen at Duy’s school serves lunch to many students. The staff noticed that a lot of rice was left on plates. They wanted to reduce this waste, so they asked students for ideas.</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Duy suggested offering two bowl sizes. Students who wanted less rice could choose a small bowl. Those who were still hungry could ask for more later. The staff tried it for one week.</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 xml:space="preserve">At the end of each lunch, the staff weighed the rice in the waste bin. The bin was not as full as before. </w:t>
      </w:r>
      <w:r>
        <w:rPr>
          <w:rFonts w:ascii="Times New Roman" w:hAnsi="Times New Roman" w:eastAsia="Times New Roman" w:cs="Times New Roman"/>
          <w:color w:val="000000"/>
          <w:sz w:val="24"/>
          <w:u w:val="single"/>
        </w:rPr>
        <w:t>Students threw away less rice during the trial week.</w:t>
      </w:r>
      <w:r>
        <w:rPr>
          <w:rFonts w:ascii="Times New Roman" w:hAnsi="Times New Roman" w:eastAsia="Times New Roman" w:cs="Times New Roman"/>
          <w:color w:val="000000"/>
          <w:sz w:val="24"/>
        </w:rPr>
        <w:t xml:space="preserve"> Duy helped write the results on a board near the door.</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The school decided to keep both bowl sizes. A teacher said that taking only the food we need is a simple green habit. Duy was pleased that the staff listened to students. Now his class is thinking of ways to waste less bread, too.</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17. </w:t>
      </w:r>
      <w:r>
        <w:rPr>
          <w:rFonts w:ascii="Times New Roman" w:hAnsi="Times New Roman" w:eastAsia="Times New Roman" w:cs="Times New Roman"/>
          <w:color w:val="000000"/>
          <w:sz w:val="24"/>
        </w:rPr>
        <w:t>Which action is NOT mentioned in the canteen project?</w:t>
      </w:r>
    </w:p>
    <w:p>
      <w:pPr>
        <w:keepNext/>
        <w:keepLines/>
        <w:widowControl/>
        <w:tabs>
          <w:tab w:pos="5411" w:val="left"/>
        </w:tabs>
        <w:spacing w:before="0" w:after="0" w:line="240" w:lineRule="auto"/>
        <w:ind w:firstLine="0" w:left="283"/>
        <w:jc w:val="left"/>
      </w:pPr>
      <w:r>
        <w:rPr>
          <w:rFonts w:ascii="Times New Roman" w:hAnsi="Times New Roman" w:eastAsia="Times New Roman" w:cs="Times New Roman"/>
          <w:color w:val="000000"/>
          <w:sz w:val="24"/>
        </w:rPr>
        <w:t>A. buying new kitchen chairs</w:t>
      </w:r>
      <w:r>
        <w:rPr>
          <w:rFonts w:ascii="Times New Roman" w:hAnsi="Times New Roman" w:eastAsia="Times New Roman" w:cs="Times New Roman"/>
          <w:color w:val="000000"/>
          <w:sz w:val="24"/>
        </w:rPr>
        <w:tab/>
        <w:t>B. weighing wasted rice</w:t>
      </w:r>
    </w:p>
    <w:p>
      <w:pPr>
        <w:keepNext w:val="0"/>
        <w:keepLines/>
        <w:widowControl/>
        <w:tabs>
          <w:tab w:pos="5411" w:val="left"/>
        </w:tabs>
        <w:spacing w:before="0" w:after="0" w:line="240" w:lineRule="auto"/>
        <w:ind w:firstLine="0" w:left="283"/>
        <w:jc w:val="left"/>
      </w:pPr>
      <w:r>
        <w:rPr>
          <w:rFonts w:ascii="Times New Roman" w:hAnsi="Times New Roman" w:eastAsia="Times New Roman" w:cs="Times New Roman"/>
          <w:color w:val="000000"/>
          <w:sz w:val="24"/>
        </w:rPr>
        <w:t>C. choosing a bowl size</w:t>
      </w:r>
      <w:r>
        <w:rPr>
          <w:rFonts w:ascii="Times New Roman" w:hAnsi="Times New Roman" w:eastAsia="Times New Roman" w:cs="Times New Roman"/>
          <w:color w:val="000000"/>
          <w:sz w:val="24"/>
        </w:rPr>
        <w:tab/>
        <w:t>D. writing results on a board</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18. </w:t>
      </w:r>
      <w:r>
        <w:rPr>
          <w:rFonts w:ascii="Times New Roman" w:hAnsi="Times New Roman" w:eastAsia="Times New Roman" w:cs="Times New Roman"/>
          <w:color w:val="000000"/>
          <w:sz w:val="24"/>
        </w:rPr>
        <w:t xml:space="preserve">The word </w:t>
      </w:r>
      <w:r>
        <w:rPr>
          <w:rFonts w:ascii="Times New Roman" w:hAnsi="Times New Roman" w:eastAsia="Times New Roman" w:cs="Times New Roman"/>
          <w:b/>
          <w:color w:val="000000"/>
          <w:sz w:val="24"/>
        </w:rPr>
        <w:t>reduce</w:t>
      </w:r>
      <w:r>
        <w:rPr>
          <w:rFonts w:ascii="Times New Roman" w:hAnsi="Times New Roman" w:eastAsia="Times New Roman" w:cs="Times New Roman"/>
          <w:color w:val="000000"/>
          <w:sz w:val="24"/>
        </w:rPr>
        <w:t xml:space="preserve"> in paragraph 1 is </w:t>
      </w:r>
      <w:r>
        <w:rPr>
          <w:rFonts w:ascii="Times New Roman" w:hAnsi="Times New Roman" w:eastAsia="Times New Roman" w:cs="Times New Roman"/>
          <w:b/>
          <w:color w:val="000000"/>
          <w:sz w:val="24"/>
        </w:rPr>
        <w:t>CLOSEST</w:t>
      </w:r>
      <w:r>
        <w:rPr>
          <w:rFonts w:ascii="Times New Roman" w:hAnsi="Times New Roman" w:eastAsia="Times New Roman" w:cs="Times New Roman"/>
          <w:color w:val="000000"/>
          <w:sz w:val="24"/>
        </w:rPr>
        <w:t xml:space="preserve"> in meaning to _____.</w:t>
      </w:r>
    </w:p>
    <w:p>
      <w:pPr>
        <w:keepNext/>
        <w:keepLines/>
        <w:widowControl/>
        <w:tabs>
          <w:tab w:pos="5411" w:val="left"/>
        </w:tabs>
        <w:spacing w:before="0" w:after="0" w:line="240" w:lineRule="auto"/>
        <w:ind w:firstLine="0" w:left="283"/>
        <w:jc w:val="left"/>
      </w:pPr>
      <w:r>
        <w:rPr>
          <w:rFonts w:ascii="Times New Roman" w:hAnsi="Times New Roman" w:eastAsia="Times New Roman" w:cs="Times New Roman"/>
          <w:color w:val="000000"/>
          <w:sz w:val="24"/>
        </w:rPr>
        <w:t>A. make louder in sound</w:t>
      </w:r>
      <w:r>
        <w:rPr>
          <w:rFonts w:ascii="Times New Roman" w:hAnsi="Times New Roman" w:eastAsia="Times New Roman" w:cs="Times New Roman"/>
          <w:color w:val="000000"/>
          <w:sz w:val="24"/>
        </w:rPr>
        <w:tab/>
        <w:t>B. make smaller in amount</w:t>
      </w:r>
    </w:p>
    <w:p>
      <w:pPr>
        <w:keepNext w:val="0"/>
        <w:keepLines/>
        <w:widowControl/>
        <w:tabs>
          <w:tab w:pos="5411" w:val="left"/>
        </w:tabs>
        <w:spacing w:before="0" w:after="0" w:line="240" w:lineRule="auto"/>
        <w:ind w:firstLine="0" w:left="283"/>
        <w:jc w:val="left"/>
      </w:pPr>
      <w:r>
        <w:rPr>
          <w:rFonts w:ascii="Times New Roman" w:hAnsi="Times New Roman" w:eastAsia="Times New Roman" w:cs="Times New Roman"/>
          <w:color w:val="000000"/>
          <w:sz w:val="24"/>
        </w:rPr>
        <w:t>C. turn into a song</w:t>
      </w:r>
      <w:r>
        <w:rPr>
          <w:rFonts w:ascii="Times New Roman" w:hAnsi="Times New Roman" w:eastAsia="Times New Roman" w:cs="Times New Roman"/>
          <w:color w:val="000000"/>
          <w:sz w:val="24"/>
        </w:rPr>
        <w:tab/>
        <w:t>D. keep exactly the same</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19. </w:t>
      </w:r>
      <w:r>
        <w:rPr>
          <w:rFonts w:ascii="Times New Roman" w:hAnsi="Times New Roman" w:eastAsia="Times New Roman" w:cs="Times New Roman"/>
          <w:color w:val="000000"/>
          <w:sz w:val="24"/>
        </w:rPr>
        <w:t xml:space="preserve">The word </w:t>
      </w:r>
      <w:r>
        <w:rPr>
          <w:rFonts w:ascii="Times New Roman" w:hAnsi="Times New Roman" w:eastAsia="Times New Roman" w:cs="Times New Roman"/>
          <w:b/>
          <w:color w:val="000000"/>
          <w:sz w:val="24"/>
        </w:rPr>
        <w:t>it</w:t>
      </w:r>
      <w:r>
        <w:rPr>
          <w:rFonts w:ascii="Times New Roman" w:hAnsi="Times New Roman" w:eastAsia="Times New Roman" w:cs="Times New Roman"/>
          <w:color w:val="000000"/>
          <w:sz w:val="24"/>
        </w:rPr>
        <w:t xml:space="preserve"> in paragraph 2 refers to _____.</w:t>
      </w:r>
    </w:p>
    <w:p>
      <w:pPr>
        <w:keepNext/>
        <w:keepLines/>
        <w:widowControl/>
        <w:tabs>
          <w:tab w:pos="5411" w:val="left"/>
        </w:tabs>
        <w:spacing w:before="0" w:after="0" w:line="240" w:lineRule="auto"/>
        <w:ind w:firstLine="0" w:left="283"/>
        <w:jc w:val="left"/>
      </w:pPr>
      <w:r>
        <w:rPr>
          <w:rFonts w:ascii="Times New Roman" w:hAnsi="Times New Roman" w:eastAsia="Times New Roman" w:cs="Times New Roman"/>
          <w:color w:val="000000"/>
          <w:sz w:val="24"/>
        </w:rPr>
        <w:t>A. the lunch plates</w:t>
      </w:r>
      <w:r>
        <w:rPr>
          <w:rFonts w:ascii="Times New Roman" w:hAnsi="Times New Roman" w:eastAsia="Times New Roman" w:cs="Times New Roman"/>
          <w:color w:val="000000"/>
          <w:sz w:val="24"/>
        </w:rPr>
        <w:tab/>
        <w:t>B. the school doors</w:t>
      </w:r>
    </w:p>
    <w:p>
      <w:pPr>
        <w:keepNext w:val="0"/>
        <w:keepLines/>
        <w:widowControl/>
        <w:tabs>
          <w:tab w:pos="5411" w:val="left"/>
        </w:tabs>
        <w:spacing w:before="0" w:after="0" w:line="240" w:lineRule="auto"/>
        <w:ind w:firstLine="0" w:left="283"/>
        <w:jc w:val="left"/>
      </w:pPr>
      <w:r>
        <w:rPr>
          <w:rFonts w:ascii="Times New Roman" w:hAnsi="Times New Roman" w:eastAsia="Times New Roman" w:cs="Times New Roman"/>
          <w:color w:val="000000"/>
          <w:sz w:val="24"/>
        </w:rPr>
        <w:t>C. the waste bins</w:t>
      </w:r>
      <w:r>
        <w:rPr>
          <w:rFonts w:ascii="Times New Roman" w:hAnsi="Times New Roman" w:eastAsia="Times New Roman" w:cs="Times New Roman"/>
          <w:color w:val="000000"/>
          <w:sz w:val="24"/>
        </w:rPr>
        <w:tab/>
        <w:t>D. the plan with two bowl sizes</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20. </w:t>
      </w:r>
      <w:r>
        <w:rPr>
          <w:rFonts w:ascii="Times New Roman" w:hAnsi="Times New Roman" w:eastAsia="Times New Roman" w:cs="Times New Roman"/>
          <w:color w:val="000000"/>
          <w:sz w:val="24"/>
        </w:rPr>
        <w:t xml:space="preserve">The word </w:t>
      </w:r>
      <w:r>
        <w:rPr>
          <w:rFonts w:ascii="Times New Roman" w:hAnsi="Times New Roman" w:eastAsia="Times New Roman" w:cs="Times New Roman"/>
          <w:b/>
          <w:color w:val="000000"/>
          <w:sz w:val="24"/>
        </w:rPr>
        <w:t>full</w:t>
      </w:r>
      <w:r>
        <w:rPr>
          <w:rFonts w:ascii="Times New Roman" w:hAnsi="Times New Roman" w:eastAsia="Times New Roman" w:cs="Times New Roman"/>
          <w:color w:val="000000"/>
          <w:sz w:val="24"/>
        </w:rPr>
        <w:t xml:space="preserve"> in paragraph 3 is </w:t>
      </w:r>
      <w:r>
        <w:rPr>
          <w:rFonts w:ascii="Times New Roman" w:hAnsi="Times New Roman" w:eastAsia="Times New Roman" w:cs="Times New Roman"/>
          <w:b/>
          <w:color w:val="000000"/>
          <w:sz w:val="24"/>
        </w:rPr>
        <w:t>OPPOSITE</w:t>
      </w:r>
      <w:r>
        <w:rPr>
          <w:rFonts w:ascii="Times New Roman" w:hAnsi="Times New Roman" w:eastAsia="Times New Roman" w:cs="Times New Roman"/>
          <w:color w:val="000000"/>
          <w:sz w:val="24"/>
        </w:rPr>
        <w:t xml:space="preserve"> in meaning to _____.</w:t>
      </w:r>
    </w:p>
    <w:p>
      <w:pPr>
        <w:keepNext w:val="0"/>
        <w:keepLines/>
        <w:widowControl/>
        <w:tabs>
          <w:tab w:pos="2847" w:val="left"/>
          <w:tab w:pos="5411" w:val="left"/>
          <w:tab w:pos="7975" w:val="left"/>
        </w:tabs>
        <w:spacing w:before="0" w:after="0" w:line="240" w:lineRule="auto"/>
        <w:ind w:firstLine="0" w:left="283"/>
        <w:jc w:val="left"/>
      </w:pPr>
      <w:r>
        <w:rPr>
          <w:rFonts w:ascii="Times New Roman" w:hAnsi="Times New Roman" w:eastAsia="Times New Roman" w:cs="Times New Roman"/>
          <w:color w:val="000000"/>
          <w:sz w:val="24"/>
        </w:rPr>
        <w:t>A. new</w:t>
      </w:r>
      <w:r>
        <w:rPr>
          <w:rFonts w:ascii="Times New Roman" w:hAnsi="Times New Roman" w:eastAsia="Times New Roman" w:cs="Times New Roman"/>
          <w:color w:val="000000"/>
          <w:sz w:val="24"/>
        </w:rPr>
        <w:tab/>
        <w:t>B. wide</w:t>
      </w:r>
      <w:r>
        <w:rPr>
          <w:rFonts w:ascii="Times New Roman" w:hAnsi="Times New Roman" w:eastAsia="Times New Roman" w:cs="Times New Roman"/>
          <w:color w:val="000000"/>
          <w:sz w:val="24"/>
        </w:rPr>
        <w:tab/>
        <w:t>C. empty</w:t>
      </w:r>
      <w:r>
        <w:rPr>
          <w:rFonts w:ascii="Times New Roman" w:hAnsi="Times New Roman" w:eastAsia="Times New Roman" w:cs="Times New Roman"/>
          <w:color w:val="000000"/>
          <w:sz w:val="24"/>
        </w:rPr>
        <w:tab/>
        <w:t>D. clean</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21. </w:t>
      </w:r>
      <w:r>
        <w:rPr>
          <w:rFonts w:ascii="Times New Roman" w:hAnsi="Times New Roman" w:eastAsia="Times New Roman" w:cs="Times New Roman"/>
          <w:color w:val="000000"/>
          <w:sz w:val="24"/>
        </w:rPr>
        <w:t xml:space="preserve">Which statement is </w:t>
      </w:r>
      <w:r>
        <w:rPr>
          <w:rFonts w:ascii="Times New Roman" w:hAnsi="Times New Roman" w:eastAsia="Times New Roman" w:cs="Times New Roman"/>
          <w:b/>
          <w:color w:val="000000"/>
          <w:sz w:val="24"/>
        </w:rPr>
        <w:t>TRUE</w:t>
      </w:r>
      <w:r>
        <w:rPr>
          <w:rFonts w:ascii="Times New Roman" w:hAnsi="Times New Roman" w:eastAsia="Times New Roman" w:cs="Times New Roman"/>
          <w:color w:val="000000"/>
          <w:sz w:val="24"/>
        </w:rPr>
        <w:t xml:space="preserve"> about the new lunch plan?</w:t>
      </w:r>
    </w:p>
    <w:p>
      <w:pPr>
        <w:keepNext/>
        <w:keepLines/>
        <w:widowControl/>
        <w:tabs>
          <w:tab w:pos="5411" w:val="left"/>
        </w:tabs>
        <w:spacing w:before="0" w:after="0" w:line="240" w:lineRule="auto"/>
        <w:ind w:firstLine="0" w:left="283"/>
        <w:jc w:val="left"/>
      </w:pPr>
      <w:r>
        <w:rPr>
          <w:rFonts w:ascii="Times New Roman" w:hAnsi="Times New Roman" w:eastAsia="Times New Roman" w:cs="Times New Roman"/>
          <w:color w:val="000000"/>
          <w:sz w:val="24"/>
        </w:rPr>
        <w:t>A. Every student must choose a large bowl.</w:t>
      </w:r>
      <w:r>
        <w:rPr>
          <w:rFonts w:ascii="Times New Roman" w:hAnsi="Times New Roman" w:eastAsia="Times New Roman" w:cs="Times New Roman"/>
          <w:color w:val="000000"/>
          <w:sz w:val="24"/>
        </w:rPr>
        <w:tab/>
        <w:t>B. Students can ask for more rice if they need it.</w:t>
      </w:r>
    </w:p>
    <w:p>
      <w:pPr>
        <w:keepNext w:val="0"/>
        <w:keepLines/>
        <w:widowControl/>
        <w:tabs>
          <w:tab w:pos="5411" w:val="left"/>
        </w:tabs>
        <w:spacing w:before="0" w:after="0" w:line="240" w:lineRule="auto"/>
        <w:ind w:firstLine="0" w:left="283"/>
        <w:jc w:val="left"/>
      </w:pPr>
      <w:r>
        <w:rPr>
          <w:rFonts w:ascii="Times New Roman" w:hAnsi="Times New Roman" w:eastAsia="Times New Roman" w:cs="Times New Roman"/>
          <w:color w:val="000000"/>
          <w:sz w:val="24"/>
        </w:rPr>
        <w:t>C. The staff refused to hear student ideas.</w:t>
      </w:r>
      <w:r>
        <w:rPr>
          <w:rFonts w:ascii="Times New Roman" w:hAnsi="Times New Roman" w:eastAsia="Times New Roman" w:cs="Times New Roman"/>
          <w:color w:val="000000"/>
          <w:sz w:val="24"/>
        </w:rPr>
        <w:tab/>
        <w:t>D. The school stopped serving rice completely.</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22. </w:t>
      </w:r>
      <w:r>
        <w:rPr>
          <w:rFonts w:ascii="Times New Roman" w:hAnsi="Times New Roman" w:eastAsia="Times New Roman" w:cs="Times New Roman"/>
          <w:color w:val="000000"/>
          <w:sz w:val="24"/>
        </w:rPr>
        <w:t>Which sentence best paraphrases the underlined sentence in paragraph 3?</w:t>
      </w:r>
    </w:p>
    <w:p>
      <w:pPr>
        <w:keepNext/>
        <w:keepLines/>
        <w:widowControl/>
        <w:tabs>
          <w:tab w:pos="5411" w:val="left"/>
        </w:tabs>
        <w:spacing w:before="0" w:after="0" w:line="240" w:lineRule="auto"/>
        <w:ind w:firstLine="0" w:left="283"/>
        <w:jc w:val="left"/>
      </w:pPr>
      <w:r>
        <w:rPr>
          <w:rFonts w:ascii="Times New Roman" w:hAnsi="Times New Roman" w:eastAsia="Times New Roman" w:cs="Times New Roman"/>
          <w:color w:val="000000"/>
          <w:sz w:val="24"/>
        </w:rPr>
        <w:t>A. Students wasted more rice than before.</w:t>
      </w:r>
      <w:r>
        <w:rPr>
          <w:rFonts w:ascii="Times New Roman" w:hAnsi="Times New Roman" w:eastAsia="Times New Roman" w:cs="Times New Roman"/>
          <w:color w:val="000000"/>
          <w:sz w:val="24"/>
        </w:rPr>
        <w:tab/>
        <w:t>B. The canteen did not open during the test.</w:t>
      </w:r>
    </w:p>
    <w:p>
      <w:pPr>
        <w:keepNext w:val="0"/>
        <w:keepLines/>
        <w:widowControl/>
        <w:tabs>
          <w:tab w:pos="5411" w:val="left"/>
        </w:tabs>
        <w:spacing w:before="0" w:after="0" w:line="240" w:lineRule="auto"/>
        <w:ind w:firstLine="0" w:left="283"/>
        <w:jc w:val="left"/>
      </w:pPr>
      <w:r>
        <w:rPr>
          <w:rFonts w:ascii="Times New Roman" w:hAnsi="Times New Roman" w:eastAsia="Times New Roman" w:cs="Times New Roman"/>
          <w:color w:val="000000"/>
          <w:sz w:val="24"/>
        </w:rPr>
        <w:t>C. The staff threw all the rice away before lunch.</w:t>
      </w:r>
      <w:r>
        <w:rPr>
          <w:rFonts w:ascii="Times New Roman" w:hAnsi="Times New Roman" w:eastAsia="Times New Roman" w:cs="Times New Roman"/>
          <w:color w:val="000000"/>
          <w:sz w:val="24"/>
        </w:rPr>
        <w:tab/>
        <w:t>D. Less rice went into the bin during the test.</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23. </w:t>
      </w:r>
      <w:r>
        <w:rPr>
          <w:rFonts w:ascii="Times New Roman" w:hAnsi="Times New Roman" w:eastAsia="Times New Roman" w:cs="Times New Roman"/>
          <w:color w:val="000000"/>
          <w:sz w:val="24"/>
        </w:rPr>
        <w:t>In which paragraph does Duy suggest a change?</w:t>
      </w:r>
    </w:p>
    <w:p>
      <w:pPr>
        <w:keepNext w:val="0"/>
        <w:keepLines/>
        <w:widowControl/>
        <w:tabs>
          <w:tab w:pos="2847" w:val="left"/>
          <w:tab w:pos="5411" w:val="left"/>
          <w:tab w:pos="7975" w:val="left"/>
        </w:tabs>
        <w:spacing w:before="0" w:after="0" w:line="240" w:lineRule="auto"/>
        <w:ind w:firstLine="0" w:left="283"/>
        <w:jc w:val="left"/>
      </w:pPr>
      <w:r>
        <w:rPr>
          <w:rFonts w:ascii="Times New Roman" w:hAnsi="Times New Roman" w:eastAsia="Times New Roman" w:cs="Times New Roman"/>
          <w:color w:val="000000"/>
          <w:sz w:val="24"/>
        </w:rPr>
        <w:t>A. Paragraph 1</w:t>
      </w:r>
      <w:r>
        <w:rPr>
          <w:rFonts w:ascii="Times New Roman" w:hAnsi="Times New Roman" w:eastAsia="Times New Roman" w:cs="Times New Roman"/>
          <w:color w:val="000000"/>
          <w:sz w:val="24"/>
        </w:rPr>
        <w:tab/>
        <w:t>B. Paragraph 3</w:t>
      </w:r>
      <w:r>
        <w:rPr>
          <w:rFonts w:ascii="Times New Roman" w:hAnsi="Times New Roman" w:eastAsia="Times New Roman" w:cs="Times New Roman"/>
          <w:color w:val="000000"/>
          <w:sz w:val="24"/>
        </w:rPr>
        <w:tab/>
        <w:t>C. Paragraph 2</w:t>
      </w:r>
      <w:r>
        <w:rPr>
          <w:rFonts w:ascii="Times New Roman" w:hAnsi="Times New Roman" w:eastAsia="Times New Roman" w:cs="Times New Roman"/>
          <w:color w:val="000000"/>
          <w:sz w:val="24"/>
        </w:rPr>
        <w:tab/>
        <w:t>D. Paragraph 4</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24. </w:t>
      </w:r>
      <w:r>
        <w:rPr>
          <w:rFonts w:ascii="Times New Roman" w:hAnsi="Times New Roman" w:eastAsia="Times New Roman" w:cs="Times New Roman"/>
          <w:color w:val="000000"/>
          <w:sz w:val="24"/>
        </w:rPr>
        <w:t>In which paragraph are the results measured and displayed?</w:t>
      </w:r>
    </w:p>
    <w:p>
      <w:pPr>
        <w:keepNext w:val="0"/>
        <w:keepLines/>
        <w:widowControl/>
        <w:tabs>
          <w:tab w:pos="2847" w:val="left"/>
          <w:tab w:pos="5411" w:val="left"/>
          <w:tab w:pos="7975" w:val="left"/>
        </w:tabs>
        <w:spacing w:before="0" w:after="0" w:line="240" w:lineRule="auto"/>
        <w:ind w:firstLine="0" w:left="283"/>
        <w:jc w:val="left"/>
      </w:pPr>
      <w:r>
        <w:rPr>
          <w:rFonts w:ascii="Times New Roman" w:hAnsi="Times New Roman" w:eastAsia="Times New Roman" w:cs="Times New Roman"/>
          <w:color w:val="000000"/>
          <w:sz w:val="24"/>
        </w:rPr>
        <w:t>A. Paragraph 1</w:t>
      </w:r>
      <w:r>
        <w:rPr>
          <w:rFonts w:ascii="Times New Roman" w:hAnsi="Times New Roman" w:eastAsia="Times New Roman" w:cs="Times New Roman"/>
          <w:color w:val="000000"/>
          <w:sz w:val="24"/>
        </w:rPr>
        <w:tab/>
        <w:t>B. Paragraph 3</w:t>
      </w:r>
      <w:r>
        <w:rPr>
          <w:rFonts w:ascii="Times New Roman" w:hAnsi="Times New Roman" w:eastAsia="Times New Roman" w:cs="Times New Roman"/>
          <w:color w:val="000000"/>
          <w:sz w:val="24"/>
        </w:rPr>
        <w:tab/>
        <w:t>C. Paragraph 2</w:t>
      </w:r>
      <w:r>
        <w:rPr>
          <w:rFonts w:ascii="Times New Roman" w:hAnsi="Times New Roman" w:eastAsia="Times New Roman" w:cs="Times New Roman"/>
          <w:color w:val="000000"/>
          <w:sz w:val="24"/>
        </w:rPr>
        <w:tab/>
        <w:t>D. Paragraph 4</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25. </w:t>
      </w:r>
      <w:r>
        <w:rPr>
          <w:rFonts w:ascii="Times New Roman" w:hAnsi="Times New Roman" w:eastAsia="Times New Roman" w:cs="Times New Roman"/>
          <w:color w:val="000000"/>
          <w:sz w:val="24"/>
        </w:rPr>
        <w:t>How long did the staff first try Duy’s idea?</w:t>
      </w:r>
    </w:p>
    <w:p>
      <w:pPr>
        <w:keepNext w:val="0"/>
        <w:keepLines/>
        <w:widowControl/>
        <w:tabs>
          <w:tab w:pos="2847" w:val="left"/>
          <w:tab w:pos="5411" w:val="left"/>
          <w:tab w:pos="7975" w:val="left"/>
        </w:tabs>
        <w:spacing w:before="0" w:after="0" w:line="240" w:lineRule="auto"/>
        <w:ind w:firstLine="0" w:left="283"/>
        <w:jc w:val="left"/>
      </w:pPr>
      <w:r>
        <w:rPr>
          <w:rFonts w:ascii="Times New Roman" w:hAnsi="Times New Roman" w:eastAsia="Times New Roman" w:cs="Times New Roman"/>
          <w:color w:val="000000"/>
          <w:sz w:val="24"/>
        </w:rPr>
        <w:t>A. one day</w:t>
      </w:r>
      <w:r>
        <w:rPr>
          <w:rFonts w:ascii="Times New Roman" w:hAnsi="Times New Roman" w:eastAsia="Times New Roman" w:cs="Times New Roman"/>
          <w:color w:val="000000"/>
          <w:sz w:val="24"/>
        </w:rPr>
        <w:tab/>
        <w:t>B. two months</w:t>
      </w:r>
      <w:r>
        <w:rPr>
          <w:rFonts w:ascii="Times New Roman" w:hAnsi="Times New Roman" w:eastAsia="Times New Roman" w:cs="Times New Roman"/>
          <w:color w:val="000000"/>
          <w:sz w:val="24"/>
        </w:rPr>
        <w:tab/>
        <w:t>C. one week</w:t>
      </w:r>
      <w:r>
        <w:rPr>
          <w:rFonts w:ascii="Times New Roman" w:hAnsi="Times New Roman" w:eastAsia="Times New Roman" w:cs="Times New Roman"/>
          <w:color w:val="000000"/>
          <w:sz w:val="24"/>
        </w:rPr>
        <w:tab/>
        <w:t>D. one year</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26. </w:t>
      </w:r>
      <w:r>
        <w:rPr>
          <w:rFonts w:ascii="Times New Roman" w:hAnsi="Times New Roman" w:eastAsia="Times New Roman" w:cs="Times New Roman"/>
          <w:color w:val="000000"/>
          <w:sz w:val="24"/>
        </w:rPr>
        <w:t>What is the main message of the passage?</w:t>
      </w:r>
    </w:p>
    <w:p>
      <w:pPr>
        <w:keepNext/>
        <w:keepLines/>
        <w:widowControl/>
        <w:spacing w:before="0" w:after="0" w:line="240" w:lineRule="auto"/>
        <w:ind w:firstLine="0" w:left="283"/>
        <w:jc w:val="left"/>
      </w:pPr>
      <w:r>
        <w:rPr>
          <w:rFonts w:ascii="Times New Roman" w:hAnsi="Times New Roman" w:eastAsia="Times New Roman" w:cs="Times New Roman"/>
          <w:color w:val="000000"/>
          <w:sz w:val="24"/>
        </w:rPr>
        <w:t>A. Choosing the right portion can reduce food waste.</w:t>
      </w:r>
    </w:p>
    <w:p>
      <w:pPr>
        <w:keepNext/>
        <w:keepLines/>
        <w:widowControl/>
        <w:spacing w:before="0" w:after="0" w:line="240" w:lineRule="auto"/>
        <w:ind w:firstLine="0" w:left="283"/>
        <w:jc w:val="left"/>
      </w:pPr>
      <w:r>
        <w:rPr>
          <w:rFonts w:ascii="Times New Roman" w:hAnsi="Times New Roman" w:eastAsia="Times New Roman" w:cs="Times New Roman"/>
          <w:color w:val="000000"/>
          <w:sz w:val="24"/>
        </w:rPr>
        <w:t>B. All students must stop eating lunch at school.</w:t>
      </w:r>
    </w:p>
    <w:p>
      <w:pPr>
        <w:keepNext/>
        <w:keepLines/>
        <w:widowControl/>
        <w:spacing w:before="0" w:after="0" w:line="240" w:lineRule="auto"/>
        <w:ind w:firstLine="0" w:left="283"/>
        <w:jc w:val="left"/>
      </w:pPr>
      <w:r>
        <w:rPr>
          <w:rFonts w:ascii="Times New Roman" w:hAnsi="Times New Roman" w:eastAsia="Times New Roman" w:cs="Times New Roman"/>
          <w:color w:val="000000"/>
          <w:sz w:val="24"/>
        </w:rPr>
        <w:t>C. Bigger bowls always make less waste.</w:t>
      </w:r>
    </w:p>
    <w:p>
      <w:pPr>
        <w:keepNext w:val="0"/>
        <w:keepLines/>
        <w:widowControl/>
        <w:spacing w:before="0" w:after="0" w:line="240" w:lineRule="auto"/>
        <w:ind w:firstLine="0" w:left="283"/>
        <w:jc w:val="left"/>
      </w:pPr>
      <w:r>
        <w:rPr>
          <w:rFonts w:ascii="Times New Roman" w:hAnsi="Times New Roman" w:eastAsia="Times New Roman" w:cs="Times New Roman"/>
          <w:color w:val="000000"/>
          <w:sz w:val="24"/>
        </w:rPr>
        <w:t>D. The school wants to buy more food bins only.</w:t>
      </w:r>
    </w:p>
    <w:p>
      <w:r>
        <w:br w:type="page"/>
      </w:r>
    </w:p>
    <w:p>
      <w:pPr>
        <w:keepNext/>
        <w:keepLines/>
        <w:widowControl/>
        <w:spacing w:before="140" w:after="0" w:line="240" w:lineRule="auto"/>
        <w:ind w:firstLine="0"/>
        <w:jc w:val="both"/>
      </w:pPr>
      <w:r>
        <w:rPr>
          <w:rFonts w:ascii="Times New Roman" w:hAnsi="Times New Roman" w:eastAsia="Times New Roman" w:cs="Times New Roman"/>
          <w:b/>
          <w:i/>
          <w:color w:val="000000"/>
          <w:sz w:val="24"/>
        </w:rPr>
        <w:t>Read the following advertisement and choose the best option A, B, C or D for each blank from 27 to 32.</w:t>
      </w:r>
    </w:p>
    <w:p>
      <w:pPr>
        <w:keepNext/>
        <w:keepLines/>
        <w:widowControl/>
        <w:spacing w:before="0" w:after="0" w:line="240" w:lineRule="auto"/>
        <w:ind w:firstLine="0"/>
        <w:jc w:val="center"/>
      </w:pPr>
      <w:r>
        <w:rPr>
          <w:rFonts w:ascii="Times New Roman" w:hAnsi="Times New Roman" w:eastAsia="Times New Roman" w:cs="Times New Roman"/>
          <w:b/>
          <w:color w:val="000000"/>
          <w:sz w:val="24"/>
        </w:rPr>
        <w:t>OPEN MIC FOR BEGINNERS</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Do you want to sing in front of a friendly audience? Our open-mic evening gives new (27) _____ a chance to perform. You can sing alone or with a partner.</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We would like (28) _____ your name and song title before Thursday. Our teacher will help you (29) _____ the microphone. You do not need to bring any sound equipment.</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The show starts at six, (30) _____ performers should arrive at five thirty. All songs must be suitable for families. Please come and give our young singers a warm (31) _____. We think you (32) _____ enjoy the evening!</w:t>
      </w:r>
    </w:p>
    <w:p>
      <w:pPr>
        <w:keepNext w:val="0"/>
        <w:keepLines/>
        <w:widowControl/>
        <w:tabs>
          <w:tab w:pos="1389" w:val="left"/>
          <w:tab w:pos="3657" w:val="left"/>
          <w:tab w:pos="5924" w:val="left"/>
          <w:tab w:pos="8192" w:val="left"/>
        </w:tabs>
        <w:spacing w:before="0" w:after="0" w:line="240" w:lineRule="auto"/>
        <w:ind w:firstLine="0"/>
        <w:jc w:val="left"/>
      </w:pPr>
      <w:r>
        <w:rPr>
          <w:rFonts w:ascii="Times New Roman" w:hAnsi="Times New Roman" w:eastAsia="Times New Roman" w:cs="Times New Roman"/>
          <w:b/>
          <w:color w:val="000000"/>
          <w:sz w:val="24"/>
        </w:rPr>
        <w:t>Question 27.</w:t>
      </w:r>
      <w:r>
        <w:rPr>
          <w:rFonts w:ascii="Times New Roman" w:hAnsi="Times New Roman" w:eastAsia="Times New Roman" w:cs="Times New Roman"/>
          <w:color w:val="000000"/>
          <w:sz w:val="24"/>
        </w:rPr>
        <w:tab/>
        <w:t>A. sing</w:t>
      </w:r>
      <w:r>
        <w:rPr>
          <w:rFonts w:ascii="Times New Roman" w:hAnsi="Times New Roman" w:eastAsia="Times New Roman" w:cs="Times New Roman"/>
          <w:color w:val="000000"/>
          <w:sz w:val="24"/>
        </w:rPr>
        <w:tab/>
        <w:t>B. singers</w:t>
      </w:r>
      <w:r>
        <w:rPr>
          <w:rFonts w:ascii="Times New Roman" w:hAnsi="Times New Roman" w:eastAsia="Times New Roman" w:cs="Times New Roman"/>
          <w:color w:val="000000"/>
          <w:sz w:val="24"/>
        </w:rPr>
        <w:tab/>
        <w:t>C. singing</w:t>
      </w:r>
      <w:r>
        <w:rPr>
          <w:rFonts w:ascii="Times New Roman" w:hAnsi="Times New Roman" w:eastAsia="Times New Roman" w:cs="Times New Roman"/>
          <w:color w:val="000000"/>
          <w:sz w:val="24"/>
        </w:rPr>
        <w:tab/>
        <w:t>D. sings</w:t>
      </w:r>
    </w:p>
    <w:p>
      <w:pPr>
        <w:keepNext w:val="0"/>
        <w:keepLines/>
        <w:widowControl/>
        <w:tabs>
          <w:tab w:pos="1389" w:val="left"/>
          <w:tab w:pos="3657" w:val="left"/>
          <w:tab w:pos="5924" w:val="left"/>
          <w:tab w:pos="8192" w:val="left"/>
        </w:tabs>
        <w:spacing w:before="0" w:after="0" w:line="240" w:lineRule="auto"/>
        <w:ind w:firstLine="0"/>
        <w:jc w:val="left"/>
      </w:pPr>
      <w:r>
        <w:rPr>
          <w:rFonts w:ascii="Times New Roman" w:hAnsi="Times New Roman" w:eastAsia="Times New Roman" w:cs="Times New Roman"/>
          <w:b/>
          <w:color w:val="000000"/>
          <w:sz w:val="24"/>
        </w:rPr>
        <w:t>Question 28.</w:t>
      </w:r>
      <w:r>
        <w:rPr>
          <w:rFonts w:ascii="Times New Roman" w:hAnsi="Times New Roman" w:eastAsia="Times New Roman" w:cs="Times New Roman"/>
          <w:color w:val="000000"/>
          <w:sz w:val="24"/>
        </w:rPr>
        <w:tab/>
        <w:t>A. knowing</w:t>
      </w:r>
      <w:r>
        <w:rPr>
          <w:rFonts w:ascii="Times New Roman" w:hAnsi="Times New Roman" w:eastAsia="Times New Roman" w:cs="Times New Roman"/>
          <w:color w:val="000000"/>
          <w:sz w:val="24"/>
        </w:rPr>
        <w:tab/>
        <w:t>B. knew</w:t>
      </w:r>
      <w:r>
        <w:rPr>
          <w:rFonts w:ascii="Times New Roman" w:hAnsi="Times New Roman" w:eastAsia="Times New Roman" w:cs="Times New Roman"/>
          <w:color w:val="000000"/>
          <w:sz w:val="24"/>
        </w:rPr>
        <w:tab/>
        <w:t>C. to know</w:t>
      </w:r>
      <w:r>
        <w:rPr>
          <w:rFonts w:ascii="Times New Roman" w:hAnsi="Times New Roman" w:eastAsia="Times New Roman" w:cs="Times New Roman"/>
          <w:color w:val="000000"/>
          <w:sz w:val="24"/>
        </w:rPr>
        <w:tab/>
        <w:t>D. knows</w:t>
      </w:r>
    </w:p>
    <w:p>
      <w:pPr>
        <w:keepNext w:val="0"/>
        <w:keepLines/>
        <w:widowControl/>
        <w:tabs>
          <w:tab w:pos="1389" w:val="left"/>
          <w:tab w:pos="3657" w:val="left"/>
          <w:tab w:pos="5924" w:val="left"/>
          <w:tab w:pos="8192" w:val="left"/>
        </w:tabs>
        <w:spacing w:before="0" w:after="0" w:line="240" w:lineRule="auto"/>
        <w:ind w:firstLine="0"/>
        <w:jc w:val="left"/>
      </w:pPr>
      <w:r>
        <w:rPr>
          <w:rFonts w:ascii="Times New Roman" w:hAnsi="Times New Roman" w:eastAsia="Times New Roman" w:cs="Times New Roman"/>
          <w:b/>
          <w:color w:val="000000"/>
          <w:sz w:val="24"/>
        </w:rPr>
        <w:t>Question 29.</w:t>
      </w:r>
      <w:r>
        <w:rPr>
          <w:rFonts w:ascii="Times New Roman" w:hAnsi="Times New Roman" w:eastAsia="Times New Roman" w:cs="Times New Roman"/>
          <w:color w:val="000000"/>
          <w:sz w:val="24"/>
        </w:rPr>
        <w:tab/>
        <w:t>A. using</w:t>
      </w:r>
      <w:r>
        <w:rPr>
          <w:rFonts w:ascii="Times New Roman" w:hAnsi="Times New Roman" w:eastAsia="Times New Roman" w:cs="Times New Roman"/>
          <w:color w:val="000000"/>
          <w:sz w:val="24"/>
        </w:rPr>
        <w:tab/>
        <w:t>B. used</w:t>
      </w:r>
      <w:r>
        <w:rPr>
          <w:rFonts w:ascii="Times New Roman" w:hAnsi="Times New Roman" w:eastAsia="Times New Roman" w:cs="Times New Roman"/>
          <w:color w:val="000000"/>
          <w:sz w:val="24"/>
        </w:rPr>
        <w:tab/>
        <w:t>C. uses</w:t>
      </w:r>
      <w:r>
        <w:rPr>
          <w:rFonts w:ascii="Times New Roman" w:hAnsi="Times New Roman" w:eastAsia="Times New Roman" w:cs="Times New Roman"/>
          <w:color w:val="000000"/>
          <w:sz w:val="24"/>
        </w:rPr>
        <w:tab/>
        <w:t>D. use</w:t>
      </w:r>
    </w:p>
    <w:p>
      <w:pPr>
        <w:keepNext w:val="0"/>
        <w:keepLines/>
        <w:widowControl/>
        <w:tabs>
          <w:tab w:pos="1389" w:val="left"/>
          <w:tab w:pos="3657" w:val="left"/>
          <w:tab w:pos="5924" w:val="left"/>
          <w:tab w:pos="8192" w:val="left"/>
        </w:tabs>
        <w:spacing w:before="0" w:after="0" w:line="240" w:lineRule="auto"/>
        <w:ind w:firstLine="0"/>
        <w:jc w:val="left"/>
      </w:pPr>
      <w:r>
        <w:rPr>
          <w:rFonts w:ascii="Times New Roman" w:hAnsi="Times New Roman" w:eastAsia="Times New Roman" w:cs="Times New Roman"/>
          <w:b/>
          <w:color w:val="000000"/>
          <w:sz w:val="24"/>
        </w:rPr>
        <w:t>Question 30.</w:t>
      </w:r>
      <w:r>
        <w:rPr>
          <w:rFonts w:ascii="Times New Roman" w:hAnsi="Times New Roman" w:eastAsia="Times New Roman" w:cs="Times New Roman"/>
          <w:color w:val="000000"/>
          <w:sz w:val="24"/>
        </w:rPr>
        <w:tab/>
        <w:t>A. but</w:t>
      </w:r>
      <w:r>
        <w:rPr>
          <w:rFonts w:ascii="Times New Roman" w:hAnsi="Times New Roman" w:eastAsia="Times New Roman" w:cs="Times New Roman"/>
          <w:color w:val="000000"/>
          <w:sz w:val="24"/>
        </w:rPr>
        <w:tab/>
        <w:t>B. so</w:t>
      </w:r>
      <w:r>
        <w:rPr>
          <w:rFonts w:ascii="Times New Roman" w:hAnsi="Times New Roman" w:eastAsia="Times New Roman" w:cs="Times New Roman"/>
          <w:color w:val="000000"/>
          <w:sz w:val="24"/>
        </w:rPr>
        <w:tab/>
        <w:t>C. or</w:t>
      </w:r>
      <w:r>
        <w:rPr>
          <w:rFonts w:ascii="Times New Roman" w:hAnsi="Times New Roman" w:eastAsia="Times New Roman" w:cs="Times New Roman"/>
          <w:color w:val="000000"/>
          <w:sz w:val="24"/>
        </w:rPr>
        <w:tab/>
        <w:t>D. although</w:t>
      </w:r>
    </w:p>
    <w:p>
      <w:pPr>
        <w:keepNext w:val="0"/>
        <w:keepLines/>
        <w:widowControl/>
        <w:tabs>
          <w:tab w:pos="1389" w:val="left"/>
          <w:tab w:pos="3657" w:val="left"/>
          <w:tab w:pos="5924" w:val="left"/>
          <w:tab w:pos="8192" w:val="left"/>
        </w:tabs>
        <w:spacing w:before="0" w:after="0" w:line="240" w:lineRule="auto"/>
        <w:ind w:firstLine="0"/>
        <w:jc w:val="left"/>
      </w:pPr>
      <w:r>
        <w:rPr>
          <w:rFonts w:ascii="Times New Roman" w:hAnsi="Times New Roman" w:eastAsia="Times New Roman" w:cs="Times New Roman"/>
          <w:b/>
          <w:color w:val="000000"/>
          <w:sz w:val="24"/>
        </w:rPr>
        <w:t>Question 31.</w:t>
      </w:r>
      <w:r>
        <w:rPr>
          <w:rFonts w:ascii="Times New Roman" w:hAnsi="Times New Roman" w:eastAsia="Times New Roman" w:cs="Times New Roman"/>
          <w:color w:val="000000"/>
          <w:sz w:val="24"/>
        </w:rPr>
        <w:tab/>
        <w:t>A. laundry</w:t>
      </w:r>
      <w:r>
        <w:rPr>
          <w:rFonts w:ascii="Times New Roman" w:hAnsi="Times New Roman" w:eastAsia="Times New Roman" w:cs="Times New Roman"/>
          <w:color w:val="000000"/>
          <w:sz w:val="24"/>
        </w:rPr>
        <w:tab/>
        <w:t>B. rubbish</w:t>
      </w:r>
      <w:r>
        <w:rPr>
          <w:rFonts w:ascii="Times New Roman" w:hAnsi="Times New Roman" w:eastAsia="Times New Roman" w:cs="Times New Roman"/>
          <w:color w:val="000000"/>
          <w:sz w:val="24"/>
        </w:rPr>
        <w:tab/>
        <w:t>C. welcome</w:t>
      </w:r>
      <w:r>
        <w:rPr>
          <w:rFonts w:ascii="Times New Roman" w:hAnsi="Times New Roman" w:eastAsia="Times New Roman" w:cs="Times New Roman"/>
          <w:color w:val="000000"/>
          <w:sz w:val="24"/>
        </w:rPr>
        <w:tab/>
        <w:t>D. homework</w:t>
      </w:r>
    </w:p>
    <w:p>
      <w:pPr>
        <w:keepNext w:val="0"/>
        <w:keepLines/>
        <w:widowControl/>
        <w:tabs>
          <w:tab w:pos="1389" w:val="left"/>
          <w:tab w:pos="3657" w:val="left"/>
          <w:tab w:pos="5924" w:val="left"/>
          <w:tab w:pos="8192" w:val="left"/>
        </w:tabs>
        <w:spacing w:before="0" w:after="0" w:line="240" w:lineRule="auto"/>
        <w:ind w:firstLine="0"/>
        <w:jc w:val="left"/>
      </w:pPr>
      <w:r>
        <w:rPr>
          <w:rFonts w:ascii="Times New Roman" w:hAnsi="Times New Roman" w:eastAsia="Times New Roman" w:cs="Times New Roman"/>
          <w:b/>
          <w:color w:val="000000"/>
          <w:sz w:val="24"/>
        </w:rPr>
        <w:t>Question 32.</w:t>
      </w:r>
      <w:r>
        <w:rPr>
          <w:rFonts w:ascii="Times New Roman" w:hAnsi="Times New Roman" w:eastAsia="Times New Roman" w:cs="Times New Roman"/>
          <w:color w:val="000000"/>
          <w:sz w:val="24"/>
        </w:rPr>
        <w:tab/>
        <w:t>A. are</w:t>
      </w:r>
      <w:r>
        <w:rPr>
          <w:rFonts w:ascii="Times New Roman" w:hAnsi="Times New Roman" w:eastAsia="Times New Roman" w:cs="Times New Roman"/>
          <w:color w:val="000000"/>
          <w:sz w:val="24"/>
        </w:rPr>
        <w:tab/>
        <w:t>B. will</w:t>
      </w:r>
      <w:r>
        <w:rPr>
          <w:rFonts w:ascii="Times New Roman" w:hAnsi="Times New Roman" w:eastAsia="Times New Roman" w:cs="Times New Roman"/>
          <w:color w:val="000000"/>
          <w:sz w:val="24"/>
        </w:rPr>
        <w:tab/>
        <w:t>C. did</w:t>
      </w:r>
      <w:r>
        <w:rPr>
          <w:rFonts w:ascii="Times New Roman" w:hAnsi="Times New Roman" w:eastAsia="Times New Roman" w:cs="Times New Roman"/>
          <w:color w:val="000000"/>
          <w:sz w:val="24"/>
        </w:rPr>
        <w:tab/>
        <w:t>D. have</w:t>
      </w:r>
    </w:p>
    <w:p>
      <w:pPr>
        <w:keepNext/>
        <w:keepLines/>
        <w:widowControl/>
        <w:spacing w:before="140" w:after="0" w:line="240" w:lineRule="auto"/>
        <w:ind w:firstLine="0"/>
        <w:jc w:val="both"/>
      </w:pPr>
      <w:r>
        <w:rPr>
          <w:rFonts w:ascii="Times New Roman" w:hAnsi="Times New Roman" w:eastAsia="Times New Roman" w:cs="Times New Roman"/>
          <w:b/>
          <w:i/>
          <w:color w:val="000000"/>
          <w:sz w:val="24"/>
        </w:rPr>
        <w:t>Read the passage and choose the best answer A, B, C or D for each question from 33 to 40.</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Minh’s family is painting his bedroom this weekend. They usually do small home projects together. His father has already bought the paint. His mother has made a list of the jobs, and Minh is ready to help.</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Before they begin, they move the furniture away from the walls. The desk is heavy, so Minh and his father carry it together. His sister covers the floor with old newspapers. Their mother checks that the windows are open.</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 xml:space="preserve">Minh wants to paint a whole wall by himself, but his father gives him a small brush first. </w:t>
      </w:r>
      <w:r>
        <w:rPr>
          <w:rFonts w:ascii="Times New Roman" w:hAnsi="Times New Roman" w:eastAsia="Times New Roman" w:cs="Times New Roman"/>
          <w:color w:val="000000"/>
          <w:sz w:val="24"/>
          <w:u w:val="single"/>
        </w:rPr>
        <w:t>He lets Minh practise on a small area before painting more.</w:t>
      </w:r>
      <w:r>
        <w:rPr>
          <w:rFonts w:ascii="Times New Roman" w:hAnsi="Times New Roman" w:eastAsia="Times New Roman" w:cs="Times New Roman"/>
          <w:color w:val="000000"/>
          <w:sz w:val="24"/>
        </w:rPr>
        <w:t xml:space="preserve"> Minh listens and works slowly.</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At the end of the day, the family cleans the brushes and puts the furniture back. Minh is tired but happy. He says that doing a project together is more fun than watching someone else work. His sister wants to help paint her room next time.</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33. </w:t>
      </w:r>
      <w:r>
        <w:rPr>
          <w:rFonts w:ascii="Times New Roman" w:hAnsi="Times New Roman" w:eastAsia="Times New Roman" w:cs="Times New Roman"/>
          <w:color w:val="000000"/>
          <w:sz w:val="24"/>
        </w:rPr>
        <w:t>What does paragraph 1 mainly introduce?</w:t>
      </w:r>
    </w:p>
    <w:p>
      <w:pPr>
        <w:keepNext/>
        <w:keepLines/>
        <w:widowControl/>
        <w:tabs>
          <w:tab w:pos="5411" w:val="left"/>
        </w:tabs>
        <w:spacing w:before="0" w:after="0" w:line="240" w:lineRule="auto"/>
        <w:ind w:firstLine="0" w:left="283"/>
        <w:jc w:val="left"/>
      </w:pPr>
      <w:r>
        <w:rPr>
          <w:rFonts w:ascii="Times New Roman" w:hAnsi="Times New Roman" w:eastAsia="Times New Roman" w:cs="Times New Roman"/>
          <w:color w:val="000000"/>
          <w:sz w:val="24"/>
        </w:rPr>
        <w:t>A. a family’s plan to paint a bedroom</w:t>
      </w:r>
      <w:r>
        <w:rPr>
          <w:rFonts w:ascii="Times New Roman" w:hAnsi="Times New Roman" w:eastAsia="Times New Roman" w:cs="Times New Roman"/>
          <w:color w:val="000000"/>
          <w:sz w:val="24"/>
        </w:rPr>
        <w:tab/>
        <w:t>B. how Minh buys a new house</w:t>
      </w:r>
    </w:p>
    <w:p>
      <w:pPr>
        <w:keepNext w:val="0"/>
        <w:keepLines/>
        <w:widowControl/>
        <w:tabs>
          <w:tab w:pos="5411" w:val="left"/>
        </w:tabs>
        <w:spacing w:before="0" w:after="0" w:line="240" w:lineRule="auto"/>
        <w:ind w:firstLine="0" w:left="283"/>
        <w:jc w:val="left"/>
      </w:pPr>
      <w:r>
        <w:rPr>
          <w:rFonts w:ascii="Times New Roman" w:hAnsi="Times New Roman" w:eastAsia="Times New Roman" w:cs="Times New Roman"/>
          <w:color w:val="000000"/>
          <w:sz w:val="24"/>
        </w:rPr>
        <w:t>C. why Minh wants to leave his family</w:t>
      </w:r>
      <w:r>
        <w:rPr>
          <w:rFonts w:ascii="Times New Roman" w:hAnsi="Times New Roman" w:eastAsia="Times New Roman" w:cs="Times New Roman"/>
          <w:color w:val="000000"/>
          <w:sz w:val="24"/>
        </w:rPr>
        <w:tab/>
        <w:t>D. a school project about newspaper printing</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34. </w:t>
      </w:r>
      <w:r>
        <w:rPr>
          <w:rFonts w:ascii="Times New Roman" w:hAnsi="Times New Roman" w:eastAsia="Times New Roman" w:cs="Times New Roman"/>
          <w:color w:val="000000"/>
          <w:sz w:val="24"/>
        </w:rPr>
        <w:t xml:space="preserve">The word </w:t>
      </w:r>
      <w:r>
        <w:rPr>
          <w:rFonts w:ascii="Times New Roman" w:hAnsi="Times New Roman" w:eastAsia="Times New Roman" w:cs="Times New Roman"/>
          <w:b/>
          <w:color w:val="000000"/>
          <w:sz w:val="24"/>
        </w:rPr>
        <w:t>it</w:t>
      </w:r>
      <w:r>
        <w:rPr>
          <w:rFonts w:ascii="Times New Roman" w:hAnsi="Times New Roman" w:eastAsia="Times New Roman" w:cs="Times New Roman"/>
          <w:color w:val="000000"/>
          <w:sz w:val="24"/>
        </w:rPr>
        <w:t xml:space="preserve"> in paragraph 2 refers to _____.</w:t>
      </w:r>
    </w:p>
    <w:p>
      <w:pPr>
        <w:keepNext w:val="0"/>
        <w:keepLines/>
        <w:widowControl/>
        <w:tabs>
          <w:tab w:pos="2847" w:val="left"/>
          <w:tab w:pos="5411" w:val="left"/>
          <w:tab w:pos="7975" w:val="left"/>
        </w:tabs>
        <w:spacing w:before="0" w:after="0" w:line="240" w:lineRule="auto"/>
        <w:ind w:firstLine="0" w:left="283"/>
        <w:jc w:val="left"/>
      </w:pPr>
      <w:r>
        <w:rPr>
          <w:rFonts w:ascii="Times New Roman" w:hAnsi="Times New Roman" w:eastAsia="Times New Roman" w:cs="Times New Roman"/>
          <w:color w:val="000000"/>
          <w:sz w:val="24"/>
        </w:rPr>
        <w:t>A. the desk</w:t>
      </w:r>
      <w:r>
        <w:rPr>
          <w:rFonts w:ascii="Times New Roman" w:hAnsi="Times New Roman" w:eastAsia="Times New Roman" w:cs="Times New Roman"/>
          <w:color w:val="000000"/>
          <w:sz w:val="24"/>
        </w:rPr>
        <w:tab/>
        <w:t>B. the paint</w:t>
      </w:r>
      <w:r>
        <w:rPr>
          <w:rFonts w:ascii="Times New Roman" w:hAnsi="Times New Roman" w:eastAsia="Times New Roman" w:cs="Times New Roman"/>
          <w:color w:val="000000"/>
          <w:sz w:val="24"/>
        </w:rPr>
        <w:tab/>
        <w:t>C. the floor</w:t>
      </w:r>
      <w:r>
        <w:rPr>
          <w:rFonts w:ascii="Times New Roman" w:hAnsi="Times New Roman" w:eastAsia="Times New Roman" w:cs="Times New Roman"/>
          <w:color w:val="000000"/>
          <w:sz w:val="24"/>
        </w:rPr>
        <w:tab/>
        <w:t>D. the list</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35. </w:t>
      </w:r>
      <w:r>
        <w:rPr>
          <w:rFonts w:ascii="Times New Roman" w:hAnsi="Times New Roman" w:eastAsia="Times New Roman" w:cs="Times New Roman"/>
          <w:color w:val="000000"/>
          <w:sz w:val="24"/>
        </w:rPr>
        <w:t>Which sentence best paraphrases the underlined sentence in paragraph 3?</w:t>
      </w:r>
    </w:p>
    <w:p>
      <w:pPr>
        <w:keepNext/>
        <w:keepLines/>
        <w:widowControl/>
        <w:tabs>
          <w:tab w:pos="5411" w:val="left"/>
        </w:tabs>
        <w:spacing w:before="0" w:after="0" w:line="240" w:lineRule="auto"/>
        <w:ind w:firstLine="0" w:left="283"/>
        <w:jc w:val="left"/>
      </w:pPr>
      <w:r>
        <w:rPr>
          <w:rFonts w:ascii="Times New Roman" w:hAnsi="Times New Roman" w:eastAsia="Times New Roman" w:cs="Times New Roman"/>
          <w:color w:val="000000"/>
          <w:sz w:val="24"/>
        </w:rPr>
        <w:t>A. Minh’s father forbids him to paint anything.</w:t>
      </w:r>
      <w:r>
        <w:rPr>
          <w:rFonts w:ascii="Times New Roman" w:hAnsi="Times New Roman" w:eastAsia="Times New Roman" w:cs="Times New Roman"/>
          <w:color w:val="000000"/>
          <w:sz w:val="24"/>
        </w:rPr>
        <w:tab/>
        <w:t>B. Minh tries a little painting before a larger part.</w:t>
      </w:r>
    </w:p>
    <w:p>
      <w:pPr>
        <w:keepNext w:val="0"/>
        <w:keepLines/>
        <w:widowControl/>
        <w:tabs>
          <w:tab w:pos="5411" w:val="left"/>
        </w:tabs>
        <w:spacing w:before="0" w:after="0" w:line="240" w:lineRule="auto"/>
        <w:ind w:firstLine="0" w:left="283"/>
        <w:jc w:val="left"/>
      </w:pPr>
      <w:r>
        <w:rPr>
          <w:rFonts w:ascii="Times New Roman" w:hAnsi="Times New Roman" w:eastAsia="Times New Roman" w:cs="Times New Roman"/>
          <w:color w:val="000000"/>
          <w:sz w:val="24"/>
        </w:rPr>
        <w:t>C. Minh paints every wall before practising.</w:t>
      </w:r>
      <w:r>
        <w:rPr>
          <w:rFonts w:ascii="Times New Roman" w:hAnsi="Times New Roman" w:eastAsia="Times New Roman" w:cs="Times New Roman"/>
          <w:color w:val="000000"/>
          <w:sz w:val="24"/>
        </w:rPr>
        <w:tab/>
        <w:t>D. Minh leaves all the work to his sister.</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36. </w:t>
      </w:r>
      <w:r>
        <w:rPr>
          <w:rFonts w:ascii="Times New Roman" w:hAnsi="Times New Roman" w:eastAsia="Times New Roman" w:cs="Times New Roman"/>
          <w:color w:val="000000"/>
          <w:sz w:val="24"/>
        </w:rPr>
        <w:t xml:space="preserve">The word </w:t>
      </w:r>
      <w:r>
        <w:rPr>
          <w:rFonts w:ascii="Times New Roman" w:hAnsi="Times New Roman" w:eastAsia="Times New Roman" w:cs="Times New Roman"/>
          <w:b/>
          <w:color w:val="000000"/>
          <w:sz w:val="24"/>
        </w:rPr>
        <w:t>heavy</w:t>
      </w:r>
      <w:r>
        <w:rPr>
          <w:rFonts w:ascii="Times New Roman" w:hAnsi="Times New Roman" w:eastAsia="Times New Roman" w:cs="Times New Roman"/>
          <w:color w:val="000000"/>
          <w:sz w:val="24"/>
        </w:rPr>
        <w:t xml:space="preserve"> in paragraph 2 is </w:t>
      </w:r>
      <w:r>
        <w:rPr>
          <w:rFonts w:ascii="Times New Roman" w:hAnsi="Times New Roman" w:eastAsia="Times New Roman" w:cs="Times New Roman"/>
          <w:b/>
          <w:color w:val="000000"/>
          <w:sz w:val="24"/>
        </w:rPr>
        <w:t>OPPOSITE</w:t>
      </w:r>
      <w:r>
        <w:rPr>
          <w:rFonts w:ascii="Times New Roman" w:hAnsi="Times New Roman" w:eastAsia="Times New Roman" w:cs="Times New Roman"/>
          <w:color w:val="000000"/>
          <w:sz w:val="24"/>
        </w:rPr>
        <w:t xml:space="preserve"> in meaning to _____.</w:t>
      </w:r>
    </w:p>
    <w:p>
      <w:pPr>
        <w:keepNext w:val="0"/>
        <w:keepLines/>
        <w:widowControl/>
        <w:tabs>
          <w:tab w:pos="2847" w:val="left"/>
          <w:tab w:pos="5411" w:val="left"/>
          <w:tab w:pos="7975" w:val="left"/>
        </w:tabs>
        <w:spacing w:before="0" w:after="0" w:line="240" w:lineRule="auto"/>
        <w:ind w:firstLine="0" w:left="283"/>
        <w:jc w:val="left"/>
      </w:pPr>
      <w:r>
        <w:rPr>
          <w:rFonts w:ascii="Times New Roman" w:hAnsi="Times New Roman" w:eastAsia="Times New Roman" w:cs="Times New Roman"/>
          <w:color w:val="000000"/>
          <w:sz w:val="24"/>
        </w:rPr>
        <w:t>A. large</w:t>
      </w:r>
      <w:r>
        <w:rPr>
          <w:rFonts w:ascii="Times New Roman" w:hAnsi="Times New Roman" w:eastAsia="Times New Roman" w:cs="Times New Roman"/>
          <w:color w:val="000000"/>
          <w:sz w:val="24"/>
        </w:rPr>
        <w:tab/>
        <w:t>B. old</w:t>
      </w:r>
      <w:r>
        <w:rPr>
          <w:rFonts w:ascii="Times New Roman" w:hAnsi="Times New Roman" w:eastAsia="Times New Roman" w:cs="Times New Roman"/>
          <w:color w:val="000000"/>
          <w:sz w:val="24"/>
        </w:rPr>
        <w:tab/>
        <w:t>C. soft</w:t>
      </w:r>
      <w:r>
        <w:rPr>
          <w:rFonts w:ascii="Times New Roman" w:hAnsi="Times New Roman" w:eastAsia="Times New Roman" w:cs="Times New Roman"/>
          <w:color w:val="000000"/>
          <w:sz w:val="24"/>
        </w:rPr>
        <w:tab/>
        <w:t>D. light</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37. </w:t>
      </w:r>
      <w:r>
        <w:rPr>
          <w:rFonts w:ascii="Times New Roman" w:hAnsi="Times New Roman" w:eastAsia="Times New Roman" w:cs="Times New Roman"/>
          <w:color w:val="000000"/>
          <w:sz w:val="24"/>
        </w:rPr>
        <w:t xml:space="preserve">The word </w:t>
      </w:r>
      <w:r>
        <w:rPr>
          <w:rFonts w:ascii="Times New Roman" w:hAnsi="Times New Roman" w:eastAsia="Times New Roman" w:cs="Times New Roman"/>
          <w:b/>
          <w:color w:val="000000"/>
          <w:sz w:val="24"/>
        </w:rPr>
        <w:t>usually</w:t>
      </w:r>
      <w:r>
        <w:rPr>
          <w:rFonts w:ascii="Times New Roman" w:hAnsi="Times New Roman" w:eastAsia="Times New Roman" w:cs="Times New Roman"/>
          <w:color w:val="000000"/>
          <w:sz w:val="24"/>
        </w:rPr>
        <w:t xml:space="preserve"> in paragraph 1 is </w:t>
      </w:r>
      <w:r>
        <w:rPr>
          <w:rFonts w:ascii="Times New Roman" w:hAnsi="Times New Roman" w:eastAsia="Times New Roman" w:cs="Times New Roman"/>
          <w:b/>
          <w:color w:val="000000"/>
          <w:sz w:val="24"/>
        </w:rPr>
        <w:t>CLOSEST</w:t>
      </w:r>
      <w:r>
        <w:rPr>
          <w:rFonts w:ascii="Times New Roman" w:hAnsi="Times New Roman" w:eastAsia="Times New Roman" w:cs="Times New Roman"/>
          <w:color w:val="000000"/>
          <w:sz w:val="24"/>
        </w:rPr>
        <w:t xml:space="preserve"> in meaning to _____.</w:t>
      </w:r>
    </w:p>
    <w:p>
      <w:pPr>
        <w:keepNext w:val="0"/>
        <w:keepLines/>
        <w:widowControl/>
        <w:tabs>
          <w:tab w:pos="2847" w:val="left"/>
          <w:tab w:pos="5411" w:val="left"/>
          <w:tab w:pos="7975" w:val="left"/>
        </w:tabs>
        <w:spacing w:before="0" w:after="0" w:line="240" w:lineRule="auto"/>
        <w:ind w:firstLine="0" w:left="283"/>
        <w:jc w:val="left"/>
      </w:pPr>
      <w:r>
        <w:rPr>
          <w:rFonts w:ascii="Times New Roman" w:hAnsi="Times New Roman" w:eastAsia="Times New Roman" w:cs="Times New Roman"/>
          <w:color w:val="000000"/>
          <w:sz w:val="24"/>
        </w:rPr>
        <w:t>A. most of the time</w:t>
      </w:r>
      <w:r>
        <w:rPr>
          <w:rFonts w:ascii="Times New Roman" w:hAnsi="Times New Roman" w:eastAsia="Times New Roman" w:cs="Times New Roman"/>
          <w:color w:val="000000"/>
          <w:sz w:val="24"/>
        </w:rPr>
        <w:tab/>
        <w:t>B. only once</w:t>
      </w:r>
      <w:r>
        <w:rPr>
          <w:rFonts w:ascii="Times New Roman" w:hAnsi="Times New Roman" w:eastAsia="Times New Roman" w:cs="Times New Roman"/>
          <w:color w:val="000000"/>
          <w:sz w:val="24"/>
        </w:rPr>
        <w:tab/>
        <w:t>C. never again</w:t>
      </w:r>
      <w:r>
        <w:rPr>
          <w:rFonts w:ascii="Times New Roman" w:hAnsi="Times New Roman" w:eastAsia="Times New Roman" w:cs="Times New Roman"/>
          <w:color w:val="000000"/>
          <w:sz w:val="24"/>
        </w:rPr>
        <w:tab/>
        <w:t>D. right now</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38. </w:t>
      </w:r>
      <w:r>
        <w:rPr>
          <w:rFonts w:ascii="Times New Roman" w:hAnsi="Times New Roman" w:eastAsia="Times New Roman" w:cs="Times New Roman"/>
          <w:color w:val="000000"/>
          <w:sz w:val="24"/>
        </w:rPr>
        <w:t xml:space="preserve">Which of the following is </w:t>
      </w:r>
      <w:r>
        <w:rPr>
          <w:rFonts w:ascii="Times New Roman" w:hAnsi="Times New Roman" w:eastAsia="Times New Roman" w:cs="Times New Roman"/>
          <w:b/>
          <w:color w:val="000000"/>
          <w:sz w:val="24"/>
        </w:rPr>
        <w:t>NOT TRUE</w:t>
      </w:r>
      <w:r>
        <w:rPr>
          <w:rFonts w:ascii="Times New Roman" w:hAnsi="Times New Roman" w:eastAsia="Times New Roman" w:cs="Times New Roman"/>
          <w:color w:val="000000"/>
          <w:sz w:val="24"/>
        </w:rPr>
        <w:t xml:space="preserve"> about the painting day?</w:t>
      </w:r>
    </w:p>
    <w:p>
      <w:pPr>
        <w:keepNext/>
        <w:keepLines/>
        <w:widowControl/>
        <w:tabs>
          <w:tab w:pos="5411" w:val="left"/>
        </w:tabs>
        <w:spacing w:before="0" w:after="0" w:line="240" w:lineRule="auto"/>
        <w:ind w:firstLine="0" w:left="283"/>
        <w:jc w:val="left"/>
      </w:pPr>
      <w:r>
        <w:rPr>
          <w:rFonts w:ascii="Times New Roman" w:hAnsi="Times New Roman" w:eastAsia="Times New Roman" w:cs="Times New Roman"/>
          <w:color w:val="000000"/>
          <w:sz w:val="24"/>
        </w:rPr>
        <w:t>A. Minh’s father has bought paint.</w:t>
      </w:r>
      <w:r>
        <w:rPr>
          <w:rFonts w:ascii="Times New Roman" w:hAnsi="Times New Roman" w:eastAsia="Times New Roman" w:cs="Times New Roman"/>
          <w:color w:val="000000"/>
          <w:sz w:val="24"/>
        </w:rPr>
        <w:tab/>
        <w:t>B. Old newspapers protect the floor.</w:t>
      </w:r>
    </w:p>
    <w:p>
      <w:pPr>
        <w:keepNext w:val="0"/>
        <w:keepLines/>
        <w:widowControl/>
        <w:tabs>
          <w:tab w:pos="5411" w:val="left"/>
        </w:tabs>
        <w:spacing w:before="0" w:after="0" w:line="240" w:lineRule="auto"/>
        <w:ind w:firstLine="0" w:left="283"/>
        <w:jc w:val="left"/>
      </w:pPr>
      <w:r>
        <w:rPr>
          <w:rFonts w:ascii="Times New Roman" w:hAnsi="Times New Roman" w:eastAsia="Times New Roman" w:cs="Times New Roman"/>
          <w:color w:val="000000"/>
          <w:sz w:val="24"/>
        </w:rPr>
        <w:t>C. Minh’s sister carries the desk alone.</w:t>
      </w:r>
      <w:r>
        <w:rPr>
          <w:rFonts w:ascii="Times New Roman" w:hAnsi="Times New Roman" w:eastAsia="Times New Roman" w:cs="Times New Roman"/>
          <w:color w:val="000000"/>
          <w:sz w:val="24"/>
        </w:rPr>
        <w:tab/>
        <w:t>D. The family cleans the brushes afterwards.</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39. </w:t>
      </w:r>
      <w:r>
        <w:rPr>
          <w:rFonts w:ascii="Times New Roman" w:hAnsi="Times New Roman" w:eastAsia="Times New Roman" w:cs="Times New Roman"/>
          <w:color w:val="000000"/>
          <w:sz w:val="24"/>
        </w:rPr>
        <w:t>In which paragraph does Minh begin learning a new skill?</w:t>
      </w:r>
    </w:p>
    <w:p>
      <w:pPr>
        <w:keepNext w:val="0"/>
        <w:keepLines/>
        <w:widowControl/>
        <w:tabs>
          <w:tab w:pos="2847" w:val="left"/>
          <w:tab w:pos="5411" w:val="left"/>
          <w:tab w:pos="7975" w:val="left"/>
        </w:tabs>
        <w:spacing w:before="0" w:after="0" w:line="240" w:lineRule="auto"/>
        <w:ind w:firstLine="0" w:left="283"/>
        <w:jc w:val="left"/>
      </w:pPr>
      <w:r>
        <w:rPr>
          <w:rFonts w:ascii="Times New Roman" w:hAnsi="Times New Roman" w:eastAsia="Times New Roman" w:cs="Times New Roman"/>
          <w:color w:val="000000"/>
          <w:sz w:val="24"/>
        </w:rPr>
        <w:t>A. Paragraph 1</w:t>
      </w:r>
      <w:r>
        <w:rPr>
          <w:rFonts w:ascii="Times New Roman" w:hAnsi="Times New Roman" w:eastAsia="Times New Roman" w:cs="Times New Roman"/>
          <w:color w:val="000000"/>
          <w:sz w:val="24"/>
        </w:rPr>
        <w:tab/>
        <w:t>B. Paragraph 3</w:t>
      </w:r>
      <w:r>
        <w:rPr>
          <w:rFonts w:ascii="Times New Roman" w:hAnsi="Times New Roman" w:eastAsia="Times New Roman" w:cs="Times New Roman"/>
          <w:color w:val="000000"/>
          <w:sz w:val="24"/>
        </w:rPr>
        <w:tab/>
        <w:t>C. Paragraph 2</w:t>
      </w:r>
      <w:r>
        <w:rPr>
          <w:rFonts w:ascii="Times New Roman" w:hAnsi="Times New Roman" w:eastAsia="Times New Roman" w:cs="Times New Roman"/>
          <w:color w:val="000000"/>
          <w:sz w:val="24"/>
        </w:rPr>
        <w:tab/>
        <w:t>D. Paragraph 4</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40. </w:t>
      </w:r>
      <w:r>
        <w:rPr>
          <w:rFonts w:ascii="Times New Roman" w:hAnsi="Times New Roman" w:eastAsia="Times New Roman" w:cs="Times New Roman"/>
          <w:color w:val="000000"/>
          <w:sz w:val="24"/>
        </w:rPr>
        <w:t>In which paragraph does the family clean up after the project?</w:t>
      </w:r>
    </w:p>
    <w:p>
      <w:pPr>
        <w:keepNext w:val="0"/>
        <w:keepLines/>
        <w:widowControl/>
        <w:tabs>
          <w:tab w:pos="2847" w:val="left"/>
          <w:tab w:pos="5411" w:val="left"/>
          <w:tab w:pos="7975" w:val="left"/>
        </w:tabs>
        <w:spacing w:before="0" w:after="0" w:line="240" w:lineRule="auto"/>
        <w:ind w:firstLine="0" w:left="283"/>
        <w:jc w:val="left"/>
      </w:pPr>
      <w:r>
        <w:rPr>
          <w:rFonts w:ascii="Times New Roman" w:hAnsi="Times New Roman" w:eastAsia="Times New Roman" w:cs="Times New Roman"/>
          <w:color w:val="000000"/>
          <w:sz w:val="24"/>
        </w:rPr>
        <w:t>A. Paragraph 1</w:t>
      </w:r>
      <w:r>
        <w:rPr>
          <w:rFonts w:ascii="Times New Roman" w:hAnsi="Times New Roman" w:eastAsia="Times New Roman" w:cs="Times New Roman"/>
          <w:color w:val="000000"/>
          <w:sz w:val="24"/>
        </w:rPr>
        <w:tab/>
        <w:t>B. Paragraph 4</w:t>
      </w:r>
      <w:r>
        <w:rPr>
          <w:rFonts w:ascii="Times New Roman" w:hAnsi="Times New Roman" w:eastAsia="Times New Roman" w:cs="Times New Roman"/>
          <w:color w:val="000000"/>
          <w:sz w:val="24"/>
        </w:rPr>
        <w:tab/>
        <w:t>C. Paragraph 2</w:t>
      </w:r>
      <w:r>
        <w:rPr>
          <w:rFonts w:ascii="Times New Roman" w:hAnsi="Times New Roman" w:eastAsia="Times New Roman" w:cs="Times New Roman"/>
          <w:color w:val="000000"/>
          <w:sz w:val="24"/>
        </w:rPr>
        <w:tab/>
        <w:t>D. Paragraph 3</w:t>
      </w:r>
    </w:p>
    <w:p>
      <w:pPr>
        <w:keepNext/>
        <w:keepLines/>
        <w:widowControl/>
        <w:spacing w:before="60" w:after="0" w:line="240" w:lineRule="auto"/>
        <w:ind w:firstLine="0"/>
        <w:jc w:val="center"/>
      </w:pPr>
      <w:r>
        <w:rPr>
          <w:rFonts w:ascii="Times New Roman" w:hAnsi="Times New Roman" w:eastAsia="Times New Roman" w:cs="Times New Roman"/>
          <w:b/>
          <w:color w:val="000000"/>
          <w:sz w:val="24"/>
        </w:rPr>
        <w:t>THE END</w:t>
      </w:r>
    </w:p>
    <w:p>
      <w:pPr>
        <w:keepNext w:val="0"/>
        <w:keepLines/>
        <w:widowControl/>
        <w:spacing w:before="0" w:after="0" w:line="240" w:lineRule="auto"/>
        <w:ind w:firstLine="0"/>
        <w:jc w:val="left"/>
      </w:pPr>
      <w:r>
        <w:rPr>
          <w:rFonts w:ascii="Times New Roman" w:hAnsi="Times New Roman" w:eastAsia="Times New Roman" w:cs="Times New Roman"/>
          <w:color w:val="000000"/>
          <w:sz w:val="24"/>
        </w:rPr>
        <w:t>– Thí sinh không được sử dụng tài liệu.</w:t>
      </w:r>
      <w:r>
        <w:br/>
      </w:r>
      <w:r>
        <w:rPr>
          <w:rFonts w:ascii="Times New Roman" w:hAnsi="Times New Roman" w:eastAsia="Times New Roman" w:cs="Times New Roman"/>
          <w:color w:val="000000"/>
          <w:sz w:val="24"/>
        </w:rPr>
        <w:t>– Giám thị không giải thích gì thêm.</w:t>
      </w:r>
    </w:p>
    <w:sectPr w:rsidR="00FC693F" w:rsidRPr="0006063C" w:rsidSect="00034616">
      <w:footerReference w:type="default" r:id="rId9"/>
      <w:pgSz w:w="12240" w:h="15840"/>
      <w:pgMar w:top="794" w:right="850" w:bottom="794" w:left="850" w:header="283" w:footer="31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keepLines/>
      <w:widowControl/>
      <w:spacing w:before="0" w:after="0" w:line="240" w:lineRule="auto"/>
      <w:ind w:firstLine="0"/>
      <w:jc w:val="right"/>
    </w:pPr>
    <w:r>
      <w:rPr>
        <w:rFonts w:ascii="Times New Roman" w:hAnsi="Times New Roman" w:eastAsia="Times New Roman" w:cs="Times New Roman"/>
        <w:color w:val="000000"/>
        <w:sz w:val="20"/>
      </w:rPr>
      <w:t xml:space="preserve">Trang </w:t>
    </w:r>
    <w:r>
      <w:rPr>
        <w:rFonts w:ascii="Times New Roman" w:hAnsi="Times New Roman" w:eastAsia="Times New Roman" w:cs="Times New Roman"/>
        <w:color w:val="000000"/>
        <w:sz w:val="20"/>
      </w:rPr>
      <w:fldChar w:fldCharType="begin"/>
      <w:instrText xml:space="preserve"> PAGE </w:instrText>
      <w:fldChar w:fldCharType="separate"/>
      <w:t>1</w:t>
      <w:fldChar w:fldCharType="end"/>
    </w:r>
    <w:r>
      <w:rPr>
        <w:rFonts w:ascii="Times New Roman" w:hAnsi="Times New Roman" w:eastAsia="Times New Roman" w:cs="Times New Roman"/>
        <w:color w:val="000000"/>
        <w:sz w:val="20"/>
      </w:rPr>
      <w:t>/</w:t>
    </w:r>
    <w:r>
      <w:rPr>
        <w:rFonts w:ascii="Times New Roman" w:hAnsi="Times New Roman" w:eastAsia="Times New Roman" w:cs="Times New Roman"/>
        <w:color w:val="000000"/>
        <w:sz w:val="20"/>
      </w:rPr>
      <w:fldChar w:fldCharType="begin"/>
      <w:instrText xml:space="preserve"> NUMPAGES </w:instrText>
      <w:fldChar w:fldCharType="separate"/>
      <w:t>4</w:t>
      <w:fldChar w:fldCharType="end"/>
    </w:r>
    <w:r>
      <w:rPr>
        <w:rFonts w:ascii="Times New Roman" w:hAnsi="Times New Roman" w:eastAsia="Times New Roman" w:cs="Times New Roman"/>
        <w:color w:val="000000"/>
        <w:sz w:val="20"/>
      </w:rPr>
      <w:t xml:space="preserve"> – Mã đề 505</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0" w:line="276" w:lineRule="auto"/>
    </w:pPr>
    <w:rPr>
      <w:rFonts w:ascii="Times New Roman" w:hAnsi="Times New Roman" w:eastAsia="Times New Roman" w:cs="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line="276" w:lineRule="auto"/>
      <w:outlineLvl w:val="0"/>
    </w:pPr>
    <w:rPr>
      <w:rFonts w:asciiTheme="majorHAnsi" w:eastAsiaTheme="majorEastAsia" w:hAnsiTheme="majorHAnsi" w:cstheme="majorBidi" w:ascii="Times New Roman" w:hAnsi="Times New Roman" w:eastAsia="Times New Roman" w:cs="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0" w:after="0" w:line="276" w:lineRule="auto"/>
      <w:outlineLvl w:val="1"/>
    </w:pPr>
    <w:rPr>
      <w:rFonts w:asciiTheme="majorHAnsi" w:eastAsiaTheme="majorEastAsia" w:hAnsiTheme="majorHAnsi" w:cstheme="majorBidi" w:ascii="Times New Roman" w:hAnsi="Times New Roman" w:eastAsia="Times New Roman" w:cs="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0" w:after="0" w:line="276" w:lineRule="auto"/>
      <w:outlineLvl w:val="2"/>
    </w:pPr>
    <w:rPr>
      <w:rFonts w:asciiTheme="majorHAnsi" w:eastAsiaTheme="majorEastAsia" w:hAnsiTheme="majorHAnsi" w:cstheme="majorBidi" w:ascii="Times New Roman" w:hAnsi="Times New Roman" w:eastAsia="Times New Roman" w:cs="Times New Ro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0" w:line="276" w:lineRule="auto" w:before="0"/>
      <w:contextualSpacing/>
    </w:pPr>
    <w:rPr>
      <w:rFonts w:asciiTheme="majorHAnsi" w:eastAsiaTheme="majorEastAsia" w:hAnsiTheme="majorHAnsi" w:cstheme="majorBidi" w:ascii="Times New Roman" w:hAnsi="Times New Roman" w:eastAsia="Times New Roman" w:cs="Times New Roman"/>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Đề kiểm tra giữa học kỳ I Tiếng Anh 10 Global Success</dc:title>
  <dc:subject>Unit 1 Family life; Unit 2 Humans and the environment; Unit 3 Music; A1–A2</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