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val="0"/>
        </w:rPr>
        <w:t>UBND …………………………     TRƯỜNG …………………………</w:t>
      </w:r>
    </w:p>
    <w:p>
      <w:pPr>
        <w:spacing w:after="0" w:before="0"/>
        <w:jc w:val="center"/>
      </w:pPr>
      <w:r>
        <w:rPr>
          <w:b/>
        </w:rPr>
        <w:t>ĐỀ KIỂM TRA GIỮA KÌ I NĂM HỌC 2026–2027</w:t>
      </w:r>
    </w:p>
    <w:p>
      <w:pPr>
        <w:spacing w:after="0" w:before="0"/>
        <w:jc w:val="center"/>
      </w:pPr>
      <w:r>
        <w:rPr>
          <w:b/>
        </w:rPr>
        <w:t>MÔN TIẾNG ANH 9 • ĐỀ 02</w:t>
      </w:r>
    </w:p>
    <w:p>
      <w:pPr>
        <w:spacing w:after="0" w:before="0"/>
        <w:jc w:val="center"/>
      </w:pPr>
      <w:r>
        <w:rPr>
          <w:b w:val="0"/>
        </w:rPr>
        <w:t>Thời gian làm bài 60 phút kể cả thời gian nghe</w:t>
      </w:r>
    </w:p>
    <w:p>
      <w:pPr>
        <w:spacing w:after="0" w:before="0"/>
      </w:pPr>
      <w:r>
        <w:rPr>
          <w:b w:val="0"/>
        </w:rPr>
        <w:t>Họ và tên: ……………………………………… Lớp: …………</w:t>
      </w:r>
    </w:p>
    <w:p>
      <w:pPr>
        <w:spacing w:after="0" w:before="0"/>
      </w:pPr>
      <w:r>
        <w:rPr>
          <w:b/>
        </w:rPr>
        <w:t>I. LISTENING (2.0 points)</w:t>
      </w:r>
    </w:p>
    <w:p>
      <w:pPr>
        <w:spacing w:after="0" w:before="0"/>
      </w:pPr>
      <w:r>
        <w:rPr>
          <w:b/>
        </w:rPr>
        <w:t>Task 1. Listen to the conversation and choose A, B or C. You will listen TWICE. Question 0 is an example. (1.0 point)</w:t>
      </w:r>
    </w:p>
    <w:p>
      <w:pPr>
        <w:spacing w:after="0" w:before="0"/>
      </w:pPr>
      <w:r>
        <w:rPr>
          <w:b w:val="0"/>
        </w:rPr>
        <w:t>0. Where did Hoa go last weekend?</w:t>
      </w:r>
    </w:p>
    <w:p>
      <w:pPr>
        <w:spacing w:after="0" w:before="0"/>
      </w:pPr>
      <w:r>
        <w:rPr>
          <w:b w:val="0"/>
        </w:rPr>
        <w:t>A. A modern airport     B. a traditional paper-flower village     C. A shopping mall</w:t>
      </w:r>
    </w:p>
    <w:p>
      <w:pPr>
        <w:spacing w:after="0" w:before="0"/>
      </w:pPr>
      <w:r>
        <w:rPr>
          <w:b w:val="0"/>
        </w:rPr>
        <w:t>1. What place did Hoa visit?</w:t>
      </w:r>
    </w:p>
    <w:p>
      <w:pPr>
        <w:spacing w:after="0" w:before="0"/>
      </w:pPr>
      <w:r>
        <w:rPr>
          <w:b w:val="0"/>
        </w:rPr>
        <w:t>A. A sports stadium     B. community house     C. A hospital</w:t>
      </w:r>
    </w:p>
    <w:p>
      <w:pPr>
        <w:spacing w:after="0" w:before="0"/>
      </w:pPr>
      <w:r>
        <w:rPr>
          <w:b w:val="0"/>
        </w:rPr>
        <w:t>2. What did Hoa do there?</w:t>
      </w:r>
    </w:p>
    <w:p>
      <w:pPr>
        <w:spacing w:after="0" w:before="0"/>
      </w:pPr>
      <w:r>
        <w:rPr>
          <w:b w:val="0"/>
        </w:rPr>
        <w:t>A. Bought a new phone     B. made a paper flower     C. Played a computer game</w:t>
      </w:r>
    </w:p>
    <w:p>
      <w:pPr>
        <w:spacing w:after="0" w:before="0"/>
      </w:pPr>
      <w:r>
        <w:rPr>
          <w:b w:val="0"/>
        </w:rPr>
        <w:t>3. Who helped Hoa?</w:t>
      </w:r>
    </w:p>
    <w:p>
      <w:pPr>
        <w:spacing w:after="0" w:before="0"/>
      </w:pPr>
      <w:r>
        <w:rPr>
          <w:b w:val="0"/>
        </w:rPr>
        <w:t>A. A school friend     B. a local artisan     C. A bus driver</w:t>
      </w:r>
    </w:p>
    <w:p>
      <w:pPr>
        <w:spacing w:after="0" w:before="0"/>
      </w:pPr>
      <w:r>
        <w:rPr>
          <w:b w:val="0"/>
        </w:rPr>
        <w:t>4. How did Hoa travel there?</w:t>
      </w:r>
    </w:p>
    <w:p>
      <w:pPr>
        <w:spacing w:after="0" w:before="0"/>
      </w:pPr>
      <w:r>
        <w:rPr>
          <w:b w:val="0"/>
        </w:rPr>
        <w:t>A. By train     B. By plane     C. on foot</w:t>
      </w:r>
    </w:p>
    <w:p>
      <w:pPr>
        <w:spacing w:after="0" w:before="0"/>
      </w:pPr>
      <w:r>
        <w:rPr>
          <w:b w:val="0"/>
        </w:rPr>
        <w:t>Example answer: B.</w:t>
      </w:r>
    </w:p>
    <w:p>
      <w:pPr>
        <w:spacing w:after="0" w:before="0"/>
      </w:pPr>
      <w:r>
        <w:rPr>
          <w:b/>
        </w:rPr>
        <w:t>Task 2. Listen to the talk and write T (True) or F (False). You will listen TWICE. Question 0 is an example. (1.0 point)</w:t>
      </w:r>
    </w:p>
    <w:tbl>
      <w:tblPr>
        <w:tblStyle w:val="TableGrid"/>
        <w:tblW w:type="auto" w:w="0"/>
        <w:tblLook w:firstColumn="1" w:firstRow="1" w:lastColumn="0" w:lastRow="0" w:noHBand="0" w:noVBand="1" w:val="04A0"/>
      </w:tblPr>
      <w:tblGrid>
        <w:gridCol w:w="7937"/>
        <w:gridCol w:w="1134"/>
      </w:tblGrid>
      <w:tr>
        <w:tc>
          <w:tcPr>
            <w:tcW w:type="dxa" w:w="7937"/>
          </w:tcPr>
          <w:p>
            <w:r>
              <w:t>Statements</w:t>
            </w:r>
          </w:p>
        </w:tc>
        <w:tc>
          <w:tcPr>
            <w:tcW w:type="dxa" w:w="1134"/>
          </w:tcPr>
          <w:p>
            <w:r>
              <w:t>T / F</w:t>
            </w:r>
          </w:p>
        </w:tc>
      </w:tr>
      <w:tr>
        <w:tc>
          <w:tcPr>
            <w:tcW w:type="dxa" w:w="7937"/>
          </w:tcPr>
          <w:p>
            <w:r>
              <w:t>0. Ben has an active weekly schedule.</w:t>
            </w:r>
          </w:p>
        </w:tc>
        <w:tc>
          <w:tcPr>
            <w:tcW w:type="dxa" w:w="1134"/>
          </w:tcPr>
          <w:p>
            <w:r>
              <w:t>T</w:t>
            </w:r>
          </w:p>
        </w:tc>
      </w:tr>
      <w:tr>
        <w:tc>
          <w:tcPr>
            <w:tcW w:type="dxa" w:w="7937"/>
          </w:tcPr>
          <w:p>
            <w:r>
              <w:t>5. Ben enjoys jogging on Tuesday.</w:t>
            </w:r>
          </w:p>
        </w:tc>
        <w:tc>
          <w:tcPr>
            <w:tcW w:type="dxa" w:w="1134"/>
          </w:tcPr>
          <w:p>
            <w:r/>
          </w:p>
        </w:tc>
      </w:tr>
      <w:tr>
        <w:tc>
          <w:tcPr>
            <w:tcW w:type="dxa" w:w="7937"/>
          </w:tcPr>
          <w:p>
            <w:r>
              <w:t>6. Ben enjoys yoga on Monday.</w:t>
            </w:r>
          </w:p>
        </w:tc>
        <w:tc>
          <w:tcPr>
            <w:tcW w:type="dxa" w:w="1134"/>
          </w:tcPr>
          <w:p>
            <w:r/>
          </w:p>
        </w:tc>
      </w:tr>
      <w:tr>
        <w:tc>
          <w:tcPr>
            <w:tcW w:type="dxa" w:w="7937"/>
          </w:tcPr>
          <w:p>
            <w:r>
              <w:t>7. Ben goes to the community centre for yoga.</w:t>
            </w:r>
          </w:p>
        </w:tc>
        <w:tc>
          <w:tcPr>
            <w:tcW w:type="dxa" w:w="1134"/>
          </w:tcPr>
          <w:p>
            <w:r/>
          </w:p>
        </w:tc>
      </w:tr>
      <w:tr>
        <w:tc>
          <w:tcPr>
            <w:tcW w:type="dxa" w:w="7937"/>
          </w:tcPr>
          <w:p>
            <w:r>
              <w:t>8. Ben thinks winning prizes is the only reason to be active.</w:t>
            </w:r>
          </w:p>
        </w:tc>
        <w:tc>
          <w:tcPr>
            <w:tcW w:type="dxa" w:w="1134"/>
          </w:tcPr>
          <w:p>
            <w:r/>
          </w:p>
        </w:tc>
      </w:tr>
    </w:tbl>
    <w:p>
      <w:pPr>
        <w:spacing w:after="0" w:before="0"/>
      </w:pPr>
      <w:r>
        <w:rPr>
          <w:b/>
        </w:rPr>
        <w:t>II. PRONUNCIATION (0.5 point)</w:t>
      </w:r>
    </w:p>
    <w:p>
      <w:pPr>
        <w:spacing w:after="0" w:before="0"/>
      </w:pPr>
      <w:r>
        <w:rPr>
          <w:b w:val="0"/>
        </w:rPr>
        <w:t>Choose the word whose underlined part is pronounced differently from the others.</w:t>
      </w:r>
    </w:p>
    <w:p>
      <w:pPr>
        <w:spacing w:after="0" w:before="0"/>
      </w:pPr>
      <w:r>
        <w:rPr>
          <w:b w:val="0"/>
        </w:rPr>
        <w:t>9.</w:t>
      </w:r>
    </w:p>
    <w:p>
      <w:pPr>
        <w:spacing w:after="0"/>
      </w:pPr>
      <w:r>
        <w:t xml:space="preserve">A. </w:t>
      </w:r>
      <w:r>
        <w:t>wash</w:t>
      </w:r>
      <w:r>
        <w:rPr>
          <w:u w:val="single"/>
        </w:rPr>
        <w:t>ed</w:t>
      </w:r>
      <w:r>
        <w:t xml:space="preserve">     </w:t>
      </w:r>
      <w:r>
        <w:t xml:space="preserve">B. </w:t>
      </w:r>
      <w:r>
        <w:t>stopp</w:t>
      </w:r>
      <w:r>
        <w:rPr>
          <w:u w:val="single"/>
        </w:rPr>
        <w:t>ed</w:t>
      </w:r>
      <w:r>
        <w:t xml:space="preserve">     </w:t>
      </w:r>
      <w:r>
        <w:t xml:space="preserve">C. </w:t>
      </w:r>
      <w:r>
        <w:t>watch</w:t>
      </w:r>
      <w:r>
        <w:rPr>
          <w:u w:val="single"/>
        </w:rPr>
        <w:t>ed</w:t>
      </w:r>
      <w:r>
        <w:t xml:space="preserve">     </w:t>
      </w:r>
      <w:r>
        <w:t xml:space="preserve">D. </w:t>
      </w:r>
      <w:r>
        <w:t>clean</w:t>
      </w:r>
      <w:r>
        <w:rPr>
          <w:u w:val="single"/>
        </w:rPr>
        <w:t>ed</w:t>
      </w:r>
      <w:r>
        <w:t xml:space="preserve">     </w:t>
      </w:r>
    </w:p>
    <w:p>
      <w:pPr>
        <w:spacing w:after="0" w:before="0"/>
      </w:pPr>
      <w:r>
        <w:rPr>
          <w:b w:val="0"/>
        </w:rPr>
        <w:t>10.</w:t>
      </w:r>
    </w:p>
    <w:p>
      <w:pPr>
        <w:spacing w:after="0"/>
      </w:pPr>
      <w:r>
        <w:t xml:space="preserve">A. </w:t>
      </w:r>
      <w:r>
        <w:t>school</w:t>
      </w:r>
      <w:r>
        <w:t xml:space="preserve">     </w:t>
      </w:r>
      <w:r>
        <w:t xml:space="preserve">B. </w:t>
      </w:r>
      <w:r>
        <w:rPr>
          <w:u w:val="single"/>
        </w:rPr>
        <w:t>ch</w:t>
      </w:r>
      <w:r>
        <w:t>aracter</w:t>
      </w:r>
      <w:r>
        <w:t xml:space="preserve">     </w:t>
      </w:r>
      <w:r>
        <w:t xml:space="preserve">C. </w:t>
      </w:r>
      <w:r>
        <w:t>machine</w:t>
      </w:r>
      <w:r>
        <w:t xml:space="preserve">     </w:t>
      </w:r>
      <w:r>
        <w:t xml:space="preserve">D. </w:t>
      </w:r>
      <w:r>
        <w:rPr>
          <w:u w:val="single"/>
        </w:rPr>
        <w:t>ch</w:t>
      </w:r>
      <w:r>
        <w:t>emistry</w:t>
      </w:r>
      <w:r>
        <w:t xml:space="preserve">     </w:t>
      </w:r>
    </w:p>
    <w:p>
      <w:pPr>
        <w:spacing w:after="0" w:before="0"/>
      </w:pPr>
      <w:r>
        <w:rPr>
          <w:b/>
        </w:rPr>
        <w:t>III. GRAMMAR AND VOCABULARY (3.0 points)</w:t>
      </w:r>
    </w:p>
    <w:p>
      <w:pPr>
        <w:spacing w:after="0" w:before="0"/>
      </w:pPr>
      <w:r>
        <w:rPr>
          <w:b/>
        </w:rPr>
        <w:t>Choose the correct answer A, B, C or D. (2.25 points)</w:t>
      </w:r>
    </w:p>
    <w:p>
      <w:pPr>
        <w:spacing w:after="0" w:before="0"/>
      </w:pPr>
      <w:r>
        <w:rPr>
          <w:b w:val="0"/>
        </w:rPr>
        <w:t>11. The town council wants to ______ the old bridge instead of replacing it.</w:t>
      </w:r>
    </w:p>
    <w:p>
      <w:pPr>
        <w:spacing w:after="0" w:before="0"/>
      </w:pPr>
      <w:r>
        <w:rPr>
          <w:b w:val="0"/>
        </w:rPr>
        <w:t>A. preserve     B. pollute     C. ignore     D. waste</w:t>
      </w:r>
    </w:p>
    <w:p>
      <w:pPr>
        <w:spacing w:after="0" w:before="0"/>
      </w:pPr>
      <w:r>
        <w:rPr>
          <w:b w:val="0"/>
        </w:rPr>
        <w:t>12. My father knows how to ______ a traditional basket.</w:t>
      </w:r>
    </w:p>
    <w:p>
      <w:pPr>
        <w:spacing w:after="0" w:before="0"/>
      </w:pPr>
      <w:r>
        <w:rPr>
          <w:b w:val="0"/>
        </w:rPr>
        <w:t>A. weave     B. repairing     C. invented     D. pick</w:t>
      </w:r>
    </w:p>
    <w:p>
      <w:pPr>
        <w:spacing w:after="0" w:before="0"/>
      </w:pPr>
      <w:r>
        <w:rPr>
          <w:b w:val="0"/>
        </w:rPr>
        <w:t>13. This area is getting ______ because of new apartment buildings.</w:t>
      </w:r>
    </w:p>
    <w:p>
      <w:pPr>
        <w:spacing w:after="0" w:before="0"/>
      </w:pPr>
      <w:r>
        <w:rPr>
          <w:b w:val="0"/>
        </w:rPr>
        <w:t>A. most crowded     B. more crowded     C. crowd     D. crowdedly</w:t>
      </w:r>
    </w:p>
    <w:p>
      <w:pPr>
        <w:spacing w:after="0" w:before="0"/>
      </w:pPr>
      <w:r>
        <w:rPr>
          <w:b w:val="0"/>
        </w:rPr>
        <w:t>14. She asked me ______ the nearest bus stop was.</w:t>
      </w:r>
    </w:p>
    <w:p>
      <w:pPr>
        <w:spacing w:after="0" w:before="0"/>
      </w:pPr>
      <w:r>
        <w:rPr>
          <w:b w:val="0"/>
        </w:rPr>
        <w:t>A. how     B. when     C. where     D. whose</w:t>
      </w:r>
    </w:p>
    <w:p>
      <w:pPr>
        <w:spacing w:after="0" w:before="0"/>
      </w:pPr>
      <w:r>
        <w:rPr>
          <w:b w:val="0"/>
        </w:rPr>
        <w:t>15. You should ______ down on screen time before bedtime.</w:t>
      </w:r>
    </w:p>
    <w:p>
      <w:pPr>
        <w:spacing w:after="0" w:before="0"/>
      </w:pPr>
      <w:r>
        <w:rPr>
          <w:b w:val="0"/>
        </w:rPr>
        <w:t>A. cut     B. come     C. look     D. go</w:t>
      </w:r>
    </w:p>
    <w:p>
      <w:pPr>
        <w:spacing w:after="0" w:before="0"/>
      </w:pPr>
      <w:r>
        <w:rPr>
          <w:b w:val="0"/>
        </w:rPr>
        <w:t>16. I wish I ______ closer to the public library.</w:t>
      </w:r>
    </w:p>
    <w:p>
      <w:pPr>
        <w:spacing w:after="0" w:before="0"/>
      </w:pPr>
      <w:r>
        <w:rPr>
          <w:b w:val="0"/>
        </w:rPr>
        <w:t>A. live     B. lived     C. will live     D. am living</w:t>
      </w:r>
    </w:p>
    <w:p>
      <w:pPr>
        <w:spacing w:after="0" w:before="0"/>
      </w:pPr>
      <w:r>
        <w:rPr>
          <w:b w:val="0"/>
        </w:rPr>
        <w:t>17. The longer he stays up, the ______ he feels the next morning.</w:t>
      </w:r>
    </w:p>
    <w:p>
      <w:pPr>
        <w:spacing w:after="0" w:before="0"/>
      </w:pPr>
      <w:r>
        <w:rPr>
          <w:b w:val="0"/>
        </w:rPr>
        <w:t>A. tired     B. tireder     C. more tired     D. most tired</w:t>
      </w:r>
    </w:p>
    <w:p>
      <w:pPr>
        <w:spacing w:after="0" w:before="0"/>
      </w:pPr>
      <w:r>
        <w:rPr>
          <w:b w:val="0"/>
        </w:rPr>
        <w:t>18. The local market is one of the main tourist ______ in this district.</w:t>
      </w:r>
    </w:p>
    <w:p>
      <w:pPr>
        <w:spacing w:after="0" w:before="0"/>
      </w:pPr>
      <w:r>
        <w:rPr>
          <w:b w:val="0"/>
        </w:rPr>
        <w:t>A. attractions     B. problems     C. noises     D. pollutions</w:t>
      </w:r>
    </w:p>
    <w:p>
      <w:pPr>
        <w:spacing w:after="0" w:before="0"/>
        <w:jc w:val="center"/>
      </w:pPr>
      <w:r>
        <w:rPr>
          <w:b/>
        </w:rPr>
        <w:t>SIGN: NO PARKING IN FRONT OF THE GATE</w:t>
      </w:r>
    </w:p>
    <w:p>
      <w:pPr>
        <w:spacing w:after="0" w:before="0"/>
      </w:pPr>
      <w:r>
        <w:rPr>
          <w:b w:val="0"/>
        </w:rPr>
        <w:t>19. What does the sign/notice mean?</w:t>
      </w:r>
    </w:p>
    <w:p>
      <w:pPr>
        <w:spacing w:after="0" w:before="0"/>
      </w:pPr>
      <w:r>
        <w:rPr>
          <w:b w:val="0"/>
        </w:rPr>
        <w:t>A. Cars may park at the gate.     B. Only buses may park here.     C. Drivers cannot park at the entrance.     D. Visitors must lock the gate.</w:t>
      </w:r>
    </w:p>
    <w:p>
      <w:pPr>
        <w:spacing w:after="0" w:before="0"/>
      </w:pPr>
      <w:r>
        <w:rPr>
          <w:b/>
        </w:rPr>
        <w:t>Read the advertisement and choose the best option for each blank. (0.75 point)</w:t>
      </w:r>
    </w:p>
    <w:p>
      <w:pPr>
        <w:spacing w:after="0" w:before="0"/>
        <w:jc w:val="center"/>
      </w:pPr>
      <w:r>
        <w:rPr>
          <w:b/>
        </w:rPr>
        <w:t>HEALTHY TEEN WORKSHOP</w:t>
      </w:r>
    </w:p>
    <w:p>
      <w:pPr>
        <w:spacing w:after="0" w:before="0"/>
      </w:pPr>
      <w:r>
        <w:rPr>
          <w:b w:val="0"/>
        </w:rPr>
        <w:t>Learn how to (20) ______ with exam stress. Our counsellor will share useful (21) ______ for planning your study time. Join the workshop (22) ______ Friday afternoon.</w:t>
      </w:r>
    </w:p>
    <w:p>
      <w:pPr>
        <w:spacing w:after="0" w:before="0"/>
      </w:pPr>
      <w:r>
        <w:rPr>
          <w:b w:val="0"/>
        </w:rPr>
        <w:t>20.</w:t>
      </w:r>
    </w:p>
    <w:p>
      <w:pPr>
        <w:spacing w:after="0" w:before="0"/>
      </w:pPr>
      <w:r>
        <w:rPr>
          <w:b w:val="0"/>
        </w:rPr>
        <w:t>A. deal     B. put     C. carry     D. take</w:t>
      </w:r>
    </w:p>
    <w:p>
      <w:pPr>
        <w:spacing w:after="0" w:before="0"/>
      </w:pPr>
      <w:r>
        <w:rPr>
          <w:b w:val="0"/>
        </w:rPr>
        <w:t>21.</w:t>
      </w:r>
    </w:p>
    <w:p>
      <w:pPr>
        <w:spacing w:after="0" w:before="0"/>
      </w:pPr>
      <w:r>
        <w:rPr>
          <w:b w:val="0"/>
        </w:rPr>
        <w:t>A. tips     B. trips     C. tickets     D. tools</w:t>
      </w:r>
    </w:p>
    <w:p>
      <w:pPr>
        <w:spacing w:after="0" w:before="0"/>
      </w:pPr>
      <w:r>
        <w:rPr>
          <w:b w:val="0"/>
        </w:rPr>
        <w:t>22.</w:t>
      </w:r>
    </w:p>
    <w:p>
      <w:pPr>
        <w:spacing w:after="0" w:before="0"/>
      </w:pPr>
      <w:r>
        <w:rPr>
          <w:b w:val="0"/>
        </w:rPr>
        <w:t>A. on     B. in     C. at     D. to</w:t>
      </w:r>
    </w:p>
    <w:p>
      <w:pPr>
        <w:spacing w:after="0" w:before="0"/>
      </w:pPr>
      <w:r>
        <w:rPr>
          <w:b/>
        </w:rPr>
        <w:t>IV. READING (2.5 points)</w:t>
      </w:r>
    </w:p>
    <w:p>
      <w:pPr>
        <w:spacing w:after="0" w:before="0"/>
      </w:pPr>
      <w:r>
        <w:rPr>
          <w:b/>
        </w:rPr>
        <w:t>Task 1. Read the passage and choose A, B, C or D for each blank. (1.25 points)</w:t>
      </w:r>
    </w:p>
    <w:p>
      <w:pPr>
        <w:spacing w:after="0" w:before="0"/>
      </w:pPr>
      <w:r>
        <w:rPr>
          <w:b w:val="0"/>
        </w:rPr>
        <w:t>City life offers many opportunities, (23) ______ it also has some problems. Traffic jams make journeys longer and the streets can be very (24) ______. Many people choose public transport because it helps (25) ______ air pollution. City residents should use parks to relax and keep (26) ______. With good planning, cities can become more comfortable places (27) ______ live.</w:t>
      </w:r>
    </w:p>
    <w:p>
      <w:pPr>
        <w:spacing w:after="0" w:before="0"/>
      </w:pPr>
      <w:r>
        <w:rPr>
          <w:b w:val="0"/>
        </w:rPr>
        <w:t>23.</w:t>
      </w:r>
    </w:p>
    <w:p>
      <w:pPr>
        <w:spacing w:after="0" w:before="0"/>
      </w:pPr>
      <w:r>
        <w:rPr>
          <w:b w:val="0"/>
        </w:rPr>
        <w:t>A. so     B. but     C. because     D. or</w:t>
      </w:r>
    </w:p>
    <w:p>
      <w:pPr>
        <w:spacing w:after="0" w:before="0"/>
      </w:pPr>
      <w:r>
        <w:rPr>
          <w:b w:val="0"/>
        </w:rPr>
        <w:t>24.</w:t>
      </w:r>
    </w:p>
    <w:p>
      <w:pPr>
        <w:spacing w:after="0" w:before="0"/>
      </w:pPr>
      <w:r>
        <w:rPr>
          <w:b w:val="0"/>
        </w:rPr>
        <w:t>A. noise     B. noisily     C. noisy     D. noisier</w:t>
      </w:r>
    </w:p>
    <w:p>
      <w:pPr>
        <w:spacing w:after="0" w:before="0"/>
      </w:pPr>
      <w:r>
        <w:rPr>
          <w:b w:val="0"/>
        </w:rPr>
        <w:t>25.</w:t>
      </w:r>
    </w:p>
    <w:p>
      <w:pPr>
        <w:spacing w:after="0" w:before="0"/>
      </w:pPr>
      <w:r>
        <w:rPr>
          <w:b w:val="0"/>
        </w:rPr>
        <w:t>A. reduce     B. reduced     C. reducing     D. reduction</w:t>
      </w:r>
    </w:p>
    <w:p>
      <w:pPr>
        <w:spacing w:after="0" w:before="0"/>
      </w:pPr>
      <w:r>
        <w:rPr>
          <w:b w:val="0"/>
        </w:rPr>
        <w:t>26.</w:t>
      </w:r>
    </w:p>
    <w:p>
      <w:pPr>
        <w:spacing w:after="0" w:before="0"/>
      </w:pPr>
      <w:r>
        <w:rPr>
          <w:b w:val="0"/>
        </w:rPr>
        <w:t>A. health     B. healthy     C. healthily     D. healthier</w:t>
      </w:r>
    </w:p>
    <w:p>
      <w:pPr>
        <w:spacing w:after="0" w:before="0"/>
      </w:pPr>
      <w:r>
        <w:rPr>
          <w:b w:val="0"/>
        </w:rPr>
        <w:t>27.</w:t>
      </w:r>
    </w:p>
    <w:p>
      <w:pPr>
        <w:spacing w:after="0" w:before="0"/>
      </w:pPr>
      <w:r>
        <w:rPr>
          <w:b w:val="0"/>
        </w:rPr>
        <w:t>A. for     B. in     C. to     D. at</w:t>
      </w:r>
    </w:p>
    <w:p>
      <w:pPr>
        <w:spacing w:after="0" w:before="0"/>
      </w:pPr>
      <w:r>
        <w:rPr>
          <w:b/>
        </w:rPr>
        <w:t>Task 2. Read the passage and choose the best answer. (1.25 points)</w:t>
      </w:r>
    </w:p>
    <w:p>
      <w:pPr>
        <w:spacing w:after="0" w:before="0"/>
      </w:pPr>
      <w:r>
        <w:rPr>
          <w:b w:val="0"/>
        </w:rPr>
        <w:t>Nam moved to a new city with his family in August. At first, he found the streets confusing and missed his friends from his old town. His new school was fifteen minutes away by bus, so he learned to read the bus timetable carefully. A classmate named Phuc invited Nam to join the school photography club. On weekends, the members took pictures of historical buildings and busy markets. They also posted short descriptions online to introduce their city to visitors. After two months, Nam felt more confident travelling around and had made several good friends.</w:t>
      </w:r>
    </w:p>
    <w:p>
      <w:pPr>
        <w:spacing w:after="0" w:before="0"/>
      </w:pPr>
      <w:r>
        <w:rPr>
          <w:b w:val="0"/>
        </w:rPr>
        <w:t>28. When did Nam move to the city?</w:t>
      </w:r>
    </w:p>
    <w:p>
      <w:pPr>
        <w:spacing w:after="0" w:before="0"/>
      </w:pPr>
      <w:r>
        <w:rPr>
          <w:b w:val="0"/>
        </w:rPr>
        <w:t>A. In August     B. In January     C. In June     D. In December</w:t>
      </w:r>
    </w:p>
    <w:p>
      <w:pPr>
        <w:spacing w:after="0" w:before="0"/>
      </w:pPr>
      <w:r>
        <w:rPr>
          <w:b w:val="0"/>
        </w:rPr>
        <w:t>29. How did Nam usually travel to school?</w:t>
      </w:r>
    </w:p>
    <w:p>
      <w:pPr>
        <w:spacing w:after="0" w:before="0"/>
      </w:pPr>
      <w:r>
        <w:rPr>
          <w:b w:val="0"/>
        </w:rPr>
        <w:t>A. By train     B. By bicycle     C. By bus     D. On foot</w:t>
      </w:r>
    </w:p>
    <w:p>
      <w:pPr>
        <w:spacing w:after="0" w:before="0"/>
      </w:pPr>
      <w:r>
        <w:rPr>
          <w:b w:val="0"/>
        </w:rPr>
        <w:t>30. Who invited him to join a club?</w:t>
      </w:r>
    </w:p>
    <w:p>
      <w:pPr>
        <w:spacing w:after="0" w:before="0"/>
      </w:pPr>
      <w:r>
        <w:rPr>
          <w:b w:val="0"/>
        </w:rPr>
        <w:t>A. His brother     B. His teacher     C. His neighbour     D. A classmate</w:t>
      </w:r>
    </w:p>
    <w:p>
      <w:pPr>
        <w:spacing w:after="0" w:before="0"/>
      </w:pPr>
      <w:r>
        <w:rPr>
          <w:b w:val="0"/>
        </w:rPr>
        <w:t>31. What did club members photograph?</w:t>
      </w:r>
    </w:p>
    <w:p>
      <w:pPr>
        <w:spacing w:after="0" w:before="0"/>
      </w:pPr>
      <w:r>
        <w:rPr>
          <w:b w:val="0"/>
        </w:rPr>
        <w:t>A. Wild animals     B. Historical buildings and markets     C. Sports competitions     D. Only school classrooms</w:t>
      </w:r>
    </w:p>
    <w:p>
      <w:pPr>
        <w:spacing w:after="0" w:before="0"/>
      </w:pPr>
      <w:r>
        <w:rPr>
          <w:b w:val="0"/>
        </w:rPr>
        <w:t>32. How did Nam feel after two months?</w:t>
      </w:r>
    </w:p>
    <w:p>
      <w:pPr>
        <w:spacing w:after="0" w:before="0"/>
      </w:pPr>
      <w:r>
        <w:rPr>
          <w:b w:val="0"/>
        </w:rPr>
        <w:t>A. More confident     B. Lonelier     C. More confused     D. Less interested</w:t>
      </w:r>
    </w:p>
    <w:p>
      <w:pPr>
        <w:spacing w:after="0" w:before="0"/>
      </w:pPr>
      <w:r>
        <w:rPr>
          <w:b/>
        </w:rPr>
        <w:t>V. WRITING (2.0 points)</w:t>
      </w:r>
    </w:p>
    <w:p>
      <w:pPr>
        <w:spacing w:after="0" w:before="0"/>
      </w:pPr>
      <w:r>
        <w:rPr>
          <w:b/>
        </w:rPr>
        <w:t>Task 1. Choose the sentence that has the same meaning as the original sentence or best combines the two sentences. (0.5 point)</w:t>
      </w:r>
    </w:p>
    <w:p>
      <w:pPr>
        <w:spacing w:after="0" w:before="0"/>
      </w:pPr>
      <w:r>
        <w:rPr>
          <w:b w:val="0"/>
        </w:rPr>
        <w:t>33. There is no sports centre near my house.</w:t>
      </w:r>
    </w:p>
    <w:p>
      <w:pPr>
        <w:spacing w:after="0" w:before="0"/>
      </w:pPr>
      <w:r>
        <w:rPr>
          <w:b w:val="0"/>
        </w:rPr>
        <w:t>A. I wish there is a sports centre near my house.     B. I wish there were a sports centre near my house.     C. I wish there will be a sports centre near my house.     D. I wish there has a sports centre near my house.</w:t>
      </w:r>
    </w:p>
    <w:p>
      <w:pPr>
        <w:spacing w:after="0" w:before="0"/>
      </w:pPr>
      <w:r>
        <w:rPr>
          <w:b w:val="0"/>
        </w:rPr>
        <w:t>34. The city grows quickly. Housing becomes expensive.</w:t>
      </w:r>
    </w:p>
    <w:p>
      <w:pPr>
        <w:spacing w:after="0" w:before="0"/>
      </w:pPr>
      <w:r>
        <w:rPr>
          <w:b w:val="0"/>
        </w:rPr>
        <w:t>A. The fastest city grows, the expensive housing becomes.     B. The faster the city grows, the more expensive housing becomes.     C. The city grows fast because housing expensive.     D. The more the city grows, housing is expensive.</w:t>
      </w:r>
    </w:p>
    <w:p>
      <w:pPr>
        <w:spacing w:after="0" w:before="0"/>
      </w:pPr>
      <w:r>
        <w:rPr>
          <w:b/>
        </w:rPr>
        <w:t>Task 2. Write a paragraph of about 80 words. (1.5 points)</w:t>
      </w:r>
    </w:p>
    <w:p>
      <w:pPr>
        <w:spacing w:after="0" w:before="0"/>
      </w:pPr>
      <w:r>
        <w:rPr>
          <w:b w:val="0"/>
        </w:rPr>
        <w:t>Write about what you like and dislike about living in a city.</w:t>
      </w:r>
    </w:p>
    <w:p>
      <w:pPr>
        <w:spacing w:after="0" w:before="0"/>
      </w:pPr>
      <w:r>
        <w:rPr>
          <w:b w:val="0"/>
        </w:rPr>
        <w:t>You may give reasons, examples and your own opinion.</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jc w:val="center"/>
      </w:pPr>
      <w:r>
        <w:rPr>
          <w:b/>
        </w:rPr>
        <w:t>THE END</w:t>
      </w:r>
    </w:p>
    <w:sectPr w:rsidR="00FC693F" w:rsidRPr="0006063C" w:rsidSect="00034616">
      <w:pgSz w:w="12240" w:h="15840"/>
      <w:pgMar w:top="907" w:right="96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7"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9">
    <w:name w:val="Title9"/>
  </w:style>
  <w:style w:type="paragraph" w:customStyle="1" w:styleId="Section9">
    <w:name w:val="Section9"/>
    <w:rPr>
      <w:b/>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