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spacing w:before="0" w:after="60" w:line="240" w:lineRule="auto"/>
        <w:jc w:val="center"/>
      </w:pPr>
      <w:r>
        <w:drawing>
          <wp:inline xmlns:a="http://schemas.openxmlformats.org/drawingml/2006/main" xmlns:pic="http://schemas.openxmlformats.org/drawingml/2006/picture">
            <wp:extent cx="3384000" cy="1175000"/>
            <wp:docPr id="1" name="Picture 1"/>
            <wp:cNvGraphicFramePr>
              <a:graphicFrameLocks noChangeAspect="1"/>
            </wp:cNvGraphicFramePr>
            <a:graphic>
              <a:graphicData uri="http://schemas.openxmlformats.org/drawingml/2006/picture">
                <pic:pic>
                  <pic:nvPicPr>
                    <pic:cNvPr id="0" name="unit_11_title.png"/>
                    <pic:cNvPicPr/>
                  </pic:nvPicPr>
                  <pic:blipFill>
                    <a:blip r:embed="rId10"/>
                    <a:stretch>
                      <a:fillRect/>
                    </a:stretch>
                  </pic:blipFill>
                  <pic:spPr>
                    <a:xfrm>
                      <a:off x="0" y="0"/>
                      <a:ext cx="3384000" cy="1175000"/>
                    </a:xfrm>
                    <a:prstGeom prst="rect"/>
                  </pic:spPr>
                </pic:pic>
              </a:graphicData>
            </a:graphic>
          </wp:inline>
        </w:drawing>
      </w:r>
    </w:p>
    <w:p>
      <w:pPr>
        <w:keepNext/>
        <w:spacing w:before="40" w:after="20" w:line="240" w:lineRule="auto"/>
      </w:pPr>
      <w:r>
        <w:rPr>
          <w:rFonts w:ascii="Bookman Old Style" w:hAnsi="Bookman Old Style" w:eastAsia="Bookman Old Style"/>
          <w:b/>
          <w:color w:val="0033CC"/>
          <w:sz w:val="20"/>
        </w:rPr>
        <w:t>A. VOCABULARY</w:t>
      </w:r>
    </w:p>
    <w:tbl>
      <w:tblPr>
        <w:tblStyle w:val="TableGrid"/>
        <w:tblW w:type="dxa" w:w="10320"/>
        <w:jc w:val="center"/>
        <w:tblLayout w:type="fixed"/>
        <w:tblLook w:firstColumn="1" w:firstRow="1" w:lastColumn="0" w:lastRow="0" w:noHBand="0" w:noVBand="1" w:val="04A0"/>
      </w:tblPr>
      <w:tblGrid>
        <w:gridCol w:w="520"/>
        <w:gridCol w:w="2550"/>
        <w:gridCol w:w="800"/>
        <w:gridCol w:w="2200"/>
        <w:gridCol w:w="4250"/>
      </w:tblGrid>
      <w:tr>
        <w:trPr>
          <w:tblHeader w:val="true"/>
        </w:trPr>
        <w:tc>
          <w:tcPr>
            <w:tcW w:type="dxa" w:w="52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6"/>
              </w:rPr>
              <w:t>No.</w:t>
            </w:r>
          </w:p>
        </w:tc>
        <w:tc>
          <w:tcPr>
            <w:tcW w:type="dxa" w:w="255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6"/>
              </w:rPr>
              <w:t>Word / Phrase</w:t>
            </w:r>
          </w:p>
        </w:tc>
        <w:tc>
          <w:tcPr>
            <w:tcW w:type="dxa" w:w="80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6"/>
              </w:rPr>
              <w:t>Type</w:t>
            </w:r>
          </w:p>
        </w:tc>
        <w:tc>
          <w:tcPr>
            <w:tcW w:type="dxa" w:w="220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6"/>
              </w:rPr>
              <w:t>IPA</w:t>
            </w:r>
          </w:p>
        </w:tc>
        <w:tc>
          <w:tcPr>
            <w:tcW w:type="dxa" w:w="425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6"/>
              </w:rPr>
              <w:t>Meaning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travel</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v/n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/ˈtrævl/</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đi lại; sự đi lại</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transport</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n/v</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/ˈtrænspɔːt/</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giao thông; vận chuyển</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means of transport</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/ˌmiːnz əv ˈtrænspɔːt/</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phương tiện giao thông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4</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mode of travel</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/ˌməʊd əv ˈtrævl/</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phương thức đi lại</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5</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hyperloop</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/ˈhaɪpəluːp/</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hệ thống tàu siêu tốc trong ống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6</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skytrain</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/ˈskaɪtreɪn/</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tàu trên cao</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7</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solowheel</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/ˈsəʊləʊwiːl/</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xe điện một bánh</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8</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walkcar</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/ˈwɔːkkɑː(r)/</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xe điện cá nhân nhỏ</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9</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teleporter</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/ˈtelɪpɔːtə(r)/</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thiết bị dịch chuyển</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10</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electric car</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/ɪˌlektrɪk ˈkɑː(r)/</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ô tô điện</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11</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flying car</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/ˈflaɪɪŋ kɑː(r)/</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ô tô bay</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12</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bullet train</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/ˈbʊlɪt treɪn/</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tàu cao tốc</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13</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solar-powered ship</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/ˌsəʊlə paʊəd ˈʃɪp/</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tàu chạy năng lượng mặt trời</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14</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driverless car</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/ˈdraɪvələs kɑː(r)/</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ô tô không người lái</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15</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bamboocopter</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/ˈbæmbuːkɒptə(r)/</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chong chóng tre bay</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16</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autopilot</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/ˈɔːtəʊpaɪlət/</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chế độ lái tự động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17</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rail</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/reɪl/</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đường ray</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18</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pedal</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v/n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/ˈpedl/</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đạp bàn đạp; bàn đạp</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19</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sail</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v</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/seɪl/</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đi thuyền</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20</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run on</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phr.v</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/rʌn ɒn/</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chạy bằng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21</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traffic congestion</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/ˈtræfɪk kənˌdʒestʃən/</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ùn tắc giao thông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22</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eco-friendly</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/ˌiːkəʊ ˈfrendli/</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thân thiện môi trường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23</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economical</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/ˌiːkəˈnɒmɪkl/</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tiết kiệm</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24</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comfortable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/ˈkʌmftəbl/</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thoải mái</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25</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convenient</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/kənˈviːniənt/</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tiện lợi</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26</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safe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/seɪf/</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an toàn</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27</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high-speed</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/ˌhaɪ ˈspiːd/</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tốc độ cao</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28</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fume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/fjuːm/</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khói, khí thải</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29</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passenger</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/ˈpæsɪndʒə(r)/</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hành khách</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30</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vehicle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/ˈviːəkl/</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phương tiện</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31</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prediction</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/prɪˈdɪkʃn/</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dự đoán</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32</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invent</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v</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/ɪnˈvent/</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phát minh</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33</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underground train</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/ˈʌndəɡraʊnd treɪn/</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tàu điện ngầm</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34</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monowheel</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/ˈmɒnəʊwiːl/</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xe một bánh</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35</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spacecraft</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/ˈspeɪskrɑːft/</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tàu vũ trụ</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36</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cable car</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/ˈkeɪbl kɑː(r)/</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cáp treo</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37</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water taxi</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/ˈwɔːtə ˈtæksi/</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tàu taxi trên sông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38</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fuel-efficient</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/ˈfjuːəl ɪˈfɪʃnt/</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tiết kiệm nhiên liệu</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39</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battery-powered</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/ˈbætəri ˈpaʊəd/</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chạy bằng pin</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40</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automatic</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/ˌɔːtəˈmætɪk/</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tự động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41</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helmet</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/ˈhelmɪt/</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mũ bảo hiểm</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42</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terminal</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/ˈtɜːmɪnl/</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nhà ga, bến</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43</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runway</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/ˈrʌnweɪ/</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đường băng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44</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fare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/feə(r)/</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giá vé</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45</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route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/ruːt/</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tuyến đường</w:t>
            </w:r>
          </w:p>
        </w:tc>
      </w:tr>
    </w:tbl>
    <w:p>
      <w:r>
        <w:br w:type="page"/>
      </w:r>
    </w:p>
    <w:p>
      <w:pPr>
        <w:keepNext/>
        <w:spacing w:before="40" w:after="20" w:line="240" w:lineRule="auto"/>
      </w:pPr>
      <w:r>
        <w:rPr>
          <w:rFonts w:ascii="Bookman Old Style" w:hAnsi="Bookman Old Style" w:eastAsia="Bookman Old Style"/>
          <w:b/>
          <w:color w:val="0033CC"/>
          <w:sz w:val="20"/>
        </w:rPr>
        <w:t>B. WORD FORM</w:t>
      </w:r>
    </w:p>
    <w:tbl>
      <w:tblPr>
        <w:tblStyle w:val="TableGrid"/>
        <w:tblW w:type="dxa" w:w="10320"/>
        <w:jc w:val="center"/>
        <w:tblLayout w:type="fixed"/>
        <w:tblLook w:firstColumn="1" w:firstRow="1" w:lastColumn="0" w:lastRow="0" w:noHBand="0" w:noVBand="1" w:val="04A0"/>
      </w:tblPr>
      <w:tblGrid>
        <w:gridCol w:w="5160"/>
        <w:gridCol w:w="5160"/>
      </w:tblGrid>
      <w:tr>
        <w:tc>
          <w:tcPr>
            <w:tcW w:type="dxa" w:w="5160"/>
            <w:tcMar>
              <w:top w:w="70" w:type="dxa"/>
              <w:start w:w="80" w:type="dxa"/>
              <w:bottom w:w="70" w:type="dxa"/>
              <w:end w:w="80" w:type="dxa"/>
            </w:tcMar>
            <w:shd w:fill="DDEBF7"/>
          </w:tcPr>
          <w:p>
            <w:pPr>
              <w:keepNext w:val="0"/>
              <w:spacing w:before="0" w:after="20" w:line="240" w:lineRule="auto"/>
            </w:pPr>
            <w:r>
              <w:rPr>
                <w:rFonts w:ascii="Bookman Old Style" w:hAnsi="Bookman Old Style" w:eastAsia="Bookman Old Style"/>
                <w:color w:val="000000"/>
                <w:sz w:val="17"/>
              </w:rPr>
              <w:t>1. drive - driver - driverless - driving</w:t>
            </w:r>
          </w:p>
          <w:p>
            <w:pPr>
              <w:keepNext w:val="0"/>
              <w:spacing w:before="0" w:after="20" w:line="240" w:lineRule="auto"/>
            </w:pPr>
            <w:r>
              <w:rPr>
                <w:rFonts w:ascii="Bookman Old Style" w:hAnsi="Bookman Old Style" w:eastAsia="Bookman Old Style"/>
                <w:color w:val="000000"/>
                <w:sz w:val="17"/>
              </w:rPr>
              <w:t>2. economy - economic - economical - economically</w:t>
            </w:r>
          </w:p>
          <w:p>
            <w:pPr>
              <w:keepNext w:val="0"/>
              <w:spacing w:before="0" w:after="20" w:line="240" w:lineRule="auto"/>
            </w:pPr>
            <w:r>
              <w:rPr>
                <w:rFonts w:ascii="Bookman Old Style" w:hAnsi="Bookman Old Style" w:eastAsia="Bookman Old Style"/>
                <w:color w:val="000000"/>
                <w:sz w:val="17"/>
              </w:rPr>
              <w:t>3. comfort - comfortable - comfortably - uncomfortable</w:t>
            </w:r>
          </w:p>
          <w:p>
            <w:pPr>
              <w:keepNext w:val="0"/>
              <w:spacing w:before="0" w:after="20" w:line="240" w:lineRule="auto"/>
            </w:pPr>
            <w:r>
              <w:rPr>
                <w:rFonts w:ascii="Bookman Old Style" w:hAnsi="Bookman Old Style" w:eastAsia="Bookman Old Style"/>
                <w:color w:val="000000"/>
                <w:sz w:val="17"/>
              </w:rPr>
              <w:t>4. convenience - convenient - conveniently - inconvenient</w:t>
            </w:r>
          </w:p>
        </w:tc>
        <w:tc>
          <w:tcPr>
            <w:tcW w:type="dxa" w:w="5160"/>
            <w:tcMar>
              <w:top w:w="70" w:type="dxa"/>
              <w:start w:w="80" w:type="dxa"/>
              <w:bottom w:w="70" w:type="dxa"/>
              <w:end w:w="80" w:type="dxa"/>
            </w:tcMar>
            <w:shd w:fill="DDEBF7"/>
          </w:tcPr>
          <w:p>
            <w:pPr>
              <w:keepNext w:val="0"/>
              <w:spacing w:before="0" w:after="20" w:line="240" w:lineRule="auto"/>
            </w:pPr>
            <w:r>
              <w:rPr>
                <w:rFonts w:ascii="Bookman Old Style" w:hAnsi="Bookman Old Style" w:eastAsia="Bookman Old Style"/>
                <w:color w:val="000000"/>
                <w:sz w:val="17"/>
              </w:rPr>
              <w:t>5. predict - prediction - predictable - unpredictable</w:t>
            </w:r>
          </w:p>
          <w:p>
            <w:pPr>
              <w:keepNext w:val="0"/>
              <w:spacing w:before="0" w:after="20" w:line="240" w:lineRule="auto"/>
            </w:pPr>
            <w:r>
              <w:rPr>
                <w:rFonts w:ascii="Bookman Old Style" w:hAnsi="Bookman Old Style" w:eastAsia="Bookman Old Style"/>
                <w:color w:val="000000"/>
                <w:sz w:val="17"/>
              </w:rPr>
              <w:t>6. invent - invention - inventor - inventive</w:t>
            </w:r>
          </w:p>
          <w:p>
            <w:pPr>
              <w:keepNext w:val="0"/>
              <w:spacing w:before="0" w:after="20" w:line="240" w:lineRule="auto"/>
            </w:pPr>
            <w:r>
              <w:rPr>
                <w:rFonts w:ascii="Bookman Old Style" w:hAnsi="Bookman Old Style" w:eastAsia="Bookman Old Style"/>
                <w:color w:val="000000"/>
                <w:sz w:val="17"/>
              </w:rPr>
              <w:t>7. electric - electrical - electricity - electrically</w:t>
            </w:r>
          </w:p>
          <w:p>
            <w:pPr>
              <w:keepNext w:val="0"/>
              <w:spacing w:before="0" w:after="20" w:line="240" w:lineRule="auto"/>
            </w:pPr>
            <w:r>
              <w:rPr>
                <w:rFonts w:ascii="Bookman Old Style" w:hAnsi="Bookman Old Style" w:eastAsia="Bookman Old Style"/>
                <w:color w:val="000000"/>
                <w:sz w:val="17"/>
              </w:rPr>
              <w:t>8. environment - environmental - environmentally - environmentalist</w:t>
            </w:r>
          </w:p>
        </w:tc>
      </w:tr>
    </w:tbl>
    <w:p>
      <w:pPr>
        <w:keepNext/>
        <w:spacing w:before="100" w:after="20" w:line="240" w:lineRule="auto"/>
      </w:pPr>
      <w:r>
        <w:rPr>
          <w:rFonts w:ascii="Bookman Old Style" w:hAnsi="Bookman Old Style" w:eastAsia="Bookman Old Style"/>
          <w:b/>
          <w:color w:val="0033CC"/>
          <w:sz w:val="20"/>
        </w:rPr>
        <w:t>Cụm từ trọng tâm</w:t>
      </w:r>
    </w:p>
    <w:tbl>
      <w:tblPr>
        <w:tblStyle w:val="TableGrid"/>
        <w:tblW w:type="dxa" w:w="10320"/>
        <w:jc w:val="center"/>
        <w:tblLayout w:type="fixed"/>
        <w:tblLook w:firstColumn="1" w:firstRow="1" w:lastColumn="0" w:lastRow="0" w:noHBand="0" w:noVBand="1" w:val="04A0"/>
      </w:tblPr>
      <w:tblGrid>
        <w:gridCol w:w="5160"/>
        <w:gridCol w:w="5160"/>
      </w:tblGrid>
      <w:tr>
        <w:tc>
          <w:tcPr>
            <w:tcW w:type="dxa" w:w="5160"/>
            <w:shd w:fill="DDEBF7"/>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0033CC"/>
                <w:sz w:val="17"/>
              </w:rPr>
              <w:t>Collocation</w:t>
            </w:r>
          </w:p>
        </w:tc>
        <w:tc>
          <w:tcPr>
            <w:tcW w:type="dxa" w:w="5160"/>
            <w:shd w:fill="DDEBF7"/>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0033CC"/>
                <w:sz w:val="17"/>
              </w:rPr>
              <w:t>Nghĩa</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future transport</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giao thông tương lai</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driverless car</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xe không người lái</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high-speed train</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tàu cao tốc</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run on electricity</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chạy bằng điện</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eco-friendly vehicle</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phương tiện thân thiện môi trường</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comfortable seat</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ghế ngồi thoải mái</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safety system</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hệ thống an toàn</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travel by</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di chuyển bằng</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take off</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cất cánh</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avoid traffic jams</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tránh tắc đường</w:t>
            </w:r>
          </w:p>
        </w:tc>
      </w:tr>
    </w:tbl>
    <w:p>
      <w:pPr>
        <w:keepNext/>
        <w:spacing w:before="80" w:after="20" w:line="240" w:lineRule="auto"/>
      </w:pPr>
      <w:r>
        <w:rPr>
          <w:rFonts w:ascii="Bookman Old Style" w:hAnsi="Bookman Old Style" w:eastAsia="Bookman Old Style"/>
          <w:b/>
          <w:color w:val="0033CC"/>
          <w:sz w:val="20"/>
        </w:rPr>
        <w:t>C. PRONUNCIATION</w:t>
      </w:r>
    </w:p>
    <w:p>
      <w:pPr>
        <w:keepNext w:val="0"/>
        <w:spacing w:before="0" w:after="40" w:line="240" w:lineRule="auto"/>
      </w:pPr>
      <w:r>
        <w:rPr>
          <w:rFonts w:ascii="Bookman Old Style" w:hAnsi="Bookman Old Style" w:eastAsia="Bookman Old Style"/>
          <w:color w:val="000000"/>
          <w:sz w:val="19"/>
        </w:rPr>
        <w:t>Sentence stress normally falls on content words (nouns, main verbs, adjectives, adverbs), not short grammar words.</w:t>
      </w:r>
    </w:p>
    <w:p>
      <w:r>
        <w:br w:type="page"/>
      </w:r>
    </w:p>
    <w:p>
      <w:pPr>
        <w:keepNext/>
        <w:spacing w:before="40" w:after="20" w:line="240" w:lineRule="auto"/>
      </w:pPr>
      <w:r>
        <w:rPr>
          <w:rFonts w:ascii="Bookman Old Style" w:hAnsi="Bookman Old Style" w:eastAsia="Bookman Old Style"/>
          <w:b/>
          <w:color w:val="0033CC"/>
          <w:sz w:val="20"/>
        </w:rPr>
        <w:t>D. GRAMMAR</w:t>
      </w:r>
    </w:p>
    <w:p>
      <w:pPr>
        <w:keepNext w:val="0"/>
        <w:spacing w:before="0" w:after="60" w:line="240" w:lineRule="auto"/>
      </w:pPr>
      <w:r>
        <w:rPr>
          <w:rFonts w:ascii="Bookman Old Style" w:hAnsi="Bookman Old Style" w:eastAsia="Bookman Old Style"/>
          <w:b/>
          <w:color w:val="0033CC"/>
          <w:sz w:val="20"/>
        </w:rPr>
        <w:t>FUTURE SIMPLE; POSSESSIVE PRONOUNS</w:t>
      </w:r>
    </w:p>
    <w:tbl>
      <w:tblPr>
        <w:tblStyle w:val="TableGrid"/>
        <w:tblW w:type="dxa" w:w="10320"/>
        <w:jc w:val="center"/>
        <w:tblLayout w:type="fixed"/>
        <w:tblLook w:firstColumn="1" w:firstRow="1" w:lastColumn="0" w:lastRow="0" w:noHBand="0" w:noVBand="1" w:val="04A0"/>
      </w:tblPr>
      <w:tblGrid>
        <w:gridCol w:w="1900"/>
        <w:gridCol w:w="4100"/>
        <w:gridCol w:w="4320"/>
      </w:tblGrid>
      <w:tr>
        <w:trPr>
          <w:tblHeader w:val="true"/>
        </w:trPr>
        <w:tc>
          <w:tcPr>
            <w:tcW w:type="dxa" w:w="190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7"/>
              </w:rPr>
              <w:t>Nội dung</w:t>
            </w:r>
          </w:p>
        </w:tc>
        <w:tc>
          <w:tcPr>
            <w:tcW w:type="dxa" w:w="410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7"/>
              </w:rPr>
              <w:t>Công thức / cách dùng</w:t>
            </w:r>
          </w:p>
        </w:tc>
        <w:tc>
          <w:tcPr>
            <w:tcW w:type="dxa" w:w="432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7"/>
              </w:rPr>
              <w:t>Ví dụ</w:t>
            </w:r>
          </w:p>
        </w:tc>
      </w:tr>
      <w:tr>
        <w:tc>
          <w:tcPr>
            <w:tcW w:type="dxa" w:w="1900"/>
            <w:tcMar>
              <w:top w:w="50" w:type="dxa"/>
              <w:start w:w="70" w:type="dxa"/>
              <w:bottom w:w="50" w:type="dxa"/>
              <w:end w:w="70" w:type="dxa"/>
            </w:tcMar>
            <w:vAlign w:val="center"/>
          </w:tcPr>
          <w:p>
            <w:pPr>
              <w:keepNext w:val="0"/>
              <w:spacing w:before="0" w:after="0" w:line="240" w:lineRule="auto"/>
              <w:jc w:val="center"/>
            </w:pPr>
            <w:r>
              <w:rPr>
                <w:rFonts w:ascii="Bookman Old Style" w:hAnsi="Bookman Old Style" w:eastAsia="Bookman Old Style"/>
                <w:b/>
                <w:color w:val="000000"/>
                <w:sz w:val="18"/>
              </w:rPr>
              <w:t>Khẳng định</w:t>
            </w:r>
          </w:p>
        </w:tc>
        <w:tc>
          <w:tcPr>
            <w:tcW w:type="dxa" w:w="410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S + will + V (nguyên mẫu).</w:t>
            </w:r>
          </w:p>
        </w:tc>
        <w:tc>
          <w:tcPr>
            <w:tcW w:type="dxa" w:w="432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People will use driverless cars.</w:t>
            </w:r>
          </w:p>
        </w:tc>
      </w:tr>
      <w:tr>
        <w:tc>
          <w:tcPr>
            <w:tcW w:type="dxa" w:w="1900"/>
            <w:tcMar>
              <w:top w:w="50" w:type="dxa"/>
              <w:start w:w="70" w:type="dxa"/>
              <w:bottom w:w="50" w:type="dxa"/>
              <w:end w:w="70" w:type="dxa"/>
            </w:tcMar>
            <w:vAlign w:val="center"/>
          </w:tcPr>
          <w:p>
            <w:pPr>
              <w:keepNext w:val="0"/>
              <w:spacing w:before="0" w:after="0" w:line="240" w:lineRule="auto"/>
              <w:jc w:val="center"/>
            </w:pPr>
            <w:r>
              <w:rPr>
                <w:rFonts w:ascii="Bookman Old Style" w:hAnsi="Bookman Old Style" w:eastAsia="Bookman Old Style"/>
                <w:b/>
                <w:color w:val="000000"/>
                <w:sz w:val="18"/>
              </w:rPr>
              <w:t>Phủ định</w:t>
            </w:r>
          </w:p>
        </w:tc>
        <w:tc>
          <w:tcPr>
            <w:tcW w:type="dxa" w:w="410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S + will not/won't + V.</w:t>
            </w:r>
          </w:p>
        </w:tc>
        <w:tc>
          <w:tcPr>
            <w:tcW w:type="dxa" w:w="432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Petrol cars won't be common.</w:t>
            </w:r>
          </w:p>
        </w:tc>
      </w:tr>
      <w:tr>
        <w:tc>
          <w:tcPr>
            <w:tcW w:type="dxa" w:w="1900"/>
            <w:tcMar>
              <w:top w:w="50" w:type="dxa"/>
              <w:start w:w="70" w:type="dxa"/>
              <w:bottom w:w="50" w:type="dxa"/>
              <w:end w:w="70" w:type="dxa"/>
            </w:tcMar>
            <w:vAlign w:val="center"/>
          </w:tcPr>
          <w:p>
            <w:pPr>
              <w:keepNext w:val="0"/>
              <w:spacing w:before="0" w:after="0" w:line="240" w:lineRule="auto"/>
              <w:jc w:val="center"/>
            </w:pPr>
            <w:r>
              <w:rPr>
                <w:rFonts w:ascii="Bookman Old Style" w:hAnsi="Bookman Old Style" w:eastAsia="Bookman Old Style"/>
                <w:b/>
                <w:color w:val="000000"/>
                <w:sz w:val="18"/>
              </w:rPr>
              <w:t>Nghi vấn</w:t>
            </w:r>
          </w:p>
        </w:tc>
        <w:tc>
          <w:tcPr>
            <w:tcW w:type="dxa" w:w="410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Will + S + V?</w:t>
            </w:r>
          </w:p>
        </w:tc>
        <w:tc>
          <w:tcPr>
            <w:tcW w:type="dxa" w:w="432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Will the vehicle run on electricity?</w:t>
            </w:r>
          </w:p>
        </w:tc>
      </w:tr>
      <w:tr>
        <w:tc>
          <w:tcPr>
            <w:tcW w:type="dxa" w:w="1900"/>
            <w:tcMar>
              <w:top w:w="50" w:type="dxa"/>
              <w:start w:w="70" w:type="dxa"/>
              <w:bottom w:w="50" w:type="dxa"/>
              <w:end w:w="70" w:type="dxa"/>
            </w:tcMar>
            <w:vAlign w:val="center"/>
          </w:tcPr>
          <w:p>
            <w:pPr>
              <w:keepNext w:val="0"/>
              <w:spacing w:before="0" w:after="0" w:line="240" w:lineRule="auto"/>
              <w:jc w:val="center"/>
            </w:pPr>
            <w:r>
              <w:rPr>
                <w:rFonts w:ascii="Bookman Old Style" w:hAnsi="Bookman Old Style" w:eastAsia="Bookman Old Style"/>
                <w:b/>
                <w:color w:val="000000"/>
                <w:sz w:val="18"/>
              </w:rPr>
              <w:t>Dự đoán</w:t>
            </w:r>
          </w:p>
        </w:tc>
        <w:tc>
          <w:tcPr>
            <w:tcW w:type="dxa" w:w="410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I think / I don't think + S + will ...</w:t>
            </w:r>
          </w:p>
        </w:tc>
        <w:tc>
          <w:tcPr>
            <w:tcW w:type="dxa" w:w="432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I think transport will be greener.</w:t>
            </w:r>
          </w:p>
        </w:tc>
      </w:tr>
      <w:tr>
        <w:tc>
          <w:tcPr>
            <w:tcW w:type="dxa" w:w="1900"/>
            <w:tcMar>
              <w:top w:w="50" w:type="dxa"/>
              <w:start w:w="70" w:type="dxa"/>
              <w:bottom w:w="50" w:type="dxa"/>
              <w:end w:w="70" w:type="dxa"/>
            </w:tcMar>
            <w:vAlign w:val="center"/>
          </w:tcPr>
          <w:p>
            <w:pPr>
              <w:keepNext w:val="0"/>
              <w:spacing w:before="0" w:after="0" w:line="240" w:lineRule="auto"/>
              <w:jc w:val="center"/>
            </w:pPr>
            <w:r>
              <w:rPr>
                <w:rFonts w:ascii="Bookman Old Style" w:hAnsi="Bookman Old Style" w:eastAsia="Bookman Old Style"/>
                <w:b/>
                <w:color w:val="000000"/>
                <w:sz w:val="18"/>
              </w:rPr>
              <w:t>Đại từ sở hữu</w:t>
            </w:r>
          </w:p>
        </w:tc>
        <w:tc>
          <w:tcPr>
            <w:tcW w:type="dxa" w:w="410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mine, yours, his, hers, ours, theirs</w:t>
            </w:r>
          </w:p>
        </w:tc>
        <w:tc>
          <w:tcPr>
            <w:tcW w:type="dxa" w:w="432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This ticket is mine. Those seats are theirs.</w:t>
            </w:r>
          </w:p>
        </w:tc>
      </w:tr>
    </w:tbl>
    <w:p>
      <w:pPr>
        <w:keepNext/>
        <w:spacing w:before="100" w:after="20" w:line="240" w:lineRule="auto"/>
      </w:pPr>
      <w:r>
        <w:rPr>
          <w:rFonts w:ascii="Bookman Old Style" w:hAnsi="Bookman Old Style" w:eastAsia="Bookman Old Style"/>
          <w:b/>
          <w:color w:val="0033CC"/>
          <w:sz w:val="20"/>
        </w:rPr>
        <w:t>Lưu ý</w:t>
      </w:r>
    </w:p>
    <w:p>
      <w:pPr>
        <w:keepNext w:val="0"/>
        <w:spacing w:before="0" w:after="40" w:line="240" w:lineRule="auto"/>
        <w:ind w:left="283"/>
      </w:pPr>
      <w:r>
        <w:rPr>
          <w:rFonts w:ascii="Bookman Old Style" w:hAnsi="Bookman Old Style" w:eastAsia="Bookman Old Style"/>
          <w:b/>
          <w:color w:val="0033CC"/>
          <w:sz w:val="18"/>
        </w:rPr>
        <w:t xml:space="preserve">• </w:t>
      </w:r>
      <w:r>
        <w:rPr>
          <w:rFonts w:ascii="Bookman Old Style" w:hAnsi="Bookman Old Style" w:eastAsia="Bookman Old Style"/>
          <w:color w:val="000000"/>
          <w:sz w:val="18"/>
        </w:rPr>
        <w:t>Sau will/won't dùng động từ nguyên mẫu.</w:t>
      </w:r>
    </w:p>
    <w:p>
      <w:pPr>
        <w:keepNext w:val="0"/>
        <w:spacing w:before="0" w:after="40" w:line="240" w:lineRule="auto"/>
        <w:ind w:left="283"/>
      </w:pPr>
      <w:r>
        <w:rPr>
          <w:rFonts w:ascii="Bookman Old Style" w:hAnsi="Bookman Old Style" w:eastAsia="Bookman Old Style"/>
          <w:b/>
          <w:color w:val="0033CC"/>
          <w:sz w:val="18"/>
        </w:rPr>
        <w:t xml:space="preserve">• </w:t>
      </w:r>
      <w:r>
        <w:rPr>
          <w:rFonts w:ascii="Bookman Old Style" w:hAnsi="Bookman Old Style" w:eastAsia="Bookman Old Style"/>
          <w:color w:val="000000"/>
          <w:sz w:val="18"/>
        </w:rPr>
        <w:t>Đại từ sở hữu không đứng trước danh từ.</w:t>
      </w:r>
    </w:p>
    <w:p>
      <w:pPr>
        <w:keepNext w:val="0"/>
        <w:spacing w:before="0" w:after="40" w:line="240" w:lineRule="auto"/>
        <w:ind w:left="283"/>
      </w:pPr>
      <w:r>
        <w:rPr>
          <w:rFonts w:ascii="Bookman Old Style" w:hAnsi="Bookman Old Style" w:eastAsia="Bookman Old Style"/>
          <w:b/>
          <w:color w:val="0033CC"/>
          <w:sz w:val="18"/>
        </w:rPr>
        <w:t xml:space="preserve">• </w:t>
      </w:r>
      <w:r>
        <w:rPr>
          <w:rFonts w:ascii="Bookman Old Style" w:hAnsi="Bookman Old Style" w:eastAsia="Bookman Old Style"/>
          <w:color w:val="000000"/>
          <w:sz w:val="18"/>
        </w:rPr>
        <w:t>Phân biệt: my car (tính từ sở hữu) và mine (đại từ sở hữu).</w:t>
      </w:r>
    </w:p>
    <w:p>
      <w:pPr>
        <w:keepNext/>
        <w:spacing w:before="100" w:after="20" w:line="240" w:lineRule="auto"/>
      </w:pPr>
      <w:r>
        <w:rPr>
          <w:rFonts w:ascii="Bookman Old Style" w:hAnsi="Bookman Old Style" w:eastAsia="Bookman Old Style"/>
          <w:b/>
          <w:color w:val="0033CC"/>
          <w:sz w:val="20"/>
        </w:rPr>
        <w:t>Bảng ghi nhớ nhanh</w:t>
      </w:r>
    </w:p>
    <w:tbl>
      <w:tblPr>
        <w:tblStyle w:val="TableGrid"/>
        <w:tblW w:type="dxa" w:w="10320"/>
        <w:jc w:val="center"/>
        <w:tblLayout w:type="fixed"/>
        <w:tblLook w:firstColumn="1" w:firstRow="1" w:lastColumn="0" w:lastRow="0" w:noHBand="0" w:noVBand="1" w:val="04A0"/>
      </w:tblPr>
      <w:tblGrid>
        <w:gridCol w:w="5160"/>
        <w:gridCol w:w="5160"/>
      </w:tblGrid>
      <w:tr>
        <w:tc>
          <w:tcPr>
            <w:tcW w:type="dxa" w:w="5160"/>
            <w:shd w:fill="DDEBF7"/>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0033CC"/>
                <w:sz w:val="18"/>
              </w:rPr>
              <w:t>Dấu hiệu / từ khóa</w:t>
            </w:r>
          </w:p>
        </w:tc>
        <w:tc>
          <w:tcPr>
            <w:tcW w:type="dxa" w:w="5160"/>
            <w:shd w:fill="DDEBF7"/>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0033CC"/>
                <w:sz w:val="18"/>
              </w:rPr>
              <w:t>Điểm cần tránh</w:t>
            </w:r>
          </w:p>
        </w:tc>
      </w:tr>
      <w:tr>
        <w:tc>
          <w:tcPr>
            <w:tcW w:type="dxa" w:w="5160"/>
            <w:tcMar>
              <w:top w:w="50" w:type="dxa"/>
              <w:start w:w="70" w:type="dxa"/>
              <w:bottom w:w="50" w:type="dxa"/>
              <w:end w:w="70" w:type="dxa"/>
            </w:tcMar>
          </w:tcPr>
          <w:p>
            <w:pPr>
              <w:keepNext w:val="0"/>
              <w:spacing w:before="0" w:after="0" w:line="240" w:lineRule="auto"/>
            </w:pPr>
            <w:r>
              <w:rPr>
                <w:rFonts w:ascii="Bookman Old Style" w:hAnsi="Bookman Old Style" w:eastAsia="Bookman Old Style"/>
                <w:color w:val="000000"/>
                <w:sz w:val="18"/>
              </w:rPr>
              <w:t>will, won't, I think; mine/yours/hers/ours/theirs</w:t>
            </w:r>
          </w:p>
        </w:tc>
        <w:tc>
          <w:tcPr>
            <w:tcW w:type="dxa" w:w="5160"/>
            <w:tcMar>
              <w:top w:w="50" w:type="dxa"/>
              <w:start w:w="70" w:type="dxa"/>
              <w:bottom w:w="50" w:type="dxa"/>
              <w:end w:w="70" w:type="dxa"/>
            </w:tcMar>
          </w:tcPr>
          <w:p>
            <w:pPr>
              <w:keepNext w:val="0"/>
              <w:spacing w:before="0" w:after="0" w:line="240" w:lineRule="auto"/>
            </w:pPr>
            <w:r>
              <w:rPr>
                <w:rFonts w:ascii="Bookman Old Style" w:hAnsi="Bookman Old Style" w:eastAsia="Bookman Old Style"/>
                <w:color w:val="000000"/>
                <w:sz w:val="18"/>
              </w:rPr>
              <w:t>Không thêm -s/-ed sau will; không đặt danh từ sau mine/yours.</w:t>
            </w:r>
          </w:p>
        </w:tc>
      </w:tr>
    </w:tbl>
    <w:p>
      <w:pPr>
        <w:keepNext/>
        <w:spacing w:before="100" w:after="20" w:line="240" w:lineRule="auto"/>
      </w:pPr>
      <w:r>
        <w:rPr>
          <w:rFonts w:ascii="Bookman Old Style" w:hAnsi="Bookman Old Style" w:eastAsia="Bookman Old Style"/>
          <w:b/>
          <w:color w:val="0033CC"/>
          <w:sz w:val="20"/>
        </w:rPr>
        <w:t>Ví dụ bổ sung</w:t>
      </w:r>
    </w:p>
    <w:tbl>
      <w:tblPr>
        <w:tblStyle w:val="TableGrid"/>
        <w:tblW w:type="dxa" w:w="10320"/>
        <w:jc w:val="center"/>
        <w:tblLayout w:type="fixed"/>
        <w:tblLook w:firstColumn="1" w:firstRow="1" w:lastColumn="0" w:lastRow="0" w:noHBand="0" w:noVBand="1" w:val="04A0"/>
      </w:tblPr>
      <w:tblGrid>
        <w:gridCol w:w="6300"/>
        <w:gridCol w:w="4020"/>
      </w:tblGrid>
      <w:tr>
        <w:tc>
          <w:tcPr>
            <w:tcW w:type="dxa" w:w="6300"/>
            <w:shd w:fill="DDEBF7"/>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0033CC"/>
                <w:sz w:val="17"/>
              </w:rPr>
              <w:t>Example</w:t>
            </w:r>
          </w:p>
        </w:tc>
        <w:tc>
          <w:tcPr>
            <w:tcW w:type="dxa" w:w="4020"/>
            <w:shd w:fill="DDEBF7"/>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0033CC"/>
                <w:sz w:val="17"/>
              </w:rPr>
              <w:t>Ghi chú / ý nghĩa</w:t>
            </w:r>
          </w:p>
        </w:tc>
      </w:tr>
      <w:tr>
        <w:tc>
          <w:tcPr>
            <w:tcW w:type="dxa" w:w="6300"/>
            <w:tcMar>
              <w:top w:w="50" w:type="dxa"/>
              <w:start w:w="70" w:type="dxa"/>
              <w:bottom w:w="50" w:type="dxa"/>
              <w:end w:w="70" w:type="dxa"/>
            </w:tcMar>
          </w:tcPr>
          <w:p>
            <w:pPr>
              <w:keepNext w:val="0"/>
              <w:spacing w:before="0" w:after="0" w:line="230" w:lineRule="auto"/>
            </w:pPr>
            <w:r>
              <w:rPr>
                <w:rFonts w:ascii="Bookman Old Style" w:hAnsi="Bookman Old Style" w:eastAsia="Bookman Old Style"/>
                <w:b/>
                <w:color w:val="000000"/>
                <w:sz w:val="17"/>
              </w:rPr>
              <w:t>People will use flying cars.</w:t>
            </w:r>
          </w:p>
        </w:tc>
        <w:tc>
          <w:tcPr>
            <w:tcW w:type="dxa" w:w="4020"/>
            <w:tcMar>
              <w:top w:w="50" w:type="dxa"/>
              <w:start w:w="70" w:type="dxa"/>
              <w:bottom w:w="50" w:type="dxa"/>
              <w:end w:w="70" w:type="dxa"/>
            </w:tcMar>
          </w:tcPr>
          <w:p>
            <w:pPr>
              <w:keepNext w:val="0"/>
              <w:spacing w:before="0" w:after="0" w:line="230" w:lineRule="auto"/>
            </w:pPr>
            <w:r>
              <w:rPr>
                <w:rFonts w:ascii="Bookman Old Style" w:hAnsi="Bookman Old Style" w:eastAsia="Bookman Old Style"/>
                <w:b w:val="0"/>
                <w:color w:val="000000"/>
                <w:sz w:val="17"/>
              </w:rPr>
              <w:t>Dự đoán tương lai</w:t>
            </w:r>
          </w:p>
        </w:tc>
      </w:tr>
      <w:tr>
        <w:tc>
          <w:tcPr>
            <w:tcW w:type="dxa" w:w="6300"/>
            <w:tcMar>
              <w:top w:w="50" w:type="dxa"/>
              <w:start w:w="70" w:type="dxa"/>
              <w:bottom w:w="50" w:type="dxa"/>
              <w:end w:w="70" w:type="dxa"/>
            </w:tcMar>
          </w:tcPr>
          <w:p>
            <w:pPr>
              <w:keepNext w:val="0"/>
              <w:spacing w:before="0" w:after="0" w:line="230" w:lineRule="auto"/>
            </w:pPr>
            <w:r>
              <w:rPr>
                <w:rFonts w:ascii="Bookman Old Style" w:hAnsi="Bookman Old Style" w:eastAsia="Bookman Old Style"/>
                <w:b/>
                <w:color w:val="000000"/>
                <w:sz w:val="17"/>
              </w:rPr>
              <w:t>Petrol cars won't be common.</w:t>
            </w:r>
          </w:p>
        </w:tc>
        <w:tc>
          <w:tcPr>
            <w:tcW w:type="dxa" w:w="4020"/>
            <w:tcMar>
              <w:top w:w="50" w:type="dxa"/>
              <w:start w:w="70" w:type="dxa"/>
              <w:bottom w:w="50" w:type="dxa"/>
              <w:end w:w="70" w:type="dxa"/>
            </w:tcMar>
          </w:tcPr>
          <w:p>
            <w:pPr>
              <w:keepNext w:val="0"/>
              <w:spacing w:before="0" w:after="0" w:line="230" w:lineRule="auto"/>
            </w:pPr>
            <w:r>
              <w:rPr>
                <w:rFonts w:ascii="Bookman Old Style" w:hAnsi="Bookman Old Style" w:eastAsia="Bookman Old Style"/>
                <w:b w:val="0"/>
                <w:color w:val="000000"/>
                <w:sz w:val="17"/>
              </w:rPr>
              <w:t>Phủ định</w:t>
            </w:r>
          </w:p>
        </w:tc>
      </w:tr>
      <w:tr>
        <w:tc>
          <w:tcPr>
            <w:tcW w:type="dxa" w:w="6300"/>
            <w:tcMar>
              <w:top w:w="50" w:type="dxa"/>
              <w:start w:w="70" w:type="dxa"/>
              <w:bottom w:w="50" w:type="dxa"/>
              <w:end w:w="70" w:type="dxa"/>
            </w:tcMar>
          </w:tcPr>
          <w:p>
            <w:pPr>
              <w:keepNext w:val="0"/>
              <w:spacing w:before="0" w:after="0" w:line="230" w:lineRule="auto"/>
            </w:pPr>
            <w:r>
              <w:rPr>
                <w:rFonts w:ascii="Bookman Old Style" w:hAnsi="Bookman Old Style" w:eastAsia="Bookman Old Style"/>
                <w:b/>
                <w:color w:val="000000"/>
                <w:sz w:val="17"/>
              </w:rPr>
              <w:t>Will trains be faster?</w:t>
            </w:r>
          </w:p>
        </w:tc>
        <w:tc>
          <w:tcPr>
            <w:tcW w:type="dxa" w:w="4020"/>
            <w:tcMar>
              <w:top w:w="50" w:type="dxa"/>
              <w:start w:w="70" w:type="dxa"/>
              <w:bottom w:w="50" w:type="dxa"/>
              <w:end w:w="70" w:type="dxa"/>
            </w:tcMar>
          </w:tcPr>
          <w:p>
            <w:pPr>
              <w:keepNext w:val="0"/>
              <w:spacing w:before="0" w:after="0" w:line="230" w:lineRule="auto"/>
            </w:pPr>
            <w:r>
              <w:rPr>
                <w:rFonts w:ascii="Bookman Old Style" w:hAnsi="Bookman Old Style" w:eastAsia="Bookman Old Style"/>
                <w:b w:val="0"/>
                <w:color w:val="000000"/>
                <w:sz w:val="17"/>
              </w:rPr>
              <w:t>Yes, they will.</w:t>
            </w:r>
          </w:p>
        </w:tc>
      </w:tr>
      <w:tr>
        <w:tc>
          <w:tcPr>
            <w:tcW w:type="dxa" w:w="6300"/>
            <w:tcMar>
              <w:top w:w="50" w:type="dxa"/>
              <w:start w:w="70" w:type="dxa"/>
              <w:bottom w:w="50" w:type="dxa"/>
              <w:end w:w="70" w:type="dxa"/>
            </w:tcMar>
          </w:tcPr>
          <w:p>
            <w:pPr>
              <w:keepNext w:val="0"/>
              <w:spacing w:before="0" w:after="0" w:line="230" w:lineRule="auto"/>
            </w:pPr>
            <w:r>
              <w:rPr>
                <w:rFonts w:ascii="Bookman Old Style" w:hAnsi="Bookman Old Style" w:eastAsia="Bookman Old Style"/>
                <w:b/>
                <w:color w:val="000000"/>
                <w:sz w:val="17"/>
              </w:rPr>
              <w:t>This helmet is mine.</w:t>
            </w:r>
          </w:p>
        </w:tc>
        <w:tc>
          <w:tcPr>
            <w:tcW w:type="dxa" w:w="4020"/>
            <w:tcMar>
              <w:top w:w="50" w:type="dxa"/>
              <w:start w:w="70" w:type="dxa"/>
              <w:bottom w:w="50" w:type="dxa"/>
              <w:end w:w="70" w:type="dxa"/>
            </w:tcMar>
          </w:tcPr>
          <w:p>
            <w:pPr>
              <w:keepNext w:val="0"/>
              <w:spacing w:before="0" w:after="0" w:line="230" w:lineRule="auto"/>
            </w:pPr>
            <w:r>
              <w:rPr>
                <w:rFonts w:ascii="Bookman Old Style" w:hAnsi="Bookman Old Style" w:eastAsia="Bookman Old Style"/>
                <w:b w:val="0"/>
                <w:color w:val="000000"/>
                <w:sz w:val="17"/>
              </w:rPr>
              <w:t>mine = my helmet</w:t>
            </w:r>
          </w:p>
        </w:tc>
      </w:tr>
      <w:tr>
        <w:tc>
          <w:tcPr>
            <w:tcW w:type="dxa" w:w="6300"/>
            <w:tcMar>
              <w:top w:w="50" w:type="dxa"/>
              <w:start w:w="70" w:type="dxa"/>
              <w:bottom w:w="50" w:type="dxa"/>
              <w:end w:w="70" w:type="dxa"/>
            </w:tcMar>
          </w:tcPr>
          <w:p>
            <w:pPr>
              <w:keepNext w:val="0"/>
              <w:spacing w:before="0" w:after="0" w:line="230" w:lineRule="auto"/>
            </w:pPr>
            <w:r>
              <w:rPr>
                <w:rFonts w:ascii="Bookman Old Style" w:hAnsi="Bookman Old Style" w:eastAsia="Bookman Old Style"/>
                <w:b/>
                <w:color w:val="000000"/>
                <w:sz w:val="17"/>
              </w:rPr>
              <w:t>Those tickets are theirs.</w:t>
            </w:r>
          </w:p>
        </w:tc>
        <w:tc>
          <w:tcPr>
            <w:tcW w:type="dxa" w:w="4020"/>
            <w:tcMar>
              <w:top w:w="50" w:type="dxa"/>
              <w:start w:w="70" w:type="dxa"/>
              <w:bottom w:w="50" w:type="dxa"/>
              <w:end w:w="70" w:type="dxa"/>
            </w:tcMar>
          </w:tcPr>
          <w:p>
            <w:pPr>
              <w:keepNext w:val="0"/>
              <w:spacing w:before="0" w:after="0" w:line="230" w:lineRule="auto"/>
            </w:pPr>
            <w:r>
              <w:rPr>
                <w:rFonts w:ascii="Bookman Old Style" w:hAnsi="Bookman Old Style" w:eastAsia="Bookman Old Style"/>
                <w:b w:val="0"/>
                <w:color w:val="000000"/>
                <w:sz w:val="17"/>
              </w:rPr>
              <w:t>theirs = their tickets</w:t>
            </w:r>
          </w:p>
        </w:tc>
      </w:tr>
      <w:tr>
        <w:tc>
          <w:tcPr>
            <w:tcW w:type="dxa" w:w="6300"/>
            <w:tcMar>
              <w:top w:w="50" w:type="dxa"/>
              <w:start w:w="70" w:type="dxa"/>
              <w:bottom w:w="50" w:type="dxa"/>
              <w:end w:w="70" w:type="dxa"/>
            </w:tcMar>
          </w:tcPr>
          <w:p>
            <w:pPr>
              <w:keepNext w:val="0"/>
              <w:spacing w:before="0" w:after="0" w:line="230" w:lineRule="auto"/>
            </w:pPr>
            <w:r>
              <w:rPr>
                <w:rFonts w:ascii="Bookman Old Style" w:hAnsi="Bookman Old Style" w:eastAsia="Bookman Old Style"/>
                <w:b/>
                <w:color w:val="000000"/>
                <w:sz w:val="17"/>
              </w:rPr>
              <w:t>I think transport will be greener.</w:t>
            </w:r>
          </w:p>
        </w:tc>
        <w:tc>
          <w:tcPr>
            <w:tcW w:type="dxa" w:w="4020"/>
            <w:tcMar>
              <w:top w:w="50" w:type="dxa"/>
              <w:start w:w="70" w:type="dxa"/>
              <w:bottom w:w="50" w:type="dxa"/>
              <w:end w:w="70" w:type="dxa"/>
            </w:tcMar>
          </w:tcPr>
          <w:p>
            <w:pPr>
              <w:keepNext w:val="0"/>
              <w:spacing w:before="0" w:after="0" w:line="230" w:lineRule="auto"/>
            </w:pPr>
            <w:r>
              <w:rPr>
                <w:rFonts w:ascii="Bookman Old Style" w:hAnsi="Bookman Old Style" w:eastAsia="Bookman Old Style"/>
                <w:b w:val="0"/>
                <w:color w:val="000000"/>
                <w:sz w:val="17"/>
              </w:rPr>
              <w:t>I think + will</w:t>
            </w:r>
          </w:p>
        </w:tc>
      </w:tr>
    </w:tbl>
    <w:p>
      <w:r>
        <w:br w:type="page"/>
      </w:r>
    </w:p>
    <w:p>
      <w:pPr>
        <w:keepNext w:val="0"/>
        <w:spacing w:before="160" w:after="160" w:line="240" w:lineRule="auto"/>
        <w:jc w:val="center"/>
      </w:pPr>
      <w:r>
        <w:drawing>
          <wp:inline xmlns:a="http://schemas.openxmlformats.org/drawingml/2006/main" xmlns:pic="http://schemas.openxmlformats.org/drawingml/2006/picture">
            <wp:extent cx="2592000" cy="1477524"/>
            <wp:docPr id="2" name="Picture 2"/>
            <wp:cNvGraphicFramePr>
              <a:graphicFrameLocks noChangeAspect="1"/>
            </wp:cNvGraphicFramePr>
            <a:graphic>
              <a:graphicData uri="http://schemas.openxmlformats.org/drawingml/2006/picture">
                <pic:pic>
                  <pic:nvPicPr>
                    <pic:cNvPr id="0" name="exercises.png"/>
                    <pic:cNvPicPr/>
                  </pic:nvPicPr>
                  <pic:blipFill>
                    <a:blip r:embed="rId11"/>
                    <a:stretch>
                      <a:fillRect/>
                    </a:stretch>
                  </pic:blipFill>
                  <pic:spPr>
                    <a:xfrm>
                      <a:off x="0" y="0"/>
                      <a:ext cx="2592000" cy="1477524"/>
                    </a:xfrm>
                    <a:prstGeom prst="rect"/>
                  </pic:spPr>
                </pic:pic>
              </a:graphicData>
            </a:graphic>
          </wp:inline>
        </w:drawing>
      </w:r>
    </w:p>
    <w:p>
      <w:pPr>
        <w:keepNext/>
        <w:spacing w:before="60" w:after="20" w:line="240" w:lineRule="auto"/>
      </w:pPr>
      <w:r>
        <w:rPr>
          <w:rFonts w:ascii="Bookman Old Style" w:hAnsi="Bookman Old Style" w:eastAsia="Bookman Old Style"/>
          <w:b/>
          <w:color w:val="0033CC"/>
          <w:sz w:val="19"/>
        </w:rPr>
        <w:t>Exercise 1: Choose the word (A, B, C, or D) whose underlined part is pronounced differently from the others.</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Choose the different sound.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sky</w:t>
      </w:r>
      <w:r>
        <w:tab/>
      </w:r>
      <w:r>
        <w:rPr>
          <w:rFonts w:ascii="Bookman Old Style" w:hAnsi="Bookman Old Style" w:eastAsia="Bookman Old Style"/>
          <w:color w:val="000000"/>
          <w:sz w:val="18"/>
        </w:rPr>
        <w:t>B. fly</w:t>
      </w:r>
      <w:r>
        <w:tab/>
      </w:r>
      <w:r>
        <w:rPr>
          <w:rFonts w:ascii="Bookman Old Style" w:hAnsi="Bookman Old Style" w:eastAsia="Bookman Old Style"/>
          <w:color w:val="000000"/>
          <w:sz w:val="18"/>
        </w:rPr>
        <w:t>C. system</w:t>
      </w:r>
      <w:r>
        <w:tab/>
      </w:r>
      <w:r>
        <w:rPr>
          <w:rFonts w:ascii="Bookman Old Style" w:hAnsi="Bookman Old Style" w:eastAsia="Bookman Old Style"/>
          <w:color w:val="000000"/>
          <w:sz w:val="18"/>
        </w:rPr>
        <w:t>D. driver</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Choose the different sound.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wheel</w:t>
      </w:r>
      <w:r>
        <w:tab/>
      </w:r>
      <w:r>
        <w:rPr>
          <w:rFonts w:ascii="Bookman Old Style" w:hAnsi="Bookman Old Style" w:eastAsia="Bookman Old Style"/>
          <w:color w:val="000000"/>
          <w:sz w:val="18"/>
        </w:rPr>
        <w:t>B. green</w:t>
      </w:r>
      <w:r>
        <w:tab/>
      </w:r>
      <w:r>
        <w:rPr>
          <w:rFonts w:ascii="Bookman Old Style" w:hAnsi="Bookman Old Style" w:eastAsia="Bookman Old Style"/>
          <w:color w:val="000000"/>
          <w:sz w:val="18"/>
        </w:rPr>
        <w:t>C. speed</w:t>
      </w:r>
      <w:r>
        <w:tab/>
      </w:r>
      <w:r>
        <w:rPr>
          <w:rFonts w:ascii="Bookman Old Style" w:hAnsi="Bookman Old Style" w:eastAsia="Bookman Old Style"/>
          <w:color w:val="000000"/>
          <w:sz w:val="18"/>
        </w:rPr>
        <w:t>D. great</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Choose the different sound.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future</w:t>
      </w:r>
      <w:r>
        <w:tab/>
      </w:r>
      <w:r>
        <w:rPr>
          <w:rFonts w:ascii="Bookman Old Style" w:hAnsi="Bookman Old Style" w:eastAsia="Bookman Old Style"/>
          <w:color w:val="000000"/>
          <w:sz w:val="18"/>
        </w:rPr>
        <w:t>B. use</w:t>
      </w:r>
      <w:r>
        <w:tab/>
      </w:r>
      <w:r>
        <w:rPr>
          <w:rFonts w:ascii="Bookman Old Style" w:hAnsi="Bookman Old Style" w:eastAsia="Bookman Old Style"/>
          <w:color w:val="000000"/>
          <w:sz w:val="18"/>
        </w:rPr>
        <w:t>C. tube</w:t>
      </w:r>
      <w:r>
        <w:tab/>
      </w:r>
      <w:r>
        <w:rPr>
          <w:rFonts w:ascii="Bookman Old Style" w:hAnsi="Bookman Old Style" w:eastAsia="Bookman Old Style"/>
          <w:color w:val="000000"/>
          <w:sz w:val="18"/>
        </w:rPr>
        <w:t>D. bullet</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Choose the different sound.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car</w:t>
      </w:r>
      <w:r>
        <w:tab/>
      </w:r>
      <w:r>
        <w:rPr>
          <w:rFonts w:ascii="Bookman Old Style" w:hAnsi="Bookman Old Style" w:eastAsia="Bookman Old Style"/>
          <w:color w:val="000000"/>
          <w:sz w:val="18"/>
        </w:rPr>
        <w:t>B. safe</w:t>
      </w:r>
      <w:r>
        <w:tab/>
      </w:r>
      <w:r>
        <w:rPr>
          <w:rFonts w:ascii="Bookman Old Style" w:hAnsi="Bookman Old Style" w:eastAsia="Bookman Old Style"/>
          <w:color w:val="000000"/>
          <w:sz w:val="18"/>
        </w:rPr>
        <w:t>C. travel</w:t>
      </w:r>
      <w:r>
        <w:tab/>
      </w:r>
      <w:r>
        <w:rPr>
          <w:rFonts w:ascii="Bookman Old Style" w:hAnsi="Bookman Old Style" w:eastAsia="Bookman Old Style"/>
          <w:color w:val="000000"/>
          <w:sz w:val="18"/>
        </w:rPr>
        <w:t>D. passenger</w:t>
      </w:r>
    </w:p>
    <w:p>
      <w:pPr>
        <w:keepNext/>
        <w:spacing w:before="0" w:after="0" w:line="240" w:lineRule="auto"/>
      </w:pPr>
      <w:r>
        <w:rPr>
          <w:rFonts w:ascii="Bookman Old Style" w:hAnsi="Bookman Old Style" w:eastAsia="Bookman Old Style"/>
          <w:color w:val="000000"/>
          <w:sz w:val="18"/>
        </w:rPr>
        <w:t xml:space="preserve">5. </w:t>
      </w:r>
      <w:r>
        <w:rPr>
          <w:rFonts w:ascii="Bookman Old Style" w:hAnsi="Bookman Old Style" w:eastAsia="Bookman Old Style"/>
          <w:color w:val="000000"/>
          <w:sz w:val="18"/>
        </w:rPr>
        <w:t>Choose the different sound.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ship</w:t>
      </w:r>
      <w:r>
        <w:tab/>
      </w:r>
      <w:r>
        <w:rPr>
          <w:rFonts w:ascii="Bookman Old Style" w:hAnsi="Bookman Old Style" w:eastAsia="Bookman Old Style"/>
          <w:color w:val="000000"/>
          <w:sz w:val="18"/>
        </w:rPr>
        <w:t>B. rail</w:t>
      </w:r>
      <w:r>
        <w:tab/>
      </w:r>
      <w:r>
        <w:rPr>
          <w:rFonts w:ascii="Bookman Old Style" w:hAnsi="Bookman Old Style" w:eastAsia="Bookman Old Style"/>
          <w:color w:val="000000"/>
          <w:sz w:val="18"/>
        </w:rPr>
        <w:t>C. pilot</w:t>
      </w:r>
      <w:r>
        <w:tab/>
      </w:r>
      <w:r>
        <w:rPr>
          <w:rFonts w:ascii="Bookman Old Style" w:hAnsi="Bookman Old Style" w:eastAsia="Bookman Old Style"/>
          <w:color w:val="000000"/>
          <w:sz w:val="18"/>
        </w:rPr>
        <w:t>D. high</w:t>
      </w:r>
    </w:p>
    <w:p>
      <w:pPr>
        <w:keepNext/>
        <w:spacing w:before="0" w:after="0" w:line="240" w:lineRule="auto"/>
      </w:pPr>
      <w:r>
        <w:rPr>
          <w:rFonts w:ascii="Bookman Old Style" w:hAnsi="Bookman Old Style" w:eastAsia="Bookman Old Style"/>
          <w:color w:val="000000"/>
          <w:sz w:val="18"/>
        </w:rPr>
        <w:t xml:space="preserve">6. </w:t>
      </w:r>
      <w:r>
        <w:rPr>
          <w:rFonts w:ascii="Bookman Old Style" w:hAnsi="Bookman Old Style" w:eastAsia="Bookman Old Style"/>
          <w:color w:val="000000"/>
          <w:sz w:val="18"/>
        </w:rPr>
        <w:t>Choose the different sound.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powered</w:t>
      </w:r>
      <w:r>
        <w:tab/>
      </w:r>
      <w:r>
        <w:rPr>
          <w:rFonts w:ascii="Bookman Old Style" w:hAnsi="Bookman Old Style" w:eastAsia="Bookman Old Style"/>
          <w:color w:val="000000"/>
          <w:sz w:val="18"/>
        </w:rPr>
        <w:t>B. travelled</w:t>
      </w:r>
      <w:r>
        <w:tab/>
      </w:r>
      <w:r>
        <w:rPr>
          <w:rFonts w:ascii="Bookman Old Style" w:hAnsi="Bookman Old Style" w:eastAsia="Bookman Old Style"/>
          <w:color w:val="000000"/>
          <w:sz w:val="18"/>
        </w:rPr>
        <w:t>C. invented</w:t>
      </w:r>
      <w:r>
        <w:tab/>
      </w:r>
      <w:r>
        <w:rPr>
          <w:rFonts w:ascii="Bookman Old Style" w:hAnsi="Bookman Old Style" w:eastAsia="Bookman Old Style"/>
          <w:color w:val="000000"/>
          <w:sz w:val="18"/>
        </w:rPr>
        <w:t>D. sailed</w:t>
      </w:r>
    </w:p>
    <w:p>
      <w:pPr>
        <w:keepNext/>
        <w:spacing w:before="60" w:after="20" w:line="240" w:lineRule="auto"/>
      </w:pPr>
      <w:r>
        <w:rPr>
          <w:rFonts w:ascii="Bookman Old Style" w:hAnsi="Bookman Old Style" w:eastAsia="Bookman Old Style"/>
          <w:b/>
          <w:color w:val="0033CC"/>
          <w:sz w:val="19"/>
        </w:rPr>
        <w:t>Exercise 2: Choose the word (A, B, C, or D) whose main stress is different from the others in the group.</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Choose the different stress pattern.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transport</w:t>
      </w:r>
      <w:r>
        <w:tab/>
      </w:r>
      <w:r>
        <w:rPr>
          <w:rFonts w:ascii="Bookman Old Style" w:hAnsi="Bookman Old Style" w:eastAsia="Bookman Old Style"/>
          <w:color w:val="000000"/>
          <w:sz w:val="18"/>
        </w:rPr>
        <w:t>B. travel</w:t>
      </w:r>
      <w:r>
        <w:tab/>
      </w:r>
      <w:r>
        <w:rPr>
          <w:rFonts w:ascii="Bookman Old Style" w:hAnsi="Bookman Old Style" w:eastAsia="Bookman Old Style"/>
          <w:color w:val="000000"/>
          <w:sz w:val="18"/>
        </w:rPr>
        <w:t>C. machine</w:t>
      </w:r>
      <w:r>
        <w:tab/>
      </w:r>
      <w:r>
        <w:rPr>
          <w:rFonts w:ascii="Bookman Old Style" w:hAnsi="Bookman Old Style" w:eastAsia="Bookman Old Style"/>
          <w:color w:val="000000"/>
          <w:sz w:val="18"/>
        </w:rPr>
        <w:t>D. vehicle</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Choose the different stress pattern.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driverless</w:t>
      </w:r>
      <w:r>
        <w:tab/>
      </w:r>
      <w:r>
        <w:rPr>
          <w:rFonts w:ascii="Bookman Old Style" w:hAnsi="Bookman Old Style" w:eastAsia="Bookman Old Style"/>
          <w:color w:val="000000"/>
          <w:sz w:val="18"/>
        </w:rPr>
        <w:t>B. autopilot</w:t>
      </w:r>
      <w:r>
        <w:tab/>
      </w:r>
      <w:r>
        <w:rPr>
          <w:rFonts w:ascii="Bookman Old Style" w:hAnsi="Bookman Old Style" w:eastAsia="Bookman Old Style"/>
          <w:color w:val="000000"/>
          <w:sz w:val="18"/>
        </w:rPr>
        <w:t>C. convenient</w:t>
      </w:r>
      <w:r>
        <w:tab/>
      </w:r>
      <w:r>
        <w:rPr>
          <w:rFonts w:ascii="Bookman Old Style" w:hAnsi="Bookman Old Style" w:eastAsia="Bookman Old Style"/>
          <w:color w:val="000000"/>
          <w:sz w:val="18"/>
        </w:rPr>
        <w:t>D. comfortable</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Choose the different stress pattern.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hyperloop</w:t>
      </w:r>
      <w:r>
        <w:tab/>
      </w:r>
      <w:r>
        <w:rPr>
          <w:rFonts w:ascii="Bookman Old Style" w:hAnsi="Bookman Old Style" w:eastAsia="Bookman Old Style"/>
          <w:color w:val="000000"/>
          <w:sz w:val="18"/>
        </w:rPr>
        <w:t>B. skytrain</w:t>
      </w:r>
      <w:r>
        <w:tab/>
      </w:r>
      <w:r>
        <w:rPr>
          <w:rFonts w:ascii="Bookman Old Style" w:hAnsi="Bookman Old Style" w:eastAsia="Bookman Old Style"/>
          <w:color w:val="000000"/>
          <w:sz w:val="18"/>
        </w:rPr>
        <w:t>C. predict</w:t>
      </w:r>
      <w:r>
        <w:tab/>
      </w:r>
      <w:r>
        <w:rPr>
          <w:rFonts w:ascii="Bookman Old Style" w:hAnsi="Bookman Old Style" w:eastAsia="Bookman Old Style"/>
          <w:color w:val="000000"/>
          <w:sz w:val="18"/>
        </w:rPr>
        <w:t>D. walkcar</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Choose the different stress pattern.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economical</w:t>
      </w:r>
      <w:r>
        <w:tab/>
      </w:r>
      <w:r>
        <w:rPr>
          <w:rFonts w:ascii="Bookman Old Style" w:hAnsi="Bookman Old Style" w:eastAsia="Bookman Old Style"/>
          <w:color w:val="000000"/>
          <w:sz w:val="18"/>
        </w:rPr>
        <w:t>B. eco-friendly</w:t>
      </w:r>
      <w:r>
        <w:tab/>
      </w:r>
      <w:r>
        <w:rPr>
          <w:rFonts w:ascii="Bookman Old Style" w:hAnsi="Bookman Old Style" w:eastAsia="Bookman Old Style"/>
          <w:color w:val="000000"/>
          <w:sz w:val="18"/>
        </w:rPr>
        <w:t>C. electricity</w:t>
      </w:r>
      <w:r>
        <w:tab/>
      </w:r>
      <w:r>
        <w:rPr>
          <w:rFonts w:ascii="Bookman Old Style" w:hAnsi="Bookman Old Style" w:eastAsia="Bookman Old Style"/>
          <w:color w:val="000000"/>
          <w:sz w:val="18"/>
        </w:rPr>
        <w:t>D. passenger</w:t>
      </w:r>
    </w:p>
    <w:p>
      <w:pPr>
        <w:keepNext/>
        <w:spacing w:before="0" w:after="0" w:line="240" w:lineRule="auto"/>
      </w:pPr>
      <w:r>
        <w:rPr>
          <w:rFonts w:ascii="Bookman Old Style" w:hAnsi="Bookman Old Style" w:eastAsia="Bookman Old Style"/>
          <w:color w:val="000000"/>
          <w:sz w:val="18"/>
        </w:rPr>
        <w:t xml:space="preserve">5. </w:t>
      </w:r>
      <w:r>
        <w:rPr>
          <w:rFonts w:ascii="Bookman Old Style" w:hAnsi="Bookman Old Style" w:eastAsia="Bookman Old Style"/>
          <w:color w:val="000000"/>
          <w:sz w:val="18"/>
        </w:rPr>
        <w:t>Choose the different stress pattern.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invention</w:t>
      </w:r>
      <w:r>
        <w:tab/>
      </w:r>
      <w:r>
        <w:rPr>
          <w:rFonts w:ascii="Bookman Old Style" w:hAnsi="Bookman Old Style" w:eastAsia="Bookman Old Style"/>
          <w:color w:val="000000"/>
          <w:sz w:val="18"/>
        </w:rPr>
        <w:t>B. congestion</w:t>
      </w:r>
      <w:r>
        <w:tab/>
      </w:r>
      <w:r>
        <w:rPr>
          <w:rFonts w:ascii="Bookman Old Style" w:hAnsi="Bookman Old Style" w:eastAsia="Bookman Old Style"/>
          <w:color w:val="000000"/>
          <w:sz w:val="18"/>
        </w:rPr>
        <w:t>C. vehicle</w:t>
      </w:r>
      <w:r>
        <w:tab/>
      </w:r>
      <w:r>
        <w:rPr>
          <w:rFonts w:ascii="Bookman Old Style" w:hAnsi="Bookman Old Style" w:eastAsia="Bookman Old Style"/>
          <w:color w:val="000000"/>
          <w:sz w:val="18"/>
        </w:rPr>
        <w:t>D. prediction</w:t>
      </w:r>
    </w:p>
    <w:p>
      <w:pPr>
        <w:keepNext/>
        <w:spacing w:before="0" w:after="0" w:line="240" w:lineRule="auto"/>
      </w:pPr>
      <w:r>
        <w:rPr>
          <w:rFonts w:ascii="Bookman Old Style" w:hAnsi="Bookman Old Style" w:eastAsia="Bookman Old Style"/>
          <w:color w:val="000000"/>
          <w:sz w:val="18"/>
        </w:rPr>
        <w:t xml:space="preserve">6. </w:t>
      </w:r>
      <w:r>
        <w:rPr>
          <w:rFonts w:ascii="Bookman Old Style" w:hAnsi="Bookman Old Style" w:eastAsia="Bookman Old Style"/>
          <w:color w:val="000000"/>
          <w:sz w:val="18"/>
        </w:rPr>
        <w:t>Choose the different stress pattern.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future</w:t>
      </w:r>
      <w:r>
        <w:tab/>
      </w:r>
      <w:r>
        <w:rPr>
          <w:rFonts w:ascii="Bookman Old Style" w:hAnsi="Bookman Old Style" w:eastAsia="Bookman Old Style"/>
          <w:color w:val="000000"/>
          <w:sz w:val="18"/>
        </w:rPr>
        <w:t>B. solar</w:t>
      </w:r>
      <w:r>
        <w:tab/>
      </w:r>
      <w:r>
        <w:rPr>
          <w:rFonts w:ascii="Bookman Old Style" w:hAnsi="Bookman Old Style" w:eastAsia="Bookman Old Style"/>
          <w:color w:val="000000"/>
          <w:sz w:val="18"/>
        </w:rPr>
        <w:t>C. bamboo</w:t>
      </w:r>
      <w:r>
        <w:tab/>
      </w:r>
      <w:r>
        <w:rPr>
          <w:rFonts w:ascii="Bookman Old Style" w:hAnsi="Bookman Old Style" w:eastAsia="Bookman Old Style"/>
          <w:color w:val="000000"/>
          <w:sz w:val="18"/>
        </w:rPr>
        <w:t>D. transport</w:t>
      </w:r>
    </w:p>
    <w:p>
      <w:pPr>
        <w:keepNext/>
        <w:spacing w:before="60" w:after="20" w:line="240" w:lineRule="auto"/>
      </w:pPr>
      <w:r>
        <w:rPr>
          <w:rFonts w:ascii="Bookman Old Style" w:hAnsi="Bookman Old Style" w:eastAsia="Bookman Old Style"/>
          <w:b/>
          <w:color w:val="0033CC"/>
          <w:sz w:val="19"/>
        </w:rPr>
        <w:t>Exercise 3: Choose the word/phrase/sentence (A, B, C, or D) that best fits the space in each sentence or best answers the question.</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A ______ can travel through a system of tubes at very high speed.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hyperloop</w:t>
      </w:r>
      <w:r>
        <w:tab/>
      </w:r>
      <w:r>
        <w:rPr>
          <w:rFonts w:ascii="Bookman Old Style" w:hAnsi="Bookman Old Style" w:eastAsia="Bookman Old Style"/>
          <w:color w:val="000000"/>
          <w:sz w:val="18"/>
        </w:rPr>
        <w:t>B. bicycle</w:t>
      </w:r>
      <w:r>
        <w:tab/>
      </w:r>
      <w:r>
        <w:rPr>
          <w:rFonts w:ascii="Bookman Old Style" w:hAnsi="Bookman Old Style" w:eastAsia="Bookman Old Style"/>
          <w:color w:val="000000"/>
          <w:sz w:val="18"/>
        </w:rPr>
        <w:t>C. boat</w:t>
      </w:r>
      <w:r>
        <w:tab/>
      </w:r>
      <w:r>
        <w:rPr>
          <w:rFonts w:ascii="Bookman Old Style" w:hAnsi="Bookman Old Style" w:eastAsia="Bookman Old Style"/>
          <w:color w:val="000000"/>
          <w:sz w:val="18"/>
        </w:rPr>
        <w:t>D. motorbike</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A car that drives itself is a ______ car.</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solar</w:t>
      </w:r>
      <w:r>
        <w:tab/>
      </w:r>
      <w:r>
        <w:rPr>
          <w:rFonts w:ascii="Bookman Old Style" w:hAnsi="Bookman Old Style" w:eastAsia="Bookman Old Style"/>
          <w:color w:val="000000"/>
          <w:sz w:val="18"/>
        </w:rPr>
        <w:t>B. driverless</w:t>
      </w:r>
      <w:r>
        <w:tab/>
      </w:r>
      <w:r>
        <w:rPr>
          <w:rFonts w:ascii="Bookman Old Style" w:hAnsi="Bookman Old Style" w:eastAsia="Bookman Old Style"/>
          <w:color w:val="000000"/>
          <w:sz w:val="18"/>
        </w:rPr>
        <w:t>C. petrol</w:t>
      </w:r>
      <w:r>
        <w:tab/>
      </w:r>
      <w:r>
        <w:rPr>
          <w:rFonts w:ascii="Bookman Old Style" w:hAnsi="Bookman Old Style" w:eastAsia="Bookman Old Style"/>
          <w:color w:val="000000"/>
          <w:sz w:val="18"/>
        </w:rPr>
        <w:t>D. pedal</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Electric vehicles do not produce harmful ______ on the road.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rails</w:t>
      </w:r>
      <w:r>
        <w:tab/>
      </w:r>
      <w:r>
        <w:rPr>
          <w:rFonts w:ascii="Bookman Old Style" w:hAnsi="Bookman Old Style" w:eastAsia="Bookman Old Style"/>
          <w:color w:val="000000"/>
          <w:sz w:val="18"/>
        </w:rPr>
        <w:t>B. fumes</w:t>
      </w:r>
      <w:r>
        <w:tab/>
      </w:r>
      <w:r>
        <w:rPr>
          <w:rFonts w:ascii="Bookman Old Style" w:hAnsi="Bookman Old Style" w:eastAsia="Bookman Old Style"/>
          <w:color w:val="000000"/>
          <w:sz w:val="18"/>
        </w:rPr>
        <w:t>C. wheels</w:t>
      </w:r>
      <w:r>
        <w:tab/>
      </w:r>
      <w:r>
        <w:rPr>
          <w:rFonts w:ascii="Bookman Old Style" w:hAnsi="Bookman Old Style" w:eastAsia="Bookman Old Style"/>
          <w:color w:val="000000"/>
          <w:sz w:val="18"/>
        </w:rPr>
        <w:t>D. signals</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A solowheel is a personal vehicle with one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wing</w:t>
      </w:r>
      <w:r>
        <w:tab/>
      </w:r>
      <w:r>
        <w:rPr>
          <w:rFonts w:ascii="Bookman Old Style" w:hAnsi="Bookman Old Style" w:eastAsia="Bookman Old Style"/>
          <w:color w:val="000000"/>
          <w:sz w:val="18"/>
        </w:rPr>
        <w:t>B. wheel</w:t>
      </w:r>
      <w:r>
        <w:tab/>
      </w:r>
      <w:r>
        <w:rPr>
          <w:rFonts w:ascii="Bookman Old Style" w:hAnsi="Bookman Old Style" w:eastAsia="Bookman Old Style"/>
          <w:color w:val="000000"/>
          <w:sz w:val="18"/>
        </w:rPr>
        <w:t>C. rail</w:t>
      </w:r>
      <w:r>
        <w:tab/>
      </w:r>
      <w:r>
        <w:rPr>
          <w:rFonts w:ascii="Bookman Old Style" w:hAnsi="Bookman Old Style" w:eastAsia="Bookman Old Style"/>
          <w:color w:val="000000"/>
          <w:sz w:val="18"/>
        </w:rPr>
        <w:t>D. sail</w:t>
      </w:r>
    </w:p>
    <w:p>
      <w:pPr>
        <w:keepNext/>
        <w:spacing w:before="0" w:after="0" w:line="240" w:lineRule="auto"/>
      </w:pPr>
      <w:r>
        <w:rPr>
          <w:rFonts w:ascii="Bookman Old Style" w:hAnsi="Bookman Old Style" w:eastAsia="Bookman Old Style"/>
          <w:color w:val="000000"/>
          <w:sz w:val="18"/>
        </w:rPr>
        <w:t xml:space="preserve">5. </w:t>
      </w:r>
      <w:r>
        <w:rPr>
          <w:rFonts w:ascii="Bookman Old Style" w:hAnsi="Bookman Old Style" w:eastAsia="Bookman Old Style"/>
          <w:color w:val="000000"/>
          <w:sz w:val="18"/>
        </w:rPr>
        <w:t>Future transport should be safe and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eco-friendly</w:t>
      </w:r>
      <w:r>
        <w:tab/>
      </w:r>
      <w:r>
        <w:rPr>
          <w:rFonts w:ascii="Bookman Old Style" w:hAnsi="Bookman Old Style" w:eastAsia="Bookman Old Style"/>
          <w:color w:val="000000"/>
          <w:sz w:val="18"/>
        </w:rPr>
        <w:t>B. polluting</w:t>
      </w:r>
      <w:r>
        <w:tab/>
      </w:r>
      <w:r>
        <w:rPr>
          <w:rFonts w:ascii="Bookman Old Style" w:hAnsi="Bookman Old Style" w:eastAsia="Bookman Old Style"/>
          <w:color w:val="000000"/>
          <w:sz w:val="18"/>
        </w:rPr>
        <w:t>C. noisy</w:t>
      </w:r>
      <w:r>
        <w:tab/>
      </w:r>
      <w:r>
        <w:rPr>
          <w:rFonts w:ascii="Bookman Old Style" w:hAnsi="Bookman Old Style" w:eastAsia="Bookman Old Style"/>
          <w:color w:val="000000"/>
          <w:sz w:val="18"/>
        </w:rPr>
        <w:t>D. violent</w:t>
      </w:r>
    </w:p>
    <w:p>
      <w:pPr>
        <w:keepNext/>
        <w:spacing w:before="0" w:after="0" w:line="240" w:lineRule="auto"/>
      </w:pPr>
      <w:r>
        <w:rPr>
          <w:rFonts w:ascii="Bookman Old Style" w:hAnsi="Bookman Old Style" w:eastAsia="Bookman Old Style"/>
          <w:color w:val="000000"/>
          <w:sz w:val="18"/>
        </w:rPr>
        <w:t xml:space="preserve">6. </w:t>
      </w:r>
      <w:r>
        <w:rPr>
          <w:rFonts w:ascii="Bookman Old Style" w:hAnsi="Bookman Old Style" w:eastAsia="Bookman Old Style"/>
          <w:color w:val="000000"/>
          <w:sz w:val="18"/>
        </w:rPr>
        <w:t>This ship will ______ solar energy.</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run on</w:t>
      </w:r>
      <w:r>
        <w:tab/>
      </w:r>
      <w:r>
        <w:rPr>
          <w:rFonts w:ascii="Bookman Old Style" w:hAnsi="Bookman Old Style" w:eastAsia="Bookman Old Style"/>
          <w:color w:val="000000"/>
          <w:sz w:val="18"/>
        </w:rPr>
        <w:t>B. take off</w:t>
      </w:r>
      <w:r>
        <w:tab/>
      </w:r>
      <w:r>
        <w:rPr>
          <w:rFonts w:ascii="Bookman Old Style" w:hAnsi="Bookman Old Style" w:eastAsia="Bookman Old Style"/>
          <w:color w:val="000000"/>
          <w:sz w:val="18"/>
        </w:rPr>
        <w:t>C. get in</w:t>
      </w:r>
      <w:r>
        <w:tab/>
      </w:r>
      <w:r>
        <w:rPr>
          <w:rFonts w:ascii="Bookman Old Style" w:hAnsi="Bookman Old Style" w:eastAsia="Bookman Old Style"/>
          <w:color w:val="000000"/>
          <w:sz w:val="18"/>
        </w:rPr>
        <w:t>D. look at</w:t>
      </w:r>
    </w:p>
    <w:p>
      <w:pPr>
        <w:keepNext/>
        <w:spacing w:before="0" w:after="0" w:line="240" w:lineRule="auto"/>
      </w:pPr>
      <w:r>
        <w:rPr>
          <w:rFonts w:ascii="Bookman Old Style" w:hAnsi="Bookman Old Style" w:eastAsia="Bookman Old Style"/>
          <w:color w:val="000000"/>
          <w:sz w:val="18"/>
        </w:rPr>
        <w:t xml:space="preserve">7. </w:t>
      </w:r>
      <w:r>
        <w:rPr>
          <w:rFonts w:ascii="Bookman Old Style" w:hAnsi="Bookman Old Style" w:eastAsia="Bookman Old Style"/>
          <w:color w:val="000000"/>
          <w:sz w:val="18"/>
        </w:rPr>
        <w:t>People ______ use flying cars in the future.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will</w:t>
      </w:r>
      <w:r>
        <w:tab/>
      </w:r>
      <w:r>
        <w:rPr>
          <w:rFonts w:ascii="Bookman Old Style" w:hAnsi="Bookman Old Style" w:eastAsia="Bookman Old Style"/>
          <w:color w:val="000000"/>
          <w:sz w:val="18"/>
        </w:rPr>
        <w:t>B. are</w:t>
      </w:r>
      <w:r>
        <w:tab/>
      </w:r>
      <w:r>
        <w:rPr>
          <w:rFonts w:ascii="Bookman Old Style" w:hAnsi="Bookman Old Style" w:eastAsia="Bookman Old Style"/>
          <w:color w:val="000000"/>
          <w:sz w:val="18"/>
        </w:rPr>
        <w:t>C. did</w:t>
      </w:r>
      <w:r>
        <w:tab/>
      </w:r>
      <w:r>
        <w:rPr>
          <w:rFonts w:ascii="Bookman Old Style" w:hAnsi="Bookman Old Style" w:eastAsia="Bookman Old Style"/>
          <w:color w:val="000000"/>
          <w:sz w:val="18"/>
        </w:rPr>
        <w:t>D. have</w:t>
      </w:r>
    </w:p>
    <w:p>
      <w:pPr>
        <w:keepNext/>
        <w:spacing w:before="0" w:after="0" w:line="240" w:lineRule="auto"/>
      </w:pPr>
      <w:r>
        <w:rPr>
          <w:rFonts w:ascii="Bookman Old Style" w:hAnsi="Bookman Old Style" w:eastAsia="Bookman Old Style"/>
          <w:color w:val="000000"/>
          <w:sz w:val="18"/>
        </w:rPr>
        <w:t xml:space="preserve">8. </w:t>
      </w:r>
      <w:r>
        <w:rPr>
          <w:rFonts w:ascii="Bookman Old Style" w:hAnsi="Bookman Old Style" w:eastAsia="Bookman Old Style"/>
          <w:color w:val="000000"/>
          <w:sz w:val="18"/>
        </w:rPr>
        <w:t>I think petrol cars ______ be common in 2050.</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won't</w:t>
      </w:r>
      <w:r>
        <w:tab/>
      </w:r>
      <w:r>
        <w:rPr>
          <w:rFonts w:ascii="Bookman Old Style" w:hAnsi="Bookman Old Style" w:eastAsia="Bookman Old Style"/>
          <w:color w:val="000000"/>
          <w:sz w:val="18"/>
        </w:rPr>
        <w:t>B. don't</w:t>
      </w:r>
      <w:r>
        <w:tab/>
      </w:r>
      <w:r>
        <w:rPr>
          <w:rFonts w:ascii="Bookman Old Style" w:hAnsi="Bookman Old Style" w:eastAsia="Bookman Old Style"/>
          <w:color w:val="000000"/>
          <w:sz w:val="18"/>
        </w:rPr>
        <w:t>C. aren't</w:t>
      </w:r>
      <w:r>
        <w:tab/>
      </w:r>
      <w:r>
        <w:rPr>
          <w:rFonts w:ascii="Bookman Old Style" w:hAnsi="Bookman Old Style" w:eastAsia="Bookman Old Style"/>
          <w:color w:val="000000"/>
          <w:sz w:val="18"/>
        </w:rPr>
        <w:t>D. didn't</w:t>
      </w:r>
    </w:p>
    <w:p>
      <w:pPr>
        <w:keepNext/>
        <w:spacing w:before="0" w:after="0" w:line="240" w:lineRule="auto"/>
      </w:pPr>
      <w:r>
        <w:rPr>
          <w:rFonts w:ascii="Bookman Old Style" w:hAnsi="Bookman Old Style" w:eastAsia="Bookman Old Style"/>
          <w:color w:val="000000"/>
          <w:sz w:val="18"/>
        </w:rPr>
        <w:t xml:space="preserve">9. </w:t>
      </w:r>
      <w:r>
        <w:rPr>
          <w:rFonts w:ascii="Bookman Old Style" w:hAnsi="Bookman Old Style" w:eastAsia="Bookman Old Style"/>
          <w:color w:val="000000"/>
          <w:sz w:val="18"/>
        </w:rPr>
        <w:t>______ the hyperloop be faster than a plane?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Does</w:t>
      </w:r>
      <w:r>
        <w:tab/>
      </w:r>
      <w:r>
        <w:rPr>
          <w:rFonts w:ascii="Bookman Old Style" w:hAnsi="Bookman Old Style" w:eastAsia="Bookman Old Style"/>
          <w:color w:val="000000"/>
          <w:sz w:val="18"/>
        </w:rPr>
        <w:t>B. Is</w:t>
      </w:r>
      <w:r>
        <w:tab/>
      </w:r>
      <w:r>
        <w:rPr>
          <w:rFonts w:ascii="Bookman Old Style" w:hAnsi="Bookman Old Style" w:eastAsia="Bookman Old Style"/>
          <w:color w:val="000000"/>
          <w:sz w:val="18"/>
        </w:rPr>
        <w:t>C. Will</w:t>
      </w:r>
      <w:r>
        <w:tab/>
      </w:r>
      <w:r>
        <w:rPr>
          <w:rFonts w:ascii="Bookman Old Style" w:hAnsi="Bookman Old Style" w:eastAsia="Bookman Old Style"/>
          <w:color w:val="000000"/>
          <w:sz w:val="18"/>
        </w:rPr>
        <w:t>D. Did</w:t>
      </w:r>
    </w:p>
    <w:p>
      <w:pPr>
        <w:keepNext/>
        <w:spacing w:before="0" w:after="0" w:line="240" w:lineRule="auto"/>
      </w:pPr>
      <w:r>
        <w:rPr>
          <w:rFonts w:ascii="Bookman Old Style" w:hAnsi="Bookman Old Style" w:eastAsia="Bookman Old Style"/>
          <w:color w:val="000000"/>
          <w:sz w:val="18"/>
        </w:rPr>
        <w:t xml:space="preserve">10. </w:t>
      </w:r>
      <w:r>
        <w:rPr>
          <w:rFonts w:ascii="Bookman Old Style" w:hAnsi="Bookman Old Style" w:eastAsia="Bookman Old Style"/>
          <w:color w:val="000000"/>
          <w:sz w:val="18"/>
        </w:rPr>
        <w:t>They will ______ on autopilot.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running</w:t>
      </w:r>
      <w:r>
        <w:tab/>
      </w:r>
      <w:r>
        <w:rPr>
          <w:rFonts w:ascii="Bookman Old Style" w:hAnsi="Bookman Old Style" w:eastAsia="Bookman Old Style"/>
          <w:color w:val="000000"/>
          <w:sz w:val="18"/>
        </w:rPr>
        <w:t>B. ran</w:t>
      </w:r>
      <w:r>
        <w:tab/>
      </w:r>
      <w:r>
        <w:rPr>
          <w:rFonts w:ascii="Bookman Old Style" w:hAnsi="Bookman Old Style" w:eastAsia="Bookman Old Style"/>
          <w:color w:val="000000"/>
          <w:sz w:val="18"/>
        </w:rPr>
        <w:t>C. run</w:t>
      </w:r>
      <w:r>
        <w:tab/>
      </w:r>
      <w:r>
        <w:rPr>
          <w:rFonts w:ascii="Bookman Old Style" w:hAnsi="Bookman Old Style" w:eastAsia="Bookman Old Style"/>
          <w:color w:val="000000"/>
          <w:sz w:val="18"/>
        </w:rPr>
        <w:t>D. runs</w:t>
      </w:r>
    </w:p>
    <w:p>
      <w:pPr>
        <w:keepNext/>
        <w:spacing w:before="0" w:after="0" w:line="240" w:lineRule="auto"/>
      </w:pPr>
      <w:r>
        <w:rPr>
          <w:rFonts w:ascii="Bookman Old Style" w:hAnsi="Bookman Old Style" w:eastAsia="Bookman Old Style"/>
          <w:color w:val="000000"/>
          <w:sz w:val="18"/>
        </w:rPr>
        <w:t xml:space="preserve">11. </w:t>
      </w:r>
      <w:r>
        <w:rPr>
          <w:rFonts w:ascii="Bookman Old Style" w:hAnsi="Bookman Old Style" w:eastAsia="Bookman Old Style"/>
          <w:color w:val="000000"/>
          <w:sz w:val="18"/>
        </w:rPr>
        <w:t>This is my bike. The blue one is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my</w:t>
      </w:r>
      <w:r>
        <w:tab/>
      </w:r>
      <w:r>
        <w:rPr>
          <w:rFonts w:ascii="Bookman Old Style" w:hAnsi="Bookman Old Style" w:eastAsia="Bookman Old Style"/>
          <w:color w:val="000000"/>
          <w:sz w:val="18"/>
        </w:rPr>
        <w:t>B. mine</w:t>
      </w:r>
      <w:r>
        <w:tab/>
      </w:r>
      <w:r>
        <w:rPr>
          <w:rFonts w:ascii="Bookman Old Style" w:hAnsi="Bookman Old Style" w:eastAsia="Bookman Old Style"/>
          <w:color w:val="000000"/>
          <w:sz w:val="18"/>
        </w:rPr>
        <w:t>C. me</w:t>
      </w:r>
      <w:r>
        <w:tab/>
      </w:r>
      <w:r>
        <w:rPr>
          <w:rFonts w:ascii="Bookman Old Style" w:hAnsi="Bookman Old Style" w:eastAsia="Bookman Old Style"/>
          <w:color w:val="000000"/>
          <w:sz w:val="18"/>
        </w:rPr>
        <w:t>D. I</w:t>
      </w:r>
    </w:p>
    <w:p>
      <w:pPr>
        <w:keepNext/>
        <w:spacing w:before="0" w:after="0" w:line="240" w:lineRule="auto"/>
      </w:pPr>
      <w:r>
        <w:rPr>
          <w:rFonts w:ascii="Bookman Old Style" w:hAnsi="Bookman Old Style" w:eastAsia="Bookman Old Style"/>
          <w:color w:val="000000"/>
          <w:sz w:val="18"/>
        </w:rPr>
        <w:t xml:space="preserve">12. </w:t>
      </w:r>
      <w:r>
        <w:rPr>
          <w:rFonts w:ascii="Bookman Old Style" w:hAnsi="Bookman Old Style" w:eastAsia="Bookman Old Style"/>
          <w:color w:val="000000"/>
          <w:sz w:val="18"/>
        </w:rPr>
        <w:t>Their car is electric. ______ is petrol-powered.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Our</w:t>
      </w:r>
      <w:r>
        <w:tab/>
      </w:r>
      <w:r>
        <w:rPr>
          <w:rFonts w:ascii="Bookman Old Style" w:hAnsi="Bookman Old Style" w:eastAsia="Bookman Old Style"/>
          <w:color w:val="000000"/>
          <w:sz w:val="18"/>
        </w:rPr>
        <w:t>B. Ours</w:t>
      </w:r>
      <w:r>
        <w:tab/>
      </w:r>
      <w:r>
        <w:rPr>
          <w:rFonts w:ascii="Bookman Old Style" w:hAnsi="Bookman Old Style" w:eastAsia="Bookman Old Style"/>
          <w:color w:val="000000"/>
          <w:sz w:val="18"/>
        </w:rPr>
        <w:t>C. Us</w:t>
      </w:r>
      <w:r>
        <w:tab/>
      </w:r>
      <w:r>
        <w:rPr>
          <w:rFonts w:ascii="Bookman Old Style" w:hAnsi="Bookman Old Style" w:eastAsia="Bookman Old Style"/>
          <w:color w:val="000000"/>
          <w:sz w:val="18"/>
        </w:rPr>
        <w:t>D. We</w:t>
      </w:r>
    </w:p>
    <w:p>
      <w:pPr>
        <w:keepNext/>
        <w:spacing w:before="0" w:after="0" w:line="240" w:lineRule="auto"/>
      </w:pPr>
      <w:r>
        <w:rPr>
          <w:rFonts w:ascii="Bookman Old Style" w:hAnsi="Bookman Old Style" w:eastAsia="Bookman Old Style"/>
          <w:color w:val="000000"/>
          <w:sz w:val="18"/>
        </w:rPr>
        <w:t xml:space="preserve">13. </w:t>
      </w:r>
      <w:r>
        <w:rPr>
          <w:rFonts w:ascii="Bookman Old Style" w:hAnsi="Bookman Old Style" w:eastAsia="Bookman Old Style"/>
          <w:color w:val="000000"/>
          <w:sz w:val="18"/>
        </w:rPr>
        <w:t>Is this helmet ______ or hers?</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your</w:t>
      </w:r>
      <w:r>
        <w:tab/>
      </w:r>
      <w:r>
        <w:rPr>
          <w:rFonts w:ascii="Bookman Old Style" w:hAnsi="Bookman Old Style" w:eastAsia="Bookman Old Style"/>
          <w:color w:val="000000"/>
          <w:sz w:val="18"/>
        </w:rPr>
        <w:t>B. yours</w:t>
      </w:r>
      <w:r>
        <w:tab/>
      </w:r>
      <w:r>
        <w:rPr>
          <w:rFonts w:ascii="Bookman Old Style" w:hAnsi="Bookman Old Style" w:eastAsia="Bookman Old Style"/>
          <w:color w:val="000000"/>
          <w:sz w:val="18"/>
        </w:rPr>
        <w:t>C. you</w:t>
      </w:r>
      <w:r>
        <w:tab/>
      </w:r>
      <w:r>
        <w:rPr>
          <w:rFonts w:ascii="Bookman Old Style" w:hAnsi="Bookman Old Style" w:eastAsia="Bookman Old Style"/>
          <w:color w:val="000000"/>
          <w:sz w:val="18"/>
        </w:rPr>
        <w:t>D. her</w:t>
      </w:r>
    </w:p>
    <w:p>
      <w:pPr>
        <w:keepNext/>
        <w:spacing w:before="0" w:after="0" w:line="240" w:lineRule="auto"/>
      </w:pPr>
      <w:r>
        <w:rPr>
          <w:rFonts w:ascii="Bookman Old Style" w:hAnsi="Bookman Old Style" w:eastAsia="Bookman Old Style"/>
          <w:color w:val="000000"/>
          <w:sz w:val="18"/>
        </w:rPr>
        <w:t xml:space="preserve">14. </w:t>
      </w:r>
      <w:r>
        <w:rPr>
          <w:rFonts w:ascii="Bookman Old Style" w:hAnsi="Bookman Old Style" w:eastAsia="Bookman Old Style"/>
          <w:color w:val="000000"/>
          <w:sz w:val="18"/>
        </w:rPr>
        <w:t>That bag belongs to Nam. It is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he</w:t>
      </w:r>
      <w:r>
        <w:tab/>
      </w:r>
      <w:r>
        <w:rPr>
          <w:rFonts w:ascii="Bookman Old Style" w:hAnsi="Bookman Old Style" w:eastAsia="Bookman Old Style"/>
          <w:color w:val="000000"/>
          <w:sz w:val="18"/>
        </w:rPr>
        <w:t>B. his</w:t>
      </w:r>
      <w:r>
        <w:tab/>
      </w:r>
      <w:r>
        <w:rPr>
          <w:rFonts w:ascii="Bookman Old Style" w:hAnsi="Bookman Old Style" w:eastAsia="Bookman Old Style"/>
          <w:color w:val="000000"/>
          <w:sz w:val="18"/>
        </w:rPr>
        <w:t>C. him</w:t>
      </w:r>
      <w:r>
        <w:tab/>
      </w:r>
      <w:r>
        <w:rPr>
          <w:rFonts w:ascii="Bookman Old Style" w:hAnsi="Bookman Old Style" w:eastAsia="Bookman Old Style"/>
          <w:color w:val="000000"/>
          <w:sz w:val="18"/>
        </w:rPr>
        <w:t>D. her</w:t>
      </w:r>
    </w:p>
    <w:p>
      <w:pPr>
        <w:keepNext/>
        <w:spacing w:before="0" w:after="0" w:line="240" w:lineRule="auto"/>
      </w:pPr>
      <w:r>
        <w:rPr>
          <w:rFonts w:ascii="Bookman Old Style" w:hAnsi="Bookman Old Style" w:eastAsia="Bookman Old Style"/>
          <w:color w:val="000000"/>
          <w:sz w:val="18"/>
        </w:rPr>
        <w:t xml:space="preserve">15. </w:t>
      </w:r>
      <w:r>
        <w:rPr>
          <w:rFonts w:ascii="Bookman Old Style" w:hAnsi="Bookman Old Style" w:eastAsia="Bookman Old Style"/>
          <w:color w:val="000000"/>
          <w:sz w:val="18"/>
        </w:rPr>
        <w:t>Future vehicles will help ______ traffic congestion.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avoid</w:t>
      </w:r>
      <w:r>
        <w:tab/>
      </w:r>
      <w:r>
        <w:rPr>
          <w:rFonts w:ascii="Bookman Old Style" w:hAnsi="Bookman Old Style" w:eastAsia="Bookman Old Style"/>
          <w:color w:val="000000"/>
          <w:sz w:val="18"/>
        </w:rPr>
        <w:t>B. cause</w:t>
      </w:r>
      <w:r>
        <w:tab/>
      </w:r>
      <w:r>
        <w:rPr>
          <w:rFonts w:ascii="Bookman Old Style" w:hAnsi="Bookman Old Style" w:eastAsia="Bookman Old Style"/>
          <w:color w:val="000000"/>
          <w:sz w:val="18"/>
        </w:rPr>
        <w:t>C. increase</w:t>
      </w:r>
      <w:r>
        <w:tab/>
      </w:r>
      <w:r>
        <w:rPr>
          <w:rFonts w:ascii="Bookman Old Style" w:hAnsi="Bookman Old Style" w:eastAsia="Bookman Old Style"/>
          <w:color w:val="000000"/>
          <w:sz w:val="18"/>
        </w:rPr>
        <w:t>D. build</w:t>
      </w:r>
    </w:p>
    <w:p>
      <w:pPr>
        <w:keepNext/>
        <w:spacing w:before="0" w:after="0" w:line="240" w:lineRule="auto"/>
      </w:pPr>
      <w:r>
        <w:rPr>
          <w:rFonts w:ascii="Bookman Old Style" w:hAnsi="Bookman Old Style" w:eastAsia="Bookman Old Style"/>
          <w:color w:val="000000"/>
          <w:sz w:val="18"/>
        </w:rPr>
        <w:t xml:space="preserve">16. </w:t>
      </w:r>
      <w:r>
        <w:rPr>
          <w:rFonts w:ascii="Bookman Old Style" w:hAnsi="Bookman Old Style" w:eastAsia="Bookman Old Style"/>
          <w:color w:val="000000"/>
          <w:sz w:val="18"/>
        </w:rPr>
        <w:t>The bullet train is faster ______ the old train.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then</w:t>
      </w:r>
      <w:r>
        <w:tab/>
      </w:r>
      <w:r>
        <w:rPr>
          <w:rFonts w:ascii="Bookman Old Style" w:hAnsi="Bookman Old Style" w:eastAsia="Bookman Old Style"/>
          <w:color w:val="000000"/>
          <w:sz w:val="18"/>
        </w:rPr>
        <w:t>B. than</w:t>
      </w:r>
      <w:r>
        <w:tab/>
      </w:r>
      <w:r>
        <w:rPr>
          <w:rFonts w:ascii="Bookman Old Style" w:hAnsi="Bookman Old Style" w:eastAsia="Bookman Old Style"/>
          <w:color w:val="000000"/>
          <w:sz w:val="18"/>
        </w:rPr>
        <w:t>C. that</w:t>
      </w:r>
      <w:r>
        <w:tab/>
      </w:r>
      <w:r>
        <w:rPr>
          <w:rFonts w:ascii="Bookman Old Style" w:hAnsi="Bookman Old Style" w:eastAsia="Bookman Old Style"/>
          <w:color w:val="000000"/>
          <w:sz w:val="18"/>
        </w:rPr>
        <w:t>D. this</w:t>
      </w:r>
    </w:p>
    <w:p>
      <w:r>
        <w:br w:type="page"/>
      </w:r>
    </w:p>
    <w:p>
      <w:pPr>
        <w:keepNext/>
        <w:spacing w:before="60" w:after="20" w:line="240" w:lineRule="auto"/>
      </w:pPr>
      <w:r>
        <w:rPr>
          <w:rFonts w:ascii="Bookman Old Style" w:hAnsi="Bookman Old Style" w:eastAsia="Bookman Old Style"/>
          <w:b/>
          <w:color w:val="0033CC"/>
          <w:sz w:val="19"/>
        </w:rPr>
        <w:t>Exercise 4: Choose the letter A, B, C, or D to indicate the word(s) CLOSEST in meaning to the underlined word(s).</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 xml:space="preserve">The new train is </w:t>
      </w:r>
      <w:r>
        <w:rPr>
          <w:rFonts w:ascii="Bookman Old Style" w:hAnsi="Bookman Old Style" w:eastAsia="Bookman Old Style"/>
          <w:b/>
          <w:color w:val="000000"/>
          <w:sz w:val="18"/>
          <w:u w:val="single"/>
        </w:rPr>
        <w:t>high-speed</w:t>
      </w:r>
      <w:r>
        <w:rPr>
          <w:rFonts w:ascii="Bookman Old Style" w:hAnsi="Bookman Old Style" w:eastAsia="Bookman Old Style"/>
          <w:color w:val="000000"/>
          <w:sz w:val="18"/>
        </w:rPr>
        <w: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very fast</w:t>
      </w:r>
      <w:r>
        <w:tab/>
      </w:r>
      <w:r>
        <w:rPr>
          <w:rFonts w:ascii="Bookman Old Style" w:hAnsi="Bookman Old Style" w:eastAsia="Bookman Old Style"/>
          <w:color w:val="000000"/>
          <w:sz w:val="18"/>
        </w:rPr>
        <w:t>B. very safe</w:t>
      </w:r>
      <w:r>
        <w:tab/>
      </w:r>
      <w:r>
        <w:rPr>
          <w:rFonts w:ascii="Bookman Old Style" w:hAnsi="Bookman Old Style" w:eastAsia="Bookman Old Style"/>
          <w:color w:val="000000"/>
          <w:sz w:val="18"/>
        </w:rPr>
        <w:t>C. very large</w:t>
      </w:r>
      <w:r>
        <w:tab/>
      </w:r>
      <w:r>
        <w:rPr>
          <w:rFonts w:ascii="Bookman Old Style" w:hAnsi="Bookman Old Style" w:eastAsia="Bookman Old Style"/>
          <w:color w:val="000000"/>
          <w:sz w:val="18"/>
        </w:rPr>
        <w:t>D. very quiet</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 xml:space="preserve">The vehicle is </w:t>
      </w:r>
      <w:r>
        <w:rPr>
          <w:rFonts w:ascii="Bookman Old Style" w:hAnsi="Bookman Old Style" w:eastAsia="Bookman Old Style"/>
          <w:b/>
          <w:color w:val="000000"/>
          <w:sz w:val="18"/>
          <w:u w:val="single"/>
        </w:rPr>
        <w:t>economical</w:t>
      </w:r>
      <w:r>
        <w:rPr>
          <w:rFonts w:ascii="Bookman Old Style" w:hAnsi="Bookman Old Style" w:eastAsia="Bookman Old Style"/>
          <w:color w:val="000000"/>
          <w:sz w:val="18"/>
        </w:rPr>
        <w: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cheap to operate</w:t>
      </w:r>
      <w:r>
        <w:tab/>
      </w:r>
      <w:r>
        <w:rPr>
          <w:rFonts w:ascii="Bookman Old Style" w:hAnsi="Bookman Old Style" w:eastAsia="Bookman Old Style"/>
          <w:color w:val="000000"/>
          <w:sz w:val="18"/>
        </w:rPr>
        <w:t>B. difficult to use</w:t>
      </w:r>
      <w:r>
        <w:tab/>
      </w:r>
      <w:r>
        <w:rPr>
          <w:rFonts w:ascii="Bookman Old Style" w:hAnsi="Bookman Old Style" w:eastAsia="Bookman Old Style"/>
          <w:color w:val="000000"/>
          <w:sz w:val="18"/>
        </w:rPr>
        <w:t>C. slow</w:t>
      </w:r>
      <w:r>
        <w:tab/>
      </w:r>
      <w:r>
        <w:rPr>
          <w:rFonts w:ascii="Bookman Old Style" w:hAnsi="Bookman Old Style" w:eastAsia="Bookman Old Style"/>
          <w:color w:val="000000"/>
          <w:sz w:val="18"/>
        </w:rPr>
        <w:t>D. polluting</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 xml:space="preserve">The route is </w:t>
      </w:r>
      <w:r>
        <w:rPr>
          <w:rFonts w:ascii="Bookman Old Style" w:hAnsi="Bookman Old Style" w:eastAsia="Bookman Old Style"/>
          <w:b/>
          <w:color w:val="000000"/>
          <w:sz w:val="18"/>
          <w:u w:val="single"/>
        </w:rPr>
        <w:t>convenient</w:t>
      </w:r>
      <w:r>
        <w:rPr>
          <w:rFonts w:ascii="Bookman Old Style" w:hAnsi="Bookman Old Style" w:eastAsia="Bookman Old Style"/>
          <w:color w:val="000000"/>
          <w:sz w:val="18"/>
        </w:rPr>
        <w: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easy to use</w:t>
      </w:r>
      <w:r>
        <w:tab/>
      </w:r>
      <w:r>
        <w:rPr>
          <w:rFonts w:ascii="Bookman Old Style" w:hAnsi="Bookman Old Style" w:eastAsia="Bookman Old Style"/>
          <w:color w:val="000000"/>
          <w:sz w:val="18"/>
        </w:rPr>
        <w:t>B. dangerous</w:t>
      </w:r>
      <w:r>
        <w:tab/>
      </w:r>
      <w:r>
        <w:rPr>
          <w:rFonts w:ascii="Bookman Old Style" w:hAnsi="Bookman Old Style" w:eastAsia="Bookman Old Style"/>
          <w:color w:val="000000"/>
          <w:sz w:val="18"/>
        </w:rPr>
        <w:t>C. crowded</w:t>
      </w:r>
      <w:r>
        <w:tab/>
      </w:r>
      <w:r>
        <w:rPr>
          <w:rFonts w:ascii="Bookman Old Style" w:hAnsi="Bookman Old Style" w:eastAsia="Bookman Old Style"/>
          <w:color w:val="000000"/>
          <w:sz w:val="18"/>
        </w:rPr>
        <w:t>D. expensive</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 xml:space="preserve">This transport may </w:t>
      </w:r>
      <w:r>
        <w:rPr>
          <w:rFonts w:ascii="Bookman Old Style" w:hAnsi="Bookman Old Style" w:eastAsia="Bookman Old Style"/>
          <w:b/>
          <w:color w:val="000000"/>
          <w:sz w:val="18"/>
          <w:u w:val="single"/>
        </w:rPr>
        <w:t>reduce</w:t>
      </w:r>
      <w:r>
        <w:rPr>
          <w:rFonts w:ascii="Bookman Old Style" w:hAnsi="Bookman Old Style" w:eastAsia="Bookman Old Style"/>
          <w:color w:val="000000"/>
          <w:sz w:val="18"/>
        </w:rPr>
        <w:t xml:space="preserve"> congestion.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make less</w:t>
      </w:r>
      <w:r>
        <w:tab/>
      </w:r>
      <w:r>
        <w:rPr>
          <w:rFonts w:ascii="Bookman Old Style" w:hAnsi="Bookman Old Style" w:eastAsia="Bookman Old Style"/>
          <w:color w:val="000000"/>
          <w:sz w:val="18"/>
        </w:rPr>
        <w:t>B. cause</w:t>
      </w:r>
      <w:r>
        <w:tab/>
      </w:r>
      <w:r>
        <w:rPr>
          <w:rFonts w:ascii="Bookman Old Style" w:hAnsi="Bookman Old Style" w:eastAsia="Bookman Old Style"/>
          <w:color w:val="000000"/>
          <w:sz w:val="18"/>
        </w:rPr>
        <w:t>C. avoid completely</w:t>
      </w:r>
      <w:r>
        <w:tab/>
      </w:r>
      <w:r>
        <w:rPr>
          <w:rFonts w:ascii="Bookman Old Style" w:hAnsi="Bookman Old Style" w:eastAsia="Bookman Old Style"/>
          <w:color w:val="000000"/>
          <w:sz w:val="18"/>
        </w:rPr>
        <w:t>D. measure</w:t>
      </w:r>
    </w:p>
    <w:p>
      <w:pPr>
        <w:keepNext/>
        <w:spacing w:before="60" w:after="20" w:line="240" w:lineRule="auto"/>
      </w:pPr>
      <w:r>
        <w:rPr>
          <w:rFonts w:ascii="Bookman Old Style" w:hAnsi="Bookman Old Style" w:eastAsia="Bookman Old Style"/>
          <w:b/>
          <w:color w:val="0033CC"/>
          <w:sz w:val="19"/>
        </w:rPr>
        <w:t>Exercise 5: Choose the letter A, B, C, or D to indicate the word(s) OPPOSITE in meaning to the underlined word(s).</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 xml:space="preserve">The seats are </w:t>
      </w:r>
      <w:r>
        <w:rPr>
          <w:rFonts w:ascii="Bookman Old Style" w:hAnsi="Bookman Old Style" w:eastAsia="Bookman Old Style"/>
          <w:b/>
          <w:color w:val="000000"/>
          <w:sz w:val="18"/>
          <w:u w:val="single"/>
        </w:rPr>
        <w:t>comfortable</w:t>
      </w:r>
      <w:r>
        <w:rPr>
          <w:rFonts w:ascii="Bookman Old Style" w:hAnsi="Bookman Old Style" w:eastAsia="Bookman Old Style"/>
          <w:color w:val="000000"/>
          <w:sz w:val="18"/>
        </w:rPr>
        <w: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soft</w:t>
      </w:r>
      <w:r>
        <w:tab/>
      </w:r>
      <w:r>
        <w:rPr>
          <w:rFonts w:ascii="Bookman Old Style" w:hAnsi="Bookman Old Style" w:eastAsia="Bookman Old Style"/>
          <w:color w:val="000000"/>
          <w:sz w:val="18"/>
        </w:rPr>
        <w:t>B. uncomfortable</w:t>
      </w:r>
      <w:r>
        <w:tab/>
      </w:r>
      <w:r>
        <w:rPr>
          <w:rFonts w:ascii="Bookman Old Style" w:hAnsi="Bookman Old Style" w:eastAsia="Bookman Old Style"/>
          <w:color w:val="000000"/>
          <w:sz w:val="18"/>
        </w:rPr>
        <w:t>C. safe</w:t>
      </w:r>
      <w:r>
        <w:tab/>
      </w:r>
      <w:r>
        <w:rPr>
          <w:rFonts w:ascii="Bookman Old Style" w:hAnsi="Bookman Old Style" w:eastAsia="Bookman Old Style"/>
          <w:color w:val="000000"/>
          <w:sz w:val="18"/>
        </w:rPr>
        <w:t>D. modern</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 xml:space="preserve">The vehicle is </w:t>
      </w:r>
      <w:r>
        <w:rPr>
          <w:rFonts w:ascii="Bookman Old Style" w:hAnsi="Bookman Old Style" w:eastAsia="Bookman Old Style"/>
          <w:b/>
          <w:color w:val="000000"/>
          <w:sz w:val="18"/>
          <w:u w:val="single"/>
        </w:rPr>
        <w:t>safe</w:t>
      </w:r>
      <w:r>
        <w:rPr>
          <w:rFonts w:ascii="Bookman Old Style" w:hAnsi="Bookman Old Style" w:eastAsia="Bookman Old Style"/>
          <w:color w:val="000000"/>
          <w:sz w:val="18"/>
        </w:rPr>
        <w: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fast</w:t>
      </w:r>
      <w:r>
        <w:tab/>
      </w:r>
      <w:r>
        <w:rPr>
          <w:rFonts w:ascii="Bookman Old Style" w:hAnsi="Bookman Old Style" w:eastAsia="Bookman Old Style"/>
          <w:color w:val="000000"/>
          <w:sz w:val="18"/>
        </w:rPr>
        <w:t>B. unsafe</w:t>
      </w:r>
      <w:r>
        <w:tab/>
      </w:r>
      <w:r>
        <w:rPr>
          <w:rFonts w:ascii="Bookman Old Style" w:hAnsi="Bookman Old Style" w:eastAsia="Bookman Old Style"/>
          <w:color w:val="000000"/>
          <w:sz w:val="18"/>
        </w:rPr>
        <w:t>C. convenient</w:t>
      </w:r>
      <w:r>
        <w:tab/>
      </w:r>
      <w:r>
        <w:rPr>
          <w:rFonts w:ascii="Bookman Old Style" w:hAnsi="Bookman Old Style" w:eastAsia="Bookman Old Style"/>
          <w:color w:val="000000"/>
          <w:sz w:val="18"/>
        </w:rPr>
        <w:t>D. driverless</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 xml:space="preserve">The train is </w:t>
      </w:r>
      <w:r>
        <w:rPr>
          <w:rFonts w:ascii="Bookman Old Style" w:hAnsi="Bookman Old Style" w:eastAsia="Bookman Old Style"/>
          <w:b/>
          <w:color w:val="000000"/>
          <w:sz w:val="18"/>
          <w:u w:val="single"/>
        </w:rPr>
        <w:t>economical</w:t>
      </w:r>
      <w:r>
        <w:rPr>
          <w:rFonts w:ascii="Bookman Old Style" w:hAnsi="Bookman Old Style" w:eastAsia="Bookman Old Style"/>
          <w:color w:val="000000"/>
          <w:sz w:val="18"/>
        </w:rPr>
        <w: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expensive to run</w:t>
      </w:r>
      <w:r>
        <w:tab/>
      </w:r>
      <w:r>
        <w:rPr>
          <w:rFonts w:ascii="Bookman Old Style" w:hAnsi="Bookman Old Style" w:eastAsia="Bookman Old Style"/>
          <w:color w:val="000000"/>
          <w:sz w:val="18"/>
        </w:rPr>
        <w:t>B. quiet</w:t>
      </w:r>
      <w:r>
        <w:tab/>
      </w:r>
      <w:r>
        <w:rPr>
          <w:rFonts w:ascii="Bookman Old Style" w:hAnsi="Bookman Old Style" w:eastAsia="Bookman Old Style"/>
          <w:color w:val="000000"/>
          <w:sz w:val="18"/>
        </w:rPr>
        <w:t>C. green</w:t>
      </w:r>
      <w:r>
        <w:tab/>
      </w:r>
      <w:r>
        <w:rPr>
          <w:rFonts w:ascii="Bookman Old Style" w:hAnsi="Bookman Old Style" w:eastAsia="Bookman Old Style"/>
          <w:color w:val="000000"/>
          <w:sz w:val="18"/>
        </w:rPr>
        <w:t>D. popular</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 xml:space="preserve">The technology is </w:t>
      </w:r>
      <w:r>
        <w:rPr>
          <w:rFonts w:ascii="Bookman Old Style" w:hAnsi="Bookman Old Style" w:eastAsia="Bookman Old Style"/>
          <w:b/>
          <w:color w:val="000000"/>
          <w:sz w:val="18"/>
          <w:u w:val="single"/>
        </w:rPr>
        <w:t>predictable</w:t>
      </w:r>
      <w:r>
        <w:rPr>
          <w:rFonts w:ascii="Bookman Old Style" w:hAnsi="Bookman Old Style" w:eastAsia="Bookman Old Style"/>
          <w:color w:val="000000"/>
          <w:sz w:val="18"/>
        </w:rPr>
        <w: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modern</w:t>
      </w:r>
      <w:r>
        <w:tab/>
      </w:r>
      <w:r>
        <w:rPr>
          <w:rFonts w:ascii="Bookman Old Style" w:hAnsi="Bookman Old Style" w:eastAsia="Bookman Old Style"/>
          <w:color w:val="000000"/>
          <w:sz w:val="18"/>
        </w:rPr>
        <w:t>B. unpredictable</w:t>
      </w:r>
      <w:r>
        <w:tab/>
      </w:r>
      <w:r>
        <w:rPr>
          <w:rFonts w:ascii="Bookman Old Style" w:hAnsi="Bookman Old Style" w:eastAsia="Bookman Old Style"/>
          <w:color w:val="000000"/>
          <w:sz w:val="18"/>
        </w:rPr>
        <w:t>C. useful</w:t>
      </w:r>
      <w:r>
        <w:tab/>
      </w:r>
      <w:r>
        <w:rPr>
          <w:rFonts w:ascii="Bookman Old Style" w:hAnsi="Bookman Old Style" w:eastAsia="Bookman Old Style"/>
          <w:color w:val="000000"/>
          <w:sz w:val="18"/>
        </w:rPr>
        <w:t>D. automatic</w:t>
      </w:r>
    </w:p>
    <w:p>
      <w:pPr>
        <w:keepNext/>
        <w:spacing w:before="60" w:after="20" w:line="240" w:lineRule="auto"/>
      </w:pPr>
      <w:r>
        <w:rPr>
          <w:rFonts w:ascii="Bookman Old Style" w:hAnsi="Bookman Old Style" w:eastAsia="Bookman Old Style"/>
          <w:b/>
          <w:color w:val="0033CC"/>
          <w:sz w:val="19"/>
        </w:rPr>
        <w:t>Exercise 6: Fill in each blank with the correct word or form.</w:t>
      </w:r>
    </w:p>
    <w:p>
      <w:pPr>
        <w:keepNext w:val="0"/>
        <w:spacing w:before="0" w:after="20" w:line="240" w:lineRule="auto"/>
      </w:pPr>
      <w:r>
        <w:rPr>
          <w:rFonts w:ascii="Bookman Old Style" w:hAnsi="Bookman Old Style" w:eastAsia="Bookman Old Style"/>
          <w:color w:val="000000"/>
          <w:sz w:val="19"/>
        </w:rPr>
        <w:t>1. People ______ travel by teleporter one day. (will)</w:t>
      </w:r>
    </w:p>
    <w:p>
      <w:pPr>
        <w:keepNext w:val="0"/>
        <w:spacing w:before="0" w:after="20" w:line="240" w:lineRule="auto"/>
      </w:pPr>
      <w:r>
        <w:rPr>
          <w:rFonts w:ascii="Bookman Old Style" w:hAnsi="Bookman Old Style" w:eastAsia="Bookman Old Style"/>
          <w:color w:val="000000"/>
          <w:sz w:val="19"/>
        </w:rPr>
        <w:t>2. I think cars ______ need drivers. (not)</w:t>
      </w:r>
    </w:p>
    <w:p>
      <w:pPr>
        <w:keepNext w:val="0"/>
        <w:spacing w:before="0" w:after="20" w:line="240" w:lineRule="auto"/>
      </w:pPr>
      <w:r>
        <w:rPr>
          <w:rFonts w:ascii="Bookman Old Style" w:hAnsi="Bookman Old Style" w:eastAsia="Bookman Old Style"/>
          <w:color w:val="000000"/>
          <w:sz w:val="19"/>
        </w:rPr>
        <w:t>3. ______ skytrains reduce congestion?</w:t>
      </w:r>
    </w:p>
    <w:p>
      <w:pPr>
        <w:keepNext w:val="0"/>
        <w:spacing w:before="0" w:after="20" w:line="240" w:lineRule="auto"/>
      </w:pPr>
      <w:r>
        <w:rPr>
          <w:rFonts w:ascii="Bookman Old Style" w:hAnsi="Bookman Old Style" w:eastAsia="Bookman Old Style"/>
          <w:color w:val="000000"/>
          <w:sz w:val="19"/>
        </w:rPr>
        <w:t>4. The ship ______ run on petrol. (not)</w:t>
      </w:r>
    </w:p>
    <w:p>
      <w:pPr>
        <w:keepNext w:val="0"/>
        <w:spacing w:before="0" w:after="20" w:line="240" w:lineRule="auto"/>
      </w:pPr>
      <w:r>
        <w:rPr>
          <w:rFonts w:ascii="Bookman Old Style" w:hAnsi="Bookman Old Style" w:eastAsia="Bookman Old Style"/>
          <w:color w:val="000000"/>
          <w:sz w:val="19"/>
        </w:rPr>
        <w:t>5. This is my ticket. That ticket is ______. (you)</w:t>
      </w:r>
    </w:p>
    <w:p>
      <w:pPr>
        <w:keepNext w:val="0"/>
        <w:spacing w:before="0" w:after="20" w:line="240" w:lineRule="auto"/>
      </w:pPr>
      <w:r>
        <w:rPr>
          <w:rFonts w:ascii="Bookman Old Style" w:hAnsi="Bookman Old Style" w:eastAsia="Bookman Old Style"/>
          <w:color w:val="000000"/>
          <w:sz w:val="19"/>
        </w:rPr>
        <w:t>6. Their seats are at the back; ______ are at the front. (we)</w:t>
      </w:r>
    </w:p>
    <w:p>
      <w:pPr>
        <w:keepNext w:val="0"/>
        <w:spacing w:before="0" w:after="20" w:line="240" w:lineRule="auto"/>
      </w:pPr>
      <w:r>
        <w:rPr>
          <w:rFonts w:ascii="Bookman Old Style" w:hAnsi="Bookman Old Style" w:eastAsia="Bookman Old Style"/>
          <w:color w:val="000000"/>
          <w:sz w:val="19"/>
        </w:rPr>
        <w:t>7. Lan owns the red bike. It is ______. (she)</w:t>
      </w:r>
    </w:p>
    <w:p>
      <w:pPr>
        <w:keepNext w:val="0"/>
        <w:spacing w:before="0" w:after="20" w:line="240" w:lineRule="auto"/>
      </w:pPr>
      <w:r>
        <w:rPr>
          <w:rFonts w:ascii="Bookman Old Style" w:hAnsi="Bookman Old Style" w:eastAsia="Bookman Old Style"/>
          <w:color w:val="000000"/>
          <w:sz w:val="19"/>
        </w:rPr>
        <w:t>8. Nam has a new helmet. The helmet is ______. (he)</w:t>
      </w:r>
    </w:p>
    <w:p>
      <w:pPr>
        <w:keepNext/>
        <w:spacing w:before="60" w:after="20" w:line="240" w:lineRule="auto"/>
      </w:pPr>
      <w:r>
        <w:rPr>
          <w:rFonts w:ascii="Bookman Old Style" w:hAnsi="Bookman Old Style" w:eastAsia="Bookman Old Style"/>
          <w:b/>
          <w:color w:val="0033CC"/>
          <w:sz w:val="19"/>
        </w:rPr>
        <w:t>Exercise 7: Circle the correct option in brackets.</w:t>
      </w:r>
    </w:p>
    <w:p>
      <w:pPr>
        <w:keepNext w:val="0"/>
        <w:spacing w:before="0" w:after="20" w:line="240" w:lineRule="auto"/>
      </w:pPr>
      <w:r>
        <w:rPr>
          <w:rFonts w:ascii="Bookman Old Style" w:hAnsi="Bookman Old Style" w:eastAsia="Bookman Old Style"/>
          <w:color w:val="000000"/>
          <w:sz w:val="19"/>
        </w:rPr>
        <w:t>1. People (will use / use) more electric cars in 2050.</w:t>
      </w:r>
    </w:p>
    <w:p>
      <w:pPr>
        <w:keepNext w:val="0"/>
        <w:spacing w:before="0" w:after="20" w:line="240" w:lineRule="auto"/>
      </w:pPr>
      <w:r>
        <w:rPr>
          <w:rFonts w:ascii="Bookman Old Style" w:hAnsi="Bookman Old Style" w:eastAsia="Bookman Old Style"/>
          <w:color w:val="000000"/>
          <w:sz w:val="19"/>
        </w:rPr>
        <w:t>2. Will the vehicle (run / runs) on solar energy?</w:t>
      </w:r>
    </w:p>
    <w:p>
      <w:pPr>
        <w:keepNext w:val="0"/>
        <w:spacing w:before="0" w:after="20" w:line="240" w:lineRule="auto"/>
      </w:pPr>
      <w:r>
        <w:rPr>
          <w:rFonts w:ascii="Bookman Old Style" w:hAnsi="Bookman Old Style" w:eastAsia="Bookman Old Style"/>
          <w:color w:val="000000"/>
          <w:sz w:val="19"/>
        </w:rPr>
        <w:t>3. It (won't produce / doesn't produce) fumes in the future.</w:t>
      </w:r>
    </w:p>
    <w:p>
      <w:pPr>
        <w:keepNext w:val="0"/>
        <w:spacing w:before="0" w:after="20" w:line="240" w:lineRule="auto"/>
      </w:pPr>
      <w:r>
        <w:rPr>
          <w:rFonts w:ascii="Bookman Old Style" w:hAnsi="Bookman Old Style" w:eastAsia="Bookman Old Style"/>
          <w:color w:val="000000"/>
          <w:sz w:val="19"/>
        </w:rPr>
        <w:t>4. This is (my / mine) solowheel.</w:t>
      </w:r>
    </w:p>
    <w:p>
      <w:pPr>
        <w:keepNext w:val="0"/>
        <w:spacing w:before="0" w:after="20" w:line="240" w:lineRule="auto"/>
      </w:pPr>
      <w:r>
        <w:rPr>
          <w:rFonts w:ascii="Bookman Old Style" w:hAnsi="Bookman Old Style" w:eastAsia="Bookman Old Style"/>
          <w:color w:val="000000"/>
          <w:sz w:val="19"/>
        </w:rPr>
        <w:t>5. The green walkcar is (her / hers).</w:t>
      </w:r>
    </w:p>
    <w:p>
      <w:pPr>
        <w:keepNext w:val="0"/>
        <w:spacing w:before="0" w:after="20" w:line="240" w:lineRule="auto"/>
      </w:pPr>
      <w:r>
        <w:rPr>
          <w:rFonts w:ascii="Bookman Old Style" w:hAnsi="Bookman Old Style" w:eastAsia="Bookman Old Style"/>
          <w:color w:val="000000"/>
          <w:sz w:val="19"/>
        </w:rPr>
        <w:t>6. Those seats are (their / theirs).</w:t>
      </w:r>
    </w:p>
    <w:p>
      <w:pPr>
        <w:keepNext w:val="0"/>
        <w:spacing w:before="0" w:after="20" w:line="240" w:lineRule="auto"/>
      </w:pPr>
      <w:r>
        <w:rPr>
          <w:rFonts w:ascii="Bookman Old Style" w:hAnsi="Bookman Old Style" w:eastAsia="Bookman Old Style"/>
          <w:color w:val="000000"/>
          <w:sz w:val="19"/>
        </w:rPr>
        <w:t>7. Is this bag (your / yours)?</w:t>
      </w:r>
    </w:p>
    <w:p>
      <w:pPr>
        <w:keepNext w:val="0"/>
        <w:spacing w:before="0" w:after="20" w:line="240" w:lineRule="auto"/>
      </w:pPr>
      <w:r>
        <w:rPr>
          <w:rFonts w:ascii="Bookman Old Style" w:hAnsi="Bookman Old Style" w:eastAsia="Bookman Old Style"/>
          <w:color w:val="000000"/>
          <w:sz w:val="19"/>
        </w:rPr>
        <w:t>8. Our vehicle is faster than (their / theirs).</w:t>
      </w:r>
    </w:p>
    <w:p>
      <w:pPr>
        <w:keepNext/>
        <w:spacing w:before="60" w:after="20" w:line="240" w:lineRule="auto"/>
      </w:pPr>
      <w:r>
        <w:rPr>
          <w:rFonts w:ascii="Bookman Old Style" w:hAnsi="Bookman Old Style" w:eastAsia="Bookman Old Style"/>
          <w:b/>
          <w:color w:val="0033CC"/>
          <w:sz w:val="19"/>
        </w:rPr>
        <w:t>Exercise 8: Put the words in brackets into the correct form to complete the sentences.</w:t>
      </w:r>
    </w:p>
    <w:p>
      <w:pPr>
        <w:keepNext w:val="0"/>
        <w:spacing w:before="0" w:after="20" w:line="240" w:lineRule="auto"/>
      </w:pPr>
      <w:r>
        <w:rPr>
          <w:rFonts w:ascii="Bookman Old Style" w:hAnsi="Bookman Old Style" w:eastAsia="Bookman Old Style"/>
          <w:color w:val="000000"/>
          <w:sz w:val="19"/>
        </w:rPr>
        <w:t>1. The vehicle is comfortable and ______. (CONVENIENCE)</w:t>
      </w:r>
    </w:p>
    <w:p>
      <w:pPr>
        <w:keepNext w:val="0"/>
        <w:spacing w:before="0" w:after="20" w:line="240" w:lineRule="auto"/>
      </w:pPr>
      <w:r>
        <w:rPr>
          <w:rFonts w:ascii="Bookman Old Style" w:hAnsi="Bookman Old Style" w:eastAsia="Bookman Old Style"/>
          <w:color w:val="000000"/>
          <w:sz w:val="19"/>
        </w:rPr>
        <w:t>2. Electric cars are more ______ friendly. (ENVIRONMENT)</w:t>
      </w:r>
    </w:p>
    <w:p>
      <w:pPr>
        <w:keepNext w:val="0"/>
        <w:spacing w:before="0" w:after="20" w:line="240" w:lineRule="auto"/>
      </w:pPr>
      <w:r>
        <w:rPr>
          <w:rFonts w:ascii="Bookman Old Style" w:hAnsi="Bookman Old Style" w:eastAsia="Bookman Old Style"/>
          <w:color w:val="000000"/>
          <w:sz w:val="19"/>
        </w:rPr>
        <w:t>3. This small car travels very ______. (ECONOMY)</w:t>
      </w:r>
    </w:p>
    <w:p>
      <w:pPr>
        <w:keepNext w:val="0"/>
        <w:spacing w:before="0" w:after="20" w:line="240" w:lineRule="auto"/>
      </w:pPr>
      <w:r>
        <w:rPr>
          <w:rFonts w:ascii="Bookman Old Style" w:hAnsi="Bookman Old Style" w:eastAsia="Bookman Old Style"/>
          <w:color w:val="000000"/>
          <w:sz w:val="19"/>
        </w:rPr>
        <w:t>4. Her latest ______ is a flying bicycle. (INVENT)</w:t>
      </w:r>
    </w:p>
    <w:p>
      <w:pPr>
        <w:keepNext w:val="0"/>
        <w:spacing w:before="0" w:after="20" w:line="240" w:lineRule="auto"/>
      </w:pPr>
      <w:r>
        <w:rPr>
          <w:rFonts w:ascii="Bookman Old Style" w:hAnsi="Bookman Old Style" w:eastAsia="Bookman Old Style"/>
          <w:color w:val="000000"/>
          <w:sz w:val="19"/>
        </w:rPr>
        <w:t>5. It is difficult to make an exact ______. (PREDICT)</w:t>
      </w:r>
    </w:p>
    <w:p>
      <w:pPr>
        <w:keepNext w:val="0"/>
        <w:spacing w:before="0" w:after="20" w:line="240" w:lineRule="auto"/>
      </w:pPr>
      <w:r>
        <w:rPr>
          <w:rFonts w:ascii="Bookman Old Style" w:hAnsi="Bookman Old Style" w:eastAsia="Bookman Old Style"/>
          <w:color w:val="000000"/>
          <w:sz w:val="19"/>
        </w:rPr>
        <w:t>6. Passengers can travel ______. (COMFORT)</w:t>
      </w:r>
    </w:p>
    <w:p>
      <w:pPr>
        <w:keepNext w:val="0"/>
        <w:spacing w:before="0" w:after="20" w:line="240" w:lineRule="auto"/>
      </w:pPr>
      <w:r>
        <w:rPr>
          <w:rFonts w:ascii="Bookman Old Style" w:hAnsi="Bookman Old Style" w:eastAsia="Bookman Old Style"/>
          <w:color w:val="000000"/>
          <w:sz w:val="19"/>
        </w:rPr>
        <w:t>7. The train uses ______ instead of petrol. (ELECTRIC)</w:t>
      </w:r>
    </w:p>
    <w:p>
      <w:pPr>
        <w:keepNext w:val="0"/>
        <w:spacing w:before="0" w:after="20" w:line="240" w:lineRule="auto"/>
      </w:pPr>
      <w:r>
        <w:rPr>
          <w:rFonts w:ascii="Bookman Old Style" w:hAnsi="Bookman Old Style" w:eastAsia="Bookman Old Style"/>
          <w:color w:val="000000"/>
          <w:sz w:val="19"/>
        </w:rPr>
        <w:t>8. A ______ car may reduce accidents. (DRIVER)</w:t>
      </w:r>
    </w:p>
    <w:p>
      <w:pPr>
        <w:keepNext/>
        <w:spacing w:before="60" w:after="20" w:line="240" w:lineRule="auto"/>
      </w:pPr>
      <w:r>
        <w:rPr>
          <w:rFonts w:ascii="Bookman Old Style" w:hAnsi="Bookman Old Style" w:eastAsia="Bookman Old Style"/>
          <w:b/>
          <w:color w:val="0033CC"/>
          <w:sz w:val="19"/>
        </w:rPr>
        <w:t>Exercise 9: Choose the word or phrase (A, B, C, or D) that best completes each of the following exchanges.</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A: What do you think about travelling in the future?  B: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I think it is useful and interesting.</w:t>
      </w:r>
      <w:r>
        <w:tab/>
      </w:r>
      <w:r>
        <w:rPr>
          <w:rFonts w:ascii="Bookman Old Style" w:hAnsi="Bookman Old Style" w:eastAsia="Bookman Old Style"/>
          <w:color w:val="000000"/>
          <w:sz w:val="18"/>
        </w:rPr>
        <w:t>B. It is at seven o'clock.</w:t>
      </w:r>
      <w:r>
        <w:tab/>
      </w:r>
      <w:r>
        <w:rPr>
          <w:rFonts w:ascii="Bookman Old Style" w:hAnsi="Bookman Old Style" w:eastAsia="Bookman Old Style"/>
          <w:color w:val="000000"/>
          <w:sz w:val="18"/>
        </w:rPr>
        <w:t>C. No, I don't think.</w:t>
      </w:r>
      <w:r>
        <w:tab/>
      </w:r>
      <w:r>
        <w:rPr>
          <w:rFonts w:ascii="Bookman Old Style" w:hAnsi="Bookman Old Style" w:eastAsia="Bookman Old Style"/>
          <w:color w:val="000000"/>
          <w:sz w:val="18"/>
        </w:rPr>
        <w:t>D. By bicycle.</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A: Could you tell me more about it?  B: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Certainly.</w:t>
      </w:r>
      <w:r>
        <w:tab/>
      </w:r>
      <w:r>
        <w:rPr>
          <w:rFonts w:ascii="Bookman Old Style" w:hAnsi="Bookman Old Style" w:eastAsia="Bookman Old Style"/>
          <w:color w:val="000000"/>
          <w:sz w:val="18"/>
        </w:rPr>
        <w:t>B. Never mind it.</w:t>
      </w:r>
      <w:r>
        <w:tab/>
      </w:r>
      <w:r>
        <w:rPr>
          <w:rFonts w:ascii="Bookman Old Style" w:hAnsi="Bookman Old Style" w:eastAsia="Bookman Old Style"/>
          <w:color w:val="000000"/>
          <w:sz w:val="18"/>
        </w:rPr>
        <w:t>C. I am not tell.</w:t>
      </w:r>
      <w:r>
        <w:tab/>
      </w:r>
      <w:r>
        <w:rPr>
          <w:rFonts w:ascii="Bookman Old Style" w:hAnsi="Bookman Old Style" w:eastAsia="Bookman Old Style"/>
          <w:color w:val="000000"/>
          <w:sz w:val="18"/>
        </w:rPr>
        <w:t>D. No, I could.</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A: Thank you for your help.  B: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You're welcome.</w:t>
      </w:r>
      <w:r>
        <w:tab/>
      </w:r>
      <w:r>
        <w:rPr>
          <w:rFonts w:ascii="Bookman Old Style" w:hAnsi="Bookman Old Style" w:eastAsia="Bookman Old Style"/>
          <w:color w:val="000000"/>
          <w:sz w:val="18"/>
        </w:rPr>
        <w:t>B. That's a question.</w:t>
      </w:r>
      <w:r>
        <w:tab/>
      </w:r>
      <w:r>
        <w:rPr>
          <w:rFonts w:ascii="Bookman Old Style" w:hAnsi="Bookman Old Style" w:eastAsia="Bookman Old Style"/>
          <w:color w:val="000000"/>
          <w:sz w:val="18"/>
        </w:rPr>
        <w:t>C. Here it is not.</w:t>
      </w:r>
      <w:r>
        <w:tab/>
      </w:r>
      <w:r>
        <w:rPr>
          <w:rFonts w:ascii="Bookman Old Style" w:hAnsi="Bookman Old Style" w:eastAsia="Bookman Old Style"/>
          <w:color w:val="000000"/>
          <w:sz w:val="18"/>
        </w:rPr>
        <w:t>D. I disagree.</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A: Shall we join the activity?  B: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Yes, that sounds great.</w:t>
      </w:r>
      <w:r>
        <w:tab/>
      </w:r>
      <w:r>
        <w:rPr>
          <w:rFonts w:ascii="Bookman Old Style" w:hAnsi="Bookman Old Style" w:eastAsia="Bookman Old Style"/>
          <w:color w:val="000000"/>
          <w:sz w:val="18"/>
        </w:rPr>
        <w:t>B. It is joining.</w:t>
      </w:r>
      <w:r>
        <w:tab/>
      </w:r>
      <w:r>
        <w:rPr>
          <w:rFonts w:ascii="Bookman Old Style" w:hAnsi="Bookman Old Style" w:eastAsia="Bookman Old Style"/>
          <w:color w:val="000000"/>
          <w:sz w:val="18"/>
        </w:rPr>
        <w:t>C. No, we shall.</w:t>
      </w:r>
      <w:r>
        <w:tab/>
      </w:r>
      <w:r>
        <w:rPr>
          <w:rFonts w:ascii="Bookman Old Style" w:hAnsi="Bookman Old Style" w:eastAsia="Bookman Old Style"/>
          <w:color w:val="000000"/>
          <w:sz w:val="18"/>
        </w:rPr>
        <w:t>D. I sound it.</w:t>
      </w:r>
    </w:p>
    <w:p>
      <w:pPr>
        <w:keepNext/>
        <w:spacing w:before="60" w:after="20" w:line="240" w:lineRule="auto"/>
      </w:pPr>
      <w:r>
        <w:rPr>
          <w:rFonts w:ascii="Bookman Old Style" w:hAnsi="Bookman Old Style" w:eastAsia="Bookman Old Style"/>
          <w:b/>
          <w:color w:val="0033CC"/>
          <w:sz w:val="19"/>
        </w:rPr>
        <w:t>Exercise 10: Choose the correct answer (A, B, C, or D) to arrange the sentences into a meaningful conversation.</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a. I read about the hyperloop yesterday.  b. Really? What did you learn?  c. It was very interesting.  d. Tell me more after class.</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a-b-c-d</w:t>
      </w:r>
      <w:r>
        <w:tab/>
      </w:r>
      <w:r>
        <w:rPr>
          <w:rFonts w:ascii="Bookman Old Style" w:hAnsi="Bookman Old Style" w:eastAsia="Bookman Old Style"/>
          <w:color w:val="000000"/>
          <w:sz w:val="17"/>
        </w:rPr>
        <w:t>B. b-a-d-c</w:t>
      </w:r>
      <w:r>
        <w:tab/>
      </w:r>
      <w:r>
        <w:rPr>
          <w:rFonts w:ascii="Bookman Old Style" w:hAnsi="Bookman Old Style" w:eastAsia="Bookman Old Style"/>
          <w:color w:val="000000"/>
          <w:sz w:val="17"/>
        </w:rPr>
        <w:t>C. c-a-b-d</w:t>
      </w:r>
      <w:r>
        <w:tab/>
      </w:r>
      <w:r>
        <w:rPr>
          <w:rFonts w:ascii="Bookman Old Style" w:hAnsi="Bookman Old Style" w:eastAsia="Bookman Old Style"/>
          <w:color w:val="000000"/>
          <w:sz w:val="17"/>
        </w:rPr>
        <w:t>D. a-c-b-d</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a. Would you like to learn about the flying car?  b. Yes, I'd love to.  c. Let's look at this information.  d. Good idea.</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a-b-c-d</w:t>
      </w:r>
      <w:r>
        <w:tab/>
      </w:r>
      <w:r>
        <w:rPr>
          <w:rFonts w:ascii="Bookman Old Style" w:hAnsi="Bookman Old Style" w:eastAsia="Bookman Old Style"/>
          <w:color w:val="000000"/>
          <w:sz w:val="17"/>
        </w:rPr>
        <w:t>B. b-a-c-d</w:t>
      </w:r>
      <w:r>
        <w:tab/>
      </w:r>
      <w:r>
        <w:rPr>
          <w:rFonts w:ascii="Bookman Old Style" w:hAnsi="Bookman Old Style" w:eastAsia="Bookman Old Style"/>
          <w:color w:val="000000"/>
          <w:sz w:val="17"/>
        </w:rPr>
        <w:t>C. a-c-b-d</w:t>
      </w:r>
      <w:r>
        <w:tab/>
      </w:r>
      <w:r>
        <w:rPr>
          <w:rFonts w:ascii="Bookman Old Style" w:hAnsi="Bookman Old Style" w:eastAsia="Bookman Old Style"/>
          <w:color w:val="000000"/>
          <w:sz w:val="17"/>
        </w:rPr>
        <w:t>D. c-d-a-b</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a. What are you doing this weekend?  b. I am joining the school event.  c. Can I come with you?  d. Of course.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a-b-c-d</w:t>
      </w:r>
      <w:r>
        <w:tab/>
      </w:r>
      <w:r>
        <w:rPr>
          <w:rFonts w:ascii="Bookman Old Style" w:hAnsi="Bookman Old Style" w:eastAsia="Bookman Old Style"/>
          <w:color w:val="000000"/>
          <w:sz w:val="17"/>
        </w:rPr>
        <w:t>B. b-a-d-c</w:t>
      </w:r>
      <w:r>
        <w:tab/>
      </w:r>
      <w:r>
        <w:rPr>
          <w:rFonts w:ascii="Bookman Old Style" w:hAnsi="Bookman Old Style" w:eastAsia="Bookman Old Style"/>
          <w:color w:val="000000"/>
          <w:sz w:val="17"/>
        </w:rPr>
        <w:t>C. c-d-a-b</w:t>
      </w:r>
      <w:r>
        <w:tab/>
      </w:r>
      <w:r>
        <w:rPr>
          <w:rFonts w:ascii="Bookman Old Style" w:hAnsi="Bookman Old Style" w:eastAsia="Bookman Old Style"/>
          <w:color w:val="000000"/>
          <w:sz w:val="17"/>
        </w:rPr>
        <w:t>D. a-c-b-d</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a. How was the activity?  b. It was excellent.  c. What did you like most?  d. The practical demonstration.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a-b-c-d</w:t>
      </w:r>
      <w:r>
        <w:tab/>
      </w:r>
      <w:r>
        <w:rPr>
          <w:rFonts w:ascii="Bookman Old Style" w:hAnsi="Bookman Old Style" w:eastAsia="Bookman Old Style"/>
          <w:color w:val="000000"/>
          <w:sz w:val="17"/>
        </w:rPr>
        <w:t>B. b-a-c-d</w:t>
      </w:r>
      <w:r>
        <w:tab/>
      </w:r>
      <w:r>
        <w:rPr>
          <w:rFonts w:ascii="Bookman Old Style" w:hAnsi="Bookman Old Style" w:eastAsia="Bookman Old Style"/>
          <w:color w:val="000000"/>
          <w:sz w:val="17"/>
        </w:rPr>
        <w:t>C. c-d-a-b</w:t>
      </w:r>
      <w:r>
        <w:tab/>
      </w:r>
      <w:r>
        <w:rPr>
          <w:rFonts w:ascii="Bookman Old Style" w:hAnsi="Bookman Old Style" w:eastAsia="Bookman Old Style"/>
          <w:color w:val="000000"/>
          <w:sz w:val="17"/>
        </w:rPr>
        <w:t>D. a-d-b-c</w:t>
      </w:r>
    </w:p>
    <w:p>
      <w:r>
        <w:br w:type="page"/>
      </w:r>
    </w:p>
    <w:p>
      <w:pPr>
        <w:keepNext/>
        <w:spacing w:before="60" w:after="20" w:line="240" w:lineRule="auto"/>
      </w:pPr>
      <w:r>
        <w:rPr>
          <w:rFonts w:ascii="Bookman Old Style" w:hAnsi="Bookman Old Style" w:eastAsia="Bookman Old Style"/>
          <w:b/>
          <w:color w:val="0033CC"/>
          <w:sz w:val="19"/>
        </w:rPr>
        <w:t>Exercise 11: Look at the sign or notice. Choose the best answer (A, B, C, or D) for each question.</w:t>
      </w:r>
    </w:p>
    <w:p>
      <w:pPr>
        <w:keepNext w:val="0"/>
        <w:spacing w:before="60" w:after="40" w:line="240" w:lineRule="auto"/>
        <w:jc w:val="center"/>
      </w:pPr>
      <w:r>
        <w:drawing>
          <wp:inline xmlns:a="http://schemas.openxmlformats.org/drawingml/2006/main" xmlns:pic="http://schemas.openxmlformats.org/drawingml/2006/picture">
            <wp:extent cx="1908000" cy="964719"/>
            <wp:docPr id="3" name="Picture 3"/>
            <wp:cNvGraphicFramePr>
              <a:graphicFrameLocks noChangeAspect="1"/>
            </wp:cNvGraphicFramePr>
            <a:graphic>
              <a:graphicData uri="http://schemas.openxmlformats.org/drawingml/2006/picture">
                <pic:pic>
                  <pic:nvPicPr>
                    <pic:cNvPr id="0" name="notice_bag.png"/>
                    <pic:cNvPicPr/>
                  </pic:nvPicPr>
                  <pic:blipFill>
                    <a:blip r:embed="rId12"/>
                    <a:stretch>
                      <a:fillRect/>
                    </a:stretch>
                  </pic:blipFill>
                  <pic:spPr>
                    <a:xfrm>
                      <a:off x="0" y="0"/>
                      <a:ext cx="1908000" cy="964719"/>
                    </a:xfrm>
                    <a:prstGeom prst="rect"/>
                  </pic:spPr>
                </pic:pic>
              </a:graphicData>
            </a:graphic>
          </wp:inline>
        </w:drawing>
      </w:r>
    </w:p>
    <w:p>
      <w:pPr>
        <w:keepNext/>
        <w:spacing w:before="0" w:after="0" w:line="240" w:lineRule="auto"/>
      </w:pPr>
      <w:r>
        <w:rPr>
          <w:rFonts w:ascii="Bookman Old Style" w:hAnsi="Bookman Old Style" w:eastAsia="Bookman Old Style"/>
          <w:color w:val="000000"/>
          <w:sz w:val="19"/>
        </w:rPr>
        <w:t>1. What does the sign/notice mean?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The place is permanently closed.</w:t>
      </w:r>
      <w:r>
        <w:tab/>
      </w:r>
      <w:r>
        <w:rPr>
          <w:rFonts w:ascii="Bookman Old Style" w:hAnsi="Bookman Old Style" w:eastAsia="Bookman Old Style"/>
          <w:color w:val="000000"/>
          <w:sz w:val="17"/>
        </w:rPr>
        <w:t>B. Visitors must use another entrance.</w:t>
      </w:r>
      <w:r>
        <w:tab/>
      </w:r>
      <w:r>
        <w:rPr>
          <w:rFonts w:ascii="Bookman Old Style" w:hAnsi="Bookman Old Style" w:eastAsia="Bookman Old Style"/>
          <w:color w:val="000000"/>
          <w:sz w:val="17"/>
        </w:rPr>
        <w:t>C. Only staff may enter.</w:t>
      </w:r>
      <w:r>
        <w:tab/>
      </w:r>
      <w:r>
        <w:rPr>
          <w:rFonts w:ascii="Bookman Old Style" w:hAnsi="Bookman Old Style" w:eastAsia="Bookman Old Style"/>
          <w:color w:val="000000"/>
          <w:sz w:val="17"/>
        </w:rPr>
        <w:t>D. Maintenance starts next year.</w:t>
      </w:r>
    </w:p>
    <w:p>
      <w:pPr>
        <w:keepNext w:val="0"/>
        <w:spacing w:before="60" w:after="40" w:line="240" w:lineRule="auto"/>
        <w:jc w:val="center"/>
      </w:pPr>
      <w:r>
        <w:drawing>
          <wp:inline xmlns:a="http://schemas.openxmlformats.org/drawingml/2006/main" xmlns:pic="http://schemas.openxmlformats.org/drawingml/2006/picture">
            <wp:extent cx="1512000" cy="2018598"/>
            <wp:docPr id="4" name="Picture 4"/>
            <wp:cNvGraphicFramePr>
              <a:graphicFrameLocks noChangeAspect="1"/>
            </wp:cNvGraphicFramePr>
            <a:graphic>
              <a:graphicData uri="http://schemas.openxmlformats.org/drawingml/2006/picture">
                <pic:pic>
                  <pic:nvPicPr>
                    <pic:cNvPr id="0" name="notice_pool.jpg"/>
                    <pic:cNvPicPr/>
                  </pic:nvPicPr>
                  <pic:blipFill>
                    <a:blip r:embed="rId13"/>
                    <a:stretch>
                      <a:fillRect/>
                    </a:stretch>
                  </pic:blipFill>
                  <pic:spPr>
                    <a:xfrm>
                      <a:off x="0" y="0"/>
                      <a:ext cx="1512000" cy="2018598"/>
                    </a:xfrm>
                    <a:prstGeom prst="rect"/>
                  </pic:spPr>
                </pic:pic>
              </a:graphicData>
            </a:graphic>
          </wp:inline>
        </w:drawing>
      </w:r>
    </w:p>
    <w:p>
      <w:pPr>
        <w:keepNext/>
        <w:spacing w:before="0" w:after="0" w:line="240" w:lineRule="auto"/>
      </w:pPr>
      <w:r>
        <w:rPr>
          <w:rFonts w:ascii="Bookman Old Style" w:hAnsi="Bookman Old Style" w:eastAsia="Bookman Old Style"/>
          <w:color w:val="000000"/>
          <w:sz w:val="19"/>
        </w:rPr>
        <w:t>2. What does the sign/notice mean?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Everyone can arrive without booking.</w:t>
      </w:r>
      <w:r>
        <w:tab/>
      </w:r>
      <w:r>
        <w:rPr>
          <w:rFonts w:ascii="Bookman Old Style" w:hAnsi="Bookman Old Style" w:eastAsia="Bookman Old Style"/>
          <w:color w:val="000000"/>
          <w:sz w:val="17"/>
        </w:rPr>
        <w:t>B. Bookings close at 6 p.m.</w:t>
      </w:r>
      <w:r>
        <w:tab/>
      </w:r>
      <w:r>
        <w:rPr>
          <w:rFonts w:ascii="Bookman Old Style" w:hAnsi="Bookman Old Style" w:eastAsia="Bookman Old Style"/>
          <w:color w:val="000000"/>
          <w:sz w:val="17"/>
        </w:rPr>
        <w:t>C. The event begins at 6 p.m.</w:t>
      </w:r>
      <w:r>
        <w:tab/>
      </w:r>
      <w:r>
        <w:rPr>
          <w:rFonts w:ascii="Bookman Old Style" w:hAnsi="Bookman Old Style" w:eastAsia="Bookman Old Style"/>
          <w:color w:val="000000"/>
          <w:sz w:val="17"/>
        </w:rPr>
        <w:t>D. There are unlimited places.</w:t>
      </w:r>
    </w:p>
    <w:p>
      <w:pPr>
        <w:keepNext w:val="0"/>
        <w:spacing w:before="60" w:after="40" w:line="240" w:lineRule="auto"/>
        <w:jc w:val="center"/>
      </w:pPr>
      <w:r>
        <w:drawing>
          <wp:inline xmlns:a="http://schemas.openxmlformats.org/drawingml/2006/main" xmlns:pic="http://schemas.openxmlformats.org/drawingml/2006/picture">
            <wp:extent cx="1908000" cy="1359523"/>
            <wp:docPr id="5" name="Picture 5"/>
            <wp:cNvGraphicFramePr>
              <a:graphicFrameLocks noChangeAspect="1"/>
            </wp:cNvGraphicFramePr>
            <a:graphic>
              <a:graphicData uri="http://schemas.openxmlformats.org/drawingml/2006/picture">
                <pic:pic>
                  <pic:nvPicPr>
                    <pic:cNvPr id="0" name="notice_lost.jpeg"/>
                    <pic:cNvPicPr/>
                  </pic:nvPicPr>
                  <pic:blipFill>
                    <a:blip r:embed="rId14"/>
                    <a:stretch>
                      <a:fillRect/>
                    </a:stretch>
                  </pic:blipFill>
                  <pic:spPr>
                    <a:xfrm>
                      <a:off x="0" y="0"/>
                      <a:ext cx="1908000" cy="1359523"/>
                    </a:xfrm>
                    <a:prstGeom prst="rect"/>
                  </pic:spPr>
                </pic:pic>
              </a:graphicData>
            </a:graphic>
          </wp:inline>
        </w:drawing>
      </w:r>
    </w:p>
    <w:p>
      <w:pPr>
        <w:keepNext/>
        <w:spacing w:before="0" w:after="0" w:line="240" w:lineRule="auto"/>
      </w:pPr>
      <w:r>
        <w:rPr>
          <w:rFonts w:ascii="Bookman Old Style" w:hAnsi="Bookman Old Style" w:eastAsia="Bookman Old Style"/>
          <w:color w:val="000000"/>
          <w:sz w:val="19"/>
        </w:rPr>
        <w:t>3. What does the sign/notice mean?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People may leave rubbish here.</w:t>
      </w:r>
      <w:r>
        <w:tab/>
      </w:r>
      <w:r>
        <w:rPr>
          <w:rFonts w:ascii="Bookman Old Style" w:hAnsi="Bookman Old Style" w:eastAsia="Bookman Old Style"/>
          <w:color w:val="000000"/>
          <w:sz w:val="17"/>
        </w:rPr>
        <w:t>B. People should not litter here.</w:t>
      </w:r>
      <w:r>
        <w:tab/>
      </w:r>
      <w:r>
        <w:rPr>
          <w:rFonts w:ascii="Bookman Old Style" w:hAnsi="Bookman Old Style" w:eastAsia="Bookman Old Style"/>
          <w:color w:val="000000"/>
          <w:sz w:val="17"/>
        </w:rPr>
        <w:t>C. Only cleaners may enter.</w:t>
      </w:r>
      <w:r>
        <w:tab/>
      </w:r>
      <w:r>
        <w:rPr>
          <w:rFonts w:ascii="Bookman Old Style" w:hAnsi="Bookman Old Style" w:eastAsia="Bookman Old Style"/>
          <w:color w:val="000000"/>
          <w:sz w:val="17"/>
        </w:rPr>
        <w:t>D. Food is free here.</w:t>
      </w:r>
    </w:p>
    <w:p>
      <w:pPr>
        <w:keepNext w:val="0"/>
        <w:spacing w:before="60" w:after="40" w:line="240" w:lineRule="auto"/>
        <w:jc w:val="center"/>
      </w:pPr>
      <w:r>
        <w:drawing>
          <wp:inline xmlns:a="http://schemas.openxmlformats.org/drawingml/2006/main" xmlns:pic="http://schemas.openxmlformats.org/drawingml/2006/picture">
            <wp:extent cx="1908000" cy="1435722"/>
            <wp:docPr id="6" name="Picture 6"/>
            <wp:cNvGraphicFramePr>
              <a:graphicFrameLocks noChangeAspect="1"/>
            </wp:cNvGraphicFramePr>
            <a:graphic>
              <a:graphicData uri="http://schemas.openxmlformats.org/drawingml/2006/picture">
                <pic:pic>
                  <pic:nvPicPr>
                    <pic:cNvPr id="0" name="notice_seatbelt.jpeg"/>
                    <pic:cNvPicPr/>
                  </pic:nvPicPr>
                  <pic:blipFill>
                    <a:blip r:embed="rId15"/>
                    <a:stretch>
                      <a:fillRect/>
                    </a:stretch>
                  </pic:blipFill>
                  <pic:spPr>
                    <a:xfrm>
                      <a:off x="0" y="0"/>
                      <a:ext cx="1908000" cy="1435722"/>
                    </a:xfrm>
                    <a:prstGeom prst="rect"/>
                  </pic:spPr>
                </pic:pic>
              </a:graphicData>
            </a:graphic>
          </wp:inline>
        </w:drawing>
      </w:r>
    </w:p>
    <w:p>
      <w:pPr>
        <w:keepNext/>
        <w:spacing w:before="0" w:after="0" w:line="240" w:lineRule="auto"/>
      </w:pPr>
      <w:r>
        <w:rPr>
          <w:rFonts w:ascii="Bookman Old Style" w:hAnsi="Bookman Old Style" w:eastAsia="Bookman Old Style"/>
          <w:color w:val="000000"/>
          <w:sz w:val="19"/>
        </w:rPr>
        <w:t>4. What does the sign/notice mean?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Children under 12 may enter alone.</w:t>
      </w:r>
      <w:r>
        <w:tab/>
      </w:r>
      <w:r>
        <w:rPr>
          <w:rFonts w:ascii="Bookman Old Style" w:hAnsi="Bookman Old Style" w:eastAsia="Bookman Old Style"/>
          <w:color w:val="000000"/>
          <w:sz w:val="17"/>
        </w:rPr>
        <w:t>B. Adults cannot enter.</w:t>
      </w:r>
      <w:r>
        <w:tab/>
      </w:r>
      <w:r>
        <w:rPr>
          <w:rFonts w:ascii="Bookman Old Style" w:hAnsi="Bookman Old Style" w:eastAsia="Bookman Old Style"/>
          <w:color w:val="000000"/>
          <w:sz w:val="17"/>
        </w:rPr>
        <w:t>C. Young children need adult supervision.</w:t>
      </w:r>
      <w:r>
        <w:tab/>
      </w:r>
      <w:r>
        <w:rPr>
          <w:rFonts w:ascii="Bookman Old Style" w:hAnsi="Bookman Old Style" w:eastAsia="Bookman Old Style"/>
          <w:color w:val="000000"/>
          <w:sz w:val="17"/>
        </w:rPr>
        <w:t>D. Only twelve-year-olds may enter.</w:t>
      </w:r>
    </w:p>
    <w:p>
      <w:r>
        <w:br w:type="page"/>
      </w:r>
    </w:p>
    <w:p>
      <w:pPr>
        <w:keepNext/>
        <w:spacing w:before="60" w:after="20" w:line="240" w:lineRule="auto"/>
      </w:pPr>
      <w:r>
        <w:rPr>
          <w:rFonts w:ascii="Bookman Old Style" w:hAnsi="Bookman Old Style" w:eastAsia="Bookman Old Style"/>
          <w:b/>
          <w:color w:val="0033CC"/>
          <w:sz w:val="19"/>
        </w:rPr>
        <w:t>Exercise 12: Read the advertisement/notice/flyer/announcement and choose the correct option for each numbered blank.</w:t>
      </w:r>
    </w:p>
    <w:p>
      <w:pPr>
        <w:keepNext w:val="0"/>
        <w:spacing w:before="0" w:after="40" w:line="245" w:lineRule="auto"/>
      </w:pPr>
      <w:r>
        <w:rPr>
          <w:rFonts w:ascii="Bookman Old Style" w:hAnsi="Bookman Old Style" w:eastAsia="Bookman Old Style"/>
          <w:color w:val="000000"/>
          <w:sz w:val="18"/>
        </w:rPr>
        <w:t>FUTURE TRANSPORT EXHIBITION</w:t>
        <w:br/>
        <w:t>Come and see vehicles that may change how we travel. Visitors (1) ______ try a virtual hyperloop and sit in a model flying car. The exhibition will be open (2) ______ 9 a.m. to 5 p.m. Is the red solowheel (3) ______? Ask a guide before touching any model. There will be no visitor parking, (4) ______ please come by bus. We believe the journey of the future will be fast, safe, and (5) ______.</w:t>
      </w:r>
    </w:p>
    <w:p>
      <w:pPr>
        <w:keepNext w:val="0"/>
        <w:spacing w:before="0" w:after="0" w:line="240" w:lineRule="auto"/>
        <w:ind w:left="170"/>
      </w:pPr>
      <w:r>
        <w:rPr>
          <w:rFonts w:ascii="Bookman Old Style" w:hAnsi="Bookman Old Style" w:eastAsia="Bookman Old Style"/>
          <w:color w:val="000000"/>
          <w:sz w:val="18"/>
        </w:rPr>
        <w:t xml:space="preserve">1. </w:t>
      </w:r>
      <w:r>
        <w:rPr>
          <w:rFonts w:ascii="Bookman Old Style" w:hAnsi="Bookman Old Style" w:eastAsia="Bookman Old Style"/>
          <w:color w:val="000000"/>
          <w:sz w:val="17"/>
        </w:rPr>
        <w:t>A. will</w:t>
      </w:r>
      <w:r>
        <w:t xml:space="preserve">     </w:t>
      </w:r>
      <w:r>
        <w:rPr>
          <w:rFonts w:ascii="Bookman Old Style" w:hAnsi="Bookman Old Style" w:eastAsia="Bookman Old Style"/>
          <w:color w:val="000000"/>
          <w:sz w:val="17"/>
        </w:rPr>
        <w:t>B. did</w:t>
      </w:r>
      <w:r>
        <w:t xml:space="preserve">     </w:t>
      </w:r>
      <w:r>
        <w:rPr>
          <w:rFonts w:ascii="Bookman Old Style" w:hAnsi="Bookman Old Style" w:eastAsia="Bookman Old Style"/>
          <w:color w:val="000000"/>
          <w:sz w:val="17"/>
        </w:rPr>
        <w:t>C. are</w:t>
      </w:r>
      <w:r>
        <w:t xml:space="preserve">     </w:t>
      </w:r>
      <w:r>
        <w:rPr>
          <w:rFonts w:ascii="Bookman Old Style" w:hAnsi="Bookman Old Style" w:eastAsia="Bookman Old Style"/>
          <w:color w:val="000000"/>
          <w:sz w:val="17"/>
        </w:rPr>
        <w:t>D. have</w:t>
      </w:r>
    </w:p>
    <w:p>
      <w:pPr>
        <w:keepNext w:val="0"/>
        <w:spacing w:before="0" w:after="0" w:line="240" w:lineRule="auto"/>
        <w:ind w:left="170"/>
      </w:pPr>
      <w:r>
        <w:rPr>
          <w:rFonts w:ascii="Bookman Old Style" w:hAnsi="Bookman Old Style" w:eastAsia="Bookman Old Style"/>
          <w:color w:val="000000"/>
          <w:sz w:val="18"/>
        </w:rPr>
        <w:t xml:space="preserve">2. </w:t>
      </w:r>
      <w:r>
        <w:rPr>
          <w:rFonts w:ascii="Bookman Old Style" w:hAnsi="Bookman Old Style" w:eastAsia="Bookman Old Style"/>
          <w:color w:val="000000"/>
          <w:sz w:val="17"/>
        </w:rPr>
        <w:t>A. at</w:t>
      </w:r>
      <w:r>
        <w:t xml:space="preserve">     </w:t>
      </w:r>
      <w:r>
        <w:rPr>
          <w:rFonts w:ascii="Bookman Old Style" w:hAnsi="Bookman Old Style" w:eastAsia="Bookman Old Style"/>
          <w:color w:val="000000"/>
          <w:sz w:val="17"/>
        </w:rPr>
        <w:t>B. from</w:t>
      </w:r>
      <w:r>
        <w:t xml:space="preserve">     </w:t>
      </w:r>
      <w:r>
        <w:rPr>
          <w:rFonts w:ascii="Bookman Old Style" w:hAnsi="Bookman Old Style" w:eastAsia="Bookman Old Style"/>
          <w:color w:val="000000"/>
          <w:sz w:val="17"/>
        </w:rPr>
        <w:t>C. on</w:t>
      </w:r>
      <w:r>
        <w:t xml:space="preserve">     </w:t>
      </w:r>
      <w:r>
        <w:rPr>
          <w:rFonts w:ascii="Bookman Old Style" w:hAnsi="Bookman Old Style" w:eastAsia="Bookman Old Style"/>
          <w:color w:val="000000"/>
          <w:sz w:val="17"/>
        </w:rPr>
        <w:t>D. with</w:t>
      </w:r>
    </w:p>
    <w:p>
      <w:pPr>
        <w:keepNext w:val="0"/>
        <w:spacing w:before="0" w:after="0" w:line="240" w:lineRule="auto"/>
        <w:ind w:left="170"/>
      </w:pPr>
      <w:r>
        <w:rPr>
          <w:rFonts w:ascii="Bookman Old Style" w:hAnsi="Bookman Old Style" w:eastAsia="Bookman Old Style"/>
          <w:color w:val="000000"/>
          <w:sz w:val="18"/>
        </w:rPr>
        <w:t xml:space="preserve">3. </w:t>
      </w:r>
      <w:r>
        <w:rPr>
          <w:rFonts w:ascii="Bookman Old Style" w:hAnsi="Bookman Old Style" w:eastAsia="Bookman Old Style"/>
          <w:color w:val="000000"/>
          <w:sz w:val="17"/>
        </w:rPr>
        <w:t>A. your</w:t>
      </w:r>
      <w:r>
        <w:t xml:space="preserve">     </w:t>
      </w:r>
      <w:r>
        <w:rPr>
          <w:rFonts w:ascii="Bookman Old Style" w:hAnsi="Bookman Old Style" w:eastAsia="Bookman Old Style"/>
          <w:color w:val="000000"/>
          <w:sz w:val="17"/>
        </w:rPr>
        <w:t>B. yours</w:t>
      </w:r>
      <w:r>
        <w:t xml:space="preserve">     </w:t>
      </w:r>
      <w:r>
        <w:rPr>
          <w:rFonts w:ascii="Bookman Old Style" w:hAnsi="Bookman Old Style" w:eastAsia="Bookman Old Style"/>
          <w:color w:val="000000"/>
          <w:sz w:val="17"/>
        </w:rPr>
        <w:t>C. you</w:t>
      </w:r>
      <w:r>
        <w:t xml:space="preserve">     </w:t>
      </w:r>
      <w:r>
        <w:rPr>
          <w:rFonts w:ascii="Bookman Old Style" w:hAnsi="Bookman Old Style" w:eastAsia="Bookman Old Style"/>
          <w:color w:val="000000"/>
          <w:sz w:val="17"/>
        </w:rPr>
        <w:t>D. their</w:t>
      </w:r>
    </w:p>
    <w:p>
      <w:pPr>
        <w:keepNext w:val="0"/>
        <w:spacing w:before="0" w:after="0" w:line="240" w:lineRule="auto"/>
        <w:ind w:left="170"/>
      </w:pPr>
      <w:r>
        <w:rPr>
          <w:rFonts w:ascii="Bookman Old Style" w:hAnsi="Bookman Old Style" w:eastAsia="Bookman Old Style"/>
          <w:color w:val="000000"/>
          <w:sz w:val="18"/>
        </w:rPr>
        <w:t xml:space="preserve">4. </w:t>
      </w:r>
      <w:r>
        <w:rPr>
          <w:rFonts w:ascii="Bookman Old Style" w:hAnsi="Bookman Old Style" w:eastAsia="Bookman Old Style"/>
          <w:color w:val="000000"/>
          <w:sz w:val="17"/>
        </w:rPr>
        <w:t>A. but</w:t>
      </w:r>
      <w:r>
        <w:t xml:space="preserve">     </w:t>
      </w:r>
      <w:r>
        <w:rPr>
          <w:rFonts w:ascii="Bookman Old Style" w:hAnsi="Bookman Old Style" w:eastAsia="Bookman Old Style"/>
          <w:color w:val="000000"/>
          <w:sz w:val="17"/>
        </w:rPr>
        <w:t>B. although</w:t>
      </w:r>
      <w:r>
        <w:t xml:space="preserve">     </w:t>
      </w:r>
      <w:r>
        <w:rPr>
          <w:rFonts w:ascii="Bookman Old Style" w:hAnsi="Bookman Old Style" w:eastAsia="Bookman Old Style"/>
          <w:color w:val="000000"/>
          <w:sz w:val="17"/>
        </w:rPr>
        <w:t>C. so</w:t>
      </w:r>
      <w:r>
        <w:t xml:space="preserve">     </w:t>
      </w:r>
      <w:r>
        <w:rPr>
          <w:rFonts w:ascii="Bookman Old Style" w:hAnsi="Bookman Old Style" w:eastAsia="Bookman Old Style"/>
          <w:color w:val="000000"/>
          <w:sz w:val="17"/>
        </w:rPr>
        <w:t>D. however</w:t>
      </w:r>
    </w:p>
    <w:p>
      <w:pPr>
        <w:keepNext w:val="0"/>
        <w:spacing w:before="0" w:after="0" w:line="240" w:lineRule="auto"/>
        <w:ind w:left="170"/>
      </w:pPr>
      <w:r>
        <w:rPr>
          <w:rFonts w:ascii="Bookman Old Style" w:hAnsi="Bookman Old Style" w:eastAsia="Bookman Old Style"/>
          <w:color w:val="000000"/>
          <w:sz w:val="18"/>
        </w:rPr>
        <w:t xml:space="preserve">5. </w:t>
      </w:r>
      <w:r>
        <w:rPr>
          <w:rFonts w:ascii="Bookman Old Style" w:hAnsi="Bookman Old Style" w:eastAsia="Bookman Old Style"/>
          <w:color w:val="000000"/>
          <w:sz w:val="17"/>
        </w:rPr>
        <w:t>A. eco-friendly</w:t>
      </w:r>
      <w:r>
        <w:t xml:space="preserve">     </w:t>
      </w:r>
      <w:r>
        <w:rPr>
          <w:rFonts w:ascii="Bookman Old Style" w:hAnsi="Bookman Old Style" w:eastAsia="Bookman Old Style"/>
          <w:color w:val="000000"/>
          <w:sz w:val="17"/>
        </w:rPr>
        <w:t>B. polluting</w:t>
      </w:r>
      <w:r>
        <w:t xml:space="preserve">     </w:t>
      </w:r>
      <w:r>
        <w:rPr>
          <w:rFonts w:ascii="Bookman Old Style" w:hAnsi="Bookman Old Style" w:eastAsia="Bookman Old Style"/>
          <w:color w:val="000000"/>
          <w:sz w:val="17"/>
        </w:rPr>
        <w:t>C. violent</w:t>
      </w:r>
      <w:r>
        <w:t xml:space="preserve">     </w:t>
      </w:r>
      <w:r>
        <w:rPr>
          <w:rFonts w:ascii="Bookman Old Style" w:hAnsi="Bookman Old Style" w:eastAsia="Bookman Old Style"/>
          <w:color w:val="000000"/>
          <w:sz w:val="17"/>
        </w:rPr>
        <w:t>D. bumpy</w:t>
      </w:r>
    </w:p>
    <w:p>
      <w:pPr>
        <w:keepNext/>
        <w:spacing w:before="60" w:after="20" w:line="240" w:lineRule="auto"/>
      </w:pPr>
      <w:r>
        <w:rPr>
          <w:rFonts w:ascii="Bookman Old Style" w:hAnsi="Bookman Old Style" w:eastAsia="Bookman Old Style"/>
          <w:b/>
          <w:color w:val="0033CC"/>
          <w:sz w:val="19"/>
        </w:rPr>
        <w:t>Exercise 13: Read the following passage and choose the correct word that best fits each numbered blank.</w:t>
      </w:r>
    </w:p>
    <w:p>
      <w:pPr>
        <w:keepNext w:val="0"/>
        <w:spacing w:before="0" w:after="40" w:line="245" w:lineRule="auto"/>
      </w:pPr>
      <w:r>
        <w:rPr>
          <w:rFonts w:ascii="Bookman Old Style" w:hAnsi="Bookman Old Style" w:eastAsia="Bookman Old Style"/>
          <w:color w:val="000000"/>
          <w:sz w:val="18"/>
        </w:rPr>
        <w:t>Transport in future cities may be very different. Driverless cars will communicate with each other to avoid traffic (1) ______. Some trains will travel at high (2) ______ inside special tubes. Most vehicles will run (3) ______ clean electricity and will not produce fumes. Passengers may book a shared vehicle with an app. These services should be convenient and (4) ______. However, planners will need strong safety systems (5) ______ the technology is new.</w:t>
      </w:r>
    </w:p>
    <w:p>
      <w:pPr>
        <w:keepNext w:val="0"/>
        <w:spacing w:before="0" w:after="0" w:line="240" w:lineRule="auto"/>
        <w:ind w:left="170"/>
      </w:pPr>
      <w:r>
        <w:rPr>
          <w:rFonts w:ascii="Bookman Old Style" w:hAnsi="Bookman Old Style" w:eastAsia="Bookman Old Style"/>
          <w:color w:val="000000"/>
          <w:sz w:val="18"/>
        </w:rPr>
        <w:t xml:space="preserve">1. </w:t>
      </w:r>
      <w:r>
        <w:rPr>
          <w:rFonts w:ascii="Bookman Old Style" w:hAnsi="Bookman Old Style" w:eastAsia="Bookman Old Style"/>
          <w:color w:val="000000"/>
          <w:sz w:val="17"/>
        </w:rPr>
        <w:t>A. costume</w:t>
      </w:r>
      <w:r>
        <w:t xml:space="preserve">     </w:t>
      </w:r>
      <w:r>
        <w:rPr>
          <w:rFonts w:ascii="Bookman Old Style" w:hAnsi="Bookman Old Style" w:eastAsia="Bookman Old Style"/>
          <w:color w:val="000000"/>
          <w:sz w:val="17"/>
        </w:rPr>
        <w:t>B. congestion</w:t>
      </w:r>
      <w:r>
        <w:t xml:space="preserve">     </w:t>
      </w:r>
      <w:r>
        <w:rPr>
          <w:rFonts w:ascii="Bookman Old Style" w:hAnsi="Bookman Old Style" w:eastAsia="Bookman Old Style"/>
          <w:color w:val="000000"/>
          <w:sz w:val="17"/>
        </w:rPr>
        <w:t>C. performance</w:t>
      </w:r>
      <w:r>
        <w:t xml:space="preserve">     </w:t>
      </w:r>
      <w:r>
        <w:rPr>
          <w:rFonts w:ascii="Bookman Old Style" w:hAnsi="Bookman Old Style" w:eastAsia="Bookman Old Style"/>
          <w:color w:val="000000"/>
          <w:sz w:val="17"/>
        </w:rPr>
        <w:t>D. population</w:t>
      </w:r>
    </w:p>
    <w:p>
      <w:pPr>
        <w:keepNext w:val="0"/>
        <w:spacing w:before="0" w:after="0" w:line="240" w:lineRule="auto"/>
        <w:ind w:left="170"/>
      </w:pPr>
      <w:r>
        <w:rPr>
          <w:rFonts w:ascii="Bookman Old Style" w:hAnsi="Bookman Old Style" w:eastAsia="Bookman Old Style"/>
          <w:color w:val="000000"/>
          <w:sz w:val="18"/>
        </w:rPr>
        <w:t xml:space="preserve">2. </w:t>
      </w:r>
      <w:r>
        <w:rPr>
          <w:rFonts w:ascii="Bookman Old Style" w:hAnsi="Bookman Old Style" w:eastAsia="Bookman Old Style"/>
          <w:color w:val="000000"/>
          <w:sz w:val="17"/>
        </w:rPr>
        <w:t>A. speed</w:t>
      </w:r>
      <w:r>
        <w:t xml:space="preserve">     </w:t>
      </w:r>
      <w:r>
        <w:rPr>
          <w:rFonts w:ascii="Bookman Old Style" w:hAnsi="Bookman Old Style" w:eastAsia="Bookman Old Style"/>
          <w:color w:val="000000"/>
          <w:sz w:val="17"/>
        </w:rPr>
        <w:t>B. signal</w:t>
      </w:r>
      <w:r>
        <w:t xml:space="preserve">     </w:t>
      </w:r>
      <w:r>
        <w:rPr>
          <w:rFonts w:ascii="Bookman Old Style" w:hAnsi="Bookman Old Style" w:eastAsia="Bookman Old Style"/>
          <w:color w:val="000000"/>
          <w:sz w:val="17"/>
        </w:rPr>
        <w:t>C. distance</w:t>
      </w:r>
      <w:r>
        <w:t xml:space="preserve">     </w:t>
      </w:r>
      <w:r>
        <w:rPr>
          <w:rFonts w:ascii="Bookman Old Style" w:hAnsi="Bookman Old Style" w:eastAsia="Bookman Old Style"/>
          <w:color w:val="000000"/>
          <w:sz w:val="17"/>
        </w:rPr>
        <w:t>D. energy</w:t>
      </w:r>
    </w:p>
    <w:p>
      <w:pPr>
        <w:keepNext w:val="0"/>
        <w:spacing w:before="0" w:after="0" w:line="240" w:lineRule="auto"/>
        <w:ind w:left="170"/>
      </w:pPr>
      <w:r>
        <w:rPr>
          <w:rFonts w:ascii="Bookman Old Style" w:hAnsi="Bookman Old Style" w:eastAsia="Bookman Old Style"/>
          <w:color w:val="000000"/>
          <w:sz w:val="18"/>
        </w:rPr>
        <w:t xml:space="preserve">3. </w:t>
      </w:r>
      <w:r>
        <w:rPr>
          <w:rFonts w:ascii="Bookman Old Style" w:hAnsi="Bookman Old Style" w:eastAsia="Bookman Old Style"/>
          <w:color w:val="000000"/>
          <w:sz w:val="17"/>
        </w:rPr>
        <w:t>A. at</w:t>
      </w:r>
      <w:r>
        <w:t xml:space="preserve">     </w:t>
      </w:r>
      <w:r>
        <w:rPr>
          <w:rFonts w:ascii="Bookman Old Style" w:hAnsi="Bookman Old Style" w:eastAsia="Bookman Old Style"/>
          <w:color w:val="000000"/>
          <w:sz w:val="17"/>
        </w:rPr>
        <w:t>B. on</w:t>
      </w:r>
      <w:r>
        <w:t xml:space="preserve">     </w:t>
      </w:r>
      <w:r>
        <w:rPr>
          <w:rFonts w:ascii="Bookman Old Style" w:hAnsi="Bookman Old Style" w:eastAsia="Bookman Old Style"/>
          <w:color w:val="000000"/>
          <w:sz w:val="17"/>
        </w:rPr>
        <w:t>C. with</w:t>
      </w:r>
      <w:r>
        <w:t xml:space="preserve">     </w:t>
      </w:r>
      <w:r>
        <w:rPr>
          <w:rFonts w:ascii="Bookman Old Style" w:hAnsi="Bookman Old Style" w:eastAsia="Bookman Old Style"/>
          <w:color w:val="000000"/>
          <w:sz w:val="17"/>
        </w:rPr>
        <w:t>D. from</w:t>
      </w:r>
    </w:p>
    <w:p>
      <w:pPr>
        <w:keepNext w:val="0"/>
        <w:spacing w:before="0" w:after="0" w:line="240" w:lineRule="auto"/>
        <w:ind w:left="170"/>
      </w:pPr>
      <w:r>
        <w:rPr>
          <w:rFonts w:ascii="Bookman Old Style" w:hAnsi="Bookman Old Style" w:eastAsia="Bookman Old Style"/>
          <w:color w:val="000000"/>
          <w:sz w:val="18"/>
        </w:rPr>
        <w:t xml:space="preserve">4. </w:t>
      </w:r>
      <w:r>
        <w:rPr>
          <w:rFonts w:ascii="Bookman Old Style" w:hAnsi="Bookman Old Style" w:eastAsia="Bookman Old Style"/>
          <w:color w:val="000000"/>
          <w:sz w:val="17"/>
        </w:rPr>
        <w:t>A. economical</w:t>
      </w:r>
      <w:r>
        <w:t xml:space="preserve">     </w:t>
      </w:r>
      <w:r>
        <w:rPr>
          <w:rFonts w:ascii="Bookman Old Style" w:hAnsi="Bookman Old Style" w:eastAsia="Bookman Old Style"/>
          <w:color w:val="000000"/>
          <w:sz w:val="17"/>
        </w:rPr>
        <w:t>B. violent</w:t>
      </w:r>
      <w:r>
        <w:t xml:space="preserve">     </w:t>
      </w:r>
      <w:r>
        <w:rPr>
          <w:rFonts w:ascii="Bookman Old Style" w:hAnsi="Bookman Old Style" w:eastAsia="Bookman Old Style"/>
          <w:color w:val="000000"/>
          <w:sz w:val="17"/>
        </w:rPr>
        <w:t>C. religious</w:t>
      </w:r>
      <w:r>
        <w:t xml:space="preserve">     </w:t>
      </w:r>
      <w:r>
        <w:rPr>
          <w:rFonts w:ascii="Bookman Old Style" w:hAnsi="Bookman Old Style" w:eastAsia="Bookman Old Style"/>
          <w:color w:val="000000"/>
          <w:sz w:val="17"/>
        </w:rPr>
        <w:t>D. bumpy</w:t>
      </w:r>
    </w:p>
    <w:p>
      <w:pPr>
        <w:keepNext w:val="0"/>
        <w:spacing w:before="0" w:after="0" w:line="240" w:lineRule="auto"/>
        <w:ind w:left="170"/>
      </w:pPr>
      <w:r>
        <w:rPr>
          <w:rFonts w:ascii="Bookman Old Style" w:hAnsi="Bookman Old Style" w:eastAsia="Bookman Old Style"/>
          <w:color w:val="000000"/>
          <w:sz w:val="18"/>
        </w:rPr>
        <w:t xml:space="preserve">5. </w:t>
      </w:r>
      <w:r>
        <w:rPr>
          <w:rFonts w:ascii="Bookman Old Style" w:hAnsi="Bookman Old Style" w:eastAsia="Bookman Old Style"/>
          <w:color w:val="000000"/>
          <w:sz w:val="17"/>
        </w:rPr>
        <w:t>A. although</w:t>
      </w:r>
      <w:r>
        <w:t xml:space="preserve">     </w:t>
      </w:r>
      <w:r>
        <w:rPr>
          <w:rFonts w:ascii="Bookman Old Style" w:hAnsi="Bookman Old Style" w:eastAsia="Bookman Old Style"/>
          <w:color w:val="000000"/>
          <w:sz w:val="17"/>
        </w:rPr>
        <w:t>B. however</w:t>
      </w:r>
      <w:r>
        <w:t xml:space="preserve">     </w:t>
      </w:r>
      <w:r>
        <w:rPr>
          <w:rFonts w:ascii="Bookman Old Style" w:hAnsi="Bookman Old Style" w:eastAsia="Bookman Old Style"/>
          <w:color w:val="000000"/>
          <w:sz w:val="17"/>
        </w:rPr>
        <w:t>C. so</w:t>
      </w:r>
      <w:r>
        <w:t xml:space="preserve">     </w:t>
      </w:r>
      <w:r>
        <w:rPr>
          <w:rFonts w:ascii="Bookman Old Style" w:hAnsi="Bookman Old Style" w:eastAsia="Bookman Old Style"/>
          <w:color w:val="000000"/>
          <w:sz w:val="17"/>
        </w:rPr>
        <w:t>D. and</w:t>
      </w:r>
    </w:p>
    <w:p>
      <w:r>
        <w:br w:type="page"/>
      </w:r>
    </w:p>
    <w:p>
      <w:pPr>
        <w:keepNext/>
        <w:spacing w:before="60" w:after="20" w:line="240" w:lineRule="auto"/>
      </w:pPr>
      <w:r>
        <w:rPr>
          <w:rFonts w:ascii="Bookman Old Style" w:hAnsi="Bookman Old Style" w:eastAsia="Bookman Old Style"/>
          <w:b/>
          <w:color w:val="0033CC"/>
          <w:sz w:val="19"/>
        </w:rPr>
        <w:t>Exercise 14: Read the following passage and choose the correct answer to each question.</w:t>
      </w:r>
    </w:p>
    <w:p>
      <w:pPr>
        <w:keepNext w:val="0"/>
        <w:spacing w:before="0" w:after="60" w:line="252" w:lineRule="auto"/>
      </w:pPr>
      <w:r>
        <w:rPr>
          <w:rFonts w:ascii="Bookman Old Style" w:hAnsi="Bookman Old Style" w:eastAsia="Bookman Old Style"/>
          <w:color w:val="000000"/>
          <w:sz w:val="19"/>
        </w:rPr>
        <w:t>In 2045, Blue City plans to open a network of driverless electric buses. The buses will follow special lanes and communicate with traffic lights, so they will not spend much time waiting at crossroads. Passengers will use an app to request a stop, and the bus will choose an efficient route. The vehicles will run on electricity from solar farms outside the city. City planners believe the system will reduce congestion, but they will still keep human staff at control centres for safety.</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What kind of buses will Blue City use?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Petrol buses</w:t>
      </w:r>
      <w:r>
        <w:tab/>
      </w:r>
      <w:r>
        <w:rPr>
          <w:rFonts w:ascii="Bookman Old Style" w:hAnsi="Bookman Old Style" w:eastAsia="Bookman Old Style"/>
          <w:color w:val="000000"/>
          <w:sz w:val="18"/>
        </w:rPr>
        <w:t>B. Driverless electric buses</w:t>
      </w:r>
      <w:r>
        <w:tab/>
      </w:r>
      <w:r>
        <w:rPr>
          <w:rFonts w:ascii="Bookman Old Style" w:hAnsi="Bookman Old Style" w:eastAsia="Bookman Old Style"/>
          <w:color w:val="000000"/>
          <w:sz w:val="18"/>
        </w:rPr>
        <w:t>C. School buses</w:t>
      </w:r>
      <w:r>
        <w:tab/>
      </w:r>
      <w:r>
        <w:rPr>
          <w:rFonts w:ascii="Bookman Old Style" w:hAnsi="Bookman Old Style" w:eastAsia="Bookman Old Style"/>
          <w:color w:val="000000"/>
          <w:sz w:val="18"/>
        </w:rPr>
        <w:t>D. Flying buses</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What will buses communicate with?</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Bicycles</w:t>
      </w:r>
      <w:r>
        <w:tab/>
      </w:r>
      <w:r>
        <w:rPr>
          <w:rFonts w:ascii="Bookman Old Style" w:hAnsi="Bookman Old Style" w:eastAsia="Bookman Old Style"/>
          <w:color w:val="000000"/>
          <w:sz w:val="18"/>
        </w:rPr>
        <w:t>B. Traffic lights</w:t>
      </w:r>
      <w:r>
        <w:tab/>
      </w:r>
      <w:r>
        <w:rPr>
          <w:rFonts w:ascii="Bookman Old Style" w:hAnsi="Bookman Old Style" w:eastAsia="Bookman Old Style"/>
          <w:color w:val="000000"/>
          <w:sz w:val="18"/>
        </w:rPr>
        <w:t>C. Shops</w:t>
      </w:r>
      <w:r>
        <w:tab/>
      </w:r>
      <w:r>
        <w:rPr>
          <w:rFonts w:ascii="Bookman Old Style" w:hAnsi="Bookman Old Style" w:eastAsia="Bookman Old Style"/>
          <w:color w:val="000000"/>
          <w:sz w:val="18"/>
        </w:rPr>
        <w:t>D. Passengers' homes</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How will passengers request a stop?</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By shouting</w:t>
      </w:r>
      <w:r>
        <w:tab/>
      </w:r>
      <w:r>
        <w:rPr>
          <w:rFonts w:ascii="Bookman Old Style" w:hAnsi="Bookman Old Style" w:eastAsia="Bookman Old Style"/>
          <w:color w:val="000000"/>
          <w:sz w:val="18"/>
        </w:rPr>
        <w:t>B. With an app</w:t>
      </w:r>
      <w:r>
        <w:tab/>
      </w:r>
      <w:r>
        <w:rPr>
          <w:rFonts w:ascii="Bookman Old Style" w:hAnsi="Bookman Old Style" w:eastAsia="Bookman Old Style"/>
          <w:color w:val="000000"/>
          <w:sz w:val="18"/>
        </w:rPr>
        <w:t>C. By phone call</w:t>
      </w:r>
      <w:r>
        <w:tab/>
      </w:r>
      <w:r>
        <w:rPr>
          <w:rFonts w:ascii="Bookman Old Style" w:hAnsi="Bookman Old Style" w:eastAsia="Bookman Old Style"/>
          <w:color w:val="000000"/>
          <w:sz w:val="18"/>
        </w:rPr>
        <w:t>D. With a ticket</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Where will the electricity come from?</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Coal plants</w:t>
      </w:r>
      <w:r>
        <w:tab/>
      </w:r>
      <w:r>
        <w:rPr>
          <w:rFonts w:ascii="Bookman Old Style" w:hAnsi="Bookman Old Style" w:eastAsia="Bookman Old Style"/>
          <w:color w:val="000000"/>
          <w:sz w:val="18"/>
        </w:rPr>
        <w:t>B. Solar farms</w:t>
      </w:r>
      <w:r>
        <w:tab/>
      </w:r>
      <w:r>
        <w:rPr>
          <w:rFonts w:ascii="Bookman Old Style" w:hAnsi="Bookman Old Style" w:eastAsia="Bookman Old Style"/>
          <w:color w:val="000000"/>
          <w:sz w:val="18"/>
        </w:rPr>
        <w:t>C. Oil</w:t>
      </w:r>
      <w:r>
        <w:tab/>
      </w:r>
      <w:r>
        <w:rPr>
          <w:rFonts w:ascii="Bookman Old Style" w:hAnsi="Bookman Old Style" w:eastAsia="Bookman Old Style"/>
          <w:color w:val="000000"/>
          <w:sz w:val="18"/>
        </w:rPr>
        <w:t>D. Biogas buses</w:t>
      </w:r>
    </w:p>
    <w:p>
      <w:pPr>
        <w:keepNext/>
        <w:spacing w:before="0" w:after="0" w:line="240" w:lineRule="auto"/>
      </w:pPr>
      <w:r>
        <w:rPr>
          <w:rFonts w:ascii="Bookman Old Style" w:hAnsi="Bookman Old Style" w:eastAsia="Bookman Old Style"/>
          <w:color w:val="000000"/>
          <w:sz w:val="18"/>
        </w:rPr>
        <w:t xml:space="preserve">5. </w:t>
      </w:r>
      <w:r>
        <w:rPr>
          <w:rFonts w:ascii="Bookman Old Style" w:hAnsi="Bookman Old Style" w:eastAsia="Bookman Old Style"/>
          <w:color w:val="000000"/>
          <w:sz w:val="18"/>
        </w:rPr>
        <w:t>Why will human staff remain?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For safety</w:t>
      </w:r>
      <w:r>
        <w:tab/>
      </w:r>
      <w:r>
        <w:rPr>
          <w:rFonts w:ascii="Bookman Old Style" w:hAnsi="Bookman Old Style" w:eastAsia="Bookman Old Style"/>
          <w:color w:val="000000"/>
          <w:sz w:val="18"/>
        </w:rPr>
        <w:t>B. To sell food</w:t>
      </w:r>
      <w:r>
        <w:tab/>
      </w:r>
      <w:r>
        <w:rPr>
          <w:rFonts w:ascii="Bookman Old Style" w:hAnsi="Bookman Old Style" w:eastAsia="Bookman Old Style"/>
          <w:color w:val="000000"/>
          <w:sz w:val="18"/>
        </w:rPr>
        <w:t>C. To drive every bus</w:t>
      </w:r>
      <w:r>
        <w:tab/>
      </w:r>
      <w:r>
        <w:rPr>
          <w:rFonts w:ascii="Bookman Old Style" w:hAnsi="Bookman Old Style" w:eastAsia="Bookman Old Style"/>
          <w:color w:val="000000"/>
          <w:sz w:val="18"/>
        </w:rPr>
        <w:t>D. To build lanes</w:t>
      </w:r>
    </w:p>
    <w:p>
      <w:pPr>
        <w:keepNext/>
        <w:spacing w:before="60" w:after="20" w:line="240" w:lineRule="auto"/>
      </w:pPr>
      <w:r>
        <w:rPr>
          <w:rFonts w:ascii="Bookman Old Style" w:hAnsi="Bookman Old Style" w:eastAsia="Bookman Old Style"/>
          <w:b/>
          <w:color w:val="0033CC"/>
          <w:sz w:val="19"/>
        </w:rPr>
        <w:t>Exercise 15: Four phrases/sentences have been removed from the text. Choose the correct answer A-D for each blank.</w:t>
      </w:r>
    </w:p>
    <w:p>
      <w:pPr>
        <w:keepNext w:val="0"/>
        <w:spacing w:before="0" w:after="60" w:line="252" w:lineRule="auto"/>
      </w:pPr>
      <w:r>
        <w:rPr>
          <w:rFonts w:ascii="Bookman Old Style" w:hAnsi="Bookman Old Style" w:eastAsia="Bookman Old Style"/>
          <w:color w:val="000000"/>
          <w:sz w:val="19"/>
        </w:rPr>
        <w:t>Future transport must solve several city problems. (1) ______. Electric and solar-powered vehicles can reduce fumes. (2) ______. Shared driverless cars may also need less parking space. (3) ______. However, every new system must be tested carefully. (4) ______.</w:t>
      </w:r>
    </w:p>
    <w:p>
      <w:pPr>
        <w:keepNext w:val="0"/>
        <w:spacing w:before="0" w:after="20" w:line="240" w:lineRule="auto"/>
      </w:pPr>
      <w:r>
        <w:rPr>
          <w:rFonts w:ascii="Bookman Old Style" w:hAnsi="Bookman Old Style" w:eastAsia="Bookman Old Style"/>
          <w:color w:val="000000"/>
          <w:sz w:val="18"/>
        </w:rPr>
        <w:t>A. Traffic congestion wastes time and energy.</w:t>
      </w:r>
    </w:p>
    <w:p>
      <w:pPr>
        <w:keepNext w:val="0"/>
        <w:spacing w:before="0" w:after="20" w:line="240" w:lineRule="auto"/>
      </w:pPr>
      <w:r>
        <w:rPr>
          <w:rFonts w:ascii="Bookman Old Style" w:hAnsi="Bookman Old Style" w:eastAsia="Bookman Old Style"/>
          <w:color w:val="000000"/>
          <w:sz w:val="18"/>
        </w:rPr>
        <w:t>B. High-speed trains can move many passengers quickly.</w:t>
      </w:r>
    </w:p>
    <w:p>
      <w:pPr>
        <w:keepNext w:val="0"/>
        <w:spacing w:before="0" w:after="20" w:line="240" w:lineRule="auto"/>
      </w:pPr>
      <w:r>
        <w:rPr>
          <w:rFonts w:ascii="Bookman Old Style" w:hAnsi="Bookman Old Style" w:eastAsia="Bookman Old Style"/>
          <w:color w:val="000000"/>
          <w:sz w:val="18"/>
        </w:rPr>
        <w:t>C. This space can become parks or cycle lanes.</w:t>
      </w:r>
    </w:p>
    <w:p>
      <w:pPr>
        <w:keepNext w:val="0"/>
        <w:spacing w:before="0" w:after="20" w:line="240" w:lineRule="auto"/>
      </w:pPr>
      <w:r>
        <w:rPr>
          <w:rFonts w:ascii="Bookman Old Style" w:hAnsi="Bookman Old Style" w:eastAsia="Bookman Old Style"/>
          <w:color w:val="000000"/>
          <w:sz w:val="18"/>
        </w:rPr>
        <w:t>D. Safety should remain the first priority.</w:t>
      </w:r>
    </w:p>
    <w:p>
      <w:r>
        <w:br w:type="page"/>
      </w:r>
    </w:p>
    <w:p>
      <w:pPr>
        <w:keepNext/>
        <w:spacing w:before="60" w:after="20" w:line="240" w:lineRule="auto"/>
      </w:pPr>
      <w:r>
        <w:rPr>
          <w:rFonts w:ascii="Bookman Old Style" w:hAnsi="Bookman Old Style" w:eastAsia="Bookman Old Style"/>
          <w:b/>
          <w:color w:val="0033CC"/>
          <w:sz w:val="19"/>
        </w:rPr>
        <w:t>Exercise 16: Reorder the words and phrases to make sentences.</w:t>
      </w:r>
    </w:p>
    <w:p>
      <w:pPr>
        <w:keepNext w:val="0"/>
        <w:spacing w:before="0" w:after="20" w:line="240" w:lineRule="auto"/>
      </w:pPr>
      <w:r>
        <w:rPr>
          <w:rFonts w:ascii="Bookman Old Style" w:hAnsi="Bookman Old Style" w:eastAsia="Bookman Old Style"/>
          <w:color w:val="000000"/>
          <w:sz w:val="19"/>
        </w:rPr>
        <w:t>1. will / people / flying cars / use / future / in the</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2. run on / vehicle / will / electricity / the</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3. is / red helmet / mine / the</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4. theirs / seats / those / are</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5. will / driverless cars / accidents / reduce</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6. hyperloop / faster / a train / will be / than</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7. produce / vehicle / won't / fumes / the</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8. this / yours / solowheel / is</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spacing w:before="60" w:after="20" w:line="240" w:lineRule="auto"/>
      </w:pPr>
      <w:r>
        <w:rPr>
          <w:rFonts w:ascii="Bookman Old Style" w:hAnsi="Bookman Old Style" w:eastAsia="Bookman Old Style"/>
          <w:b/>
          <w:color w:val="0033CC"/>
          <w:sz w:val="19"/>
        </w:rPr>
        <w:t>Exercise 17: Write complete sentences using the guided words and phrases.</w:t>
      </w:r>
    </w:p>
    <w:p>
      <w:pPr>
        <w:keepNext w:val="0"/>
        <w:spacing w:before="0" w:after="20" w:line="240" w:lineRule="auto"/>
      </w:pPr>
      <w:r>
        <w:rPr>
          <w:rFonts w:ascii="Bookman Old Style" w:hAnsi="Bookman Old Style" w:eastAsia="Bookman Old Style"/>
          <w:color w:val="000000"/>
          <w:sz w:val="19"/>
        </w:rPr>
        <w:t>1. Future cars / run / solar power</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2. People / not need / drive / some vehicles</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3. This ticket / my / that one / your</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4. Hyperloop / help / avoid / traffic jams</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5. Driverless buses / safe / convenient</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6. Which vehicle / you / use / future</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r>
        <w:br w:type="page"/>
      </w:r>
    </w:p>
    <w:p>
      <w:pPr>
        <w:keepNext/>
        <w:spacing w:before="60" w:after="20" w:line="240" w:lineRule="auto"/>
      </w:pPr>
      <w:r>
        <w:rPr>
          <w:rFonts w:ascii="Bookman Old Style" w:hAnsi="Bookman Old Style" w:eastAsia="Bookman Old Style"/>
          <w:b/>
          <w:color w:val="0033CC"/>
          <w:sz w:val="19"/>
        </w:rPr>
        <w:t>Exercise 18: Choose the correct arrangement of the sentences to make a meaningful paragraph.</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a. Finally, we shared what we learned. b. First, our teacher introduced the topic. c. Next, we worked in groups. d. The lesson was useful and enjoyable.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b-c-a-d</w:t>
      </w:r>
      <w:r>
        <w:tab/>
      </w:r>
      <w:r>
        <w:rPr>
          <w:rFonts w:ascii="Bookman Old Style" w:hAnsi="Bookman Old Style" w:eastAsia="Bookman Old Style"/>
          <w:color w:val="000000"/>
          <w:sz w:val="17"/>
        </w:rPr>
        <w:t>B. a-b-d-c</w:t>
      </w:r>
      <w:r>
        <w:tab/>
      </w:r>
      <w:r>
        <w:rPr>
          <w:rFonts w:ascii="Bookman Old Style" w:hAnsi="Bookman Old Style" w:eastAsia="Bookman Old Style"/>
          <w:color w:val="000000"/>
          <w:sz w:val="17"/>
        </w:rPr>
        <w:t>C. c-b-a-d</w:t>
      </w:r>
      <w:r>
        <w:tab/>
      </w:r>
      <w:r>
        <w:rPr>
          <w:rFonts w:ascii="Bookman Old Style" w:hAnsi="Bookman Old Style" w:eastAsia="Bookman Old Style"/>
          <w:color w:val="000000"/>
          <w:sz w:val="17"/>
        </w:rPr>
        <w:t>D. b-a-c-d</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a. We arrived early. b. Then we joined the main activity. c. Last Saturday, our class attended an event. d. Everyone had a good time.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c-a-b-d</w:t>
      </w:r>
      <w:r>
        <w:tab/>
      </w:r>
      <w:r>
        <w:rPr>
          <w:rFonts w:ascii="Bookman Old Style" w:hAnsi="Bookman Old Style" w:eastAsia="Bookman Old Style"/>
          <w:color w:val="000000"/>
          <w:sz w:val="17"/>
        </w:rPr>
        <w:t>B. a-c-d-b</w:t>
      </w:r>
      <w:r>
        <w:tab/>
      </w:r>
      <w:r>
        <w:rPr>
          <w:rFonts w:ascii="Bookman Old Style" w:hAnsi="Bookman Old Style" w:eastAsia="Bookman Old Style"/>
          <w:color w:val="000000"/>
          <w:sz w:val="17"/>
        </w:rPr>
        <w:t>C. c-b-a-d</w:t>
      </w:r>
      <w:r>
        <w:tab/>
      </w:r>
      <w:r>
        <w:rPr>
          <w:rFonts w:ascii="Bookman Old Style" w:hAnsi="Bookman Old Style" w:eastAsia="Bookman Old Style"/>
          <w:color w:val="000000"/>
          <w:sz w:val="17"/>
        </w:rPr>
        <w:t>D. d-c-a-b</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a. This small action produced a good result. b. We noticed a problem at school. c. Therefore, we made a simple plan. d. After one week, the situation improved.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b-c-d-a</w:t>
      </w:r>
      <w:r>
        <w:tab/>
      </w:r>
      <w:r>
        <w:rPr>
          <w:rFonts w:ascii="Bookman Old Style" w:hAnsi="Bookman Old Style" w:eastAsia="Bookman Old Style"/>
          <w:color w:val="000000"/>
          <w:sz w:val="17"/>
        </w:rPr>
        <w:t>B. a-b-c-d</w:t>
      </w:r>
      <w:r>
        <w:tab/>
      </w:r>
      <w:r>
        <w:rPr>
          <w:rFonts w:ascii="Bookman Old Style" w:hAnsi="Bookman Old Style" w:eastAsia="Bookman Old Style"/>
          <w:color w:val="000000"/>
          <w:sz w:val="17"/>
        </w:rPr>
        <w:t>C. b-d-c-a</w:t>
      </w:r>
      <w:r>
        <w:tab/>
      </w:r>
      <w:r>
        <w:rPr>
          <w:rFonts w:ascii="Bookman Old Style" w:hAnsi="Bookman Old Style" w:eastAsia="Bookman Old Style"/>
          <w:color w:val="000000"/>
          <w:sz w:val="17"/>
        </w:rPr>
        <w:t>D. c-b-a-d</w:t>
      </w:r>
    </w:p>
    <w:p>
      <w:pPr>
        <w:keepNext/>
        <w:spacing w:before="60" w:after="20" w:line="240" w:lineRule="auto"/>
      </w:pPr>
      <w:r>
        <w:rPr>
          <w:rFonts w:ascii="Bookman Old Style" w:hAnsi="Bookman Old Style" w:eastAsia="Bookman Old Style"/>
          <w:b/>
          <w:color w:val="0033CC"/>
          <w:sz w:val="19"/>
        </w:rPr>
        <w:t>Exercise 19: Rewrite the sentences without changing the meaning. Use the target grammar.</w:t>
      </w:r>
    </w:p>
    <w:p>
      <w:pPr>
        <w:keepNext w:val="0"/>
        <w:spacing w:before="0" w:after="20" w:line="240" w:lineRule="auto"/>
      </w:pPr>
      <w:r>
        <w:rPr>
          <w:rFonts w:ascii="Bookman Old Style" w:hAnsi="Bookman Old Style" w:eastAsia="Bookman Old Style"/>
          <w:color w:val="000000"/>
          <w:sz w:val="19"/>
        </w:rPr>
        <w:t>1. This is my electric car.</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2. That helmet belongs to her.</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3. We plan to use clean transport.</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4. Petrol cars may disappear.</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5. Their train is faster than our train.</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6. Do you own this ticket?</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spacing w:before="60" w:after="20" w:line="240" w:lineRule="auto"/>
      </w:pPr>
      <w:r>
        <w:rPr>
          <w:rFonts w:ascii="Bookman Old Style" w:hAnsi="Bookman Old Style" w:eastAsia="Bookman Old Style"/>
          <w:b/>
          <w:color w:val="0033CC"/>
          <w:sz w:val="19"/>
        </w:rPr>
        <w:t>Exercise 20: Choose (A, B, C, or D) to indicate the correct arrangement of the sentences to make a meaningful paragraph/letter.</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a. Finally, we shared what we learned. b. First, our teacher introduced the topic. c. Next, we worked in groups. d. The lesson was useful and enjoyable.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b-c-a-d</w:t>
      </w:r>
      <w:r>
        <w:tab/>
      </w:r>
      <w:r>
        <w:rPr>
          <w:rFonts w:ascii="Bookman Old Style" w:hAnsi="Bookman Old Style" w:eastAsia="Bookman Old Style"/>
          <w:color w:val="000000"/>
          <w:sz w:val="17"/>
        </w:rPr>
        <w:t>B. a-b-d-c</w:t>
      </w:r>
      <w:r>
        <w:tab/>
      </w:r>
      <w:r>
        <w:rPr>
          <w:rFonts w:ascii="Bookman Old Style" w:hAnsi="Bookman Old Style" w:eastAsia="Bookman Old Style"/>
          <w:color w:val="000000"/>
          <w:sz w:val="17"/>
        </w:rPr>
        <w:t>C. c-b-a-d</w:t>
      </w:r>
      <w:r>
        <w:tab/>
      </w:r>
      <w:r>
        <w:rPr>
          <w:rFonts w:ascii="Bookman Old Style" w:hAnsi="Bookman Old Style" w:eastAsia="Bookman Old Style"/>
          <w:color w:val="000000"/>
          <w:sz w:val="17"/>
        </w:rPr>
        <w:t>D. b-a-c-d</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a. We arrived early. b. Then we joined the main activity. c. Last Saturday, our class attended an event. d. Everyone had a good time.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c-a-b-d</w:t>
      </w:r>
      <w:r>
        <w:tab/>
      </w:r>
      <w:r>
        <w:rPr>
          <w:rFonts w:ascii="Bookman Old Style" w:hAnsi="Bookman Old Style" w:eastAsia="Bookman Old Style"/>
          <w:color w:val="000000"/>
          <w:sz w:val="17"/>
        </w:rPr>
        <w:t>B. a-c-d-b</w:t>
      </w:r>
      <w:r>
        <w:tab/>
      </w:r>
      <w:r>
        <w:rPr>
          <w:rFonts w:ascii="Bookman Old Style" w:hAnsi="Bookman Old Style" w:eastAsia="Bookman Old Style"/>
          <w:color w:val="000000"/>
          <w:sz w:val="17"/>
        </w:rPr>
        <w:t>C. c-b-a-d</w:t>
      </w:r>
      <w:r>
        <w:tab/>
      </w:r>
      <w:r>
        <w:rPr>
          <w:rFonts w:ascii="Bookman Old Style" w:hAnsi="Bookman Old Style" w:eastAsia="Bookman Old Style"/>
          <w:color w:val="000000"/>
          <w:sz w:val="17"/>
        </w:rPr>
        <w:t>D. d-c-a-b</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a. This small action produced a good result. b. We noticed a problem at school. c. Therefore, we made a simple plan. d. After one week, the situation improved.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b-c-d-a</w:t>
      </w:r>
      <w:r>
        <w:tab/>
      </w:r>
      <w:r>
        <w:rPr>
          <w:rFonts w:ascii="Bookman Old Style" w:hAnsi="Bookman Old Style" w:eastAsia="Bookman Old Style"/>
          <w:color w:val="000000"/>
          <w:sz w:val="17"/>
        </w:rPr>
        <w:t>B. a-b-c-d</w:t>
      </w:r>
      <w:r>
        <w:tab/>
      </w:r>
      <w:r>
        <w:rPr>
          <w:rFonts w:ascii="Bookman Old Style" w:hAnsi="Bookman Old Style" w:eastAsia="Bookman Old Style"/>
          <w:color w:val="000000"/>
          <w:sz w:val="17"/>
        </w:rPr>
        <w:t>C. b-d-c-a</w:t>
      </w:r>
      <w:r>
        <w:tab/>
      </w:r>
      <w:r>
        <w:rPr>
          <w:rFonts w:ascii="Bookman Old Style" w:hAnsi="Bookman Old Style" w:eastAsia="Bookman Old Style"/>
          <w:color w:val="000000"/>
          <w:sz w:val="17"/>
        </w:rPr>
        <w:t>D. c-b-a-d</w:t>
      </w:r>
    </w:p>
    <w:p>
      <w:pPr>
        <w:keepNext/>
        <w:spacing w:before="60" w:after="20" w:line="240" w:lineRule="auto"/>
      </w:pPr>
      <w:r>
        <w:rPr>
          <w:rFonts w:ascii="Bookman Old Style" w:hAnsi="Bookman Old Style" w:eastAsia="Bookman Old Style"/>
          <w:b/>
          <w:color w:val="0033CC"/>
          <w:sz w:val="19"/>
        </w:rPr>
        <w:t>Exercise 21: Choose (A, B, C, or D) to indicate the correct answer to each of the following questions.</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A ______ can travel through a system of tubes at very high speed.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hyperloop</w:t>
      </w:r>
      <w:r>
        <w:tab/>
      </w:r>
      <w:r>
        <w:rPr>
          <w:rFonts w:ascii="Bookman Old Style" w:hAnsi="Bookman Old Style" w:eastAsia="Bookman Old Style"/>
          <w:color w:val="000000"/>
          <w:sz w:val="18"/>
        </w:rPr>
        <w:t>B. bicycle</w:t>
      </w:r>
      <w:r>
        <w:tab/>
      </w:r>
      <w:r>
        <w:rPr>
          <w:rFonts w:ascii="Bookman Old Style" w:hAnsi="Bookman Old Style" w:eastAsia="Bookman Old Style"/>
          <w:color w:val="000000"/>
          <w:sz w:val="18"/>
        </w:rPr>
        <w:t>C. boat</w:t>
      </w:r>
      <w:r>
        <w:tab/>
      </w:r>
      <w:r>
        <w:rPr>
          <w:rFonts w:ascii="Bookman Old Style" w:hAnsi="Bookman Old Style" w:eastAsia="Bookman Old Style"/>
          <w:color w:val="000000"/>
          <w:sz w:val="18"/>
        </w:rPr>
        <w:t>D. motorbike</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A car that drives itself is a ______ car.</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solar</w:t>
      </w:r>
      <w:r>
        <w:tab/>
      </w:r>
      <w:r>
        <w:rPr>
          <w:rFonts w:ascii="Bookman Old Style" w:hAnsi="Bookman Old Style" w:eastAsia="Bookman Old Style"/>
          <w:color w:val="000000"/>
          <w:sz w:val="18"/>
        </w:rPr>
        <w:t>B. driverless</w:t>
      </w:r>
      <w:r>
        <w:tab/>
      </w:r>
      <w:r>
        <w:rPr>
          <w:rFonts w:ascii="Bookman Old Style" w:hAnsi="Bookman Old Style" w:eastAsia="Bookman Old Style"/>
          <w:color w:val="000000"/>
          <w:sz w:val="18"/>
        </w:rPr>
        <w:t>C. petrol</w:t>
      </w:r>
      <w:r>
        <w:tab/>
      </w:r>
      <w:r>
        <w:rPr>
          <w:rFonts w:ascii="Bookman Old Style" w:hAnsi="Bookman Old Style" w:eastAsia="Bookman Old Style"/>
          <w:color w:val="000000"/>
          <w:sz w:val="18"/>
        </w:rPr>
        <w:t>D. pedal</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Electric vehicles do not produce harmful ______ on the road.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rails</w:t>
      </w:r>
      <w:r>
        <w:tab/>
      </w:r>
      <w:r>
        <w:rPr>
          <w:rFonts w:ascii="Bookman Old Style" w:hAnsi="Bookman Old Style" w:eastAsia="Bookman Old Style"/>
          <w:color w:val="000000"/>
          <w:sz w:val="18"/>
        </w:rPr>
        <w:t>B. fumes</w:t>
      </w:r>
      <w:r>
        <w:tab/>
      </w:r>
      <w:r>
        <w:rPr>
          <w:rFonts w:ascii="Bookman Old Style" w:hAnsi="Bookman Old Style" w:eastAsia="Bookman Old Style"/>
          <w:color w:val="000000"/>
          <w:sz w:val="18"/>
        </w:rPr>
        <w:t>C. wheels</w:t>
      </w:r>
      <w:r>
        <w:tab/>
      </w:r>
      <w:r>
        <w:rPr>
          <w:rFonts w:ascii="Bookman Old Style" w:hAnsi="Bookman Old Style" w:eastAsia="Bookman Old Style"/>
          <w:color w:val="000000"/>
          <w:sz w:val="18"/>
        </w:rPr>
        <w:t>D. signals</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A solowheel is a personal vehicle with one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wing</w:t>
      </w:r>
      <w:r>
        <w:tab/>
      </w:r>
      <w:r>
        <w:rPr>
          <w:rFonts w:ascii="Bookman Old Style" w:hAnsi="Bookman Old Style" w:eastAsia="Bookman Old Style"/>
          <w:color w:val="000000"/>
          <w:sz w:val="18"/>
        </w:rPr>
        <w:t>B. wheel</w:t>
      </w:r>
      <w:r>
        <w:tab/>
      </w:r>
      <w:r>
        <w:rPr>
          <w:rFonts w:ascii="Bookman Old Style" w:hAnsi="Bookman Old Style" w:eastAsia="Bookman Old Style"/>
          <w:color w:val="000000"/>
          <w:sz w:val="18"/>
        </w:rPr>
        <w:t>C. rail</w:t>
      </w:r>
      <w:r>
        <w:tab/>
      </w:r>
      <w:r>
        <w:rPr>
          <w:rFonts w:ascii="Bookman Old Style" w:hAnsi="Bookman Old Style" w:eastAsia="Bookman Old Style"/>
          <w:color w:val="000000"/>
          <w:sz w:val="18"/>
        </w:rPr>
        <w:t>D. sail</w:t>
      </w:r>
    </w:p>
    <w:p>
      <w:pPr>
        <w:keepNext/>
        <w:spacing w:before="0" w:after="0" w:line="240" w:lineRule="auto"/>
      </w:pPr>
      <w:r>
        <w:rPr>
          <w:rFonts w:ascii="Bookman Old Style" w:hAnsi="Bookman Old Style" w:eastAsia="Bookman Old Style"/>
          <w:color w:val="000000"/>
          <w:sz w:val="18"/>
        </w:rPr>
        <w:t xml:space="preserve">5. </w:t>
      </w:r>
      <w:r>
        <w:rPr>
          <w:rFonts w:ascii="Bookman Old Style" w:hAnsi="Bookman Old Style" w:eastAsia="Bookman Old Style"/>
          <w:color w:val="000000"/>
          <w:sz w:val="18"/>
        </w:rPr>
        <w:t>Future transport should be safe and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eco-friendly</w:t>
      </w:r>
      <w:r>
        <w:tab/>
      </w:r>
      <w:r>
        <w:rPr>
          <w:rFonts w:ascii="Bookman Old Style" w:hAnsi="Bookman Old Style" w:eastAsia="Bookman Old Style"/>
          <w:color w:val="000000"/>
          <w:sz w:val="18"/>
        </w:rPr>
        <w:t>B. polluting</w:t>
      </w:r>
      <w:r>
        <w:tab/>
      </w:r>
      <w:r>
        <w:rPr>
          <w:rFonts w:ascii="Bookman Old Style" w:hAnsi="Bookman Old Style" w:eastAsia="Bookman Old Style"/>
          <w:color w:val="000000"/>
          <w:sz w:val="18"/>
        </w:rPr>
        <w:t>C. noisy</w:t>
      </w:r>
      <w:r>
        <w:tab/>
      </w:r>
      <w:r>
        <w:rPr>
          <w:rFonts w:ascii="Bookman Old Style" w:hAnsi="Bookman Old Style" w:eastAsia="Bookman Old Style"/>
          <w:color w:val="000000"/>
          <w:sz w:val="18"/>
        </w:rPr>
        <w:t>D. violent</w:t>
      </w:r>
    </w:p>
    <w:p>
      <w:pPr>
        <w:keepNext/>
        <w:spacing w:before="0" w:after="0" w:line="240" w:lineRule="auto"/>
      </w:pPr>
      <w:r>
        <w:rPr>
          <w:rFonts w:ascii="Bookman Old Style" w:hAnsi="Bookman Old Style" w:eastAsia="Bookman Old Style"/>
          <w:color w:val="000000"/>
          <w:sz w:val="18"/>
        </w:rPr>
        <w:t xml:space="preserve">6. </w:t>
      </w:r>
      <w:r>
        <w:rPr>
          <w:rFonts w:ascii="Bookman Old Style" w:hAnsi="Bookman Old Style" w:eastAsia="Bookman Old Style"/>
          <w:color w:val="000000"/>
          <w:sz w:val="18"/>
        </w:rPr>
        <w:t>This ship will ______ solar energy.</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run on</w:t>
      </w:r>
      <w:r>
        <w:tab/>
      </w:r>
      <w:r>
        <w:rPr>
          <w:rFonts w:ascii="Bookman Old Style" w:hAnsi="Bookman Old Style" w:eastAsia="Bookman Old Style"/>
          <w:color w:val="000000"/>
          <w:sz w:val="18"/>
        </w:rPr>
        <w:t>B. take off</w:t>
      </w:r>
      <w:r>
        <w:tab/>
      </w:r>
      <w:r>
        <w:rPr>
          <w:rFonts w:ascii="Bookman Old Style" w:hAnsi="Bookman Old Style" w:eastAsia="Bookman Old Style"/>
          <w:color w:val="000000"/>
          <w:sz w:val="18"/>
        </w:rPr>
        <w:t>C. get in</w:t>
      </w:r>
      <w:r>
        <w:tab/>
      </w:r>
      <w:r>
        <w:rPr>
          <w:rFonts w:ascii="Bookman Old Style" w:hAnsi="Bookman Old Style" w:eastAsia="Bookman Old Style"/>
          <w:color w:val="000000"/>
          <w:sz w:val="18"/>
        </w:rPr>
        <w:t>D. look at</w:t>
      </w:r>
    </w:p>
    <w:p>
      <w:pPr>
        <w:keepNext/>
        <w:spacing w:before="0" w:after="0" w:line="240" w:lineRule="auto"/>
      </w:pPr>
      <w:r>
        <w:rPr>
          <w:rFonts w:ascii="Bookman Old Style" w:hAnsi="Bookman Old Style" w:eastAsia="Bookman Old Style"/>
          <w:color w:val="000000"/>
          <w:sz w:val="18"/>
        </w:rPr>
        <w:t xml:space="preserve">7. </w:t>
      </w:r>
      <w:r>
        <w:rPr>
          <w:rFonts w:ascii="Bookman Old Style" w:hAnsi="Bookman Old Style" w:eastAsia="Bookman Old Style"/>
          <w:color w:val="000000"/>
          <w:sz w:val="18"/>
        </w:rPr>
        <w:t>People ______ use flying cars in the future.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will</w:t>
      </w:r>
      <w:r>
        <w:tab/>
      </w:r>
      <w:r>
        <w:rPr>
          <w:rFonts w:ascii="Bookman Old Style" w:hAnsi="Bookman Old Style" w:eastAsia="Bookman Old Style"/>
          <w:color w:val="000000"/>
          <w:sz w:val="18"/>
        </w:rPr>
        <w:t>B. are</w:t>
      </w:r>
      <w:r>
        <w:tab/>
      </w:r>
      <w:r>
        <w:rPr>
          <w:rFonts w:ascii="Bookman Old Style" w:hAnsi="Bookman Old Style" w:eastAsia="Bookman Old Style"/>
          <w:color w:val="000000"/>
          <w:sz w:val="18"/>
        </w:rPr>
        <w:t>C. did</w:t>
      </w:r>
      <w:r>
        <w:tab/>
      </w:r>
      <w:r>
        <w:rPr>
          <w:rFonts w:ascii="Bookman Old Style" w:hAnsi="Bookman Old Style" w:eastAsia="Bookman Old Style"/>
          <w:color w:val="000000"/>
          <w:sz w:val="18"/>
        </w:rPr>
        <w:t>D. have</w:t>
      </w:r>
    </w:p>
    <w:p>
      <w:pPr>
        <w:keepNext/>
        <w:spacing w:before="0" w:after="0" w:line="240" w:lineRule="auto"/>
      </w:pPr>
      <w:r>
        <w:rPr>
          <w:rFonts w:ascii="Bookman Old Style" w:hAnsi="Bookman Old Style" w:eastAsia="Bookman Old Style"/>
          <w:color w:val="000000"/>
          <w:sz w:val="18"/>
        </w:rPr>
        <w:t xml:space="preserve">8. </w:t>
      </w:r>
      <w:r>
        <w:rPr>
          <w:rFonts w:ascii="Bookman Old Style" w:hAnsi="Bookman Old Style" w:eastAsia="Bookman Old Style"/>
          <w:color w:val="000000"/>
          <w:sz w:val="18"/>
        </w:rPr>
        <w:t>I think petrol cars ______ be common in 2050.</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won't</w:t>
      </w:r>
      <w:r>
        <w:tab/>
      </w:r>
      <w:r>
        <w:rPr>
          <w:rFonts w:ascii="Bookman Old Style" w:hAnsi="Bookman Old Style" w:eastAsia="Bookman Old Style"/>
          <w:color w:val="000000"/>
          <w:sz w:val="18"/>
        </w:rPr>
        <w:t>B. don't</w:t>
      </w:r>
      <w:r>
        <w:tab/>
      </w:r>
      <w:r>
        <w:rPr>
          <w:rFonts w:ascii="Bookman Old Style" w:hAnsi="Bookman Old Style" w:eastAsia="Bookman Old Style"/>
          <w:color w:val="000000"/>
          <w:sz w:val="18"/>
        </w:rPr>
        <w:t>C. aren't</w:t>
      </w:r>
      <w:r>
        <w:tab/>
      </w:r>
      <w:r>
        <w:rPr>
          <w:rFonts w:ascii="Bookman Old Style" w:hAnsi="Bookman Old Style" w:eastAsia="Bookman Old Style"/>
          <w:color w:val="000000"/>
          <w:sz w:val="18"/>
        </w:rPr>
        <w:t>D. didn't</w:t>
      </w:r>
    </w:p>
    <w:p>
      <w:pPr>
        <w:keepNext/>
        <w:spacing w:before="0" w:after="0" w:line="240" w:lineRule="auto"/>
      </w:pPr>
      <w:r>
        <w:rPr>
          <w:rFonts w:ascii="Bookman Old Style" w:hAnsi="Bookman Old Style" w:eastAsia="Bookman Old Style"/>
          <w:color w:val="000000"/>
          <w:sz w:val="18"/>
        </w:rPr>
        <w:t xml:space="preserve">9. </w:t>
      </w:r>
      <w:r>
        <w:rPr>
          <w:rFonts w:ascii="Bookman Old Style" w:hAnsi="Bookman Old Style" w:eastAsia="Bookman Old Style"/>
          <w:color w:val="000000"/>
          <w:sz w:val="18"/>
        </w:rPr>
        <w:t xml:space="preserve">The new train is </w:t>
      </w:r>
      <w:r>
        <w:rPr>
          <w:rFonts w:ascii="Bookman Old Style" w:hAnsi="Bookman Old Style" w:eastAsia="Bookman Old Style"/>
          <w:b/>
          <w:color w:val="000000"/>
          <w:sz w:val="18"/>
          <w:u w:val="single"/>
        </w:rPr>
        <w:t>high-speed</w:t>
      </w:r>
      <w:r>
        <w:rPr>
          <w:rFonts w:ascii="Bookman Old Style" w:hAnsi="Bookman Old Style" w:eastAsia="Bookman Old Style"/>
          <w:color w:val="000000"/>
          <w:sz w:val="18"/>
        </w:rPr>
        <w: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very fast</w:t>
      </w:r>
      <w:r>
        <w:tab/>
      </w:r>
      <w:r>
        <w:rPr>
          <w:rFonts w:ascii="Bookman Old Style" w:hAnsi="Bookman Old Style" w:eastAsia="Bookman Old Style"/>
          <w:color w:val="000000"/>
          <w:sz w:val="18"/>
        </w:rPr>
        <w:t>B. very safe</w:t>
      </w:r>
      <w:r>
        <w:tab/>
      </w:r>
      <w:r>
        <w:rPr>
          <w:rFonts w:ascii="Bookman Old Style" w:hAnsi="Bookman Old Style" w:eastAsia="Bookman Old Style"/>
          <w:color w:val="000000"/>
          <w:sz w:val="18"/>
        </w:rPr>
        <w:t>C. very large</w:t>
      </w:r>
      <w:r>
        <w:tab/>
      </w:r>
      <w:r>
        <w:rPr>
          <w:rFonts w:ascii="Bookman Old Style" w:hAnsi="Bookman Old Style" w:eastAsia="Bookman Old Style"/>
          <w:color w:val="000000"/>
          <w:sz w:val="18"/>
        </w:rPr>
        <w:t>D. very quiet</w:t>
      </w:r>
    </w:p>
    <w:p>
      <w:pPr>
        <w:keepNext/>
        <w:spacing w:before="0" w:after="0" w:line="240" w:lineRule="auto"/>
      </w:pPr>
      <w:r>
        <w:rPr>
          <w:rFonts w:ascii="Bookman Old Style" w:hAnsi="Bookman Old Style" w:eastAsia="Bookman Old Style"/>
          <w:color w:val="000000"/>
          <w:sz w:val="18"/>
        </w:rPr>
        <w:t xml:space="preserve">10. </w:t>
      </w:r>
      <w:r>
        <w:rPr>
          <w:rFonts w:ascii="Bookman Old Style" w:hAnsi="Bookman Old Style" w:eastAsia="Bookman Old Style"/>
          <w:color w:val="000000"/>
          <w:sz w:val="18"/>
        </w:rPr>
        <w:t xml:space="preserve">The vehicle is </w:t>
      </w:r>
      <w:r>
        <w:rPr>
          <w:rFonts w:ascii="Bookman Old Style" w:hAnsi="Bookman Old Style" w:eastAsia="Bookman Old Style"/>
          <w:b/>
          <w:color w:val="000000"/>
          <w:sz w:val="18"/>
          <w:u w:val="single"/>
        </w:rPr>
        <w:t>economical</w:t>
      </w:r>
      <w:r>
        <w:rPr>
          <w:rFonts w:ascii="Bookman Old Style" w:hAnsi="Bookman Old Style" w:eastAsia="Bookman Old Style"/>
          <w:color w:val="000000"/>
          <w:sz w:val="18"/>
        </w:rPr>
        <w: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cheap to operate</w:t>
      </w:r>
      <w:r>
        <w:tab/>
      </w:r>
      <w:r>
        <w:rPr>
          <w:rFonts w:ascii="Bookman Old Style" w:hAnsi="Bookman Old Style" w:eastAsia="Bookman Old Style"/>
          <w:color w:val="000000"/>
          <w:sz w:val="18"/>
        </w:rPr>
        <w:t>B. difficult to use</w:t>
      </w:r>
      <w:r>
        <w:tab/>
      </w:r>
      <w:r>
        <w:rPr>
          <w:rFonts w:ascii="Bookman Old Style" w:hAnsi="Bookman Old Style" w:eastAsia="Bookman Old Style"/>
          <w:color w:val="000000"/>
          <w:sz w:val="18"/>
        </w:rPr>
        <w:t>C. slow</w:t>
      </w:r>
      <w:r>
        <w:tab/>
      </w:r>
      <w:r>
        <w:rPr>
          <w:rFonts w:ascii="Bookman Old Style" w:hAnsi="Bookman Old Style" w:eastAsia="Bookman Old Style"/>
          <w:color w:val="000000"/>
          <w:sz w:val="18"/>
        </w:rPr>
        <w:t>D. polluting</w:t>
      </w:r>
    </w:p>
    <w:p>
      <w:pPr>
        <w:keepNext/>
        <w:spacing w:before="0" w:after="0" w:line="240" w:lineRule="auto"/>
      </w:pPr>
      <w:r>
        <w:rPr>
          <w:rFonts w:ascii="Bookman Old Style" w:hAnsi="Bookman Old Style" w:eastAsia="Bookman Old Style"/>
          <w:color w:val="000000"/>
          <w:sz w:val="18"/>
        </w:rPr>
        <w:t xml:space="preserve">11. </w:t>
      </w:r>
      <w:r>
        <w:rPr>
          <w:rFonts w:ascii="Bookman Old Style" w:hAnsi="Bookman Old Style" w:eastAsia="Bookman Old Style"/>
          <w:color w:val="000000"/>
          <w:sz w:val="18"/>
        </w:rPr>
        <w:t xml:space="preserve">The seats are </w:t>
      </w:r>
      <w:r>
        <w:rPr>
          <w:rFonts w:ascii="Bookman Old Style" w:hAnsi="Bookman Old Style" w:eastAsia="Bookman Old Style"/>
          <w:b/>
          <w:color w:val="000000"/>
          <w:sz w:val="18"/>
          <w:u w:val="single"/>
        </w:rPr>
        <w:t>comfortable</w:t>
      </w:r>
      <w:r>
        <w:rPr>
          <w:rFonts w:ascii="Bookman Old Style" w:hAnsi="Bookman Old Style" w:eastAsia="Bookman Old Style"/>
          <w:color w:val="000000"/>
          <w:sz w:val="18"/>
        </w:rPr>
        <w: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soft</w:t>
      </w:r>
      <w:r>
        <w:tab/>
      </w:r>
      <w:r>
        <w:rPr>
          <w:rFonts w:ascii="Bookman Old Style" w:hAnsi="Bookman Old Style" w:eastAsia="Bookman Old Style"/>
          <w:color w:val="000000"/>
          <w:sz w:val="18"/>
        </w:rPr>
        <w:t>B. uncomfortable</w:t>
      </w:r>
      <w:r>
        <w:tab/>
      </w:r>
      <w:r>
        <w:rPr>
          <w:rFonts w:ascii="Bookman Old Style" w:hAnsi="Bookman Old Style" w:eastAsia="Bookman Old Style"/>
          <w:color w:val="000000"/>
          <w:sz w:val="18"/>
        </w:rPr>
        <w:t>C. safe</w:t>
      </w:r>
      <w:r>
        <w:tab/>
      </w:r>
      <w:r>
        <w:rPr>
          <w:rFonts w:ascii="Bookman Old Style" w:hAnsi="Bookman Old Style" w:eastAsia="Bookman Old Style"/>
          <w:color w:val="000000"/>
          <w:sz w:val="18"/>
        </w:rPr>
        <w:t>D. modern</w:t>
      </w:r>
    </w:p>
    <w:p>
      <w:pPr>
        <w:keepNext/>
        <w:spacing w:before="0" w:after="0" w:line="240" w:lineRule="auto"/>
      </w:pPr>
      <w:r>
        <w:rPr>
          <w:rFonts w:ascii="Bookman Old Style" w:hAnsi="Bookman Old Style" w:eastAsia="Bookman Old Style"/>
          <w:color w:val="000000"/>
          <w:sz w:val="18"/>
        </w:rPr>
        <w:t xml:space="preserve">12. </w:t>
      </w:r>
      <w:r>
        <w:rPr>
          <w:rFonts w:ascii="Bookman Old Style" w:hAnsi="Bookman Old Style" w:eastAsia="Bookman Old Style"/>
          <w:color w:val="000000"/>
          <w:sz w:val="18"/>
        </w:rPr>
        <w:t xml:space="preserve">The vehicle is </w:t>
      </w:r>
      <w:r>
        <w:rPr>
          <w:rFonts w:ascii="Bookman Old Style" w:hAnsi="Bookman Old Style" w:eastAsia="Bookman Old Style"/>
          <w:b/>
          <w:color w:val="000000"/>
          <w:sz w:val="18"/>
          <w:u w:val="single"/>
        </w:rPr>
        <w:t>safe</w:t>
      </w:r>
      <w:r>
        <w:rPr>
          <w:rFonts w:ascii="Bookman Old Style" w:hAnsi="Bookman Old Style" w:eastAsia="Bookman Old Style"/>
          <w:color w:val="000000"/>
          <w:sz w:val="18"/>
        </w:rPr>
        <w: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fast</w:t>
      </w:r>
      <w:r>
        <w:tab/>
      </w:r>
      <w:r>
        <w:rPr>
          <w:rFonts w:ascii="Bookman Old Style" w:hAnsi="Bookman Old Style" w:eastAsia="Bookman Old Style"/>
          <w:color w:val="000000"/>
          <w:sz w:val="18"/>
        </w:rPr>
        <w:t>B. unsafe</w:t>
      </w:r>
      <w:r>
        <w:tab/>
      </w:r>
      <w:r>
        <w:rPr>
          <w:rFonts w:ascii="Bookman Old Style" w:hAnsi="Bookman Old Style" w:eastAsia="Bookman Old Style"/>
          <w:color w:val="000000"/>
          <w:sz w:val="18"/>
        </w:rPr>
        <w:t>C. convenient</w:t>
      </w:r>
      <w:r>
        <w:tab/>
      </w:r>
      <w:r>
        <w:rPr>
          <w:rFonts w:ascii="Bookman Old Style" w:hAnsi="Bookman Old Style" w:eastAsia="Bookman Old Style"/>
          <w:color w:val="000000"/>
          <w:sz w:val="18"/>
        </w:rPr>
        <w:t>D. driverless</w:t>
      </w:r>
    </w:p>
    <w:p>
      <w:r>
        <w:br w:type="page"/>
      </w:r>
    </w:p>
    <w:p>
      <w:pPr>
        <w:keepNext/>
        <w:spacing w:before="60" w:after="20" w:line="240" w:lineRule="auto"/>
      </w:pPr>
      <w:r>
        <w:rPr>
          <w:rFonts w:ascii="Bookman Old Style" w:hAnsi="Bookman Old Style" w:eastAsia="Bookman Old Style"/>
          <w:b/>
          <w:color w:val="0033CC"/>
          <w:sz w:val="19"/>
        </w:rPr>
        <w:t>Exercise 22: Listen to the short talk twice and circle the correct answer to each of the following questions.</w:t>
      </w:r>
    </w:p>
    <w:p>
      <w:pPr>
        <w:keepNext/>
        <w:spacing w:before="0" w:after="0" w:line="240" w:lineRule="auto"/>
      </w:pPr>
      <w:r>
        <w:rPr>
          <w:rFonts w:ascii="Bookman Old Style" w:hAnsi="Bookman Old Style" w:eastAsia="Bookman Old Style"/>
          <w:color w:val="000000"/>
          <w:sz w:val="19"/>
        </w:rPr>
        <w:t xml:space="preserve">1. </w:t>
      </w:r>
      <w:r>
        <w:rPr>
          <w:rFonts w:ascii="Bookman Old Style" w:hAnsi="Bookman Old Style" w:eastAsia="Bookman Old Style"/>
          <w:color w:val="000000"/>
          <w:sz w:val="19"/>
        </w:rPr>
        <w:t>When does the exhibition open?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Friday</w:t>
      </w:r>
      <w:r>
        <w:tab/>
      </w:r>
      <w:r>
        <w:rPr>
          <w:rFonts w:ascii="Bookman Old Style" w:hAnsi="Bookman Old Style" w:eastAsia="Bookman Old Style"/>
          <w:color w:val="000000"/>
          <w:sz w:val="18"/>
        </w:rPr>
        <w:t>B. Saturday</w:t>
      </w:r>
      <w:r>
        <w:tab/>
      </w:r>
      <w:r>
        <w:rPr>
          <w:rFonts w:ascii="Bookman Old Style" w:hAnsi="Bookman Old Style" w:eastAsia="Bookman Old Style"/>
          <w:color w:val="000000"/>
          <w:sz w:val="18"/>
        </w:rPr>
        <w:t>C. Sunday</w:t>
      </w:r>
      <w:r>
        <w:tab/>
      </w:r>
      <w:r>
        <w:rPr>
          <w:rFonts w:ascii="Bookman Old Style" w:hAnsi="Bookman Old Style" w:eastAsia="Bookman Old Style"/>
          <w:color w:val="000000"/>
          <w:sz w:val="18"/>
        </w:rPr>
        <w:t>D. Monday</w:t>
      </w:r>
    </w:p>
    <w:p>
      <w:pPr>
        <w:keepNext/>
        <w:spacing w:before="0" w:after="0" w:line="240" w:lineRule="auto"/>
      </w:pPr>
      <w:r>
        <w:rPr>
          <w:rFonts w:ascii="Bookman Old Style" w:hAnsi="Bookman Old Style" w:eastAsia="Bookman Old Style"/>
          <w:color w:val="000000"/>
          <w:sz w:val="19"/>
        </w:rPr>
        <w:t xml:space="preserve">2. </w:t>
      </w:r>
      <w:r>
        <w:rPr>
          <w:rFonts w:ascii="Bookman Old Style" w:hAnsi="Bookman Old Style" w:eastAsia="Bookman Old Style"/>
          <w:color w:val="000000"/>
          <w:sz w:val="19"/>
        </w:rPr>
        <w:t>What can visitors sit inside?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 real plane</w:t>
      </w:r>
      <w:r>
        <w:tab/>
      </w:r>
      <w:r>
        <w:rPr>
          <w:rFonts w:ascii="Bookman Old Style" w:hAnsi="Bookman Old Style" w:eastAsia="Bookman Old Style"/>
          <w:color w:val="000000"/>
          <w:sz w:val="18"/>
        </w:rPr>
        <w:t>B. A model flying car</w:t>
      </w:r>
      <w:r>
        <w:tab/>
      </w:r>
      <w:r>
        <w:rPr>
          <w:rFonts w:ascii="Bookman Old Style" w:hAnsi="Bookman Old Style" w:eastAsia="Bookman Old Style"/>
          <w:color w:val="000000"/>
          <w:sz w:val="18"/>
        </w:rPr>
        <w:t>C. A train</w:t>
      </w:r>
      <w:r>
        <w:tab/>
      </w:r>
      <w:r>
        <w:rPr>
          <w:rFonts w:ascii="Bookman Old Style" w:hAnsi="Bookman Old Style" w:eastAsia="Bookman Old Style"/>
          <w:color w:val="000000"/>
          <w:sz w:val="18"/>
        </w:rPr>
        <w:t>D. A boat</w:t>
      </w:r>
    </w:p>
    <w:p>
      <w:pPr>
        <w:keepNext/>
        <w:spacing w:before="0" w:after="0" w:line="240" w:lineRule="auto"/>
      </w:pPr>
      <w:r>
        <w:rPr>
          <w:rFonts w:ascii="Bookman Old Style" w:hAnsi="Bookman Old Style" w:eastAsia="Bookman Old Style"/>
          <w:color w:val="000000"/>
          <w:sz w:val="19"/>
        </w:rPr>
        <w:t xml:space="preserve">3. </w:t>
      </w:r>
      <w:r>
        <w:rPr>
          <w:rFonts w:ascii="Bookman Old Style" w:hAnsi="Bookman Old Style" w:eastAsia="Bookman Old Style"/>
          <w:color w:val="000000"/>
          <w:sz w:val="19"/>
        </w:rPr>
        <w:t>Who pays half price?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All teachers</w:t>
      </w:r>
      <w:r>
        <w:tab/>
      </w:r>
      <w:r>
        <w:rPr>
          <w:rFonts w:ascii="Bookman Old Style" w:hAnsi="Bookman Old Style" w:eastAsia="Bookman Old Style"/>
          <w:color w:val="000000"/>
          <w:sz w:val="18"/>
        </w:rPr>
        <w:t>B. Students under fifteen</w:t>
      </w:r>
      <w:r>
        <w:tab/>
      </w:r>
      <w:r>
        <w:rPr>
          <w:rFonts w:ascii="Bookman Old Style" w:hAnsi="Bookman Old Style" w:eastAsia="Bookman Old Style"/>
          <w:color w:val="000000"/>
          <w:sz w:val="18"/>
        </w:rPr>
        <w:t>C. Drivers</w:t>
      </w:r>
      <w:r>
        <w:tab/>
      </w:r>
      <w:r>
        <w:rPr>
          <w:rFonts w:ascii="Bookman Old Style" w:hAnsi="Bookman Old Style" w:eastAsia="Bookman Old Style"/>
          <w:color w:val="000000"/>
          <w:sz w:val="18"/>
        </w:rPr>
        <w:t>D. Museum staff</w:t>
      </w:r>
    </w:p>
    <w:p>
      <w:pPr>
        <w:keepNext/>
        <w:spacing w:before="0" w:after="0" w:line="240" w:lineRule="auto"/>
      </w:pPr>
      <w:r>
        <w:rPr>
          <w:rFonts w:ascii="Bookman Old Style" w:hAnsi="Bookman Old Style" w:eastAsia="Bookman Old Style"/>
          <w:color w:val="000000"/>
          <w:sz w:val="19"/>
        </w:rPr>
        <w:t xml:space="preserve">4. </w:t>
      </w:r>
      <w:r>
        <w:rPr>
          <w:rFonts w:ascii="Bookman Old Style" w:hAnsi="Bookman Old Style" w:eastAsia="Bookman Old Style"/>
          <w:color w:val="000000"/>
          <w:sz w:val="19"/>
        </w:rPr>
        <w:t>Why should visitors take a bus?</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The road is closed</w:t>
      </w:r>
      <w:r>
        <w:tab/>
      </w:r>
      <w:r>
        <w:rPr>
          <w:rFonts w:ascii="Bookman Old Style" w:hAnsi="Bookman Old Style" w:eastAsia="Bookman Old Style"/>
          <w:color w:val="000000"/>
          <w:sz w:val="18"/>
        </w:rPr>
        <w:t>B. There is no parking</w:t>
      </w:r>
      <w:r>
        <w:tab/>
      </w:r>
      <w:r>
        <w:rPr>
          <w:rFonts w:ascii="Bookman Old Style" w:hAnsi="Bookman Old Style" w:eastAsia="Bookman Old Style"/>
          <w:color w:val="000000"/>
          <w:sz w:val="18"/>
        </w:rPr>
        <w:t>C. The exhibition is on a bus</w:t>
      </w:r>
      <w:r>
        <w:tab/>
      </w:r>
      <w:r>
        <w:rPr>
          <w:rFonts w:ascii="Bookman Old Style" w:hAnsi="Bookman Old Style" w:eastAsia="Bookman Old Style"/>
          <w:color w:val="000000"/>
          <w:sz w:val="18"/>
        </w:rPr>
        <w:t>D. Tickets are free</w:t>
      </w:r>
    </w:p>
    <w:p>
      <w:pPr>
        <w:keepNext w:val="0"/>
        <w:spacing w:before="60" w:after="40" w:line="240" w:lineRule="auto"/>
      </w:pPr>
      <w:r>
        <w:rPr>
          <w:rFonts w:ascii="Bookman Old Style" w:hAnsi="Bookman Old Style" w:eastAsia="Bookman Old Style"/>
          <w:b/>
          <w:color w:val="0033CC"/>
          <w:sz w:val="18"/>
        </w:rPr>
        <w:t>Audio file: G7 - U11 - Ex22.mp3</w:t>
      </w:r>
    </w:p>
    <w:p>
      <w:r>
        <w:br w:type="page"/>
      </w:r>
    </w:p>
    <w:p>
      <w:pPr>
        <w:keepNext/>
        <w:spacing w:before="60" w:after="20" w:line="240" w:lineRule="auto"/>
      </w:pPr>
      <w:r>
        <w:rPr>
          <w:rFonts w:ascii="Bookman Old Style" w:hAnsi="Bookman Old Style" w:eastAsia="Bookman Old Style"/>
          <w:b/>
          <w:color w:val="0033CC"/>
          <w:sz w:val="19"/>
        </w:rPr>
        <w:t>Exercise 23: Listen to the conversation twice and decide whether the following sentences are True or False.</w:t>
      </w:r>
    </w:p>
    <w:tbl>
      <w:tblPr>
        <w:tblStyle w:val="TableGrid"/>
        <w:tblW w:type="dxa" w:w="10320"/>
        <w:jc w:val="center"/>
        <w:tblLayout w:type="fixed"/>
        <w:tblLook w:firstColumn="1" w:firstRow="1" w:lastColumn="0" w:lastRow="0" w:noHBand="0" w:noVBand="1" w:val="04A0"/>
      </w:tblPr>
      <w:tblGrid>
        <w:gridCol w:w="600"/>
        <w:gridCol w:w="8420"/>
        <w:gridCol w:w="650"/>
        <w:gridCol w:w="650"/>
      </w:tblGrid>
      <w:tr>
        <w:tc>
          <w:tcPr>
            <w:tcW w:type="dxa" w:w="600"/>
            <w:shd w:fill="13A7D9"/>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8"/>
              </w:rPr>
              <w:t>No.</w:t>
            </w:r>
          </w:p>
        </w:tc>
        <w:tc>
          <w:tcPr>
            <w:tcW w:type="dxa" w:w="8420"/>
            <w:shd w:fill="13A7D9"/>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8"/>
              </w:rPr>
              <w:t>Statements</w:t>
            </w:r>
          </w:p>
        </w:tc>
        <w:tc>
          <w:tcPr>
            <w:tcW w:type="dxa" w:w="650"/>
            <w:shd w:fill="13A7D9"/>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8"/>
              </w:rPr>
              <w:t>T</w:t>
            </w:r>
          </w:p>
        </w:tc>
        <w:tc>
          <w:tcPr>
            <w:tcW w:type="dxa" w:w="650"/>
            <w:shd w:fill="13A7D9"/>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8"/>
              </w:rPr>
              <w:t>F</w:t>
            </w:r>
          </w:p>
        </w:tc>
      </w:tr>
      <w:tr>
        <w:tc>
          <w:tcPr>
            <w:tcW w:type="dxa" w:w="60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t>1</w:t>
            </w:r>
          </w:p>
        </w:tc>
        <w:tc>
          <w:tcPr>
            <w:tcW w:type="dxa" w:w="8420"/>
            <w:tcMar>
              <w:top w:w="50" w:type="dxa"/>
              <w:start w:w="70" w:type="dxa"/>
              <w:bottom w:w="50" w:type="dxa"/>
              <w:end w:w="70" w:type="dxa"/>
            </w:tcMar>
          </w:tcPr>
          <w:p>
            <w:pPr>
              <w:keepNext w:val="0"/>
              <w:spacing w:before="0" w:after="0" w:line="240" w:lineRule="auto"/>
              <w:jc w:val="left"/>
            </w:pPr>
            <w:r>
              <w:rPr>
                <w:rFonts w:ascii="Bookman Old Style" w:hAnsi="Bookman Old Style" w:eastAsia="Bookman Old Style"/>
                <w:color w:val="000000"/>
                <w:sz w:val="18"/>
              </w:rPr>
              <w:t>Alex chooses a solar-powered ship.</w:t>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r>
      <w:tr>
        <w:tc>
          <w:tcPr>
            <w:tcW w:type="dxa" w:w="60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t>2</w:t>
            </w:r>
          </w:p>
        </w:tc>
        <w:tc>
          <w:tcPr>
            <w:tcW w:type="dxa" w:w="8420"/>
            <w:tcMar>
              <w:top w:w="50" w:type="dxa"/>
              <w:start w:w="70" w:type="dxa"/>
              <w:bottom w:w="50" w:type="dxa"/>
              <w:end w:w="70" w:type="dxa"/>
            </w:tcMar>
          </w:tcPr>
          <w:p>
            <w:pPr>
              <w:keepNext w:val="0"/>
              <w:spacing w:before="0" w:after="0" w:line="240" w:lineRule="auto"/>
              <w:jc w:val="left"/>
            </w:pPr>
            <w:r>
              <w:rPr>
                <w:rFonts w:ascii="Bookman Old Style" w:hAnsi="Bookman Old Style" w:eastAsia="Bookman Old Style"/>
                <w:color w:val="000000"/>
                <w:sz w:val="18"/>
              </w:rPr>
              <w:t>Alex thinks the ship will be noisy.</w:t>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r>
      <w:tr>
        <w:tc>
          <w:tcPr>
            <w:tcW w:type="dxa" w:w="60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t>3</w:t>
            </w:r>
          </w:p>
        </w:tc>
        <w:tc>
          <w:tcPr>
            <w:tcW w:type="dxa" w:w="8420"/>
            <w:tcMar>
              <w:top w:w="50" w:type="dxa"/>
              <w:start w:w="70" w:type="dxa"/>
              <w:bottom w:w="50" w:type="dxa"/>
              <w:end w:w="70" w:type="dxa"/>
            </w:tcMar>
          </w:tcPr>
          <w:p>
            <w:pPr>
              <w:keepNext w:val="0"/>
              <w:spacing w:before="0" w:after="0" w:line="240" w:lineRule="auto"/>
              <w:jc w:val="left"/>
            </w:pPr>
            <w:r>
              <w:rPr>
                <w:rFonts w:ascii="Bookman Old Style" w:hAnsi="Bookman Old Style" w:eastAsia="Bookman Old Style"/>
                <w:color w:val="000000"/>
                <w:sz w:val="18"/>
              </w:rPr>
              <w:t>Mai chooses a hyperloop because it will be fast.</w:t>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r>
      <w:tr>
        <w:tc>
          <w:tcPr>
            <w:tcW w:type="dxa" w:w="60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t>4</w:t>
            </w:r>
          </w:p>
        </w:tc>
        <w:tc>
          <w:tcPr>
            <w:tcW w:type="dxa" w:w="8420"/>
            <w:tcMar>
              <w:top w:w="50" w:type="dxa"/>
              <w:start w:w="70" w:type="dxa"/>
              <w:bottom w:w="50" w:type="dxa"/>
              <w:end w:w="70" w:type="dxa"/>
            </w:tcMar>
          </w:tcPr>
          <w:p>
            <w:pPr>
              <w:keepNext w:val="0"/>
              <w:spacing w:before="0" w:after="0" w:line="240" w:lineRule="auto"/>
              <w:jc w:val="left"/>
            </w:pPr>
            <w:r>
              <w:rPr>
                <w:rFonts w:ascii="Bookman Old Style" w:hAnsi="Bookman Old Style" w:eastAsia="Bookman Old Style"/>
                <w:color w:val="000000"/>
                <w:sz w:val="18"/>
              </w:rPr>
              <w:t>Mai expects traffic jams inside the tube.</w:t>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r>
    </w:tbl>
    <w:p>
      <w:pPr>
        <w:keepNext w:val="0"/>
        <w:spacing w:before="60" w:after="40" w:line="240" w:lineRule="auto"/>
      </w:pPr>
      <w:r>
        <w:rPr>
          <w:rFonts w:ascii="Bookman Old Style" w:hAnsi="Bookman Old Style" w:eastAsia="Bookman Old Style"/>
          <w:b/>
          <w:color w:val="0033CC"/>
          <w:sz w:val="18"/>
        </w:rPr>
        <w:t>Audio file: G7 - U11 - Ex23.mp3</w:t>
      </w:r>
    </w:p>
    <w:p>
      <w:r>
        <w:br w:type="page"/>
      </w:r>
    </w:p>
    <w:p>
      <w:pPr>
        <w:keepNext/>
        <w:spacing w:before="40" w:after="100" w:line="240" w:lineRule="auto"/>
      </w:pPr>
      <w:r>
        <w:rPr>
          <w:rFonts w:ascii="Bookman Old Style" w:hAnsi="Bookman Old Style" w:eastAsia="Bookman Old Style"/>
          <w:b/>
          <w:color w:val="0033CC"/>
          <w:sz w:val="22"/>
        </w:rPr>
        <w:t>E. LISTENING SCRIPTS</w:t>
      </w:r>
    </w:p>
    <w:p>
      <w:pPr>
        <w:keepNext/>
        <w:spacing w:before="40" w:after="20" w:line="240" w:lineRule="auto"/>
      </w:pPr>
      <w:r>
        <w:rPr>
          <w:rFonts w:ascii="Bookman Old Style" w:hAnsi="Bookman Old Style" w:eastAsia="Bookman Old Style"/>
          <w:b/>
          <w:color w:val="0033CC"/>
          <w:sz w:val="20"/>
        </w:rPr>
        <w:t>Exercise 22 - Short talk</w:t>
      </w:r>
    </w:p>
    <w:p>
      <w:pPr>
        <w:keepNext w:val="0"/>
        <w:spacing w:before="0" w:after="80" w:line="240" w:lineRule="auto"/>
      </w:pPr>
      <w:r>
        <w:rPr>
          <w:rFonts w:ascii="Bookman Old Style" w:hAnsi="Bookman Old Style" w:eastAsia="Bookman Old Style"/>
          <w:b/>
          <w:color w:val="0033CC"/>
          <w:sz w:val="18"/>
        </w:rPr>
        <w:t>Audio file: G7 - U11 - Ex22.mp3</w:t>
      </w:r>
    </w:p>
    <w:p>
      <w:pPr>
        <w:keepNext w:val="0"/>
        <w:spacing w:before="0" w:after="140" w:line="259" w:lineRule="auto"/>
        <w:ind w:left="227" w:right="227"/>
      </w:pPr>
      <w:r>
        <w:rPr>
          <w:rFonts w:ascii="Bookman Old Style" w:hAnsi="Bookman Old Style" w:eastAsia="Bookman Old Style"/>
          <w:color w:val="000000"/>
          <w:sz w:val="18"/>
        </w:rPr>
        <w:t>The Future Transport Exhibition opens this Saturday at City Museum. Visitors can sit inside a model flying car, try a virtual hyperloop journey, and learn how driverless vehicles see the road. The exhibition opens at nine and closes at five. Students under fifteen pay half price. Please take the number twelve bus because there is no visitor parking.</w:t>
      </w:r>
    </w:p>
    <w:p>
      <w:pPr>
        <w:keepNext/>
        <w:spacing w:before="60" w:after="20" w:line="240" w:lineRule="auto"/>
      </w:pPr>
      <w:r>
        <w:rPr>
          <w:rFonts w:ascii="Bookman Old Style" w:hAnsi="Bookman Old Style" w:eastAsia="Bookman Old Style"/>
          <w:b/>
          <w:color w:val="0033CC"/>
          <w:sz w:val="20"/>
        </w:rPr>
        <w:t>Exercise 23 - Conversation</w:t>
      </w:r>
    </w:p>
    <w:p>
      <w:pPr>
        <w:keepNext w:val="0"/>
        <w:spacing w:before="0" w:after="80" w:line="240" w:lineRule="auto"/>
      </w:pPr>
      <w:r>
        <w:rPr>
          <w:rFonts w:ascii="Bookman Old Style" w:hAnsi="Bookman Old Style" w:eastAsia="Bookman Old Style"/>
          <w:b/>
          <w:color w:val="0033CC"/>
          <w:sz w:val="18"/>
        </w:rPr>
        <w:t>Audio file: G7 - U11 - Ex23.mp3</w:t>
      </w:r>
    </w:p>
    <w:p>
      <w:pPr>
        <w:keepNext w:val="0"/>
        <w:spacing w:before="0" w:after="40" w:line="252" w:lineRule="auto"/>
        <w:ind w:left="227"/>
      </w:pPr>
      <w:r>
        <w:rPr>
          <w:rFonts w:ascii="Bookman Old Style" w:hAnsi="Bookman Old Style" w:eastAsia="Bookman Old Style"/>
          <w:b/>
          <w:color w:val="0033CC"/>
          <w:sz w:val="18"/>
        </w:rPr>
        <w:t xml:space="preserve">Mai: </w:t>
      </w:r>
      <w:r>
        <w:rPr>
          <w:rFonts w:ascii="Bookman Old Style" w:hAnsi="Bookman Old Style" w:eastAsia="Bookman Old Style"/>
          <w:color w:val="000000"/>
          <w:sz w:val="18"/>
        </w:rPr>
        <w:t>Which future vehicle would you like to use, Alex?</w:t>
      </w:r>
    </w:p>
    <w:p>
      <w:pPr>
        <w:keepNext w:val="0"/>
        <w:spacing w:before="0" w:after="40" w:line="252" w:lineRule="auto"/>
        <w:ind w:left="227"/>
      </w:pPr>
      <w:r>
        <w:rPr>
          <w:rFonts w:ascii="Bookman Old Style" w:hAnsi="Bookman Old Style" w:eastAsia="Bookman Old Style"/>
          <w:b/>
          <w:color w:val="0033CC"/>
          <w:sz w:val="18"/>
        </w:rPr>
        <w:t xml:space="preserve">Alex: </w:t>
      </w:r>
      <w:r>
        <w:rPr>
          <w:rFonts w:ascii="Bookman Old Style" w:hAnsi="Bookman Old Style" w:eastAsia="Bookman Old Style"/>
          <w:color w:val="000000"/>
          <w:sz w:val="18"/>
        </w:rPr>
        <w:t>A solar-powered ship. It will be quiet and eco-friendly. What about you?</w:t>
      </w:r>
    </w:p>
    <w:p>
      <w:pPr>
        <w:keepNext w:val="0"/>
        <w:spacing w:before="0" w:after="40" w:line="252" w:lineRule="auto"/>
        <w:ind w:left="227"/>
      </w:pPr>
      <w:r>
        <w:rPr>
          <w:rFonts w:ascii="Bookman Old Style" w:hAnsi="Bookman Old Style" w:eastAsia="Bookman Old Style"/>
          <w:b/>
          <w:color w:val="0033CC"/>
          <w:sz w:val="18"/>
        </w:rPr>
        <w:t xml:space="preserve">Mai: </w:t>
      </w:r>
      <w:r>
        <w:rPr>
          <w:rFonts w:ascii="Bookman Old Style" w:hAnsi="Bookman Old Style" w:eastAsia="Bookman Old Style"/>
          <w:color w:val="000000"/>
          <w:sz w:val="18"/>
        </w:rPr>
        <w:t>I would choose a hyperloop because it will be fast.</w:t>
      </w:r>
    </w:p>
    <w:p>
      <w:pPr>
        <w:keepNext w:val="0"/>
        <w:spacing w:before="0" w:after="40" w:line="252" w:lineRule="auto"/>
        <w:ind w:left="227"/>
      </w:pPr>
      <w:r>
        <w:rPr>
          <w:rFonts w:ascii="Bookman Old Style" w:hAnsi="Bookman Old Style" w:eastAsia="Bookman Old Style"/>
          <w:b/>
          <w:color w:val="0033CC"/>
          <w:sz w:val="18"/>
        </w:rPr>
        <w:t xml:space="preserve">Alex: </w:t>
      </w:r>
      <w:r>
        <w:rPr>
          <w:rFonts w:ascii="Bookman Old Style" w:hAnsi="Bookman Old Style" w:eastAsia="Bookman Old Style"/>
          <w:color w:val="000000"/>
          <w:sz w:val="18"/>
        </w:rPr>
        <w:t>Will it be comfortable?</w:t>
      </w:r>
    </w:p>
    <w:p>
      <w:pPr>
        <w:keepNext w:val="0"/>
        <w:spacing w:before="0" w:after="40" w:line="252" w:lineRule="auto"/>
        <w:ind w:left="227"/>
      </w:pPr>
      <w:r>
        <w:rPr>
          <w:rFonts w:ascii="Bookman Old Style" w:hAnsi="Bookman Old Style" w:eastAsia="Bookman Old Style"/>
          <w:b/>
          <w:color w:val="0033CC"/>
          <w:sz w:val="18"/>
        </w:rPr>
        <w:t xml:space="preserve">Mai: </w:t>
      </w:r>
      <w:r>
        <w:rPr>
          <w:rFonts w:ascii="Bookman Old Style" w:hAnsi="Bookman Old Style" w:eastAsia="Bookman Old Style"/>
          <w:color w:val="000000"/>
          <w:sz w:val="18"/>
        </w:rPr>
        <w:t>I think so. It will travel smoothly inside a tube, and there will be no traffic jams.</w:t>
      </w:r>
    </w:p>
    <w:p>
      <w:pPr>
        <w:keepNext w:val="0"/>
        <w:spacing w:before="160" w:after="0" w:line="240" w:lineRule="auto"/>
        <w:jc w:val="center"/>
      </w:pPr>
      <w:r>
        <w:rPr>
          <w:rFonts w:ascii="Bookman Old Style" w:hAnsi="Bookman Old Style" w:eastAsia="Bookman Old Style"/>
          <w:b/>
          <w:color w:val="000000"/>
          <w:sz w:val="21"/>
        </w:rPr>
        <w:t>--- THE END ---</w:t>
      </w:r>
    </w:p>
    <w:sectPr w:rsidR="00FC693F" w:rsidRPr="0006063C" w:rsidSect="00034616">
      <w:footerReference w:type="default" r:id="rId9"/>
      <w:pgSz w:w="11906" w:h="16838"/>
      <w:pgMar w:top="720" w:right="720" w:bottom="720" w:left="720" w:header="283"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keepNext w:val="0"/>
      <w:tabs>
        <w:tab w:pos="10205" w:val="left"/>
      </w:tabs>
      <w:spacing w:before="0" w:after="0" w:line="240" w:lineRule="auto"/>
      <w:jc w:val="left"/>
    </w:pPr>
    <w:r>
      <w:rPr>
        <w:rFonts w:ascii="Bookman Old Style" w:hAnsi="Bookman Old Style" w:eastAsia="Bookman Old Style"/>
        <w:b/>
        <w:color w:val="2E75B6"/>
        <w:sz w:val="20"/>
      </w:rPr>
      <w:t>Bài tập Tiếng Anh 7 (Global Success)</w:t>
    </w:r>
    <w:r>
      <w:tab/>
    </w:r>
    <w:r>
      <w:rPr>
        <w:rFonts w:ascii="Bookman Old Style" w:hAnsi="Bookman Old Style" w:eastAsia="Bookman Old Style"/>
        <w:b/>
        <w:color w:val="2E75B6"/>
        <w:sz w:val="20"/>
      </w:rPr>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Bookman Old Style" w:hAnsi="Bookman Old Style" w:eastAsia="Bookman Old Style"/>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jpg"/><Relationship Id="rId14" Type="http://schemas.openxmlformats.org/officeDocument/2006/relationships/image" Target="media/image5.jpeg"/><Relationship Id="rId15"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