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Arial"/>
          <w:b/>
          <w:i w:val="0"/>
          <w:color w:val="000000"/>
          <w:sz w:val="29"/>
        </w:rPr>
        <w:t>ENGLISH 5 - GLOBAL SUCCESS</w:t>
      </w:r>
    </w:p>
    <w:p>
      <w:pPr>
        <w:spacing w:after="40"/>
        <w:jc w:val="center"/>
      </w:pPr>
      <w:r>
        <w:rPr>
          <w:rFonts w:ascii="Arial" w:hAnsi="Arial" w:eastAsia="Arial"/>
          <w:b/>
          <w:i w:val="0"/>
          <w:color w:val="1F4E79"/>
          <w:sz w:val="26"/>
        </w:rPr>
        <w:t>UNIT 19: PLACES OF INTEREST</w:t>
      </w:r>
    </w:p>
    <w:p>
      <w:pPr>
        <w:spacing w:after="100"/>
        <w:jc w:val="center"/>
      </w:pPr>
      <w:r>
        <w:rPr>
          <w:rFonts w:ascii="Arial" w:hAnsi="Arial" w:eastAsia="Arial"/>
          <w:b/>
          <w:i w:val="0"/>
          <w:color w:val="595959"/>
          <w:sz w:val="21"/>
        </w:rPr>
        <w:t>UNIT TEST - Time: 40 minutes - Total: 10 points</w:t>
      </w:r>
    </w:p>
    <w:p>
      <w:pPr>
        <w:spacing w:after="80"/>
      </w:pPr>
      <w:r>
        <w:rPr>
          <w:rFonts w:ascii="Arial" w:hAnsi="Arial" w:eastAsia="Arial"/>
          <w:b/>
          <w:i w:val="0"/>
          <w:color w:val="000000"/>
          <w:sz w:val="21"/>
        </w:rPr>
        <w:t xml:space="preserve">Name: </w:t>
      </w:r>
      <w:r>
        <w:rPr>
          <w:rFonts w:ascii="Arial" w:hAnsi="Arial" w:eastAsia="Arial"/>
          <w:b w:val="0"/>
          <w:i w:val="0"/>
          <w:color w:val="000000"/>
          <w:sz w:val="21"/>
        </w:rPr>
        <w:t xml:space="preserve">__________________________________    </w:t>
      </w:r>
      <w:r>
        <w:rPr>
          <w:rFonts w:ascii="Arial" w:hAnsi="Arial" w:eastAsia="Arial"/>
          <w:b/>
          <w:i w:val="0"/>
          <w:color w:val="000000"/>
          <w:sz w:val="21"/>
        </w:rPr>
        <w:t xml:space="preserve">Class: </w:t>
      </w:r>
      <w:r>
        <w:rPr>
          <w:rFonts w:ascii="Arial" w:hAnsi="Arial" w:eastAsia="Arial"/>
          <w:b w:val="0"/>
          <w:i w:val="0"/>
          <w:color w:val="000000"/>
          <w:sz w:val="21"/>
        </w:rPr>
        <w:t xml:space="preserve">________    </w:t>
      </w:r>
      <w:r>
        <w:rPr>
          <w:rFonts w:ascii="Arial" w:hAnsi="Arial" w:eastAsia="Arial"/>
          <w:b/>
          <w:i w:val="0"/>
          <w:color w:val="000000"/>
          <w:sz w:val="21"/>
        </w:rPr>
        <w:t xml:space="preserve">Date: </w:t>
      </w:r>
      <w:r>
        <w:rPr>
          <w:rFonts w:ascii="Arial" w:hAnsi="Arial" w:eastAsia="Arial"/>
          <w:b w:val="0"/>
          <w:i w:val="0"/>
          <w:color w:val="000000"/>
          <w:sz w:val="21"/>
        </w:rPr>
        <w:t>____________</w:t>
      </w:r>
    </w:p>
    <w:p>
      <w:pPr>
        <w:pStyle w:val="Heading1"/>
        <w:keepNext/>
      </w:pPr>
      <w:r>
        <w:rPr>
          <w:rFonts w:ascii="Arial" w:hAnsi="Arial" w:eastAsia="Arial"/>
          <w:b/>
          <w:i w:val="0"/>
          <w:color w:val="1F4E79"/>
          <w:sz w:val="23"/>
        </w:rPr>
        <w:t>I. VOCABULARY</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The flowers and trees make the park very ____.</w:t>
      </w:r>
    </w:p>
    <w:p>
      <w:pPr>
        <w:spacing w:after="40"/>
        <w:ind w:left="255"/>
      </w:pPr>
      <w:r>
        <w:rPr>
          <w:rFonts w:ascii="Arial" w:hAnsi="Arial" w:eastAsia="Arial"/>
          <w:b w:val="0"/>
          <w:i w:val="0"/>
          <w:color w:val="000000"/>
          <w:sz w:val="21"/>
        </w:rPr>
        <w:t>A. one hundred and twenty-nine</w:t>
      </w:r>
      <w:r>
        <w:t xml:space="preserve">        </w:t>
      </w:r>
      <w:r>
        <w:rPr>
          <w:rFonts w:ascii="Arial" w:hAnsi="Arial" w:eastAsia="Arial"/>
          <w:b w:val="0"/>
          <w:i w:val="0"/>
          <w:color w:val="000000"/>
          <w:sz w:val="21"/>
        </w:rPr>
        <w:t>B. beautiful</w:t>
      </w:r>
      <w:r>
        <w:br/>
      </w:r>
      <w:r>
        <w:rPr>
          <w:rFonts w:ascii="Arial" w:hAnsi="Arial" w:eastAsia="Arial"/>
          <w:b w:val="0"/>
          <w:i w:val="0"/>
          <w:color w:val="000000"/>
          <w:sz w:val="21"/>
        </w:rPr>
        <w:t>C. twenty-nine</w:t>
      </w:r>
      <w:r>
        <w:t xml:space="preserve">        </w:t>
      </w:r>
      <w:r>
        <w:rPr>
          <w:rFonts w:ascii="Arial" w:hAnsi="Arial" w:eastAsia="Arial"/>
          <w:b w:val="0"/>
          <w:i w:val="0"/>
          <w:color w:val="000000"/>
          <w:sz w:val="21"/>
        </w:rPr>
        <w:t>D. fantastic</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The fast ride at the theme park is ____.</w:t>
      </w:r>
    </w:p>
    <w:p>
      <w:pPr>
        <w:spacing w:after="40"/>
        <w:ind w:left="255"/>
      </w:pPr>
      <w:r>
        <w:rPr>
          <w:rFonts w:ascii="Arial" w:hAnsi="Arial" w:eastAsia="Arial"/>
          <w:b w:val="0"/>
          <w:i w:val="0"/>
          <w:color w:val="000000"/>
          <w:sz w:val="21"/>
        </w:rPr>
        <w:t>A. one hundred</w:t>
      </w:r>
      <w:r>
        <w:t xml:space="preserve">       </w:t>
      </w:r>
      <w:r>
        <w:rPr>
          <w:rFonts w:ascii="Arial" w:hAnsi="Arial" w:eastAsia="Arial"/>
          <w:b w:val="0"/>
          <w:i w:val="0"/>
          <w:color w:val="000000"/>
          <w:sz w:val="21"/>
        </w:rPr>
        <w:t>B. peaceful</w:t>
      </w:r>
      <w:r>
        <w:t xml:space="preserve">       </w:t>
      </w:r>
      <w:r>
        <w:rPr>
          <w:rFonts w:ascii="Arial" w:hAnsi="Arial" w:eastAsia="Arial"/>
          <w:b w:val="0"/>
          <w:i w:val="0"/>
          <w:color w:val="000000"/>
          <w:sz w:val="21"/>
        </w:rPr>
        <w:t>C. fantastic</w:t>
      </w:r>
      <w:r>
        <w:t xml:space="preserve">       </w:t>
      </w:r>
      <w:r>
        <w:rPr>
          <w:rFonts w:ascii="Arial" w:hAnsi="Arial" w:eastAsia="Arial"/>
          <w:b w:val="0"/>
          <w:i w:val="0"/>
          <w:color w:val="000000"/>
          <w:sz w:val="21"/>
        </w:rPr>
        <w:t>D. exciting</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We had a ____ day at the beach; everything was great.</w:t>
      </w:r>
    </w:p>
    <w:p>
      <w:pPr>
        <w:spacing w:after="40"/>
        <w:ind w:left="255"/>
      </w:pPr>
      <w:r>
        <w:rPr>
          <w:rFonts w:ascii="Arial" w:hAnsi="Arial" w:eastAsia="Arial"/>
          <w:b w:val="0"/>
          <w:i w:val="0"/>
          <w:color w:val="000000"/>
          <w:sz w:val="21"/>
        </w:rPr>
        <w:t>A. twenty-nine</w:t>
      </w:r>
      <w:r>
        <w:t xml:space="preserve">       </w:t>
      </w:r>
      <w:r>
        <w:rPr>
          <w:rFonts w:ascii="Arial" w:hAnsi="Arial" w:eastAsia="Arial"/>
          <w:b w:val="0"/>
          <w:i w:val="0"/>
          <w:color w:val="000000"/>
          <w:sz w:val="21"/>
        </w:rPr>
        <w:t>B. forty</w:t>
      </w:r>
      <w:r>
        <w:t xml:space="preserve">       </w:t>
      </w:r>
      <w:r>
        <w:rPr>
          <w:rFonts w:ascii="Arial" w:hAnsi="Arial" w:eastAsia="Arial"/>
          <w:b w:val="0"/>
          <w:i w:val="0"/>
          <w:color w:val="000000"/>
          <w:sz w:val="21"/>
        </w:rPr>
        <w:t>C. fantastic</w:t>
      </w:r>
      <w:r>
        <w:t xml:space="preserve">       </w:t>
      </w:r>
      <w:r>
        <w:rPr>
          <w:rFonts w:ascii="Arial" w:hAnsi="Arial" w:eastAsia="Arial"/>
          <w:b w:val="0"/>
          <w:i w:val="0"/>
          <w:color w:val="000000"/>
          <w:sz w:val="21"/>
        </w:rPr>
        <w:t>D. beautiful</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The village is quiet and ____.</w:t>
      </w:r>
    </w:p>
    <w:p>
      <w:pPr>
        <w:spacing w:after="40"/>
        <w:ind w:left="255"/>
      </w:pPr>
      <w:r>
        <w:rPr>
          <w:rFonts w:ascii="Arial" w:hAnsi="Arial" w:eastAsia="Arial"/>
          <w:b w:val="0"/>
          <w:i w:val="0"/>
          <w:color w:val="000000"/>
          <w:sz w:val="21"/>
        </w:rPr>
        <w:t>A. fantastic</w:t>
      </w:r>
      <w:r>
        <w:t xml:space="preserve">       </w:t>
      </w:r>
      <w:r>
        <w:rPr>
          <w:rFonts w:ascii="Arial" w:hAnsi="Arial" w:eastAsia="Arial"/>
          <w:b w:val="0"/>
          <w:i w:val="0"/>
          <w:color w:val="000000"/>
          <w:sz w:val="21"/>
        </w:rPr>
        <w:t>B. one hundred</w:t>
      </w:r>
      <w:r>
        <w:t xml:space="preserve">       </w:t>
      </w:r>
      <w:r>
        <w:rPr>
          <w:rFonts w:ascii="Arial" w:hAnsi="Arial" w:eastAsia="Arial"/>
          <w:b w:val="0"/>
          <w:i w:val="0"/>
          <w:color w:val="000000"/>
          <w:sz w:val="21"/>
        </w:rPr>
        <w:t>C. peaceful</w:t>
      </w:r>
      <w:r>
        <w:t xml:space="preserve">       </w:t>
      </w:r>
      <w:r>
        <w:rPr>
          <w:rFonts w:ascii="Arial" w:hAnsi="Arial" w:eastAsia="Arial"/>
          <w:b w:val="0"/>
          <w:i w:val="0"/>
          <w:color w:val="000000"/>
          <w:sz w:val="21"/>
        </w:rPr>
        <w:t>D. beautiful</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The number 29 is written ____.</w:t>
      </w:r>
    </w:p>
    <w:p>
      <w:pPr>
        <w:spacing w:after="40"/>
        <w:ind w:left="255"/>
      </w:pPr>
      <w:r>
        <w:rPr>
          <w:rFonts w:ascii="Arial" w:hAnsi="Arial" w:eastAsia="Arial"/>
          <w:b w:val="0"/>
          <w:i w:val="0"/>
          <w:color w:val="000000"/>
          <w:sz w:val="21"/>
        </w:rPr>
        <w:t>A. exciting</w:t>
      </w:r>
      <w:r>
        <w:t xml:space="preserve">       </w:t>
      </w:r>
      <w:r>
        <w:rPr>
          <w:rFonts w:ascii="Arial" w:hAnsi="Arial" w:eastAsia="Arial"/>
          <w:b w:val="0"/>
          <w:i w:val="0"/>
          <w:color w:val="000000"/>
          <w:sz w:val="21"/>
        </w:rPr>
        <w:t>B. twenty-nine</w:t>
      </w:r>
      <w:r>
        <w:t xml:space="preserve">       </w:t>
      </w:r>
      <w:r>
        <w:rPr>
          <w:rFonts w:ascii="Arial" w:hAnsi="Arial" w:eastAsia="Arial"/>
          <w:b w:val="0"/>
          <w:i w:val="0"/>
          <w:color w:val="000000"/>
          <w:sz w:val="21"/>
        </w:rPr>
        <w:t>C. fantastic</w:t>
      </w:r>
      <w:r>
        <w:t xml:space="preserve">       </w:t>
      </w:r>
      <w:r>
        <w:rPr>
          <w:rFonts w:ascii="Arial" w:hAnsi="Arial" w:eastAsia="Arial"/>
          <w:b w:val="0"/>
          <w:i w:val="0"/>
          <w:color w:val="000000"/>
          <w:sz w:val="21"/>
        </w:rPr>
        <w:t>D. peaceful</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The number 40 is written ____.</w:t>
      </w:r>
    </w:p>
    <w:p>
      <w:pPr>
        <w:spacing w:after="40"/>
        <w:ind w:left="255"/>
      </w:pPr>
      <w:r>
        <w:rPr>
          <w:rFonts w:ascii="Arial" w:hAnsi="Arial" w:eastAsia="Arial"/>
          <w:b w:val="0"/>
          <w:i w:val="0"/>
          <w:color w:val="000000"/>
          <w:sz w:val="21"/>
        </w:rPr>
        <w:t>A. forty</w:t>
      </w:r>
      <w:r>
        <w:t xml:space="preserve">       </w:t>
      </w:r>
      <w:r>
        <w:rPr>
          <w:rFonts w:ascii="Arial" w:hAnsi="Arial" w:eastAsia="Arial"/>
          <w:b w:val="0"/>
          <w:i w:val="0"/>
          <w:color w:val="000000"/>
          <w:sz w:val="21"/>
        </w:rPr>
        <w:t>B. one hundred</w:t>
      </w:r>
      <w:r>
        <w:t xml:space="preserve">       </w:t>
      </w:r>
      <w:r>
        <w:rPr>
          <w:rFonts w:ascii="Arial" w:hAnsi="Arial" w:eastAsia="Arial"/>
          <w:b w:val="0"/>
          <w:i w:val="0"/>
          <w:color w:val="000000"/>
          <w:sz w:val="21"/>
        </w:rPr>
        <w:t>C. beautiful</w:t>
      </w:r>
      <w:r>
        <w:t xml:space="preserve">       </w:t>
      </w:r>
      <w:r>
        <w:rPr>
          <w:rFonts w:ascii="Arial" w:hAnsi="Arial" w:eastAsia="Arial"/>
          <w:b w:val="0"/>
          <w:i w:val="0"/>
          <w:color w:val="000000"/>
          <w:sz w:val="21"/>
        </w:rPr>
        <w:t>D. twenty-nine</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The number 100 is written ____.</w:t>
      </w:r>
    </w:p>
    <w:p>
      <w:pPr>
        <w:spacing w:after="40"/>
        <w:ind w:left="255"/>
      </w:pPr>
      <w:r>
        <w:rPr>
          <w:rFonts w:ascii="Arial" w:hAnsi="Arial" w:eastAsia="Arial"/>
          <w:b w:val="0"/>
          <w:i w:val="0"/>
          <w:color w:val="000000"/>
          <w:sz w:val="21"/>
        </w:rPr>
        <w:t>A. one hundred</w:t>
      </w:r>
      <w:r>
        <w:t xml:space="preserve">       </w:t>
      </w:r>
      <w:r>
        <w:rPr>
          <w:rFonts w:ascii="Arial" w:hAnsi="Arial" w:eastAsia="Arial"/>
          <w:b w:val="0"/>
          <w:i w:val="0"/>
          <w:color w:val="000000"/>
          <w:sz w:val="21"/>
        </w:rPr>
        <w:t>B. fantastic</w:t>
      </w:r>
      <w:r>
        <w:t xml:space="preserve">       </w:t>
      </w:r>
      <w:r>
        <w:rPr>
          <w:rFonts w:ascii="Arial" w:hAnsi="Arial" w:eastAsia="Arial"/>
          <w:b w:val="0"/>
          <w:i w:val="0"/>
          <w:color w:val="000000"/>
          <w:sz w:val="21"/>
        </w:rPr>
        <w:t>C. beautiful</w:t>
      </w:r>
      <w:r>
        <w:t xml:space="preserve">       </w:t>
      </w:r>
      <w:r>
        <w:rPr>
          <w:rFonts w:ascii="Arial" w:hAnsi="Arial" w:eastAsia="Arial"/>
          <w:b w:val="0"/>
          <w:i w:val="0"/>
          <w:color w:val="000000"/>
          <w:sz w:val="21"/>
        </w:rPr>
        <w:t>D. forty</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The number 129 is written ____.</w:t>
      </w:r>
    </w:p>
    <w:p>
      <w:pPr>
        <w:spacing w:after="40"/>
        <w:ind w:left="255"/>
      </w:pPr>
      <w:r>
        <w:rPr>
          <w:rFonts w:ascii="Arial" w:hAnsi="Arial" w:eastAsia="Arial"/>
          <w:b w:val="0"/>
          <w:i w:val="0"/>
          <w:color w:val="000000"/>
          <w:sz w:val="21"/>
        </w:rPr>
        <w:t>A. beautiful</w:t>
      </w:r>
      <w:r>
        <w:t xml:space="preserve">        </w:t>
      </w:r>
      <w:r>
        <w:rPr>
          <w:rFonts w:ascii="Arial" w:hAnsi="Arial" w:eastAsia="Arial"/>
          <w:b w:val="0"/>
          <w:i w:val="0"/>
          <w:color w:val="000000"/>
          <w:sz w:val="21"/>
        </w:rPr>
        <w:t>B. one hundred and twenty-nine</w:t>
      </w:r>
      <w:r>
        <w:br/>
      </w:r>
      <w:r>
        <w:rPr>
          <w:rFonts w:ascii="Arial" w:hAnsi="Arial" w:eastAsia="Arial"/>
          <w:b w:val="0"/>
          <w:i w:val="0"/>
          <w:color w:val="000000"/>
          <w:sz w:val="21"/>
        </w:rPr>
        <w:t>C. fantastic</w:t>
      </w:r>
      <w:r>
        <w:t xml:space="preserve">        </w:t>
      </w:r>
      <w:r>
        <w:rPr>
          <w:rFonts w:ascii="Arial" w:hAnsi="Arial" w:eastAsia="Arial"/>
          <w:b w:val="0"/>
          <w:i w:val="0"/>
          <w:color w:val="000000"/>
          <w:sz w:val="21"/>
        </w:rPr>
        <w:t>D. twenty-nine</w:t>
      </w:r>
    </w:p>
    <w:p>
      <w:pPr>
        <w:pStyle w:val="Heading1"/>
        <w:keepNext/>
      </w:pPr>
      <w:r>
        <w:rPr>
          <w:rFonts w:ascii="Arial" w:hAnsi="Arial" w:eastAsia="Arial"/>
          <w:b/>
          <w:i w:val="0"/>
          <w:color w:val="1F4E79"/>
          <w:sz w:val="23"/>
        </w:rPr>
        <w:t>II. GRAMMAR</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What do you think ____ Ba Na Hills?</w:t>
      </w:r>
    </w:p>
    <w:p>
      <w:pPr>
        <w:spacing w:after="40"/>
        <w:ind w:left="255"/>
      </w:pPr>
      <w:r>
        <w:rPr>
          <w:rFonts w:ascii="Arial" w:hAnsi="Arial" w:eastAsia="Arial"/>
          <w:b w:val="0"/>
          <w:i w:val="0"/>
          <w:color w:val="000000"/>
          <w:sz w:val="21"/>
        </w:rPr>
        <w:t>A. on</w:t>
      </w:r>
      <w:r>
        <w:t xml:space="preserve">       </w:t>
      </w:r>
      <w:r>
        <w:rPr>
          <w:rFonts w:ascii="Arial" w:hAnsi="Arial" w:eastAsia="Arial"/>
          <w:b w:val="0"/>
          <w:i w:val="0"/>
          <w:color w:val="000000"/>
          <w:sz w:val="21"/>
        </w:rPr>
        <w:t>B. at</w:t>
      </w:r>
      <w:r>
        <w:t xml:space="preserve">       </w:t>
      </w:r>
      <w:r>
        <w:rPr>
          <w:rFonts w:ascii="Arial" w:hAnsi="Arial" w:eastAsia="Arial"/>
          <w:b w:val="0"/>
          <w:i w:val="0"/>
          <w:color w:val="000000"/>
          <w:sz w:val="21"/>
        </w:rPr>
        <w:t>C. to</w:t>
      </w:r>
      <w:r>
        <w:t xml:space="preserve">       </w:t>
      </w:r>
      <w:r>
        <w:rPr>
          <w:rFonts w:ascii="Arial" w:hAnsi="Arial" w:eastAsia="Arial"/>
          <w:b w:val="0"/>
          <w:i w:val="0"/>
          <w:color w:val="000000"/>
          <w:sz w:val="21"/>
        </w:rPr>
        <w:t>D. of</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I think it ____ fantastic.</w:t>
      </w:r>
    </w:p>
    <w:p>
      <w:pPr>
        <w:spacing w:after="40"/>
        <w:ind w:left="255"/>
      </w:pPr>
      <w:r>
        <w:rPr>
          <w:rFonts w:ascii="Arial" w:hAnsi="Arial" w:eastAsia="Arial"/>
          <w:b w:val="0"/>
          <w:i w:val="0"/>
          <w:color w:val="000000"/>
          <w:sz w:val="21"/>
        </w:rPr>
        <w:t>A. be</w:t>
      </w:r>
      <w:r>
        <w:t xml:space="preserve">       </w:t>
      </w:r>
      <w:r>
        <w:rPr>
          <w:rFonts w:ascii="Arial" w:hAnsi="Arial" w:eastAsia="Arial"/>
          <w:b w:val="0"/>
          <w:i w:val="0"/>
          <w:color w:val="000000"/>
          <w:sz w:val="21"/>
        </w:rPr>
        <w:t>B. is</w:t>
      </w:r>
      <w:r>
        <w:t xml:space="preserve">       </w:t>
      </w:r>
      <w:r>
        <w:rPr>
          <w:rFonts w:ascii="Arial" w:hAnsi="Arial" w:eastAsia="Arial"/>
          <w:b w:val="0"/>
          <w:i w:val="0"/>
          <w:color w:val="000000"/>
          <w:sz w:val="21"/>
        </w:rPr>
        <w:t>C. am</w:t>
      </w:r>
      <w:r>
        <w:t xml:space="preserve">       </w:t>
      </w:r>
      <w:r>
        <w:rPr>
          <w:rFonts w:ascii="Arial" w:hAnsi="Arial" w:eastAsia="Arial"/>
          <w:b w:val="0"/>
          <w:i w:val="0"/>
          <w:color w:val="000000"/>
          <w:sz w:val="21"/>
        </w:rPr>
        <w:t>D. are</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How far is it from here ____ the museum?</w:t>
      </w:r>
    </w:p>
    <w:p>
      <w:pPr>
        <w:spacing w:after="40"/>
        <w:ind w:left="255"/>
      </w:pPr>
      <w:r>
        <w:rPr>
          <w:rFonts w:ascii="Arial" w:hAnsi="Arial" w:eastAsia="Arial"/>
          <w:b w:val="0"/>
          <w:i w:val="0"/>
          <w:color w:val="000000"/>
          <w:sz w:val="21"/>
        </w:rPr>
        <w:t>A. at</w:t>
      </w:r>
      <w:r>
        <w:t xml:space="preserve">       </w:t>
      </w:r>
      <w:r>
        <w:rPr>
          <w:rFonts w:ascii="Arial" w:hAnsi="Arial" w:eastAsia="Arial"/>
          <w:b w:val="0"/>
          <w:i w:val="0"/>
          <w:color w:val="000000"/>
          <w:sz w:val="21"/>
        </w:rPr>
        <w:t>B. on</w:t>
      </w:r>
      <w:r>
        <w:t xml:space="preserve">       </w:t>
      </w:r>
      <w:r>
        <w:rPr>
          <w:rFonts w:ascii="Arial" w:hAnsi="Arial" w:eastAsia="Arial"/>
          <w:b w:val="0"/>
          <w:i w:val="0"/>
          <w:color w:val="000000"/>
          <w:sz w:val="21"/>
        </w:rPr>
        <w:t>C. to</w:t>
      </w:r>
      <w:r>
        <w:t xml:space="preserve">       </w:t>
      </w:r>
      <w:r>
        <w:rPr>
          <w:rFonts w:ascii="Arial" w:hAnsi="Arial" w:eastAsia="Arial"/>
          <w:b w:val="0"/>
          <w:i w:val="0"/>
          <w:color w:val="000000"/>
          <w:sz w:val="21"/>
        </w:rPr>
        <w:t>D. for</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It is about forty ____.</w:t>
      </w:r>
    </w:p>
    <w:p>
      <w:pPr>
        <w:spacing w:after="40"/>
        <w:ind w:left="255"/>
      </w:pPr>
      <w:r>
        <w:rPr>
          <w:rFonts w:ascii="Arial" w:hAnsi="Arial" w:eastAsia="Arial"/>
          <w:b w:val="0"/>
          <w:i w:val="0"/>
          <w:color w:val="000000"/>
          <w:sz w:val="21"/>
        </w:rPr>
        <w:t>A. kilometres far</w:t>
      </w:r>
      <w:r>
        <w:t xml:space="preserve">        </w:t>
      </w:r>
      <w:r>
        <w:rPr>
          <w:rFonts w:ascii="Arial" w:hAnsi="Arial" w:eastAsia="Arial"/>
          <w:b w:val="0"/>
          <w:i w:val="0"/>
          <w:color w:val="000000"/>
          <w:sz w:val="21"/>
        </w:rPr>
        <w:t>B. kilometres</w:t>
      </w:r>
      <w:r>
        <w:br/>
      </w:r>
      <w:r>
        <w:rPr>
          <w:rFonts w:ascii="Arial" w:hAnsi="Arial" w:eastAsia="Arial"/>
          <w:b w:val="0"/>
          <w:i w:val="0"/>
          <w:color w:val="000000"/>
          <w:sz w:val="21"/>
        </w:rPr>
        <w:t>C. kilometre</w:t>
      </w:r>
      <w:r>
        <w:t xml:space="preserve">        </w:t>
      </w:r>
      <w:r>
        <w:rPr>
          <w:rFonts w:ascii="Arial" w:hAnsi="Arial" w:eastAsia="Arial"/>
          <w:b w:val="0"/>
          <w:i w:val="0"/>
          <w:color w:val="000000"/>
          <w:sz w:val="21"/>
        </w:rPr>
        <w:t>D. kilometre long</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What do you think of the parks? - I think ____ are peaceful.</w:t>
      </w:r>
    </w:p>
    <w:p>
      <w:pPr>
        <w:spacing w:after="40"/>
        <w:ind w:left="255"/>
      </w:pPr>
      <w:r>
        <w:rPr>
          <w:rFonts w:ascii="Arial" w:hAnsi="Arial" w:eastAsia="Arial"/>
          <w:b w:val="0"/>
          <w:i w:val="0"/>
          <w:color w:val="000000"/>
          <w:sz w:val="21"/>
        </w:rPr>
        <w:t>A. they</w:t>
      </w:r>
      <w:r>
        <w:t xml:space="preserve">       </w:t>
      </w:r>
      <w:r>
        <w:rPr>
          <w:rFonts w:ascii="Arial" w:hAnsi="Arial" w:eastAsia="Arial"/>
          <w:b w:val="0"/>
          <w:i w:val="0"/>
          <w:color w:val="000000"/>
          <w:sz w:val="21"/>
        </w:rPr>
        <w:t>B. them</w:t>
      </w:r>
      <w:r>
        <w:t xml:space="preserve">       </w:t>
      </w:r>
      <w:r>
        <w:rPr>
          <w:rFonts w:ascii="Arial" w:hAnsi="Arial" w:eastAsia="Arial"/>
          <w:b w:val="0"/>
          <w:i w:val="0"/>
          <w:color w:val="000000"/>
          <w:sz w:val="21"/>
        </w:rPr>
        <w:t>C. it</w:t>
      </w:r>
      <w:r>
        <w:t xml:space="preserve">       </w:t>
      </w:r>
      <w:r>
        <w:rPr>
          <w:rFonts w:ascii="Arial" w:hAnsi="Arial" w:eastAsia="Arial"/>
          <w:b w:val="0"/>
          <w:i w:val="0"/>
          <w:color w:val="000000"/>
          <w:sz w:val="21"/>
        </w:rPr>
        <w:t>D. their</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____ far is the lake from your school?</w:t>
      </w:r>
    </w:p>
    <w:p>
      <w:pPr>
        <w:spacing w:after="40"/>
        <w:ind w:left="255"/>
      </w:pPr>
      <w:r>
        <w:rPr>
          <w:rFonts w:ascii="Arial" w:hAnsi="Arial" w:eastAsia="Arial"/>
          <w:b w:val="0"/>
          <w:i w:val="0"/>
          <w:color w:val="000000"/>
          <w:sz w:val="21"/>
        </w:rPr>
        <w:t>A. Where</w:t>
      </w:r>
      <w:r>
        <w:t xml:space="preserve">       </w:t>
      </w:r>
      <w:r>
        <w:rPr>
          <w:rFonts w:ascii="Arial" w:hAnsi="Arial" w:eastAsia="Arial"/>
          <w:b w:val="0"/>
          <w:i w:val="0"/>
          <w:color w:val="000000"/>
          <w:sz w:val="21"/>
        </w:rPr>
        <w:t>B. Which</w:t>
      </w:r>
      <w:r>
        <w:t xml:space="preserve">       </w:t>
      </w:r>
      <w:r>
        <w:rPr>
          <w:rFonts w:ascii="Arial" w:hAnsi="Arial" w:eastAsia="Arial"/>
          <w:b w:val="0"/>
          <w:i w:val="0"/>
          <w:color w:val="000000"/>
          <w:sz w:val="21"/>
        </w:rPr>
        <w:t>C. How</w:t>
      </w:r>
      <w:r>
        <w:t xml:space="preserve">       </w:t>
      </w:r>
      <w:r>
        <w:rPr>
          <w:rFonts w:ascii="Arial" w:hAnsi="Arial" w:eastAsia="Arial"/>
          <w:b w:val="0"/>
          <w:i w:val="0"/>
          <w:color w:val="000000"/>
          <w:sz w:val="21"/>
        </w:rPr>
        <w:t>D. What</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The old town is beautiful ____ quiet.</w:t>
      </w:r>
    </w:p>
    <w:p>
      <w:pPr>
        <w:spacing w:after="40"/>
        <w:ind w:left="255"/>
      </w:pPr>
      <w:r>
        <w:rPr>
          <w:rFonts w:ascii="Arial" w:hAnsi="Arial" w:eastAsia="Arial"/>
          <w:b w:val="0"/>
          <w:i w:val="0"/>
          <w:color w:val="000000"/>
          <w:sz w:val="21"/>
        </w:rPr>
        <w:t>A. or</w:t>
      </w:r>
      <w:r>
        <w:t xml:space="preserve">       </w:t>
      </w:r>
      <w:r>
        <w:rPr>
          <w:rFonts w:ascii="Arial" w:hAnsi="Arial" w:eastAsia="Arial"/>
          <w:b w:val="0"/>
          <w:i w:val="0"/>
          <w:color w:val="000000"/>
          <w:sz w:val="21"/>
        </w:rPr>
        <w:t>B. so</w:t>
      </w:r>
      <w:r>
        <w:t xml:space="preserve">       </w:t>
      </w:r>
      <w:r>
        <w:rPr>
          <w:rFonts w:ascii="Arial" w:hAnsi="Arial" w:eastAsia="Arial"/>
          <w:b w:val="0"/>
          <w:i w:val="0"/>
          <w:color w:val="000000"/>
          <w:sz w:val="21"/>
        </w:rPr>
        <w:t>C. and</w:t>
      </w:r>
      <w:r>
        <w:t xml:space="preserve">       </w:t>
      </w:r>
      <w:r>
        <w:rPr>
          <w:rFonts w:ascii="Arial" w:hAnsi="Arial" w:eastAsia="Arial"/>
          <w:b w:val="0"/>
          <w:i w:val="0"/>
          <w:color w:val="000000"/>
          <w:sz w:val="21"/>
        </w:rPr>
        <w:t>D. but</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It is about one hundred kilometres ____ here.</w:t>
      </w:r>
    </w:p>
    <w:p>
      <w:pPr>
        <w:spacing w:after="40"/>
        <w:ind w:left="255"/>
      </w:pPr>
      <w:r>
        <w:rPr>
          <w:rFonts w:ascii="Arial" w:hAnsi="Arial" w:eastAsia="Arial"/>
          <w:b w:val="0"/>
          <w:i w:val="0"/>
          <w:color w:val="000000"/>
          <w:sz w:val="21"/>
        </w:rPr>
        <w:t>A. on</w:t>
      </w:r>
      <w:r>
        <w:t xml:space="preserve">       </w:t>
      </w:r>
      <w:r>
        <w:rPr>
          <w:rFonts w:ascii="Arial" w:hAnsi="Arial" w:eastAsia="Arial"/>
          <w:b w:val="0"/>
          <w:i w:val="0"/>
          <w:color w:val="000000"/>
          <w:sz w:val="21"/>
        </w:rPr>
        <w:t>B. to</w:t>
      </w:r>
      <w:r>
        <w:t xml:space="preserve">       </w:t>
      </w:r>
      <w:r>
        <w:rPr>
          <w:rFonts w:ascii="Arial" w:hAnsi="Arial" w:eastAsia="Arial"/>
          <w:b w:val="0"/>
          <w:i w:val="0"/>
          <w:color w:val="000000"/>
          <w:sz w:val="21"/>
        </w:rPr>
        <w:t>C. from</w:t>
      </w:r>
      <w:r>
        <w:t xml:space="preserve">       </w:t>
      </w:r>
      <w:r>
        <w:rPr>
          <w:rFonts w:ascii="Arial" w:hAnsi="Arial" w:eastAsia="Arial"/>
          <w:b w:val="0"/>
          <w:i w:val="0"/>
          <w:color w:val="000000"/>
          <w:sz w:val="21"/>
        </w:rPr>
        <w:t>D. of</w:t>
      </w:r>
    </w:p>
    <w:p>
      <w:r>
        <w:br w:type="page"/>
      </w:r>
    </w:p>
    <w:p>
      <w:pPr>
        <w:pStyle w:val="Heading1"/>
        <w:keepNext/>
      </w:pPr>
      <w:r>
        <w:rPr>
          <w:rFonts w:ascii="Arial" w:hAnsi="Arial" w:eastAsia="Arial"/>
          <w:b/>
          <w:i w:val="0"/>
          <w:color w:val="1F4E79"/>
          <w:sz w:val="23"/>
        </w:rPr>
        <w:t>III. READING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Read the passage and complete Tasks A and B.</w:t>
      </w:r>
    </w:p>
    <w:tbl>
      <w:tblPr>
        <w:tblStyle w:val="TableGrid"/>
        <w:tblW w:type="dxa" w:w="10190"/>
        <w:tblLayout w:type="fixed"/>
        <w:tblLook w:firstColumn="1" w:firstRow="1" w:lastColumn="0" w:lastRow="0" w:noHBand="0" w:noVBand="1" w:val="04A0"/>
        <w:tblInd w:w="100" w:type="dxa"/>
      </w:tblPr>
      <w:tblGrid>
        <w:gridCol w:w="10190"/>
      </w:tblGrid>
      <w:tr>
        <w:tc>
          <w:tcPr>
            <w:tcW w:type="dxa" w:w="10190"/>
            <w:tcMar>
              <w:top w:w="80" w:type="dxa"/>
              <w:start w:w="100" w:type="dxa"/>
              <w:bottom w:w="80" w:type="dxa"/>
              <w:end w:w="100" w:type="dxa"/>
            </w:tcMar>
            <w:vAlign w:val="center"/>
            <w:shd w:fill="F2F2F2"/>
          </w:tcPr>
          <w:p>
            <w:pPr>
              <w:spacing w:before="20" w:after="20" w:line="252" w:lineRule="auto"/>
            </w:pPr>
            <w:r>
              <w:rPr>
                <w:rFonts w:ascii="Arial" w:hAnsi="Arial" w:eastAsia="Arial"/>
                <w:b w:val="0"/>
                <w:i w:val="0"/>
                <w:color w:val="000000"/>
                <w:sz w:val="20"/>
              </w:rPr>
              <w:t>My family visited Trang An last weekend. I think it is a beautiful and peaceful place. We travelled by boat between green mountains and went through several caves. The boat trip was exciting, and our guide was friendly. Trang An is about ninety-five kilometres from our home, so we left early in the morning. We took many photos, but we also spent time quietly enjoying the view. I would like to visit this fantastic place again.</w:t>
            </w:r>
          </w:p>
        </w:tc>
      </w:tr>
    </w:tbl>
    <w:p>
      <w:pPr>
        <w:pStyle w:val="Heading2"/>
      </w:pPr>
      <w:r>
        <w:rPr>
          <w:rFonts w:ascii="Arial" w:hAnsi="Arial" w:eastAsia="Arial"/>
          <w:b/>
          <w:i w:val="0"/>
          <w:color w:val="1F4E79"/>
          <w:sz w:val="21"/>
        </w:rPr>
        <w:t>A. Write T (True) or F (False). (5 x 0.3 = 1.5 points)</w:t>
      </w:r>
    </w:p>
    <w:p>
      <w:pPr>
        <w:spacing w:after="20"/>
      </w:pPr>
      <w:r>
        <w:rPr>
          <w:rFonts w:ascii="Arial" w:hAnsi="Arial" w:eastAsia="Arial"/>
          <w:b/>
          <w:i w:val="0"/>
          <w:color w:val="000000"/>
          <w:sz w:val="21"/>
        </w:rPr>
        <w:t xml:space="preserve">1. _____  </w:t>
      </w:r>
      <w:r>
        <w:rPr>
          <w:rFonts w:ascii="Arial" w:hAnsi="Arial" w:eastAsia="Arial"/>
          <w:b w:val="0"/>
          <w:i w:val="0"/>
          <w:color w:val="000000"/>
          <w:sz w:val="21"/>
        </w:rPr>
        <w:t>They travelled by boat.</w:t>
      </w:r>
    </w:p>
    <w:p>
      <w:pPr>
        <w:spacing w:after="20"/>
      </w:pPr>
      <w:r>
        <w:rPr>
          <w:rFonts w:ascii="Arial" w:hAnsi="Arial" w:eastAsia="Arial"/>
          <w:b/>
          <w:i w:val="0"/>
          <w:color w:val="000000"/>
          <w:sz w:val="21"/>
        </w:rPr>
        <w:t xml:space="preserve">2. _____  </w:t>
      </w:r>
      <w:r>
        <w:rPr>
          <w:rFonts w:ascii="Arial" w:hAnsi="Arial" w:eastAsia="Arial"/>
          <w:b w:val="0"/>
          <w:i w:val="0"/>
          <w:color w:val="000000"/>
          <w:sz w:val="21"/>
        </w:rPr>
        <w:t>The writer thinks Trang An is noisy.</w:t>
      </w:r>
    </w:p>
    <w:p>
      <w:pPr>
        <w:spacing w:after="20"/>
      </w:pPr>
      <w:r>
        <w:rPr>
          <w:rFonts w:ascii="Arial" w:hAnsi="Arial" w:eastAsia="Arial"/>
          <w:b/>
          <w:i w:val="0"/>
          <w:color w:val="000000"/>
          <w:sz w:val="21"/>
        </w:rPr>
        <w:t xml:space="preserve">3. _____  </w:t>
      </w:r>
      <w:r>
        <w:rPr>
          <w:rFonts w:ascii="Arial" w:hAnsi="Arial" w:eastAsia="Arial"/>
          <w:b w:val="0"/>
          <w:i w:val="0"/>
          <w:color w:val="000000"/>
          <w:sz w:val="21"/>
        </w:rPr>
        <w:t>The family visited Trang An last weekend.</w:t>
      </w:r>
    </w:p>
    <w:p>
      <w:pPr>
        <w:spacing w:after="20"/>
      </w:pPr>
      <w:r>
        <w:rPr>
          <w:rFonts w:ascii="Arial" w:hAnsi="Arial" w:eastAsia="Arial"/>
          <w:b/>
          <w:i w:val="0"/>
          <w:color w:val="000000"/>
          <w:sz w:val="21"/>
        </w:rPr>
        <w:t xml:space="preserve">4. _____  </w:t>
      </w:r>
      <w:r>
        <w:rPr>
          <w:rFonts w:ascii="Arial" w:hAnsi="Arial" w:eastAsia="Arial"/>
          <w:b w:val="0"/>
          <w:i w:val="0"/>
          <w:color w:val="000000"/>
          <w:sz w:val="21"/>
        </w:rPr>
        <w:t>The writer wants to visit again.</w:t>
      </w:r>
    </w:p>
    <w:p>
      <w:pPr>
        <w:spacing w:after="20"/>
      </w:pPr>
      <w:r>
        <w:rPr>
          <w:rFonts w:ascii="Arial" w:hAnsi="Arial" w:eastAsia="Arial"/>
          <w:b/>
          <w:i w:val="0"/>
          <w:color w:val="000000"/>
          <w:sz w:val="21"/>
        </w:rPr>
        <w:t xml:space="preserve">5. _____  </w:t>
      </w:r>
      <w:r>
        <w:rPr>
          <w:rFonts w:ascii="Arial" w:hAnsi="Arial" w:eastAsia="Arial"/>
          <w:b w:val="0"/>
          <w:i w:val="0"/>
          <w:color w:val="000000"/>
          <w:sz w:val="21"/>
        </w:rPr>
        <w:t>Trang An is twenty-nine kilometres from their home.</w:t>
      </w:r>
    </w:p>
    <w:p>
      <w:pPr>
        <w:pStyle w:val="Heading2"/>
      </w:pPr>
      <w:r>
        <w:rPr>
          <w:rFonts w:ascii="Arial" w:hAnsi="Arial" w:eastAsia="Arial"/>
          <w:b/>
          <w:i w:val="0"/>
          <w:color w:val="1F4E79"/>
          <w:sz w:val="21"/>
        </w:rPr>
        <w:t>B. Answer the questions. (5 x 0.3 = 1.5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What does the writer think of Trang An?</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What did they go through?</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What was the guide like?</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How far is Trang An from their home?</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5. </w:t>
      </w:r>
      <w:r>
        <w:rPr>
          <w:rFonts w:ascii="Arial" w:hAnsi="Arial" w:eastAsia="Arial"/>
          <w:b w:val="0"/>
          <w:i w:val="0"/>
          <w:color w:val="000000"/>
          <w:sz w:val="21"/>
        </w:rPr>
        <w:t>What did the family take?</w:t>
      </w:r>
    </w:p>
    <w:p>
      <w:pPr>
        <w:spacing w:before="0" w:after="20"/>
        <w:ind w:left="255"/>
      </w:pPr>
      <w:r>
        <w:rPr>
          <w:rFonts w:ascii="Arial" w:hAnsi="Arial" w:eastAsia="Arial"/>
          <w:b w:val="0"/>
          <w:i w:val="0"/>
          <w:color w:val="595959"/>
          <w:sz w:val="18"/>
        </w:rPr>
        <w:t>________________________________________________________________________________</w:t>
      </w:r>
    </w:p>
    <w:p>
      <w:pPr>
        <w:pStyle w:val="Heading1"/>
        <w:keepNext/>
      </w:pPr>
      <w:r>
        <w:rPr>
          <w:rFonts w:ascii="Arial" w:hAnsi="Arial" w:eastAsia="Arial"/>
          <w:b/>
          <w:i w:val="0"/>
          <w:color w:val="1F4E79"/>
          <w:sz w:val="23"/>
        </w:rPr>
        <w:t>IV. WRITING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A. Put the words in the correct order. (4 x 0.5 = 2.0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think / What / you / do / place / the / of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beautiful / think / I / is / it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far / How / here / it / is / from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kilometres / about / It / forty / is / .</w:t>
      </w:r>
    </w:p>
    <w:p>
      <w:pPr>
        <w:spacing w:before="0" w:after="20"/>
        <w:ind w:left="255"/>
      </w:pPr>
      <w:r>
        <w:rPr>
          <w:rFonts w:ascii="Arial" w:hAnsi="Arial" w:eastAsia="Arial"/>
          <w:b w:val="0"/>
          <w:i w:val="0"/>
          <w:color w:val="595959"/>
          <w:sz w:val="18"/>
        </w:rPr>
        <w:t>________________________________________________________________________________</w:t>
      </w:r>
    </w:p>
    <w:p>
      <w:pPr>
        <w:keepNext/>
        <w:spacing w:after="40"/>
      </w:pPr>
      <w:r>
        <w:rPr>
          <w:rFonts w:ascii="Arial" w:hAnsi="Arial" w:eastAsia="Arial"/>
          <w:b w:val="0"/>
          <w:i/>
          <w:color w:val="595959"/>
          <w:sz w:val="20"/>
        </w:rPr>
        <w:t>B. Complete or answer as directed. (2 x 0.5 = 1.0 point)</w:t>
      </w:r>
    </w:p>
    <w:p>
      <w:pPr>
        <w:spacing w:after="20"/>
      </w:pPr>
      <w:r>
        <w:rPr>
          <w:rFonts w:ascii="Arial" w:hAnsi="Arial" w:eastAsia="Arial"/>
          <w:b/>
          <w:i w:val="0"/>
          <w:color w:val="000000"/>
          <w:sz w:val="21"/>
        </w:rPr>
        <w:t xml:space="preserve">1. </w:t>
      </w:r>
      <w:r>
        <w:rPr>
          <w:rFonts w:ascii="Arial" w:hAnsi="Arial" w:eastAsia="Arial"/>
          <w:b w:val="0"/>
          <w:i w:val="0"/>
          <w:color w:val="000000"/>
          <w:sz w:val="21"/>
        </w:rPr>
        <w:t>Complete: I think the park ____ (be) peaceful.</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Answer: How far is your school from your home?</w:t>
      </w:r>
    </w:p>
    <w:p>
      <w:pPr>
        <w:spacing w:before="0" w:after="20"/>
        <w:ind w:left="255"/>
      </w:pPr>
      <w:r>
        <w:rPr>
          <w:rFonts w:ascii="Arial" w:hAnsi="Arial" w:eastAsia="Arial"/>
          <w:b w:val="0"/>
          <w:i w:val="0"/>
          <w:color w:val="595959"/>
          <w:sz w:val="18"/>
        </w:rPr>
        <w:t>________________________________________________________________________________</w:t>
      </w:r>
    </w:p>
    <w:sectPr w:rsidR="00FC693F" w:rsidRPr="0006063C" w:rsidSect="00034616">
      <w:headerReference w:type="default" r:id="rId9"/>
      <w:footerReference w:type="default" r:id="rId10"/>
      <w:pgSz w:w="11906" w:h="16838"/>
      <w:pgMar w:top="765" w:right="822" w:bottom="709" w:left="822"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w:b w:val="0"/>
        <w:i w:val="0"/>
        <w:color w:val="595959"/>
        <w:sz w:val="17"/>
      </w:rPr>
      <w:t xml:space="preserve">Page </w:t>
    </w:r>
    <w:r>
      <w:rPr>
        <w:rFonts w:ascii="Arial" w:hAnsi="Arial" w:eastAsia="Arial"/>
        <w:b w:val="0"/>
        <w:i w:val="0"/>
        <w:color w:val="595959"/>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i w:val="0"/>
        <w:color w:val="595959"/>
        <w:sz w:val="17"/>
      </w:rPr>
      <w:t>ENGLISH 5 - GLOBAL SUCCESS | UNIT TEST | UNIT 19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40" w:line="240" w:lineRule="auto"/>
    </w:pPr>
    <w:rPr>
      <w:rFonts w:ascii="Arial" w:hAnsi="Arial" w:eastAsia="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40" w:line="240" w:lineRule="auto"/>
      <w:outlineLvl w:val="0"/>
    </w:pPr>
    <w:rPr>
      <w:rFonts w:asciiTheme="majorHAnsi" w:eastAsiaTheme="majorEastAsia" w:hAnsiTheme="majorHAnsi" w:cstheme="majorBidi" w:ascii="Arial" w:hAnsi="Arial" w:eastAsia="Arial"/>
      <w:b/>
      <w:bCs/>
      <w:color w:val="1F4E79"/>
      <w:sz w:val="23"/>
      <w:szCs w:val="28"/>
    </w:rPr>
  </w:style>
  <w:style w:type="paragraph" w:styleId="Heading2">
    <w:name w:val="heading 2"/>
    <w:basedOn w:val="Normal"/>
    <w:next w:val="Normal"/>
    <w:link w:val="Heading2Char"/>
    <w:uiPriority w:val="9"/>
    <w:unhideWhenUsed/>
    <w:qFormat/>
    <w:rsid w:val="00FC693F"/>
    <w:pPr>
      <w:keepNext/>
      <w:keepLines/>
      <w:spacing w:before="60" w:after="20" w:line="240" w:lineRule="auto"/>
      <w:outlineLvl w:val="1"/>
    </w:pPr>
    <w:rPr>
      <w:rFonts w:asciiTheme="majorHAnsi" w:eastAsiaTheme="majorEastAsia" w:hAnsiTheme="majorHAnsi" w:cstheme="majorBidi" w:ascii="Arial" w:hAnsi="Arial" w:eastAsia="Arial"/>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40" w:after="20" w:line="240" w:lineRule="auto"/>
      <w:outlineLvl w:val="2"/>
    </w:pPr>
    <w:rPr>
      <w:rFonts w:asciiTheme="majorHAnsi" w:eastAsiaTheme="majorEastAsia" w:hAnsiTheme="majorHAnsi" w:cstheme="majorBidi" w:ascii="Arial" w:hAnsi="Arial" w:eastAsia="Arial"/>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line="240" w:lineRule="auto" w:before="0"/>
      <w:contextualSpacing/>
    </w:pPr>
    <w:rPr>
      <w:rFonts w:asciiTheme="majorHAnsi" w:eastAsiaTheme="majorEastAsia" w:hAnsiTheme="majorHAnsi" w:cstheme="majorBidi" w:ascii="Arial" w:hAnsi="Arial" w:eastAsia="Arial"/>
      <w:b/>
      <w:color w:val="000000"/>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5 Global Success - Unit 19</dc:title>
  <dc:subject>Unit test and answer key</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