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620DB" w14:textId="77777777" w:rsidR="00170D3E" w:rsidRPr="00B70719" w:rsidRDefault="00C638A1">
      <w:pPr>
        <w:jc w:val="center"/>
        <w:rPr>
          <w:sz w:val="36"/>
          <w:szCs w:val="36"/>
        </w:rPr>
      </w:pPr>
      <w:r w:rsidRPr="00B70719">
        <w:rPr>
          <w:b/>
          <w:color w:val="005578"/>
          <w:sz w:val="36"/>
          <w:szCs w:val="36"/>
        </w:rPr>
        <w:t>Unit 1 Test</w:t>
      </w:r>
    </w:p>
    <w:p w14:paraId="7BE756A2" w14:textId="77777777" w:rsidR="00170D3E" w:rsidRPr="00B70719" w:rsidRDefault="00C638A1">
      <w:pPr>
        <w:spacing w:before="80"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I. Listening</w:t>
      </w:r>
    </w:p>
    <w:p w14:paraId="74F38666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Listen to Mai talking about her new school day and fill in each blank with ONE word or a number.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2977"/>
        <w:gridCol w:w="5647"/>
      </w:tblGrid>
      <w:tr w:rsidR="00170D3E" w:rsidRPr="00B70719" w14:paraId="774E6FDC" w14:textId="77777777" w:rsidTr="00B70719">
        <w:trPr>
          <w:jc w:val="center"/>
        </w:trPr>
        <w:tc>
          <w:tcPr>
            <w:tcW w:w="1702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77F981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2977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ABACD8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b/>
                <w:sz w:val="28"/>
                <w:szCs w:val="28"/>
              </w:rPr>
              <w:t>Activity / Place</w:t>
            </w:r>
          </w:p>
        </w:tc>
        <w:tc>
          <w:tcPr>
            <w:tcW w:w="5647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12B249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b/>
                <w:sz w:val="28"/>
                <w:szCs w:val="28"/>
              </w:rPr>
              <w:t>Notes</w:t>
            </w:r>
          </w:p>
        </w:tc>
      </w:tr>
      <w:tr w:rsidR="00170D3E" w:rsidRPr="00B70719" w14:paraId="408CAB73" w14:textId="77777777" w:rsidTr="00B70719">
        <w:trPr>
          <w:jc w:val="center"/>
        </w:trPr>
        <w:tc>
          <w:tcPr>
            <w:tcW w:w="1702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2646DB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7:30</w:t>
            </w:r>
          </w:p>
        </w:tc>
        <w:tc>
          <w:tcPr>
            <w:tcW w:w="2977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7903D2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Meet teacher</w:t>
            </w:r>
          </w:p>
        </w:tc>
        <w:tc>
          <w:tcPr>
            <w:tcW w:w="5647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79454F8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Class (1) __________</w:t>
            </w:r>
          </w:p>
        </w:tc>
      </w:tr>
      <w:tr w:rsidR="00170D3E" w:rsidRPr="00B70719" w14:paraId="00F21699" w14:textId="77777777" w:rsidTr="00B70719">
        <w:trPr>
          <w:jc w:val="center"/>
        </w:trPr>
        <w:tc>
          <w:tcPr>
            <w:tcW w:w="1702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9A3031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8:00</w:t>
            </w:r>
          </w:p>
        </w:tc>
        <w:tc>
          <w:tcPr>
            <w:tcW w:w="2977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37CAB4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First lesson</w:t>
            </w:r>
          </w:p>
        </w:tc>
        <w:tc>
          <w:tcPr>
            <w:tcW w:w="5647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681B74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(2) __________</w:t>
            </w:r>
          </w:p>
        </w:tc>
      </w:tr>
      <w:tr w:rsidR="00170D3E" w:rsidRPr="00B70719" w14:paraId="32547506" w14:textId="77777777" w:rsidTr="00B70719">
        <w:trPr>
          <w:jc w:val="center"/>
        </w:trPr>
        <w:tc>
          <w:tcPr>
            <w:tcW w:w="1702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599CCF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9:30</w:t>
            </w:r>
          </w:p>
        </w:tc>
        <w:tc>
          <w:tcPr>
            <w:tcW w:w="2977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E19801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Break time</w:t>
            </w:r>
          </w:p>
        </w:tc>
        <w:tc>
          <w:tcPr>
            <w:tcW w:w="5647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912565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Talk with new (3) __________</w:t>
            </w:r>
          </w:p>
        </w:tc>
      </w:tr>
      <w:tr w:rsidR="00170D3E" w:rsidRPr="00B70719" w14:paraId="7B2A737F" w14:textId="77777777" w:rsidTr="00B70719">
        <w:trPr>
          <w:jc w:val="center"/>
        </w:trPr>
        <w:tc>
          <w:tcPr>
            <w:tcW w:w="1702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1A3F25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10:15</w:t>
            </w:r>
          </w:p>
        </w:tc>
        <w:tc>
          <w:tcPr>
            <w:tcW w:w="2977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F551B9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Favourite subject</w:t>
            </w:r>
          </w:p>
        </w:tc>
        <w:tc>
          <w:tcPr>
            <w:tcW w:w="5647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4CF39C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(4) __________</w:t>
            </w:r>
          </w:p>
        </w:tc>
      </w:tr>
      <w:tr w:rsidR="00170D3E" w:rsidRPr="00B70719" w14:paraId="18CCD78A" w14:textId="77777777" w:rsidTr="00B70719">
        <w:trPr>
          <w:jc w:val="center"/>
        </w:trPr>
        <w:tc>
          <w:tcPr>
            <w:tcW w:w="1702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9DC873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11:30</w:t>
            </w:r>
          </w:p>
        </w:tc>
        <w:tc>
          <w:tcPr>
            <w:tcW w:w="2977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1F9A41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Lunch</w:t>
            </w:r>
          </w:p>
        </w:tc>
        <w:tc>
          <w:tcPr>
            <w:tcW w:w="5647" w:type="dxa"/>
            <w:tcBorders>
              <w:top w:val="single" w:sz="6" w:space="0" w:color="4D4D4D"/>
              <w:left w:val="single" w:sz="6" w:space="0" w:color="4D4D4D"/>
              <w:bottom w:val="single" w:sz="6" w:space="0" w:color="4D4D4D"/>
              <w:right w:val="single" w:sz="6" w:space="0" w:color="4D4D4D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6D651C" w14:textId="77777777" w:rsidR="00170D3E" w:rsidRPr="00B70719" w:rsidRDefault="00C638A1">
            <w:pPr>
              <w:spacing w:after="0"/>
              <w:rPr>
                <w:sz w:val="28"/>
                <w:szCs w:val="28"/>
              </w:rPr>
            </w:pPr>
            <w:r w:rsidRPr="00B70719">
              <w:rPr>
                <w:sz w:val="28"/>
                <w:szCs w:val="28"/>
              </w:rPr>
              <w:t>In the school (5) __________</w:t>
            </w:r>
          </w:p>
        </w:tc>
      </w:tr>
    </w:tbl>
    <w:p w14:paraId="0575800F" w14:textId="77777777" w:rsidR="00170D3E" w:rsidRPr="00B70719" w:rsidRDefault="00C638A1">
      <w:pPr>
        <w:spacing w:before="80"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II. Pronunciation</w:t>
      </w:r>
    </w:p>
    <w:p w14:paraId="07BE7866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A. Choose the word whose bolded part is pronounced differently.</w:t>
      </w:r>
    </w:p>
    <w:p w14:paraId="311D9654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b/>
          <w:sz w:val="28"/>
          <w:szCs w:val="28"/>
        </w:rPr>
        <w:t xml:space="preserve">6. </w:t>
      </w:r>
      <w:r w:rsidRPr="00B70719">
        <w:rPr>
          <w:sz w:val="28"/>
          <w:szCs w:val="28"/>
        </w:rPr>
        <w:t>A. cl</w:t>
      </w:r>
      <w:r w:rsidRPr="00B70719">
        <w:rPr>
          <w:b/>
          <w:sz w:val="28"/>
          <w:szCs w:val="28"/>
        </w:rPr>
        <w:t>a</w:t>
      </w:r>
      <w:r w:rsidRPr="00B70719">
        <w:rPr>
          <w:sz w:val="28"/>
          <w:szCs w:val="28"/>
        </w:rPr>
        <w:t>ss    B. sm</w:t>
      </w:r>
      <w:r w:rsidRPr="00B70719">
        <w:rPr>
          <w:b/>
          <w:sz w:val="28"/>
          <w:szCs w:val="28"/>
        </w:rPr>
        <w:t>ar</w:t>
      </w:r>
      <w:r w:rsidRPr="00B70719">
        <w:rPr>
          <w:sz w:val="28"/>
          <w:szCs w:val="28"/>
        </w:rPr>
        <w:t xml:space="preserve">t    C. </w:t>
      </w:r>
      <w:r w:rsidRPr="00B70719">
        <w:rPr>
          <w:b/>
          <w:sz w:val="28"/>
          <w:szCs w:val="28"/>
        </w:rPr>
        <w:t>ar</w:t>
      </w:r>
      <w:r w:rsidRPr="00B70719">
        <w:rPr>
          <w:sz w:val="28"/>
          <w:szCs w:val="28"/>
        </w:rPr>
        <w:t>t    D. s</w:t>
      </w:r>
      <w:r w:rsidRPr="00B70719">
        <w:rPr>
          <w:b/>
          <w:sz w:val="28"/>
          <w:szCs w:val="28"/>
        </w:rPr>
        <w:t>u</w:t>
      </w:r>
      <w:r w:rsidRPr="00B70719">
        <w:rPr>
          <w:sz w:val="28"/>
          <w:szCs w:val="28"/>
        </w:rPr>
        <w:t xml:space="preserve">bject    </w:t>
      </w:r>
    </w:p>
    <w:p w14:paraId="571CF3F9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b/>
          <w:sz w:val="28"/>
          <w:szCs w:val="28"/>
        </w:rPr>
        <w:t xml:space="preserve">7. </w:t>
      </w:r>
      <w:r w:rsidRPr="00B70719">
        <w:rPr>
          <w:sz w:val="28"/>
          <w:szCs w:val="28"/>
        </w:rPr>
        <w:t>A. st</w:t>
      </w:r>
      <w:r w:rsidRPr="00B70719">
        <w:rPr>
          <w:b/>
          <w:sz w:val="28"/>
          <w:szCs w:val="28"/>
        </w:rPr>
        <w:t>u</w:t>
      </w:r>
      <w:r w:rsidRPr="00B70719">
        <w:rPr>
          <w:sz w:val="28"/>
          <w:szCs w:val="28"/>
        </w:rPr>
        <w:t>dy    B. l</w:t>
      </w:r>
      <w:r w:rsidRPr="00B70719">
        <w:rPr>
          <w:b/>
          <w:sz w:val="28"/>
          <w:szCs w:val="28"/>
        </w:rPr>
        <w:t>u</w:t>
      </w:r>
      <w:r w:rsidRPr="00B70719">
        <w:rPr>
          <w:sz w:val="28"/>
          <w:szCs w:val="28"/>
        </w:rPr>
        <w:t>nch    C. comp</w:t>
      </w:r>
      <w:r w:rsidRPr="00B70719">
        <w:rPr>
          <w:b/>
          <w:sz w:val="28"/>
          <w:szCs w:val="28"/>
        </w:rPr>
        <w:t>a</w:t>
      </w:r>
      <w:r w:rsidRPr="00B70719">
        <w:rPr>
          <w:sz w:val="28"/>
          <w:szCs w:val="28"/>
        </w:rPr>
        <w:t>ss    D. st</w:t>
      </w:r>
      <w:r w:rsidRPr="00B70719">
        <w:rPr>
          <w:b/>
          <w:sz w:val="28"/>
          <w:szCs w:val="28"/>
        </w:rPr>
        <w:t>ar</w:t>
      </w:r>
      <w:r w:rsidRPr="00B70719">
        <w:rPr>
          <w:sz w:val="28"/>
          <w:szCs w:val="28"/>
        </w:rPr>
        <w:t xml:space="preserve">t    </w:t>
      </w:r>
    </w:p>
    <w:p w14:paraId="0CC88109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B. Choose the word that has a different stress pattern from the others.</w:t>
      </w:r>
    </w:p>
    <w:p w14:paraId="030AE720" w14:textId="77777777" w:rsidR="00170D3E" w:rsidRPr="00B70719" w:rsidRDefault="00C638A1">
      <w:pPr>
        <w:spacing w:after="40"/>
        <w:rPr>
          <w:bCs/>
          <w:sz w:val="28"/>
          <w:szCs w:val="28"/>
        </w:rPr>
      </w:pPr>
      <w:r w:rsidRPr="00B70719">
        <w:rPr>
          <w:bCs/>
          <w:sz w:val="28"/>
          <w:szCs w:val="28"/>
        </w:rPr>
        <w:t>8. A. teacher    B. student    C. homework    D. around</w:t>
      </w:r>
    </w:p>
    <w:p w14:paraId="54517A96" w14:textId="77777777" w:rsidR="00170D3E" w:rsidRPr="00B70719" w:rsidRDefault="00C638A1">
      <w:pPr>
        <w:spacing w:after="40"/>
        <w:rPr>
          <w:bCs/>
          <w:sz w:val="28"/>
          <w:szCs w:val="28"/>
        </w:rPr>
      </w:pPr>
      <w:r w:rsidRPr="00B70719">
        <w:rPr>
          <w:bCs/>
          <w:sz w:val="28"/>
          <w:szCs w:val="28"/>
        </w:rPr>
        <w:t>9. A. calculator    B. activity    C. uniform    D. library</w:t>
      </w:r>
    </w:p>
    <w:p w14:paraId="54D89CAB" w14:textId="77777777" w:rsidR="00170D3E" w:rsidRPr="00B70719" w:rsidRDefault="00C638A1">
      <w:pPr>
        <w:spacing w:before="80"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III. Language use</w:t>
      </w:r>
    </w:p>
    <w:p w14:paraId="14FF243D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Choose the best answer A, B, C or D.</w:t>
      </w:r>
    </w:p>
    <w:p w14:paraId="1B1E0304" w14:textId="77777777" w:rsidR="00170D3E" w:rsidRPr="00B70719" w:rsidRDefault="00C638A1">
      <w:pPr>
        <w:spacing w:after="40"/>
        <w:rPr>
          <w:bCs/>
          <w:sz w:val="28"/>
          <w:szCs w:val="28"/>
        </w:rPr>
      </w:pPr>
      <w:r w:rsidRPr="00B70719">
        <w:rPr>
          <w:bCs/>
          <w:sz w:val="28"/>
          <w:szCs w:val="28"/>
        </w:rPr>
        <w:t>10. Students usually wear a __________ at school.</w:t>
      </w:r>
    </w:p>
    <w:p w14:paraId="69667589" w14:textId="77777777" w:rsidR="00170D3E" w:rsidRPr="00B70719" w:rsidRDefault="00C638A1">
      <w:pPr>
        <w:spacing w:after="100"/>
        <w:rPr>
          <w:bCs/>
          <w:sz w:val="28"/>
          <w:szCs w:val="28"/>
        </w:rPr>
      </w:pPr>
      <w:r w:rsidRPr="00B70719">
        <w:rPr>
          <w:bCs/>
          <w:sz w:val="28"/>
          <w:szCs w:val="28"/>
        </w:rPr>
        <w:t xml:space="preserve">A. uniform    B. compass    C. subject    D. lunch    </w:t>
      </w:r>
    </w:p>
    <w:p w14:paraId="1AB7F4BE" w14:textId="77777777" w:rsidR="00170D3E" w:rsidRPr="00B70719" w:rsidRDefault="00C638A1">
      <w:pPr>
        <w:spacing w:after="40"/>
        <w:rPr>
          <w:bCs/>
          <w:sz w:val="28"/>
          <w:szCs w:val="28"/>
        </w:rPr>
      </w:pPr>
      <w:r w:rsidRPr="00B70719">
        <w:rPr>
          <w:bCs/>
          <w:sz w:val="28"/>
          <w:szCs w:val="28"/>
        </w:rPr>
        <w:t>11. We __________ new subjects this school year.</w:t>
      </w:r>
    </w:p>
    <w:p w14:paraId="1E34ED0D" w14:textId="77777777" w:rsidR="00170D3E" w:rsidRPr="00B70719" w:rsidRDefault="00C638A1">
      <w:pPr>
        <w:spacing w:after="100"/>
        <w:rPr>
          <w:bCs/>
          <w:sz w:val="28"/>
          <w:szCs w:val="28"/>
        </w:rPr>
      </w:pPr>
      <w:r w:rsidRPr="00B70719">
        <w:rPr>
          <w:bCs/>
          <w:sz w:val="28"/>
          <w:szCs w:val="28"/>
        </w:rPr>
        <w:t xml:space="preserve">A. has    B. have    C. having    D. is having    </w:t>
      </w:r>
    </w:p>
    <w:p w14:paraId="6F76BEE5" w14:textId="77777777" w:rsidR="00170D3E" w:rsidRPr="00B70719" w:rsidRDefault="00C638A1">
      <w:pPr>
        <w:spacing w:after="40"/>
        <w:rPr>
          <w:bCs/>
          <w:sz w:val="28"/>
          <w:szCs w:val="28"/>
        </w:rPr>
      </w:pPr>
      <w:r w:rsidRPr="00B70719">
        <w:rPr>
          <w:bCs/>
          <w:sz w:val="28"/>
          <w:szCs w:val="28"/>
        </w:rPr>
        <w:t>12. My brother __________ to school by bicycle every day.</w:t>
      </w:r>
    </w:p>
    <w:p w14:paraId="398659B8" w14:textId="77777777" w:rsidR="00170D3E" w:rsidRPr="00B70719" w:rsidRDefault="00C638A1">
      <w:pPr>
        <w:spacing w:after="100"/>
        <w:rPr>
          <w:bCs/>
          <w:sz w:val="28"/>
          <w:szCs w:val="28"/>
        </w:rPr>
      </w:pPr>
      <w:r w:rsidRPr="00B70719">
        <w:rPr>
          <w:bCs/>
          <w:sz w:val="28"/>
          <w:szCs w:val="28"/>
        </w:rPr>
        <w:t xml:space="preserve">A. go    B. going    C. goes    D. to go    </w:t>
      </w:r>
    </w:p>
    <w:p w14:paraId="722CAB80" w14:textId="77777777" w:rsidR="00170D3E" w:rsidRPr="00B70719" w:rsidRDefault="00C638A1">
      <w:pPr>
        <w:spacing w:after="40"/>
        <w:rPr>
          <w:bCs/>
          <w:sz w:val="28"/>
          <w:szCs w:val="28"/>
        </w:rPr>
      </w:pPr>
      <w:r w:rsidRPr="00B70719">
        <w:rPr>
          <w:bCs/>
          <w:sz w:val="28"/>
          <w:szCs w:val="28"/>
        </w:rPr>
        <w:t>13. __________ do you study English? - On Monday and Friday.</w:t>
      </w:r>
    </w:p>
    <w:p w14:paraId="36BC4E87" w14:textId="77777777" w:rsidR="00170D3E" w:rsidRPr="00B70719" w:rsidRDefault="00C638A1">
      <w:pPr>
        <w:spacing w:after="100"/>
        <w:rPr>
          <w:bCs/>
          <w:sz w:val="28"/>
          <w:szCs w:val="28"/>
        </w:rPr>
      </w:pPr>
      <w:r w:rsidRPr="00B70719">
        <w:rPr>
          <w:bCs/>
          <w:sz w:val="28"/>
          <w:szCs w:val="28"/>
        </w:rPr>
        <w:t xml:space="preserve">A. What    B. When    C. Who    D. How many    </w:t>
      </w:r>
    </w:p>
    <w:p w14:paraId="711D62C9" w14:textId="77777777" w:rsidR="00170D3E" w:rsidRPr="00B70719" w:rsidRDefault="00C638A1">
      <w:pPr>
        <w:spacing w:after="40"/>
        <w:rPr>
          <w:bCs/>
          <w:sz w:val="28"/>
          <w:szCs w:val="28"/>
        </w:rPr>
      </w:pPr>
      <w:r w:rsidRPr="00B70719">
        <w:rPr>
          <w:bCs/>
          <w:sz w:val="28"/>
          <w:szCs w:val="28"/>
        </w:rPr>
        <w:t>14. There is a new __________ in my pencil case.</w:t>
      </w:r>
    </w:p>
    <w:p w14:paraId="0F63BFBE" w14:textId="77777777" w:rsidR="00170D3E" w:rsidRPr="00B70719" w:rsidRDefault="00C638A1">
      <w:pPr>
        <w:spacing w:after="100"/>
        <w:rPr>
          <w:bCs/>
          <w:sz w:val="28"/>
          <w:szCs w:val="28"/>
        </w:rPr>
      </w:pPr>
      <w:r w:rsidRPr="00B70719">
        <w:rPr>
          <w:bCs/>
          <w:sz w:val="28"/>
          <w:szCs w:val="28"/>
        </w:rPr>
        <w:t xml:space="preserve">A. rubber    B. playground    C. science    D. history    </w:t>
      </w:r>
    </w:p>
    <w:p w14:paraId="00BFA648" w14:textId="77777777" w:rsidR="00170D3E" w:rsidRPr="00B70719" w:rsidRDefault="00C638A1">
      <w:pPr>
        <w:spacing w:after="40"/>
        <w:rPr>
          <w:bCs/>
          <w:sz w:val="28"/>
          <w:szCs w:val="28"/>
        </w:rPr>
      </w:pPr>
      <w:r w:rsidRPr="00B70719">
        <w:rPr>
          <w:bCs/>
          <w:sz w:val="28"/>
          <w:szCs w:val="28"/>
        </w:rPr>
        <w:t>15. Duy is very friendly, __________ he helps new students.</w:t>
      </w:r>
    </w:p>
    <w:p w14:paraId="535ACBDB" w14:textId="77777777" w:rsidR="00170D3E" w:rsidRPr="00B70719" w:rsidRDefault="00C638A1">
      <w:pPr>
        <w:spacing w:after="100"/>
        <w:rPr>
          <w:bCs/>
          <w:sz w:val="28"/>
          <w:szCs w:val="28"/>
        </w:rPr>
      </w:pPr>
      <w:r w:rsidRPr="00B70719">
        <w:rPr>
          <w:bCs/>
          <w:sz w:val="28"/>
          <w:szCs w:val="28"/>
        </w:rPr>
        <w:t xml:space="preserve">A. but    B. so    C. because    D. or    </w:t>
      </w:r>
    </w:p>
    <w:p w14:paraId="33265235" w14:textId="77777777" w:rsidR="00170D3E" w:rsidRPr="00B70719" w:rsidRDefault="00C638A1">
      <w:pPr>
        <w:spacing w:before="80"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IV. Signs &amp; Notices</w:t>
      </w:r>
    </w:p>
    <w:p w14:paraId="602C8296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Look at the signs and choose the best explanation.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6496"/>
      </w:tblGrid>
      <w:tr w:rsidR="00170D3E" w:rsidRPr="00B70719" w14:paraId="5FAD82FC" w14:textId="77777777" w:rsidTr="002D04CE">
        <w:trPr>
          <w:jc w:val="center"/>
        </w:trPr>
        <w:tc>
          <w:tcPr>
            <w:tcW w:w="3828" w:type="dxa"/>
            <w:tcBorders>
              <w:top w:val="single" w:sz="8" w:space="0" w:color="008FD3"/>
              <w:left w:val="single" w:sz="8" w:space="0" w:color="008FD3"/>
              <w:bottom w:val="single" w:sz="8" w:space="0" w:color="008FD3"/>
              <w:right w:val="single" w:sz="8" w:space="0" w:color="008FD3"/>
            </w:tcBorders>
            <w:shd w:val="clear" w:color="auto" w:fill="EAF6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9A8B56" w14:textId="2445A812" w:rsidR="00170D3E" w:rsidRPr="00B70719" w:rsidRDefault="002D04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7728" behindDoc="0" locked="0" layoutInCell="1" allowOverlap="1" wp14:anchorId="1D6BBD34" wp14:editId="7D5BDF11">
                  <wp:simplePos x="0" y="0"/>
                  <wp:positionH relativeFrom="column">
                    <wp:posOffset>487679</wp:posOffset>
                  </wp:positionH>
                  <wp:positionV relativeFrom="paragraph">
                    <wp:posOffset>-14605</wp:posOffset>
                  </wp:positionV>
                  <wp:extent cx="1349291" cy="1323975"/>
                  <wp:effectExtent l="0" t="0" r="3810" b="0"/>
                  <wp:wrapNone/>
                  <wp:docPr id="1278053236" name="Picture 1" descr="No Talk Be Quiet Sign Sticker: Vector có sẵn (miễn phí bản quyền)  2542799211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 Talk Be Quiet Sign Sticker: Vector có sẵn (miễn phí bản quyền)  2542799211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9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291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96" w:type="dxa"/>
            <w:tcBorders>
              <w:top w:val="single" w:sz="8" w:space="0" w:color="008FD3"/>
              <w:left w:val="single" w:sz="8" w:space="0" w:color="008FD3"/>
              <w:bottom w:val="single" w:sz="8" w:space="0" w:color="008FD3"/>
              <w:right w:val="single" w:sz="8" w:space="0" w:color="008FD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E029BA" w14:textId="610085F7" w:rsidR="00170D3E" w:rsidRPr="00B70719" w:rsidRDefault="00C638A1">
            <w:pPr>
              <w:rPr>
                <w:sz w:val="28"/>
                <w:szCs w:val="28"/>
              </w:rPr>
            </w:pPr>
            <w:r w:rsidRPr="00B70719">
              <w:rPr>
                <w:b/>
                <w:sz w:val="28"/>
                <w:szCs w:val="28"/>
              </w:rPr>
              <w:t>16. What does this notice mean?</w:t>
            </w:r>
            <w:r w:rsidRPr="00B70719">
              <w:rPr>
                <w:b/>
                <w:sz w:val="28"/>
                <w:szCs w:val="28"/>
              </w:rPr>
              <w:br/>
            </w:r>
            <w:r w:rsidRPr="002D04CE">
              <w:rPr>
                <w:bCs/>
                <w:sz w:val="28"/>
                <w:szCs w:val="28"/>
              </w:rPr>
              <w:t>A. Students can talk loudly in the library.</w:t>
            </w:r>
            <w:r w:rsidRPr="002D04CE">
              <w:rPr>
                <w:bCs/>
                <w:sz w:val="28"/>
                <w:szCs w:val="28"/>
              </w:rPr>
              <w:br/>
              <w:t>B. Students should be quiet.</w:t>
            </w:r>
            <w:r w:rsidRPr="002D04CE">
              <w:rPr>
                <w:bCs/>
                <w:sz w:val="28"/>
                <w:szCs w:val="28"/>
              </w:rPr>
              <w:br/>
              <w:t>C. Students must buy new books.</w:t>
            </w:r>
            <w:r w:rsidRPr="002D04CE">
              <w:rPr>
                <w:bCs/>
                <w:sz w:val="28"/>
                <w:szCs w:val="28"/>
              </w:rPr>
              <w:br/>
              <w:t>D. Students cannot read books here.</w:t>
            </w:r>
          </w:p>
        </w:tc>
      </w:tr>
    </w:tbl>
    <w:p w14:paraId="1E86E327" w14:textId="77777777" w:rsidR="00170D3E" w:rsidRPr="00B70719" w:rsidRDefault="00170D3E">
      <w:pPr>
        <w:spacing w:after="0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6496"/>
      </w:tblGrid>
      <w:tr w:rsidR="00170D3E" w:rsidRPr="00B70719" w14:paraId="777AF85D" w14:textId="77777777" w:rsidTr="002D04CE">
        <w:trPr>
          <w:jc w:val="center"/>
        </w:trPr>
        <w:tc>
          <w:tcPr>
            <w:tcW w:w="3828" w:type="dxa"/>
            <w:tcBorders>
              <w:top w:val="single" w:sz="8" w:space="0" w:color="008FD3"/>
              <w:left w:val="single" w:sz="8" w:space="0" w:color="008FD3"/>
              <w:bottom w:val="single" w:sz="8" w:space="0" w:color="008FD3"/>
              <w:right w:val="single" w:sz="8" w:space="0" w:color="008FD3"/>
            </w:tcBorders>
            <w:shd w:val="clear" w:color="auto" w:fill="EAF6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C50E55" w14:textId="171AEC0C" w:rsidR="00170D3E" w:rsidRPr="00B70719" w:rsidRDefault="002D04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4E102D6" wp14:editId="791C4432">
                  <wp:extent cx="954397" cy="1352550"/>
                  <wp:effectExtent l="0" t="0" r="0" b="0"/>
                  <wp:docPr id="725115193" name="Picture 2" descr="No Food Or Drinks Allowed A4 Template | PosterMyW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o Food Or Drinks Allowed A4 Template | PosterMyW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75" cy="1353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6" w:type="dxa"/>
            <w:tcBorders>
              <w:top w:val="single" w:sz="8" w:space="0" w:color="008FD3"/>
              <w:left w:val="single" w:sz="8" w:space="0" w:color="008FD3"/>
              <w:bottom w:val="single" w:sz="8" w:space="0" w:color="008FD3"/>
              <w:right w:val="single" w:sz="8" w:space="0" w:color="008FD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C3B171" w14:textId="462047C8" w:rsidR="00170D3E" w:rsidRPr="00B70719" w:rsidRDefault="00C638A1">
            <w:pPr>
              <w:rPr>
                <w:sz w:val="28"/>
                <w:szCs w:val="28"/>
              </w:rPr>
            </w:pPr>
            <w:r w:rsidRPr="00B70719">
              <w:rPr>
                <w:b/>
                <w:sz w:val="28"/>
                <w:szCs w:val="28"/>
              </w:rPr>
              <w:t>17. What is the message of this sign?</w:t>
            </w:r>
            <w:r w:rsidRPr="00B70719">
              <w:rPr>
                <w:b/>
                <w:sz w:val="28"/>
                <w:szCs w:val="28"/>
              </w:rPr>
              <w:br/>
            </w:r>
            <w:r w:rsidRPr="002D04CE">
              <w:rPr>
                <w:bCs/>
                <w:sz w:val="28"/>
                <w:szCs w:val="28"/>
              </w:rPr>
              <w:t>A. Students can have lunch in the lab.</w:t>
            </w:r>
            <w:r w:rsidRPr="002D04CE">
              <w:rPr>
                <w:bCs/>
                <w:sz w:val="28"/>
                <w:szCs w:val="28"/>
              </w:rPr>
              <w:br/>
              <w:t xml:space="preserve">B. </w:t>
            </w:r>
            <w:r w:rsidR="002D04CE" w:rsidRPr="002D04CE">
              <w:rPr>
                <w:bCs/>
                <w:sz w:val="28"/>
                <w:szCs w:val="28"/>
              </w:rPr>
              <w:t>Students can bring water to the playground.</w:t>
            </w:r>
            <w:r w:rsidRPr="002D04CE">
              <w:rPr>
                <w:bCs/>
                <w:sz w:val="28"/>
                <w:szCs w:val="28"/>
              </w:rPr>
              <w:br/>
              <w:t>C. Students should clean the canteen.</w:t>
            </w:r>
            <w:r w:rsidRPr="002D04CE">
              <w:rPr>
                <w:bCs/>
                <w:sz w:val="28"/>
                <w:szCs w:val="28"/>
              </w:rPr>
              <w:br/>
              <w:t xml:space="preserve">D. </w:t>
            </w:r>
            <w:r w:rsidR="002D04CE" w:rsidRPr="002D04CE">
              <w:rPr>
                <w:bCs/>
                <w:sz w:val="28"/>
                <w:szCs w:val="28"/>
              </w:rPr>
              <w:t>Students must not eat or drink in the lab.</w:t>
            </w:r>
          </w:p>
        </w:tc>
      </w:tr>
    </w:tbl>
    <w:p w14:paraId="43971074" w14:textId="77777777" w:rsidR="00170D3E" w:rsidRPr="00B70719" w:rsidRDefault="00170D3E">
      <w:pPr>
        <w:spacing w:after="0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6496"/>
      </w:tblGrid>
      <w:tr w:rsidR="00170D3E" w:rsidRPr="00B70719" w14:paraId="0C947275" w14:textId="77777777" w:rsidTr="002D04CE">
        <w:trPr>
          <w:jc w:val="center"/>
        </w:trPr>
        <w:tc>
          <w:tcPr>
            <w:tcW w:w="3828" w:type="dxa"/>
            <w:tcBorders>
              <w:top w:val="single" w:sz="8" w:space="0" w:color="008FD3"/>
              <w:left w:val="single" w:sz="8" w:space="0" w:color="008FD3"/>
              <w:bottom w:val="single" w:sz="8" w:space="0" w:color="008FD3"/>
              <w:right w:val="single" w:sz="8" w:space="0" w:color="008FD3"/>
            </w:tcBorders>
            <w:shd w:val="clear" w:color="auto" w:fill="EAF6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5F17F9" w14:textId="77777777" w:rsidR="00170D3E" w:rsidRPr="00B70719" w:rsidRDefault="00C638A1">
            <w:pPr>
              <w:jc w:val="center"/>
              <w:rPr>
                <w:sz w:val="28"/>
                <w:szCs w:val="28"/>
              </w:rPr>
            </w:pPr>
            <w:r w:rsidRPr="00B70719">
              <w:rPr>
                <w:b/>
                <w:sz w:val="28"/>
                <w:szCs w:val="28"/>
              </w:rPr>
              <w:t>CLASS 6A:</w:t>
            </w:r>
            <w:r w:rsidRPr="00B70719">
              <w:rPr>
                <w:b/>
                <w:sz w:val="28"/>
                <w:szCs w:val="28"/>
              </w:rPr>
              <w:br/>
              <w:t>English Club meets after school every Friday.</w:t>
            </w:r>
          </w:p>
        </w:tc>
        <w:tc>
          <w:tcPr>
            <w:tcW w:w="6496" w:type="dxa"/>
            <w:tcBorders>
              <w:top w:val="single" w:sz="8" w:space="0" w:color="008FD3"/>
              <w:left w:val="single" w:sz="8" w:space="0" w:color="008FD3"/>
              <w:bottom w:val="single" w:sz="8" w:space="0" w:color="008FD3"/>
              <w:right w:val="single" w:sz="8" w:space="0" w:color="008FD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275929" w14:textId="46D24DC3" w:rsidR="00170D3E" w:rsidRPr="00B70719" w:rsidRDefault="00C638A1">
            <w:pPr>
              <w:rPr>
                <w:sz w:val="28"/>
                <w:szCs w:val="28"/>
              </w:rPr>
            </w:pPr>
            <w:r w:rsidRPr="00B70719">
              <w:rPr>
                <w:b/>
                <w:sz w:val="28"/>
                <w:szCs w:val="28"/>
              </w:rPr>
              <w:t>18. Read the notice. What is TRUE?</w:t>
            </w:r>
            <w:r w:rsidRPr="00B70719">
              <w:rPr>
                <w:b/>
                <w:sz w:val="28"/>
                <w:szCs w:val="28"/>
              </w:rPr>
              <w:br/>
            </w:r>
            <w:r w:rsidRPr="002D04CE">
              <w:rPr>
                <w:bCs/>
                <w:sz w:val="28"/>
                <w:szCs w:val="28"/>
              </w:rPr>
              <w:t>A. The club meets before school.</w:t>
            </w:r>
            <w:r w:rsidRPr="002D04CE">
              <w:rPr>
                <w:bCs/>
                <w:sz w:val="28"/>
                <w:szCs w:val="28"/>
              </w:rPr>
              <w:br/>
              <w:t xml:space="preserve">B. The club is for Class </w:t>
            </w:r>
            <w:r w:rsidR="009A608F">
              <w:rPr>
                <w:bCs/>
                <w:sz w:val="28"/>
                <w:szCs w:val="28"/>
              </w:rPr>
              <w:t>6</w:t>
            </w:r>
            <w:r w:rsidRPr="002D04CE">
              <w:rPr>
                <w:bCs/>
                <w:sz w:val="28"/>
                <w:szCs w:val="28"/>
              </w:rPr>
              <w:t>A only.</w:t>
            </w:r>
            <w:r w:rsidRPr="002D04CE">
              <w:rPr>
                <w:bCs/>
                <w:sz w:val="28"/>
                <w:szCs w:val="28"/>
              </w:rPr>
              <w:br/>
              <w:t xml:space="preserve">C. The club meets after school </w:t>
            </w:r>
            <w:r w:rsidR="009A608F">
              <w:rPr>
                <w:bCs/>
                <w:sz w:val="28"/>
                <w:szCs w:val="28"/>
              </w:rPr>
              <w:t>each</w:t>
            </w:r>
            <w:r w:rsidRPr="002D04CE">
              <w:rPr>
                <w:bCs/>
                <w:sz w:val="28"/>
                <w:szCs w:val="28"/>
              </w:rPr>
              <w:t xml:space="preserve"> Friday.</w:t>
            </w:r>
            <w:r w:rsidRPr="002D04CE">
              <w:rPr>
                <w:bCs/>
                <w:sz w:val="28"/>
                <w:szCs w:val="28"/>
              </w:rPr>
              <w:br/>
              <w:t>D. Students meet every Monday.</w:t>
            </w:r>
          </w:p>
        </w:tc>
      </w:tr>
    </w:tbl>
    <w:p w14:paraId="35F7B005" w14:textId="77777777" w:rsidR="00170D3E" w:rsidRPr="00B70719" w:rsidRDefault="00170D3E">
      <w:pPr>
        <w:spacing w:after="0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6496"/>
      </w:tblGrid>
      <w:tr w:rsidR="00170D3E" w:rsidRPr="00B70719" w14:paraId="29828CC0" w14:textId="77777777" w:rsidTr="009A608F">
        <w:trPr>
          <w:jc w:val="center"/>
        </w:trPr>
        <w:tc>
          <w:tcPr>
            <w:tcW w:w="3828" w:type="dxa"/>
            <w:tcBorders>
              <w:top w:val="single" w:sz="8" w:space="0" w:color="008FD3"/>
              <w:left w:val="single" w:sz="8" w:space="0" w:color="008FD3"/>
              <w:bottom w:val="single" w:sz="8" w:space="0" w:color="008FD3"/>
              <w:right w:val="single" w:sz="8" w:space="0" w:color="008FD3"/>
            </w:tcBorders>
            <w:shd w:val="clear" w:color="auto" w:fill="EAF6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288E86" w14:textId="735BDE55" w:rsidR="00170D3E" w:rsidRPr="00B70719" w:rsidRDefault="009A608F">
            <w:pPr>
              <w:jc w:val="center"/>
              <w:rPr>
                <w:sz w:val="28"/>
                <w:szCs w:val="28"/>
              </w:rPr>
            </w:pPr>
            <w:r w:rsidRPr="009A608F">
              <w:rPr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752" behindDoc="0" locked="0" layoutInCell="1" allowOverlap="1" wp14:anchorId="522B09D5" wp14:editId="116B77B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31115</wp:posOffset>
                  </wp:positionV>
                  <wp:extent cx="1534702" cy="1228725"/>
                  <wp:effectExtent l="0" t="0" r="8890" b="0"/>
                  <wp:wrapNone/>
                  <wp:docPr id="1064321596" name="Picture 4" descr="Backpack Area 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ckpack Area Sig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702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96" w:type="dxa"/>
            <w:tcBorders>
              <w:top w:val="single" w:sz="8" w:space="0" w:color="008FD3"/>
              <w:left w:val="single" w:sz="8" w:space="0" w:color="008FD3"/>
              <w:bottom w:val="single" w:sz="8" w:space="0" w:color="008FD3"/>
              <w:right w:val="single" w:sz="8" w:space="0" w:color="008FD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F09B4D" w14:textId="41E7C420" w:rsidR="00170D3E" w:rsidRPr="00B70719" w:rsidRDefault="00C638A1">
            <w:pPr>
              <w:rPr>
                <w:sz w:val="28"/>
                <w:szCs w:val="28"/>
              </w:rPr>
            </w:pPr>
            <w:r w:rsidRPr="00B70719">
              <w:rPr>
                <w:b/>
                <w:sz w:val="28"/>
                <w:szCs w:val="28"/>
              </w:rPr>
              <w:t>19. What does this notice tell you?</w:t>
            </w:r>
            <w:r w:rsidRPr="00B70719">
              <w:rPr>
                <w:b/>
                <w:sz w:val="28"/>
                <w:szCs w:val="28"/>
              </w:rPr>
              <w:br/>
            </w:r>
            <w:r w:rsidRPr="009A608F">
              <w:rPr>
                <w:bCs/>
                <w:sz w:val="28"/>
                <w:szCs w:val="28"/>
              </w:rPr>
              <w:t xml:space="preserve">A. Students should </w:t>
            </w:r>
            <w:r w:rsidR="009A608F" w:rsidRPr="009A608F">
              <w:rPr>
                <w:bCs/>
                <w:sz w:val="28"/>
                <w:szCs w:val="28"/>
              </w:rPr>
              <w:t xml:space="preserve"> </w:t>
            </w:r>
            <w:r w:rsidRPr="009A608F">
              <w:rPr>
                <w:bCs/>
                <w:sz w:val="28"/>
                <w:szCs w:val="28"/>
              </w:rPr>
              <w:t>put their bags in this area.</w:t>
            </w:r>
            <w:r w:rsidRPr="009A608F">
              <w:rPr>
                <w:bCs/>
                <w:sz w:val="28"/>
                <w:szCs w:val="28"/>
              </w:rPr>
              <w:br/>
              <w:t>B. Students should bring bags to the football field.</w:t>
            </w:r>
            <w:r w:rsidRPr="009A608F">
              <w:rPr>
                <w:bCs/>
                <w:sz w:val="28"/>
                <w:szCs w:val="28"/>
              </w:rPr>
              <w:br/>
              <w:t>C. Students can leave books at home.</w:t>
            </w:r>
            <w:r w:rsidRPr="009A608F">
              <w:rPr>
                <w:bCs/>
                <w:sz w:val="28"/>
                <w:szCs w:val="28"/>
              </w:rPr>
              <w:br/>
              <w:t>D. Students must not have PE lessons.</w:t>
            </w:r>
          </w:p>
        </w:tc>
      </w:tr>
    </w:tbl>
    <w:p w14:paraId="105E68F0" w14:textId="77777777" w:rsidR="00170D3E" w:rsidRPr="00B70719" w:rsidRDefault="00170D3E">
      <w:pPr>
        <w:spacing w:after="0"/>
        <w:rPr>
          <w:sz w:val="28"/>
          <w:szCs w:val="28"/>
        </w:rPr>
      </w:pPr>
    </w:p>
    <w:p w14:paraId="59274ECE" w14:textId="669B9894" w:rsidR="00170D3E" w:rsidRPr="00B70719" w:rsidRDefault="00013D67" w:rsidP="00013D67">
      <w:pPr>
        <w:spacing w:before="80" w:after="60"/>
        <w:rPr>
          <w:sz w:val="28"/>
          <w:szCs w:val="28"/>
        </w:rPr>
      </w:pPr>
      <w:r>
        <w:rPr>
          <w:b/>
          <w:sz w:val="28"/>
          <w:szCs w:val="28"/>
        </w:rPr>
        <w:t xml:space="preserve">V. </w:t>
      </w:r>
      <w:bookmarkStart w:id="0" w:name="_GoBack"/>
      <w:bookmarkEnd w:id="0"/>
      <w:r w:rsidR="00C638A1" w:rsidRPr="00B70719">
        <w:rPr>
          <w:b/>
          <w:sz w:val="28"/>
          <w:szCs w:val="28"/>
        </w:rPr>
        <w:t>Rearrange the sentences (a-d) to make a complete conversation.</w:t>
      </w:r>
    </w:p>
    <w:p w14:paraId="54071947" w14:textId="77777777" w:rsidR="00170D3E" w:rsidRPr="00B70719" w:rsidRDefault="00C638A1">
      <w:pPr>
        <w:spacing w:after="0"/>
        <w:rPr>
          <w:sz w:val="28"/>
          <w:szCs w:val="28"/>
        </w:rPr>
      </w:pPr>
      <w:r w:rsidRPr="00B70719">
        <w:rPr>
          <w:b/>
          <w:sz w:val="28"/>
          <w:szCs w:val="28"/>
        </w:rPr>
        <w:t>20.</w:t>
      </w:r>
    </w:p>
    <w:p w14:paraId="7A0FFB4F" w14:textId="1024F5FF" w:rsidR="00C458E0" w:rsidRDefault="00C638A1" w:rsidP="00C458E0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 xml:space="preserve"> </w:t>
      </w:r>
      <w:r w:rsidR="00C458E0" w:rsidRPr="00C458E0">
        <w:rPr>
          <w:sz w:val="28"/>
          <w:szCs w:val="28"/>
        </w:rPr>
        <w:t xml:space="preserve">a. That's a great idea! </w:t>
      </w:r>
    </w:p>
    <w:p w14:paraId="097E2FFC" w14:textId="77777777" w:rsidR="00C458E0" w:rsidRDefault="00C458E0" w:rsidP="00C458E0">
      <w:pPr>
        <w:spacing w:after="60"/>
        <w:rPr>
          <w:sz w:val="28"/>
          <w:szCs w:val="28"/>
        </w:rPr>
      </w:pPr>
      <w:r w:rsidRPr="00C458E0">
        <w:rPr>
          <w:sz w:val="28"/>
          <w:szCs w:val="28"/>
        </w:rPr>
        <w:t xml:space="preserve">b. Hi Minh. Do you have any plans for this Saturday? </w:t>
      </w:r>
    </w:p>
    <w:p w14:paraId="268288FC" w14:textId="77777777" w:rsidR="00C458E0" w:rsidRDefault="00C458E0" w:rsidP="00C458E0">
      <w:pPr>
        <w:spacing w:after="60"/>
        <w:rPr>
          <w:sz w:val="28"/>
          <w:szCs w:val="28"/>
        </w:rPr>
      </w:pPr>
      <w:r w:rsidRPr="00C458E0">
        <w:rPr>
          <w:sz w:val="28"/>
          <w:szCs w:val="28"/>
        </w:rPr>
        <w:t xml:space="preserve">c. Shall we go to the school library to study together? </w:t>
      </w:r>
    </w:p>
    <w:p w14:paraId="1F465791" w14:textId="49038141" w:rsidR="00C458E0" w:rsidRDefault="00C458E0" w:rsidP="00C458E0">
      <w:pPr>
        <w:spacing w:after="60"/>
        <w:rPr>
          <w:sz w:val="28"/>
          <w:szCs w:val="28"/>
        </w:rPr>
      </w:pPr>
      <w:r w:rsidRPr="00C458E0">
        <w:rPr>
          <w:sz w:val="28"/>
          <w:szCs w:val="28"/>
        </w:rPr>
        <w:t>d. Not really. I'm just staying at home.</w:t>
      </w:r>
    </w:p>
    <w:p w14:paraId="4517FE30" w14:textId="1CFA61D7" w:rsidR="00170D3E" w:rsidRPr="00B70719" w:rsidRDefault="00C638A1" w:rsidP="00C458E0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 xml:space="preserve">A. b - d - a - c </w:t>
      </w:r>
      <w:r w:rsidR="009A608F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B. b - a - d - c </w:t>
      </w:r>
      <w:r w:rsidR="009A608F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C. </w:t>
      </w:r>
      <w:r w:rsidR="00C458E0">
        <w:rPr>
          <w:sz w:val="28"/>
          <w:szCs w:val="28"/>
        </w:rPr>
        <w:t>b</w:t>
      </w:r>
      <w:r w:rsidRPr="00B70719">
        <w:rPr>
          <w:sz w:val="28"/>
          <w:szCs w:val="28"/>
        </w:rPr>
        <w:t xml:space="preserve"> - </w:t>
      </w:r>
      <w:r w:rsidR="00C458E0">
        <w:rPr>
          <w:sz w:val="28"/>
          <w:szCs w:val="28"/>
        </w:rPr>
        <w:t>d</w:t>
      </w:r>
      <w:r w:rsidRPr="00B70719">
        <w:rPr>
          <w:sz w:val="28"/>
          <w:szCs w:val="28"/>
        </w:rPr>
        <w:t xml:space="preserve"> - c - a </w:t>
      </w:r>
      <w:r w:rsidR="009A608F">
        <w:rPr>
          <w:sz w:val="28"/>
          <w:szCs w:val="28"/>
        </w:rPr>
        <w:tab/>
      </w:r>
      <w:r w:rsidRPr="00B70719">
        <w:rPr>
          <w:sz w:val="28"/>
          <w:szCs w:val="28"/>
        </w:rPr>
        <w:t>D. a - b - d - c</w:t>
      </w:r>
    </w:p>
    <w:p w14:paraId="447F3E52" w14:textId="77777777" w:rsidR="00170D3E" w:rsidRPr="00B70719" w:rsidRDefault="00C638A1">
      <w:pPr>
        <w:spacing w:after="0"/>
        <w:rPr>
          <w:sz w:val="28"/>
          <w:szCs w:val="28"/>
        </w:rPr>
      </w:pPr>
      <w:r w:rsidRPr="00B70719">
        <w:rPr>
          <w:b/>
          <w:sz w:val="28"/>
          <w:szCs w:val="28"/>
        </w:rPr>
        <w:t>21.</w:t>
      </w:r>
    </w:p>
    <w:p w14:paraId="7982D79E" w14:textId="77777777" w:rsidR="00EC0510" w:rsidRPr="00EC0510" w:rsidRDefault="00C638A1" w:rsidP="00EC0510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 xml:space="preserve"> </w:t>
      </w:r>
      <w:r w:rsidR="00EC0510" w:rsidRPr="00EC0510">
        <w:rPr>
          <w:sz w:val="28"/>
          <w:szCs w:val="28"/>
        </w:rPr>
        <w:t>a. I like English and history.</w:t>
      </w:r>
    </w:p>
    <w:p w14:paraId="2B96CA67" w14:textId="77777777" w:rsidR="00EC0510" w:rsidRPr="00EC0510" w:rsidRDefault="00EC0510" w:rsidP="00EC0510">
      <w:pPr>
        <w:spacing w:after="60"/>
        <w:rPr>
          <w:sz w:val="28"/>
          <w:szCs w:val="28"/>
        </w:rPr>
      </w:pPr>
      <w:r w:rsidRPr="00EC0510">
        <w:rPr>
          <w:sz w:val="28"/>
          <w:szCs w:val="28"/>
        </w:rPr>
        <w:t>b. What subjects do you like?</w:t>
      </w:r>
    </w:p>
    <w:p w14:paraId="52DF8A96" w14:textId="77777777" w:rsidR="00EC0510" w:rsidRPr="00EC0510" w:rsidRDefault="00EC0510" w:rsidP="00EC0510">
      <w:pPr>
        <w:spacing w:after="60"/>
        <w:rPr>
          <w:sz w:val="28"/>
          <w:szCs w:val="28"/>
        </w:rPr>
      </w:pPr>
      <w:r w:rsidRPr="00EC0510">
        <w:rPr>
          <w:sz w:val="28"/>
          <w:szCs w:val="28"/>
        </w:rPr>
        <w:t>c. Yes, we do. We study Physics and Computer Science now.</w:t>
      </w:r>
    </w:p>
    <w:p w14:paraId="64D48D08" w14:textId="77777777" w:rsidR="00EC0510" w:rsidRPr="00EC0510" w:rsidRDefault="00EC0510" w:rsidP="00EC0510">
      <w:pPr>
        <w:spacing w:after="60"/>
        <w:rPr>
          <w:sz w:val="28"/>
          <w:szCs w:val="28"/>
        </w:rPr>
      </w:pPr>
      <w:r w:rsidRPr="00EC0510">
        <w:rPr>
          <w:sz w:val="28"/>
          <w:szCs w:val="28"/>
        </w:rPr>
        <w:lastRenderedPageBreak/>
        <w:t>d. That's cool! Do you have any new subjects this year?</w:t>
      </w:r>
    </w:p>
    <w:p w14:paraId="7F1C3867" w14:textId="0E837691" w:rsidR="00170D3E" w:rsidRPr="00B70719" w:rsidRDefault="00C638A1" w:rsidP="00EC0510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 xml:space="preserve">A. d - c - b - a </w:t>
      </w:r>
      <w:r w:rsidR="00EC0510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B. b - a - d - c </w:t>
      </w:r>
      <w:r w:rsidR="00EC0510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C. d - b - a - c </w:t>
      </w:r>
      <w:r w:rsidR="00EC0510">
        <w:rPr>
          <w:sz w:val="28"/>
          <w:szCs w:val="28"/>
        </w:rPr>
        <w:tab/>
      </w:r>
      <w:r w:rsidRPr="00B70719">
        <w:rPr>
          <w:sz w:val="28"/>
          <w:szCs w:val="28"/>
        </w:rPr>
        <w:t>D. a - b - c - d</w:t>
      </w:r>
    </w:p>
    <w:p w14:paraId="78ACC119" w14:textId="77777777" w:rsidR="00170D3E" w:rsidRPr="00B70719" w:rsidRDefault="00C638A1">
      <w:pPr>
        <w:spacing w:after="0"/>
        <w:rPr>
          <w:sz w:val="28"/>
          <w:szCs w:val="28"/>
        </w:rPr>
      </w:pPr>
      <w:r w:rsidRPr="00B70719">
        <w:rPr>
          <w:b/>
          <w:sz w:val="28"/>
          <w:szCs w:val="28"/>
        </w:rPr>
        <w:t>22.</w:t>
      </w:r>
    </w:p>
    <w:p w14:paraId="33CF6B34" w14:textId="77777777" w:rsidR="00EC0510" w:rsidRPr="00EC0510" w:rsidRDefault="00EC0510" w:rsidP="00EC0510">
      <w:pPr>
        <w:spacing w:after="60"/>
        <w:rPr>
          <w:sz w:val="28"/>
          <w:szCs w:val="28"/>
        </w:rPr>
      </w:pPr>
      <w:r w:rsidRPr="00EC0510">
        <w:rPr>
          <w:sz w:val="28"/>
          <w:szCs w:val="28"/>
        </w:rPr>
        <w:t>a. At six o'clock. Then I have breakfast.</w:t>
      </w:r>
    </w:p>
    <w:p w14:paraId="375086E1" w14:textId="77777777" w:rsidR="00EC0510" w:rsidRPr="00EC0510" w:rsidRDefault="00EC0510" w:rsidP="00EC0510">
      <w:pPr>
        <w:spacing w:after="60"/>
        <w:rPr>
          <w:sz w:val="28"/>
          <w:szCs w:val="28"/>
        </w:rPr>
      </w:pPr>
      <w:r w:rsidRPr="00EC0510">
        <w:rPr>
          <w:sz w:val="28"/>
          <w:szCs w:val="28"/>
        </w:rPr>
        <w:t>b. I usually go by bicycle.</w:t>
      </w:r>
    </w:p>
    <w:p w14:paraId="2753292D" w14:textId="77777777" w:rsidR="00EC0510" w:rsidRPr="00EC0510" w:rsidRDefault="00EC0510" w:rsidP="00EC0510">
      <w:pPr>
        <w:spacing w:after="60"/>
        <w:rPr>
          <w:sz w:val="28"/>
          <w:szCs w:val="28"/>
        </w:rPr>
      </w:pPr>
      <w:r w:rsidRPr="00EC0510">
        <w:rPr>
          <w:sz w:val="28"/>
          <w:szCs w:val="28"/>
        </w:rPr>
        <w:t>c. Wow, that's early! How do you go to school?</w:t>
      </w:r>
    </w:p>
    <w:p w14:paraId="3C5F691B" w14:textId="77777777" w:rsidR="00EC0510" w:rsidRPr="00EC0510" w:rsidRDefault="00EC0510" w:rsidP="00EC0510">
      <w:pPr>
        <w:spacing w:after="60"/>
        <w:rPr>
          <w:sz w:val="28"/>
          <w:szCs w:val="28"/>
        </w:rPr>
      </w:pPr>
      <w:r w:rsidRPr="00EC0510">
        <w:rPr>
          <w:sz w:val="28"/>
          <w:szCs w:val="28"/>
        </w:rPr>
        <w:t>d. What time do you get up?</w:t>
      </w:r>
    </w:p>
    <w:p w14:paraId="6D871A8B" w14:textId="66B4F02C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 xml:space="preserve">A. c - b - d - a </w:t>
      </w:r>
      <w:r w:rsidR="00EC0510">
        <w:rPr>
          <w:sz w:val="28"/>
          <w:szCs w:val="28"/>
        </w:rPr>
        <w:tab/>
      </w:r>
      <w:r w:rsidRPr="00B70719">
        <w:rPr>
          <w:sz w:val="28"/>
          <w:szCs w:val="28"/>
        </w:rPr>
        <w:t>B.</w:t>
      </w:r>
      <w:r w:rsidR="00EC0510">
        <w:rPr>
          <w:sz w:val="28"/>
          <w:szCs w:val="28"/>
        </w:rPr>
        <w:t xml:space="preserve"> </w:t>
      </w:r>
      <w:r w:rsidR="00EC0510" w:rsidRPr="00B70719">
        <w:rPr>
          <w:sz w:val="28"/>
          <w:szCs w:val="28"/>
        </w:rPr>
        <w:t>b - c - d - a</w:t>
      </w:r>
      <w:r w:rsidR="00EC0510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C. d - c - a - b </w:t>
      </w:r>
      <w:r w:rsidR="00EC0510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D. </w:t>
      </w:r>
      <w:r w:rsidR="00EC0510" w:rsidRPr="00B70719">
        <w:rPr>
          <w:sz w:val="28"/>
          <w:szCs w:val="28"/>
        </w:rPr>
        <w:t xml:space="preserve">d - a - c - b </w:t>
      </w:r>
    </w:p>
    <w:p w14:paraId="731240B4" w14:textId="77777777" w:rsidR="00170D3E" w:rsidRPr="00B70719" w:rsidRDefault="00C638A1">
      <w:pPr>
        <w:spacing w:after="0"/>
        <w:rPr>
          <w:sz w:val="28"/>
          <w:szCs w:val="28"/>
        </w:rPr>
      </w:pPr>
      <w:r w:rsidRPr="00B70719">
        <w:rPr>
          <w:b/>
          <w:sz w:val="28"/>
          <w:szCs w:val="28"/>
        </w:rPr>
        <w:t>23.</w:t>
      </w:r>
    </w:p>
    <w:p w14:paraId="1E49340D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 xml:space="preserve"> a. It is large and has many trees.</w:t>
      </w:r>
    </w:p>
    <w:p w14:paraId="795E9788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 xml:space="preserve"> b. What is your new school like?</w:t>
      </w:r>
    </w:p>
    <w:p w14:paraId="3CE8412E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 xml:space="preserve"> c. That sounds great! Do you like it?</w:t>
      </w:r>
    </w:p>
    <w:p w14:paraId="35195675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 xml:space="preserve"> d. Yes, I do. My teachers are kind.</w:t>
      </w:r>
    </w:p>
    <w:p w14:paraId="28168AB1" w14:textId="5B0F536E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 xml:space="preserve">A. b - a - c - d </w:t>
      </w:r>
      <w:r w:rsidR="00EC0510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B. a - b - d - c </w:t>
      </w:r>
      <w:r w:rsidR="00EC0510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C. b - c - a - d </w:t>
      </w:r>
      <w:r w:rsidR="00EC0510">
        <w:rPr>
          <w:sz w:val="28"/>
          <w:szCs w:val="28"/>
        </w:rPr>
        <w:tab/>
      </w:r>
      <w:r w:rsidRPr="00B70719">
        <w:rPr>
          <w:sz w:val="28"/>
          <w:szCs w:val="28"/>
        </w:rPr>
        <w:t>D. d - b - a - c</w:t>
      </w:r>
    </w:p>
    <w:p w14:paraId="03D36705" w14:textId="77777777" w:rsidR="00170D3E" w:rsidRPr="00B70719" w:rsidRDefault="00C638A1">
      <w:pPr>
        <w:spacing w:before="80"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VI. READING</w:t>
      </w:r>
    </w:p>
    <w:p w14:paraId="6023DF90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A. Read and choose the correct word for each blank.</w:t>
      </w:r>
    </w:p>
    <w:p w14:paraId="5B4492B8" w14:textId="103A12D1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My new school is in the centre of the village. It is not very big, but it is clean and friendly. We have many (24) _________ such as English, maths and science. At break time, we often play in the (25) _________. Our teachers are kind, and they help us when we have problems. I (26) _________ my school because I have many good friends there. Students usually (27) _________ their uniforms on Monday</w:t>
      </w:r>
      <w:r w:rsidR="00CE220C">
        <w:rPr>
          <w:sz w:val="28"/>
          <w:szCs w:val="28"/>
        </w:rPr>
        <w:t>s</w:t>
      </w:r>
      <w:r w:rsidRPr="00B70719">
        <w:rPr>
          <w:sz w:val="28"/>
          <w:szCs w:val="28"/>
        </w:rPr>
        <w:t>.</w:t>
      </w:r>
    </w:p>
    <w:p w14:paraId="306D7E83" w14:textId="0B8BE7B9" w:rsidR="00170D3E" w:rsidRPr="00B70719" w:rsidRDefault="00C638A1" w:rsidP="00FA2B54">
      <w:pPr>
        <w:spacing w:after="40"/>
        <w:rPr>
          <w:sz w:val="28"/>
          <w:szCs w:val="28"/>
        </w:rPr>
      </w:pPr>
      <w:r w:rsidRPr="00B70719">
        <w:rPr>
          <w:b/>
          <w:sz w:val="28"/>
          <w:szCs w:val="28"/>
        </w:rPr>
        <w:t xml:space="preserve">24. </w:t>
      </w:r>
      <w:r w:rsidRPr="00B70719">
        <w:rPr>
          <w:sz w:val="28"/>
          <w:szCs w:val="28"/>
        </w:rPr>
        <w:t xml:space="preserve">A. subjects    B. rubbers    C. compass    D. bags    </w:t>
      </w:r>
    </w:p>
    <w:p w14:paraId="269725B8" w14:textId="0B52184F" w:rsidR="00170D3E" w:rsidRPr="00B70719" w:rsidRDefault="00C638A1" w:rsidP="00FA2B54">
      <w:pPr>
        <w:spacing w:after="40"/>
        <w:rPr>
          <w:sz w:val="28"/>
          <w:szCs w:val="28"/>
        </w:rPr>
      </w:pPr>
      <w:r w:rsidRPr="00B70719">
        <w:rPr>
          <w:b/>
          <w:sz w:val="28"/>
          <w:szCs w:val="28"/>
        </w:rPr>
        <w:t xml:space="preserve">25. </w:t>
      </w:r>
      <w:r w:rsidRPr="00B70719">
        <w:rPr>
          <w:sz w:val="28"/>
          <w:szCs w:val="28"/>
        </w:rPr>
        <w:t xml:space="preserve">A. library    B. playground    C. calculator    D. kitchen    </w:t>
      </w:r>
    </w:p>
    <w:p w14:paraId="76515A73" w14:textId="677B33B6" w:rsidR="00170D3E" w:rsidRPr="00B70719" w:rsidRDefault="00C638A1" w:rsidP="00FA2B54">
      <w:pPr>
        <w:spacing w:after="40"/>
        <w:rPr>
          <w:sz w:val="28"/>
          <w:szCs w:val="28"/>
        </w:rPr>
      </w:pPr>
      <w:r w:rsidRPr="00B70719">
        <w:rPr>
          <w:b/>
          <w:sz w:val="28"/>
          <w:szCs w:val="28"/>
        </w:rPr>
        <w:t xml:space="preserve">26. </w:t>
      </w:r>
      <w:r w:rsidRPr="00B70719">
        <w:rPr>
          <w:sz w:val="28"/>
          <w:szCs w:val="28"/>
        </w:rPr>
        <w:t xml:space="preserve">A. likes    B. liking    C. like    D. to like    </w:t>
      </w:r>
    </w:p>
    <w:p w14:paraId="0E163E5D" w14:textId="7C7BC2FA" w:rsidR="00170D3E" w:rsidRPr="00B70719" w:rsidRDefault="00C638A1" w:rsidP="00FA2B54">
      <w:pPr>
        <w:spacing w:after="40"/>
        <w:rPr>
          <w:sz w:val="28"/>
          <w:szCs w:val="28"/>
        </w:rPr>
      </w:pPr>
      <w:r w:rsidRPr="00B70719">
        <w:rPr>
          <w:b/>
          <w:sz w:val="28"/>
          <w:szCs w:val="28"/>
        </w:rPr>
        <w:t xml:space="preserve">27. </w:t>
      </w:r>
      <w:r w:rsidRPr="00B70719">
        <w:rPr>
          <w:sz w:val="28"/>
          <w:szCs w:val="28"/>
        </w:rPr>
        <w:t xml:space="preserve">A. wear    B. wears    C. wearing    D. are wear    </w:t>
      </w:r>
    </w:p>
    <w:p w14:paraId="066331BB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B. Read the text and choose the best answer A, B, C or D.</w:t>
      </w:r>
    </w:p>
    <w:p w14:paraId="26779266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My name is Vy. This is my first week at Nguyen Du Secondary School. I am in Class 6A. My classroom is on the second floor. It is bright and clean. There are thirty-eight students in my class. Our teachers are friendly and helpful.</w:t>
      </w:r>
      <w:r w:rsidRPr="00B70719">
        <w:rPr>
          <w:sz w:val="28"/>
          <w:szCs w:val="28"/>
        </w:rPr>
        <w:br/>
      </w:r>
      <w:r w:rsidRPr="00B70719">
        <w:rPr>
          <w:sz w:val="28"/>
          <w:szCs w:val="28"/>
        </w:rPr>
        <w:br/>
        <w:t>My favourite subjects are English and science. I have English on Monday, Wednesday and Friday. During break time, I often talk with my friends in the playground. My best friend is Mai. She is kind and hard-working. She usually helps me with homework. I like my new school because every day is interesting.</w:t>
      </w:r>
    </w:p>
    <w:p w14:paraId="54382720" w14:textId="77777777" w:rsidR="00170D3E" w:rsidRPr="00B70719" w:rsidRDefault="00C638A1">
      <w:pPr>
        <w:spacing w:after="40"/>
        <w:rPr>
          <w:sz w:val="28"/>
          <w:szCs w:val="28"/>
        </w:rPr>
      </w:pPr>
      <w:r w:rsidRPr="00B70719">
        <w:rPr>
          <w:b/>
          <w:sz w:val="28"/>
          <w:szCs w:val="28"/>
        </w:rPr>
        <w:t>28. What is the text mainly about?</w:t>
      </w:r>
    </w:p>
    <w:p w14:paraId="0941C8D3" w14:textId="77777777" w:rsidR="00170D3E" w:rsidRPr="00B70719" w:rsidRDefault="00C638A1">
      <w:pPr>
        <w:spacing w:after="100"/>
        <w:rPr>
          <w:sz w:val="28"/>
          <w:szCs w:val="28"/>
        </w:rPr>
      </w:pPr>
      <w:r w:rsidRPr="00B70719">
        <w:rPr>
          <w:sz w:val="28"/>
          <w:szCs w:val="28"/>
        </w:rPr>
        <w:t xml:space="preserve">A. Vy's family    B. Vy's new school    C. Vy's house    D. Vy's favourite food    </w:t>
      </w:r>
    </w:p>
    <w:p w14:paraId="3BC20418" w14:textId="77777777" w:rsidR="00170D3E" w:rsidRPr="00B70719" w:rsidRDefault="00C638A1">
      <w:pPr>
        <w:spacing w:after="40"/>
        <w:rPr>
          <w:sz w:val="28"/>
          <w:szCs w:val="28"/>
        </w:rPr>
      </w:pPr>
      <w:r w:rsidRPr="00B70719">
        <w:rPr>
          <w:b/>
          <w:sz w:val="28"/>
          <w:szCs w:val="28"/>
        </w:rPr>
        <w:t>29. Which class is Vy in?</w:t>
      </w:r>
    </w:p>
    <w:p w14:paraId="1D23E476" w14:textId="77777777" w:rsidR="00170D3E" w:rsidRPr="00B70719" w:rsidRDefault="00C638A1">
      <w:pPr>
        <w:spacing w:after="100"/>
        <w:rPr>
          <w:sz w:val="28"/>
          <w:szCs w:val="28"/>
        </w:rPr>
      </w:pPr>
      <w:r w:rsidRPr="00B70719">
        <w:rPr>
          <w:sz w:val="28"/>
          <w:szCs w:val="28"/>
        </w:rPr>
        <w:t xml:space="preserve">A. Class 6A    B. Class 6B    C. Class 7A    D. Class 5A    </w:t>
      </w:r>
    </w:p>
    <w:p w14:paraId="0500513F" w14:textId="77777777" w:rsidR="00170D3E" w:rsidRPr="00B70719" w:rsidRDefault="00C638A1">
      <w:pPr>
        <w:spacing w:after="40"/>
        <w:rPr>
          <w:sz w:val="28"/>
          <w:szCs w:val="28"/>
        </w:rPr>
      </w:pPr>
      <w:r w:rsidRPr="00B70719">
        <w:rPr>
          <w:b/>
          <w:sz w:val="28"/>
          <w:szCs w:val="28"/>
        </w:rPr>
        <w:lastRenderedPageBreak/>
        <w:t>30. Where is her classroom?</w:t>
      </w:r>
    </w:p>
    <w:p w14:paraId="3CF54C36" w14:textId="77777777" w:rsidR="00677639" w:rsidRDefault="00C638A1">
      <w:pPr>
        <w:spacing w:after="100"/>
        <w:rPr>
          <w:sz w:val="28"/>
          <w:szCs w:val="28"/>
        </w:rPr>
      </w:pPr>
      <w:r w:rsidRPr="00B70719">
        <w:rPr>
          <w:sz w:val="28"/>
          <w:szCs w:val="28"/>
        </w:rPr>
        <w:t xml:space="preserve">A. On the first floor    </w:t>
      </w:r>
      <w:r w:rsidR="00677639">
        <w:rPr>
          <w:sz w:val="28"/>
          <w:szCs w:val="28"/>
        </w:rPr>
        <w:tab/>
      </w:r>
      <w:r w:rsidR="00677639">
        <w:rPr>
          <w:sz w:val="28"/>
          <w:szCs w:val="28"/>
        </w:rPr>
        <w:tab/>
      </w:r>
      <w:r w:rsidR="00677639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B. On the second floor    </w:t>
      </w:r>
    </w:p>
    <w:p w14:paraId="78399136" w14:textId="3A55C943" w:rsidR="00170D3E" w:rsidRPr="00B70719" w:rsidRDefault="00C638A1">
      <w:pPr>
        <w:spacing w:after="100"/>
        <w:rPr>
          <w:sz w:val="28"/>
          <w:szCs w:val="28"/>
        </w:rPr>
      </w:pPr>
      <w:r w:rsidRPr="00B70719">
        <w:rPr>
          <w:sz w:val="28"/>
          <w:szCs w:val="28"/>
        </w:rPr>
        <w:t xml:space="preserve">C. Next to the canteen    </w:t>
      </w:r>
      <w:r w:rsidR="00677639">
        <w:rPr>
          <w:sz w:val="28"/>
          <w:szCs w:val="28"/>
        </w:rPr>
        <w:tab/>
      </w:r>
      <w:r w:rsidR="00677639">
        <w:rPr>
          <w:sz w:val="28"/>
          <w:szCs w:val="28"/>
        </w:rPr>
        <w:tab/>
      </w:r>
      <w:r w:rsidR="00677639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D. Behind the library    </w:t>
      </w:r>
    </w:p>
    <w:p w14:paraId="5384AEB7" w14:textId="77777777" w:rsidR="00170D3E" w:rsidRPr="00B70719" w:rsidRDefault="00C638A1">
      <w:pPr>
        <w:spacing w:after="40"/>
        <w:rPr>
          <w:sz w:val="28"/>
          <w:szCs w:val="28"/>
        </w:rPr>
      </w:pPr>
      <w:r w:rsidRPr="00B70719">
        <w:rPr>
          <w:b/>
          <w:sz w:val="28"/>
          <w:szCs w:val="28"/>
        </w:rPr>
        <w:t>31. How many students are there in her class?</w:t>
      </w:r>
    </w:p>
    <w:p w14:paraId="242F841D" w14:textId="77777777" w:rsidR="00170D3E" w:rsidRPr="00B70719" w:rsidRDefault="00C638A1">
      <w:pPr>
        <w:spacing w:after="100"/>
        <w:rPr>
          <w:sz w:val="28"/>
          <w:szCs w:val="28"/>
        </w:rPr>
      </w:pPr>
      <w:r w:rsidRPr="00B70719">
        <w:rPr>
          <w:sz w:val="28"/>
          <w:szCs w:val="28"/>
        </w:rPr>
        <w:t xml:space="preserve">A. Thirty-six    B. Thirty-seven    C. Thirty-eight    D. Forty-eight    </w:t>
      </w:r>
    </w:p>
    <w:p w14:paraId="4DEC1A03" w14:textId="77777777" w:rsidR="00170D3E" w:rsidRPr="00B70719" w:rsidRDefault="00C638A1">
      <w:pPr>
        <w:spacing w:after="40"/>
        <w:rPr>
          <w:sz w:val="28"/>
          <w:szCs w:val="28"/>
        </w:rPr>
      </w:pPr>
      <w:r w:rsidRPr="00B70719">
        <w:rPr>
          <w:b/>
          <w:sz w:val="28"/>
          <w:szCs w:val="28"/>
        </w:rPr>
        <w:t>32. What are Vy's favourite subjects?</w:t>
      </w:r>
    </w:p>
    <w:p w14:paraId="5472BCD8" w14:textId="77777777" w:rsidR="00677639" w:rsidRDefault="00C638A1">
      <w:pPr>
        <w:spacing w:after="100"/>
        <w:rPr>
          <w:sz w:val="28"/>
          <w:szCs w:val="28"/>
        </w:rPr>
      </w:pPr>
      <w:r w:rsidRPr="00B70719">
        <w:rPr>
          <w:sz w:val="28"/>
          <w:szCs w:val="28"/>
        </w:rPr>
        <w:t xml:space="preserve">A. Maths and music    </w:t>
      </w:r>
      <w:r w:rsidR="00677639">
        <w:rPr>
          <w:sz w:val="28"/>
          <w:szCs w:val="28"/>
        </w:rPr>
        <w:tab/>
      </w:r>
      <w:r w:rsidR="00677639">
        <w:rPr>
          <w:sz w:val="28"/>
          <w:szCs w:val="28"/>
        </w:rPr>
        <w:tab/>
      </w:r>
      <w:r w:rsidR="00677639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B. English and science    </w:t>
      </w:r>
    </w:p>
    <w:p w14:paraId="75AEB7E2" w14:textId="55EABF8F" w:rsidR="00170D3E" w:rsidRPr="00B70719" w:rsidRDefault="00C638A1">
      <w:pPr>
        <w:spacing w:after="100"/>
        <w:rPr>
          <w:sz w:val="28"/>
          <w:szCs w:val="28"/>
        </w:rPr>
      </w:pPr>
      <w:r w:rsidRPr="00B70719">
        <w:rPr>
          <w:sz w:val="28"/>
          <w:szCs w:val="28"/>
        </w:rPr>
        <w:t xml:space="preserve">C. History and PE    </w:t>
      </w:r>
      <w:r w:rsidR="00677639">
        <w:rPr>
          <w:sz w:val="28"/>
          <w:szCs w:val="28"/>
        </w:rPr>
        <w:tab/>
      </w:r>
      <w:r w:rsidR="00677639">
        <w:rPr>
          <w:sz w:val="28"/>
          <w:szCs w:val="28"/>
        </w:rPr>
        <w:tab/>
      </w:r>
      <w:r w:rsidR="00677639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D. Art and geography    </w:t>
      </w:r>
    </w:p>
    <w:p w14:paraId="4AD14E4A" w14:textId="77777777" w:rsidR="00170D3E" w:rsidRPr="00B70719" w:rsidRDefault="00C638A1">
      <w:pPr>
        <w:spacing w:after="40"/>
        <w:rPr>
          <w:sz w:val="28"/>
          <w:szCs w:val="28"/>
        </w:rPr>
      </w:pPr>
      <w:r w:rsidRPr="00B70719">
        <w:rPr>
          <w:b/>
          <w:sz w:val="28"/>
          <w:szCs w:val="28"/>
        </w:rPr>
        <w:t>33. When does Vy have English?</w:t>
      </w:r>
    </w:p>
    <w:p w14:paraId="09AB089C" w14:textId="77777777" w:rsidR="00677639" w:rsidRDefault="00C638A1">
      <w:pPr>
        <w:spacing w:after="100"/>
        <w:rPr>
          <w:sz w:val="28"/>
          <w:szCs w:val="28"/>
        </w:rPr>
      </w:pPr>
      <w:r w:rsidRPr="00B70719">
        <w:rPr>
          <w:sz w:val="28"/>
          <w:szCs w:val="28"/>
        </w:rPr>
        <w:t xml:space="preserve">A. On Monday, Wednesday and Friday    </w:t>
      </w:r>
      <w:r w:rsidR="00677639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B. On Tuesday and Friday    </w:t>
      </w:r>
    </w:p>
    <w:p w14:paraId="5AB54A04" w14:textId="50AAF67B" w:rsidR="00170D3E" w:rsidRPr="00B70719" w:rsidRDefault="00C638A1">
      <w:pPr>
        <w:spacing w:after="100"/>
        <w:rPr>
          <w:sz w:val="28"/>
          <w:szCs w:val="28"/>
        </w:rPr>
      </w:pPr>
      <w:r w:rsidRPr="00B70719">
        <w:rPr>
          <w:sz w:val="28"/>
          <w:szCs w:val="28"/>
        </w:rPr>
        <w:t xml:space="preserve">C. Every day    </w:t>
      </w:r>
      <w:r w:rsidR="00677639">
        <w:rPr>
          <w:sz w:val="28"/>
          <w:szCs w:val="28"/>
        </w:rPr>
        <w:tab/>
      </w:r>
      <w:r w:rsidR="00677639">
        <w:rPr>
          <w:sz w:val="28"/>
          <w:szCs w:val="28"/>
        </w:rPr>
        <w:tab/>
      </w:r>
      <w:r w:rsidR="00677639">
        <w:rPr>
          <w:sz w:val="28"/>
          <w:szCs w:val="28"/>
        </w:rPr>
        <w:tab/>
      </w:r>
      <w:r w:rsidR="00677639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D. Only on Monday    </w:t>
      </w:r>
    </w:p>
    <w:p w14:paraId="77E5732F" w14:textId="77777777" w:rsidR="00170D3E" w:rsidRPr="00B70719" w:rsidRDefault="00C638A1">
      <w:pPr>
        <w:spacing w:after="40"/>
        <w:rPr>
          <w:sz w:val="28"/>
          <w:szCs w:val="28"/>
        </w:rPr>
      </w:pPr>
      <w:r w:rsidRPr="00B70719">
        <w:rPr>
          <w:b/>
          <w:sz w:val="28"/>
          <w:szCs w:val="28"/>
        </w:rPr>
        <w:t>34. What is Mai like?</w:t>
      </w:r>
    </w:p>
    <w:p w14:paraId="6F43F127" w14:textId="77777777" w:rsidR="00677639" w:rsidRDefault="00C638A1">
      <w:pPr>
        <w:spacing w:after="100"/>
        <w:rPr>
          <w:sz w:val="28"/>
          <w:szCs w:val="28"/>
        </w:rPr>
      </w:pPr>
      <w:r w:rsidRPr="00B70719">
        <w:rPr>
          <w:sz w:val="28"/>
          <w:szCs w:val="28"/>
        </w:rPr>
        <w:t xml:space="preserve">A. She is kind and hard-working    </w:t>
      </w:r>
      <w:r w:rsidR="00677639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B. She is noisy and lazy    </w:t>
      </w:r>
    </w:p>
    <w:p w14:paraId="3880DC51" w14:textId="0D9709E3" w:rsidR="00170D3E" w:rsidRPr="00B70719" w:rsidRDefault="00C638A1">
      <w:pPr>
        <w:spacing w:after="100"/>
        <w:rPr>
          <w:sz w:val="28"/>
          <w:szCs w:val="28"/>
        </w:rPr>
      </w:pPr>
      <w:r w:rsidRPr="00B70719">
        <w:rPr>
          <w:sz w:val="28"/>
          <w:szCs w:val="28"/>
        </w:rPr>
        <w:t xml:space="preserve">C. She is tall and sporty    </w:t>
      </w:r>
      <w:r w:rsidR="00677639">
        <w:rPr>
          <w:sz w:val="28"/>
          <w:szCs w:val="28"/>
        </w:rPr>
        <w:tab/>
      </w:r>
      <w:r w:rsidR="00677639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D. She is shy and quiet    </w:t>
      </w:r>
    </w:p>
    <w:p w14:paraId="4290EE36" w14:textId="77777777" w:rsidR="00170D3E" w:rsidRPr="00B70719" w:rsidRDefault="00C638A1">
      <w:pPr>
        <w:spacing w:after="40"/>
        <w:rPr>
          <w:sz w:val="28"/>
          <w:szCs w:val="28"/>
        </w:rPr>
      </w:pPr>
      <w:r w:rsidRPr="00B70719">
        <w:rPr>
          <w:b/>
          <w:sz w:val="28"/>
          <w:szCs w:val="28"/>
        </w:rPr>
        <w:t>35. Why does Vy like her new school?</w:t>
      </w:r>
    </w:p>
    <w:p w14:paraId="29EB2257" w14:textId="77777777" w:rsidR="00677639" w:rsidRDefault="00C638A1">
      <w:pPr>
        <w:spacing w:after="100"/>
        <w:rPr>
          <w:sz w:val="28"/>
          <w:szCs w:val="28"/>
        </w:rPr>
      </w:pPr>
      <w:r w:rsidRPr="00B70719">
        <w:rPr>
          <w:sz w:val="28"/>
          <w:szCs w:val="28"/>
        </w:rPr>
        <w:t xml:space="preserve">A. Because the lessons are boring    </w:t>
      </w:r>
      <w:r w:rsidR="00677639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B. Because every day is interesting    </w:t>
      </w:r>
    </w:p>
    <w:p w14:paraId="4D0F5ED7" w14:textId="3C912458" w:rsidR="00170D3E" w:rsidRPr="00B70719" w:rsidRDefault="00C638A1">
      <w:pPr>
        <w:spacing w:after="100"/>
        <w:rPr>
          <w:sz w:val="28"/>
          <w:szCs w:val="28"/>
        </w:rPr>
      </w:pPr>
      <w:r w:rsidRPr="00B70719">
        <w:rPr>
          <w:sz w:val="28"/>
          <w:szCs w:val="28"/>
        </w:rPr>
        <w:t xml:space="preserve">C. Because she has no homework    </w:t>
      </w:r>
      <w:r w:rsidR="00677639">
        <w:rPr>
          <w:sz w:val="28"/>
          <w:szCs w:val="28"/>
        </w:rPr>
        <w:tab/>
      </w:r>
      <w:r w:rsidRPr="00B70719">
        <w:rPr>
          <w:sz w:val="28"/>
          <w:szCs w:val="28"/>
        </w:rPr>
        <w:t xml:space="preserve">D. Because the school is very small    </w:t>
      </w:r>
    </w:p>
    <w:p w14:paraId="61B6340C" w14:textId="77777777" w:rsidR="00170D3E" w:rsidRPr="00B70719" w:rsidRDefault="00C638A1">
      <w:pPr>
        <w:spacing w:before="80"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VII. WRITING</w:t>
      </w:r>
    </w:p>
    <w:p w14:paraId="25F79750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A. Rearrange the words to make complete sentences.</w:t>
      </w:r>
    </w:p>
    <w:p w14:paraId="2674A192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36. often / do / your / homework / you / after school /?</w:t>
      </w:r>
    </w:p>
    <w:p w14:paraId="636718C8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______________________________________________________________________.</w:t>
      </w:r>
    </w:p>
    <w:p w14:paraId="052E9A16" w14:textId="6A86920A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 xml:space="preserve">37. </w:t>
      </w:r>
      <w:r w:rsidR="00677639" w:rsidRPr="00677639">
        <w:rPr>
          <w:sz w:val="28"/>
          <w:szCs w:val="28"/>
        </w:rPr>
        <w:t>has / My new school / a big playground / and / a library /.</w:t>
      </w:r>
    </w:p>
    <w:p w14:paraId="67D9E0E8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______________________________________________________________________.</w:t>
      </w:r>
    </w:p>
    <w:p w14:paraId="2C9616D9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B. Rewrite the sentences without changing their meanings.</w:t>
      </w:r>
    </w:p>
    <w:p w14:paraId="14F75242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38. I usually go to school by bus.</w:t>
      </w:r>
    </w:p>
    <w:p w14:paraId="6F1B7621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I usually take ________________________________________________________.</w:t>
      </w:r>
    </w:p>
    <w:p w14:paraId="0B8FCD1F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39. My favourite subject is English.</w:t>
      </w:r>
    </w:p>
    <w:p w14:paraId="26BCDEED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I like ________________________________________________________________.</w:t>
      </w:r>
    </w:p>
    <w:p w14:paraId="36C0FA92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40. Duy is Phong's friend.</w:t>
      </w:r>
    </w:p>
    <w:p w14:paraId="24599007" w14:textId="3880DA2F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Phong</w:t>
      </w:r>
      <w:r w:rsidR="00677639">
        <w:rPr>
          <w:sz w:val="28"/>
          <w:szCs w:val="28"/>
        </w:rPr>
        <w:t xml:space="preserve">’s </w:t>
      </w:r>
      <w:r w:rsidRPr="00B70719">
        <w:rPr>
          <w:sz w:val="28"/>
          <w:szCs w:val="28"/>
        </w:rPr>
        <w:t>_______________________________________________________________.</w:t>
      </w:r>
    </w:p>
    <w:p w14:paraId="1AF71FFB" w14:textId="77777777" w:rsidR="00170D3E" w:rsidRPr="00B70719" w:rsidRDefault="00C638A1">
      <w:pPr>
        <w:rPr>
          <w:sz w:val="28"/>
          <w:szCs w:val="28"/>
        </w:rPr>
      </w:pPr>
      <w:r w:rsidRPr="00B70719">
        <w:rPr>
          <w:sz w:val="28"/>
          <w:szCs w:val="28"/>
        </w:rPr>
        <w:br w:type="page"/>
      </w:r>
    </w:p>
    <w:p w14:paraId="1592A5F2" w14:textId="77777777" w:rsidR="00170D3E" w:rsidRPr="00B70719" w:rsidRDefault="00C638A1">
      <w:pPr>
        <w:spacing w:before="80" w:after="60"/>
        <w:rPr>
          <w:sz w:val="28"/>
          <w:szCs w:val="28"/>
        </w:rPr>
      </w:pPr>
      <w:r w:rsidRPr="00B70719">
        <w:rPr>
          <w:b/>
          <w:sz w:val="28"/>
          <w:szCs w:val="28"/>
        </w:rPr>
        <w:lastRenderedPageBreak/>
        <w:t>AUDIO SCRIPT (PHẦN I: LISTENING)</w:t>
      </w:r>
    </w:p>
    <w:p w14:paraId="35F4EC83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• Hello everyone.</w:t>
      </w:r>
    </w:p>
    <w:p w14:paraId="10222EE4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• My name is Mai, and this is my new school day.</w:t>
      </w:r>
    </w:p>
    <w:p w14:paraId="0A6D9761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• I arrive at school at seven-thirty.</w:t>
      </w:r>
    </w:p>
    <w:p w14:paraId="295520B5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• First, I meet my teacher in Class 6A.</w:t>
      </w:r>
    </w:p>
    <w:p w14:paraId="41D489A2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• She is very friendly.</w:t>
      </w:r>
    </w:p>
    <w:p w14:paraId="11B0E971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• At eight o'clock, we have our first lesson.</w:t>
      </w:r>
    </w:p>
    <w:p w14:paraId="4AF84282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• It is maths, and I like it very much.</w:t>
      </w:r>
    </w:p>
    <w:p w14:paraId="311C4062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• At nine-thirty, we have break time.</w:t>
      </w:r>
    </w:p>
    <w:p w14:paraId="23DEAA33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• I talk with my new classmates in the playground.</w:t>
      </w:r>
    </w:p>
    <w:p w14:paraId="30341BA7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• At ten-fifteen, we have English.</w:t>
      </w:r>
    </w:p>
    <w:p w14:paraId="5A15A730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• It is my favourite subject because I can learn many new words and speak with my friends.</w:t>
      </w:r>
    </w:p>
    <w:p w14:paraId="0BBBCE42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• At eleven-thirty, we have lunch in the school canteen.</w:t>
      </w:r>
    </w:p>
    <w:p w14:paraId="3EE46A15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• The food is nice, and I always sit with my friends.</w:t>
      </w:r>
    </w:p>
    <w:p w14:paraId="5BC672A1" w14:textId="77777777" w:rsidR="00170D3E" w:rsidRPr="00B70719" w:rsidRDefault="00C638A1">
      <w:pPr>
        <w:spacing w:after="60"/>
        <w:rPr>
          <w:sz w:val="28"/>
          <w:szCs w:val="28"/>
        </w:rPr>
      </w:pPr>
      <w:r w:rsidRPr="00B70719">
        <w:rPr>
          <w:sz w:val="28"/>
          <w:szCs w:val="28"/>
        </w:rPr>
        <w:t>• I love my new school.</w:t>
      </w:r>
    </w:p>
    <w:p w14:paraId="672883DF" w14:textId="77777777" w:rsidR="00170D3E" w:rsidRPr="00B70719" w:rsidRDefault="00C638A1">
      <w:pPr>
        <w:spacing w:after="60"/>
        <w:jc w:val="center"/>
        <w:rPr>
          <w:sz w:val="28"/>
          <w:szCs w:val="28"/>
        </w:rPr>
      </w:pPr>
      <w:r w:rsidRPr="00B70719">
        <w:rPr>
          <w:sz w:val="28"/>
          <w:szCs w:val="28"/>
        </w:rPr>
        <w:t>*************************************</w:t>
      </w:r>
    </w:p>
    <w:p w14:paraId="1857E5BE" w14:textId="77777777" w:rsidR="00170D3E" w:rsidRPr="00B70719" w:rsidRDefault="00C638A1">
      <w:pPr>
        <w:spacing w:before="80" w:after="60"/>
        <w:rPr>
          <w:sz w:val="28"/>
          <w:szCs w:val="28"/>
        </w:rPr>
      </w:pPr>
      <w:r w:rsidRPr="00B70719">
        <w:rPr>
          <w:b/>
          <w:sz w:val="28"/>
          <w:szCs w:val="28"/>
        </w:rPr>
        <w:t>Đáp án tham khảo</w:t>
      </w:r>
    </w:p>
    <w:p w14:paraId="7F157ACB" w14:textId="77777777" w:rsidR="00170D3E" w:rsidRPr="00B70719" w:rsidRDefault="00C638A1">
      <w:pPr>
        <w:rPr>
          <w:sz w:val="28"/>
          <w:szCs w:val="28"/>
        </w:rPr>
      </w:pPr>
      <w:r w:rsidRPr="00B70719">
        <w:rPr>
          <w:b/>
          <w:sz w:val="28"/>
          <w:szCs w:val="28"/>
        </w:rPr>
        <w:t xml:space="preserve">Listening: </w:t>
      </w:r>
      <w:r w:rsidRPr="00B70719">
        <w:rPr>
          <w:sz w:val="28"/>
          <w:szCs w:val="28"/>
        </w:rPr>
        <w:t>1. 6A | 2. maths | 3. classmates | 4. English | 5. canteen</w:t>
      </w:r>
    </w:p>
    <w:p w14:paraId="7614B69A" w14:textId="77777777" w:rsidR="00170D3E" w:rsidRPr="00B70719" w:rsidRDefault="00C638A1">
      <w:pPr>
        <w:rPr>
          <w:sz w:val="28"/>
          <w:szCs w:val="28"/>
        </w:rPr>
      </w:pPr>
      <w:r w:rsidRPr="00B70719">
        <w:rPr>
          <w:b/>
          <w:sz w:val="28"/>
          <w:szCs w:val="28"/>
        </w:rPr>
        <w:t xml:space="preserve">Pronunciation: </w:t>
      </w:r>
      <w:r w:rsidRPr="00B70719">
        <w:rPr>
          <w:sz w:val="28"/>
          <w:szCs w:val="28"/>
        </w:rPr>
        <w:t>6. D | 7. D | 8. D | 9. B</w:t>
      </w:r>
    </w:p>
    <w:p w14:paraId="13AE31B3" w14:textId="77777777" w:rsidR="00170D3E" w:rsidRPr="00B70719" w:rsidRDefault="00C638A1">
      <w:pPr>
        <w:rPr>
          <w:sz w:val="28"/>
          <w:szCs w:val="28"/>
        </w:rPr>
      </w:pPr>
      <w:r w:rsidRPr="00B70719">
        <w:rPr>
          <w:b/>
          <w:sz w:val="28"/>
          <w:szCs w:val="28"/>
        </w:rPr>
        <w:t xml:space="preserve">Language: </w:t>
      </w:r>
      <w:r w:rsidRPr="00B70719">
        <w:rPr>
          <w:sz w:val="28"/>
          <w:szCs w:val="28"/>
        </w:rPr>
        <w:t>10. A | 11. B | 12. C | 13. B | 14. A | 15. B</w:t>
      </w:r>
    </w:p>
    <w:p w14:paraId="1CB56E54" w14:textId="77777777" w:rsidR="00170D3E" w:rsidRPr="00B70719" w:rsidRDefault="00C638A1">
      <w:pPr>
        <w:rPr>
          <w:sz w:val="28"/>
          <w:szCs w:val="28"/>
        </w:rPr>
      </w:pPr>
      <w:r w:rsidRPr="00B70719">
        <w:rPr>
          <w:b/>
          <w:sz w:val="28"/>
          <w:szCs w:val="28"/>
        </w:rPr>
        <w:t xml:space="preserve">Signs &amp; Notices: </w:t>
      </w:r>
      <w:r w:rsidRPr="00B70719">
        <w:rPr>
          <w:sz w:val="28"/>
          <w:szCs w:val="28"/>
        </w:rPr>
        <w:t>16. B | 17. B | 18. C | 19. A</w:t>
      </w:r>
    </w:p>
    <w:p w14:paraId="77565F3C" w14:textId="44D8F517" w:rsidR="00170D3E" w:rsidRPr="00B70719" w:rsidRDefault="00C638A1">
      <w:pPr>
        <w:rPr>
          <w:sz w:val="28"/>
          <w:szCs w:val="28"/>
        </w:rPr>
      </w:pPr>
      <w:r w:rsidRPr="00B70719">
        <w:rPr>
          <w:b/>
          <w:sz w:val="28"/>
          <w:szCs w:val="28"/>
        </w:rPr>
        <w:t xml:space="preserve">Logic: </w:t>
      </w:r>
      <w:r w:rsidRPr="00B70719">
        <w:rPr>
          <w:sz w:val="28"/>
          <w:szCs w:val="28"/>
        </w:rPr>
        <w:t xml:space="preserve">20. </w:t>
      </w:r>
      <w:r w:rsidR="006A6386">
        <w:rPr>
          <w:sz w:val="28"/>
          <w:szCs w:val="28"/>
        </w:rPr>
        <w:t>C</w:t>
      </w:r>
      <w:r w:rsidRPr="00B70719">
        <w:rPr>
          <w:sz w:val="28"/>
          <w:szCs w:val="28"/>
        </w:rPr>
        <w:t xml:space="preserve"> | 21. </w:t>
      </w:r>
      <w:r w:rsidR="006A6386">
        <w:rPr>
          <w:sz w:val="28"/>
          <w:szCs w:val="28"/>
        </w:rPr>
        <w:t>B</w:t>
      </w:r>
      <w:r w:rsidRPr="00B70719">
        <w:rPr>
          <w:sz w:val="28"/>
          <w:szCs w:val="28"/>
        </w:rPr>
        <w:t xml:space="preserve"> | 22. </w:t>
      </w:r>
      <w:r w:rsidR="000D06F6">
        <w:rPr>
          <w:sz w:val="28"/>
          <w:szCs w:val="28"/>
        </w:rPr>
        <w:t>D</w:t>
      </w:r>
      <w:r w:rsidRPr="00B70719">
        <w:rPr>
          <w:sz w:val="28"/>
          <w:szCs w:val="28"/>
        </w:rPr>
        <w:t xml:space="preserve"> | 23. A</w:t>
      </w:r>
    </w:p>
    <w:p w14:paraId="47906F04" w14:textId="77777777" w:rsidR="00170D3E" w:rsidRPr="00B70719" w:rsidRDefault="00C638A1">
      <w:pPr>
        <w:rPr>
          <w:sz w:val="28"/>
          <w:szCs w:val="28"/>
        </w:rPr>
      </w:pPr>
      <w:r w:rsidRPr="00B70719">
        <w:rPr>
          <w:b/>
          <w:sz w:val="28"/>
          <w:szCs w:val="28"/>
        </w:rPr>
        <w:t xml:space="preserve">Cloze Test: </w:t>
      </w:r>
      <w:r w:rsidRPr="00B70719">
        <w:rPr>
          <w:sz w:val="28"/>
          <w:szCs w:val="28"/>
        </w:rPr>
        <w:t>24. A | 25. B | 26. C | 27. A</w:t>
      </w:r>
    </w:p>
    <w:p w14:paraId="0AFFCDCA" w14:textId="77777777" w:rsidR="00170D3E" w:rsidRPr="00B70719" w:rsidRDefault="00C638A1">
      <w:pPr>
        <w:rPr>
          <w:sz w:val="28"/>
          <w:szCs w:val="28"/>
        </w:rPr>
      </w:pPr>
      <w:r w:rsidRPr="00B70719">
        <w:rPr>
          <w:b/>
          <w:sz w:val="28"/>
          <w:szCs w:val="28"/>
        </w:rPr>
        <w:t xml:space="preserve">Reading Comprehension: </w:t>
      </w:r>
      <w:r w:rsidRPr="00B70719">
        <w:rPr>
          <w:sz w:val="28"/>
          <w:szCs w:val="28"/>
        </w:rPr>
        <w:t>28. B | 29. A | 30. B | 31. C | 32. B | 33. A | 34. A | 35. B</w:t>
      </w:r>
    </w:p>
    <w:p w14:paraId="19D76AF3" w14:textId="77777777" w:rsidR="008C3D40" w:rsidRDefault="00C638A1">
      <w:pPr>
        <w:rPr>
          <w:b/>
          <w:sz w:val="28"/>
          <w:szCs w:val="28"/>
        </w:rPr>
      </w:pPr>
      <w:r w:rsidRPr="00B70719">
        <w:rPr>
          <w:b/>
          <w:sz w:val="28"/>
          <w:szCs w:val="28"/>
        </w:rPr>
        <w:t xml:space="preserve">Writing: </w:t>
      </w:r>
    </w:p>
    <w:p w14:paraId="12866FFD" w14:textId="68B8EFE1" w:rsidR="00170D3E" w:rsidRPr="00B70719" w:rsidRDefault="00C638A1">
      <w:pPr>
        <w:rPr>
          <w:sz w:val="28"/>
          <w:szCs w:val="28"/>
        </w:rPr>
      </w:pPr>
      <w:r w:rsidRPr="00B70719">
        <w:rPr>
          <w:sz w:val="28"/>
          <w:szCs w:val="28"/>
        </w:rPr>
        <w:t>36. Do you often do your homework after school?</w:t>
      </w:r>
      <w:r w:rsidRPr="00B70719">
        <w:rPr>
          <w:sz w:val="28"/>
          <w:szCs w:val="28"/>
        </w:rPr>
        <w:br/>
        <w:t>37. My new school has a big playground and library.</w:t>
      </w:r>
      <w:r w:rsidRPr="00B70719">
        <w:rPr>
          <w:sz w:val="28"/>
          <w:szCs w:val="28"/>
        </w:rPr>
        <w:br/>
        <w:t>38. I usually take the bus to school.</w:t>
      </w:r>
      <w:r w:rsidRPr="00B70719">
        <w:rPr>
          <w:sz w:val="28"/>
          <w:szCs w:val="28"/>
        </w:rPr>
        <w:br/>
        <w:t>39. I like English best.</w:t>
      </w:r>
      <w:r w:rsidRPr="00B70719">
        <w:rPr>
          <w:sz w:val="28"/>
          <w:szCs w:val="28"/>
        </w:rPr>
        <w:br/>
        <w:t>40. Phong's friend is Duy.</w:t>
      </w:r>
    </w:p>
    <w:sectPr w:rsidR="00170D3E" w:rsidRPr="00B70719" w:rsidSect="00013D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648" w:right="792" w:bottom="648" w:left="792" w:header="288" w:footer="288" w:gutter="0"/>
      <w:pgBorders w:offsetFrom="page">
        <w:top w:val="twistedLines1" w:sz="18" w:space="8" w:color="7030A0"/>
        <w:left w:val="twistedLines1" w:sz="18" w:space="8" w:color="7030A0"/>
        <w:bottom w:val="twistedLines1" w:sz="18" w:space="8" w:color="7030A0"/>
        <w:right w:val="twistedLines1" w:sz="18" w:space="8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3E732" w14:textId="77777777" w:rsidR="00CD609C" w:rsidRDefault="00CD609C">
      <w:pPr>
        <w:spacing w:after="0" w:line="240" w:lineRule="auto"/>
      </w:pPr>
      <w:r>
        <w:separator/>
      </w:r>
    </w:p>
  </w:endnote>
  <w:endnote w:type="continuationSeparator" w:id="0">
    <w:p w14:paraId="2FA3A946" w14:textId="77777777" w:rsidR="00CD609C" w:rsidRDefault="00CD6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91C8C" w14:textId="77777777" w:rsidR="00A965B9" w:rsidRDefault="00A965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743B2" w14:textId="04A272FC" w:rsidR="00170D3E" w:rsidRDefault="00170D3E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F3C5E" w14:textId="77777777" w:rsidR="00A965B9" w:rsidRDefault="00A965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AF674" w14:textId="77777777" w:rsidR="00CD609C" w:rsidRDefault="00CD609C">
      <w:pPr>
        <w:spacing w:after="0" w:line="240" w:lineRule="auto"/>
      </w:pPr>
      <w:r>
        <w:separator/>
      </w:r>
    </w:p>
  </w:footnote>
  <w:footnote w:type="continuationSeparator" w:id="0">
    <w:p w14:paraId="5C0D4A35" w14:textId="77777777" w:rsidR="00CD609C" w:rsidRDefault="00CD6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57CE5" w14:textId="77777777" w:rsidR="00A965B9" w:rsidRDefault="00A965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5487E" w14:textId="4A42ED9D" w:rsidR="00170D3E" w:rsidRDefault="00170D3E">
    <w:pPr>
      <w:pStyle w:val="Header"/>
      <w:tabs>
        <w:tab w:val="left" w:pos="936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76156" w14:textId="77777777" w:rsidR="00A965B9" w:rsidRDefault="00A965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3D67"/>
    <w:rsid w:val="00034616"/>
    <w:rsid w:val="0006063C"/>
    <w:rsid w:val="000D06F6"/>
    <w:rsid w:val="0015074B"/>
    <w:rsid w:val="00170D3E"/>
    <w:rsid w:val="002037CB"/>
    <w:rsid w:val="0029639D"/>
    <w:rsid w:val="002D04CE"/>
    <w:rsid w:val="00326F90"/>
    <w:rsid w:val="00521339"/>
    <w:rsid w:val="00677639"/>
    <w:rsid w:val="006A6386"/>
    <w:rsid w:val="008C3D40"/>
    <w:rsid w:val="009A608F"/>
    <w:rsid w:val="00A965B9"/>
    <w:rsid w:val="00AA1D8D"/>
    <w:rsid w:val="00B47730"/>
    <w:rsid w:val="00B70719"/>
    <w:rsid w:val="00C458E0"/>
    <w:rsid w:val="00C638A1"/>
    <w:rsid w:val="00CB0664"/>
    <w:rsid w:val="00CD609C"/>
    <w:rsid w:val="00CE220C"/>
    <w:rsid w:val="00EC0510"/>
    <w:rsid w:val="00FA2B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D08E8F7"/>
  <w14:defaultImageDpi w14:val="300"/>
  <w15:docId w15:val="{BF87CA0F-05D8-4BF8-A2CB-0CB9E4D9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EC0510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5513B5-36DC-4FC0-9676-36668D51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7678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SAMWATEK 22</cp:lastModifiedBy>
  <cp:revision>10</cp:revision>
  <dcterms:created xsi:type="dcterms:W3CDTF">2013-12-23T23:15:00Z</dcterms:created>
  <dcterms:modified xsi:type="dcterms:W3CDTF">2026-08-18T03:40:00Z</dcterms:modified>
  <cp:category/>
</cp:coreProperties>
</file>