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000000"/>
          <w:left w:val="nil" w:sz="4" w:color="000000"/>
          <w:bottom w:val="nil" w:sz="4" w:color="000000"/>
          <w:right w:val="nil" w:sz="4" w:color="000000"/>
          <w:insideH w:val="nil" w:sz="4" w:color="000000"/>
          <w:insideV w:val="nil" w:sz="4" w:color="000000"/>
        </w:tblBorders>
      </w:tblPr>
      <w:tblGrid>
        <w:gridCol w:w="4139"/>
        <w:gridCol w:w="6401"/>
      </w:tblGrid>
      <w:tr>
        <w:tc>
          <w:tcPr>
            <w:tcW w:type="dxa" w:w="4139"/>
            <w:tcMar>
              <w:top w:w="0" w:type="dxa"/>
              <w:bottom w:w="0" w:type="dxa"/>
              <w:left w:w="30" w:type="dxa"/>
              <w:right w:w="30" w:type="dxa"/>
            </w:tcMar>
            <w:vAlign w:val="top"/>
          </w:tcPr>
          <w:p>
            <w:pPr>
              <w:keepNext/>
              <w:keepLines/>
              <w:widowControl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24"/>
              </w:rPr>
              <w:t>TRƯỜNG THPT ……………………</w:t>
            </w:r>
          </w:p>
          <w:p>
            <w:pPr>
              <w:keepNext/>
              <w:keepLines/>
              <w:widowControl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24"/>
              </w:rPr>
              <w:t>ĐỀ KIỂM TRA GIỮA KỲ I</w:t>
            </w:r>
          </w:p>
          <w:p>
            <w:pPr>
              <w:keepNext/>
              <w:keepLines/>
              <w:widowControl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/>
                <w:color w:val="000000"/>
                <w:sz w:val="24"/>
              </w:rPr>
              <w:t>(Đề kiểm tra có 04 trang)</w:t>
            </w:r>
          </w:p>
        </w:tc>
        <w:tc>
          <w:tcPr>
            <w:tcW w:type="dxa" w:w="6401"/>
            <w:tcMar>
              <w:top w:w="0" w:type="dxa"/>
              <w:bottom w:w="0" w:type="dxa"/>
              <w:left w:w="30" w:type="dxa"/>
              <w:right w:w="30" w:type="dxa"/>
            </w:tcMar>
            <w:vAlign w:val="top"/>
          </w:tcPr>
          <w:p>
            <w:pPr>
              <w:pStyle w:val="Title"/>
              <w:keepNext/>
              <w:keepLines/>
              <w:widowControl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24"/>
              </w:rPr>
              <w:t>KIỂM TRA GIỮA HỌC KỲ I</w:t>
            </w:r>
          </w:p>
          <w:p>
            <w:pPr>
              <w:keepNext/>
              <w:keepLines/>
              <w:widowControl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24"/>
              </w:rPr>
              <w:t>NĂM HỌC 2026–2027</w:t>
            </w:r>
          </w:p>
          <w:p>
            <w:pPr>
              <w:keepNext/>
              <w:keepLines/>
              <w:widowControl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24"/>
              </w:rPr>
              <w:t>Môn: TIẾNG ANH LỚP 10</w:t>
            </w:r>
          </w:p>
          <w:p>
            <w:pPr>
              <w:keepNext/>
              <w:keepLines/>
              <w:widowControl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/>
                <w:color w:val="000000"/>
                <w:sz w:val="22"/>
              </w:rPr>
              <w:t>Thời gian làm bài: 50 phút, không kể thời gian phát đề</w:t>
            </w:r>
          </w:p>
        </w:tc>
      </w:tr>
    </w:tbl>
    <w:p>
      <w:pPr>
        <w:keepNext w:val="0"/>
        <w:keepLines/>
        <w:widowControl/>
        <w:spacing w:before="0" w:after="40" w:line="40" w:lineRule="exact"/>
        <w:ind w:firstLine="0"/>
        <w:jc w:val="both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000000"/>
          <w:left w:val="nil" w:sz="4" w:color="000000"/>
          <w:bottom w:val="nil" w:sz="4" w:color="000000"/>
          <w:right w:val="nil" w:sz="4" w:color="000000"/>
          <w:insideH w:val="nil" w:sz="4" w:color="000000"/>
          <w:insideV w:val="nil" w:sz="4" w:color="000000"/>
        </w:tblBorders>
      </w:tblPr>
      <w:tblGrid>
        <w:gridCol w:w="8073"/>
        <w:gridCol w:w="2466"/>
      </w:tblGrid>
      <w:tr>
        <w:tc>
          <w:tcPr>
            <w:tcW w:type="dxa" w:w="8073"/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keepLines/>
              <w:widowControl/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Họ, tên học sinh: ........................................................................</w:t>
            </w:r>
          </w:p>
          <w:p>
            <w:pPr>
              <w:keepNext w:val="0"/>
              <w:keepLines/>
              <w:widowControl/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Số báo danh: ..................................  Lớp: ..............................</w:t>
            </w:r>
          </w:p>
        </w:tc>
        <w:tc>
          <w:tcPr>
            <w:tcW w:type="dxa" w:w="2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  <w:tcBorders>
              <w:top w:val="single" w:sz="10" w:space="5"/>
              <w:left w:val="single" w:sz="10" w:space="5"/>
              <w:bottom w:val="single" w:sz="10" w:space="5"/>
              <w:right w:val="single" w:sz="10" w:space="5"/>
            </w:tcBorders>
          </w:tcPr>
          <w:p>
            <w:pPr>
              <w:keepNext w:val="0"/>
              <w:keepLines/>
              <w:widowControl/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>Mã đề: 503</w:t>
            </w:r>
          </w:p>
        </w:tc>
      </w:tr>
    </w:tbl>
    <w:p>
      <w:pPr>
        <w:keepNext/>
        <w:keepLines/>
        <w:widowControl/>
        <w:spacing w:before="140" w:after="0" w:line="240" w:lineRule="auto"/>
        <w:ind w:firstLine="0"/>
        <w:jc w:val="both"/>
      </w:pPr>
      <w:r>
        <w:rPr>
          <w:rFonts w:ascii="Times New Roman" w:hAnsi="Times New Roman" w:eastAsia="Times New Roman" w:cs="Times New Roman"/>
          <w:b/>
          <w:i/>
          <w:color w:val="000000"/>
          <w:sz w:val="24"/>
        </w:rPr>
        <w:t>Read the following leaflet and choose the best option A, B, C or D for each blank from 1 to 6.</w:t>
      </w:r>
    </w:p>
    <w:p>
      <w:pPr>
        <w:keepNext/>
        <w:keepLines/>
        <w:widowControl/>
        <w:spacing w:before="0" w:after="0" w:line="240" w:lineRule="auto"/>
        <w:ind w:firstLine="0"/>
        <w:jc w:val="center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SAVE WATER CHALLENGE</w:t>
      </w:r>
    </w:p>
    <w:p>
      <w:pPr>
        <w:keepNext w:val="0"/>
        <w:keepLines/>
        <w:widowControl/>
        <w:spacing w:before="0" w:after="0" w:line="240" w:lineRule="auto"/>
        <w:ind w:firstLine="567"/>
        <w:jc w:val="both"/>
      </w:pPr>
      <w:r>
        <w:rPr>
          <w:rFonts w:ascii="Times New Roman" w:hAnsi="Times New Roman" w:eastAsia="Times New Roman" w:cs="Times New Roman"/>
          <w:color w:val="000000"/>
          <w:sz w:val="24"/>
        </w:rPr>
        <w:t>Can your family use water more carefully? Join our Save Water Challenge this week. Water (1) _____ for cooking, washing and growing food, so every drop matters.</w:t>
      </w:r>
    </w:p>
    <w:p>
      <w:pPr>
        <w:keepNext w:val="0"/>
        <w:keepLines/>
        <w:widowControl/>
        <w:spacing w:before="0" w:after="0" w:line="240" w:lineRule="auto"/>
        <w:ind w:firstLine="567"/>
        <w:jc w:val="both"/>
      </w:pPr>
      <w:r>
        <w:rPr>
          <w:rFonts w:ascii="Times New Roman" w:hAnsi="Times New Roman" w:eastAsia="Times New Roman" w:cs="Times New Roman"/>
          <w:color w:val="000000"/>
          <w:sz w:val="24"/>
        </w:rPr>
        <w:t>At our home, we always turn off the tap while we (2) _____ our teeth. We also use a small bowl to wash vegetables. Look! My father (3) _____ a broken tap in the kitchen now.</w:t>
      </w:r>
    </w:p>
    <w:p>
      <w:pPr>
        <w:keepNext w:val="0"/>
        <w:keepLines/>
        <w:widowControl/>
        <w:spacing w:before="0" w:after="0" w:line="240" w:lineRule="auto"/>
        <w:ind w:firstLine="567"/>
        <w:jc w:val="both"/>
      </w:pPr>
      <w:r>
        <w:rPr>
          <w:rFonts w:ascii="Times New Roman" w:hAnsi="Times New Roman" w:eastAsia="Times New Roman" w:cs="Times New Roman"/>
          <w:color w:val="000000"/>
          <w:sz w:val="24"/>
        </w:rPr>
        <w:t>We have already made a plan for Saturday: we (4) _____ check all the taps at school. Please bring a notebook to write (5) _____ any problems. Our teacher will help us find a simple (6) _____ for each one.</w:t>
      </w:r>
    </w:p>
    <w:p>
      <w:pPr>
        <w:keepNext w:val="0"/>
        <w:keepLines/>
        <w:widowControl/>
        <w:tabs>
          <w:tab w:pos="1389" w:val="left"/>
          <w:tab w:pos="3657" w:val="left"/>
          <w:tab w:pos="5924" w:val="left"/>
          <w:tab w:pos="8192" w:val="left"/>
        </w:tabs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Question 1.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A. uses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B. are used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C. using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D. is used</w:t>
      </w:r>
    </w:p>
    <w:p>
      <w:pPr>
        <w:keepNext w:val="0"/>
        <w:keepLines/>
        <w:widowControl/>
        <w:tabs>
          <w:tab w:pos="1389" w:val="left"/>
          <w:tab w:pos="3657" w:val="left"/>
          <w:tab w:pos="5924" w:val="left"/>
          <w:tab w:pos="8192" w:val="left"/>
        </w:tabs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Question 2.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A. brushes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B. brush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C. brushing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D. are brush</w:t>
      </w:r>
    </w:p>
    <w:p>
      <w:pPr>
        <w:keepNext w:val="0"/>
        <w:keepLines/>
        <w:widowControl/>
        <w:tabs>
          <w:tab w:pos="1389" w:val="left"/>
          <w:tab w:pos="3657" w:val="left"/>
          <w:tab w:pos="5924" w:val="left"/>
          <w:tab w:pos="8192" w:val="left"/>
        </w:tabs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Question 3.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A. fix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B. are fixing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C. is fixing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D. fixing</w:t>
      </w:r>
    </w:p>
    <w:p>
      <w:pPr>
        <w:keepNext w:val="0"/>
        <w:keepLines/>
        <w:widowControl/>
        <w:tabs>
          <w:tab w:pos="1389" w:val="left"/>
          <w:tab w:pos="3657" w:val="left"/>
          <w:tab w:pos="5924" w:val="left"/>
          <w:tab w:pos="8192" w:val="left"/>
        </w:tabs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Question 4.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A. are going to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B. is going to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C. going to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D. go to</w:t>
      </w:r>
    </w:p>
    <w:p>
      <w:pPr>
        <w:keepNext w:val="0"/>
        <w:keepLines/>
        <w:widowControl/>
        <w:tabs>
          <w:tab w:pos="1389" w:val="left"/>
          <w:tab w:pos="3657" w:val="left"/>
          <w:tab w:pos="5924" w:val="left"/>
          <w:tab w:pos="8192" w:val="left"/>
        </w:tabs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Question 5.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A. under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B. down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C. through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D. between</w:t>
      </w:r>
    </w:p>
    <w:p>
      <w:pPr>
        <w:keepNext w:val="0"/>
        <w:keepLines/>
        <w:widowControl/>
        <w:tabs>
          <w:tab w:pos="1389" w:val="left"/>
          <w:tab w:pos="3657" w:val="left"/>
          <w:tab w:pos="5924" w:val="left"/>
          <w:tab w:pos="8192" w:val="left"/>
        </w:tabs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Question 6.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A. concert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B. laundry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C. instrument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D. solution</w:t>
      </w:r>
    </w:p>
    <w:p>
      <w:pPr>
        <w:keepNext/>
        <w:keepLines/>
        <w:widowControl/>
        <w:spacing w:before="140" w:after="0" w:line="240" w:lineRule="auto"/>
        <w:ind w:firstLine="0"/>
        <w:jc w:val="both"/>
      </w:pPr>
      <w:r>
        <w:rPr>
          <w:rFonts w:ascii="Times New Roman" w:hAnsi="Times New Roman" w:eastAsia="Times New Roman" w:cs="Times New Roman"/>
          <w:b/>
          <w:i/>
          <w:color w:val="000000"/>
          <w:sz w:val="24"/>
        </w:rPr>
        <w:t>Mark the letter A, B, C or D to indicate the best arrangement of sentences or utterances in each question from 7 to 11.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Question 7.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Dear Minh,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a. After checking the taps, we can make water-saving signs.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b. I’m writing to ask you to join our water team on Saturday.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c. Please reply before Friday afternoon.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d. First, we will meet our teacher outside the science room.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e. Then we will look for taps that need repairs.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Best wishes,</w:t>
      </w:r>
      <w:r>
        <w:br/>
      </w:r>
      <w:r>
        <w:rPr>
          <w:rFonts w:ascii="Times New Roman" w:hAnsi="Times New Roman" w:eastAsia="Times New Roman" w:cs="Times New Roman"/>
          <w:color w:val="000000"/>
          <w:sz w:val="24"/>
        </w:rPr>
        <w:t>Hoa</w:t>
      </w:r>
    </w:p>
    <w:p>
      <w:pPr>
        <w:keepNext w:val="0"/>
        <w:keepLines/>
        <w:widowControl/>
        <w:tabs>
          <w:tab w:pos="2847" w:val="left"/>
          <w:tab w:pos="5411" w:val="left"/>
          <w:tab w:pos="7975" w:val="left"/>
        </w:tabs>
        <w:spacing w:before="0" w:after="0" w:line="240" w:lineRule="auto"/>
        <w:ind w:firstLine="0" w:left="283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A. d – b – a – c – e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B. b – d – e – a – c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C. b – a – c – e – d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D. c – b – e – d – a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Question 8.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a. Lan: He plays the flute in the school orchestra.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b. Mai: What instrument does your cousin play?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c. Mai: That sounds interesting. I’d like to hear him.</w:t>
      </w:r>
    </w:p>
    <w:p>
      <w:pPr>
        <w:keepNext w:val="0"/>
        <w:keepLines/>
        <w:widowControl/>
        <w:tabs>
          <w:tab w:pos="2847" w:val="left"/>
          <w:tab w:pos="5411" w:val="left"/>
          <w:tab w:pos="7975" w:val="left"/>
        </w:tabs>
        <w:spacing w:before="0" w:after="0" w:line="240" w:lineRule="auto"/>
        <w:ind w:firstLine="0" w:left="283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A. a – b – c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B. b – a – c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C. b – c – a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D. c – a – b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Question 9.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a. Nam: Great. I’ll clear the table first.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b. Mai: Can you help me fold these clothes?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c. Mai: Thanks. We can finish before Mum comes home.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d. Nam: Yes, but I need a clean space.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e. Mai: Let’s use the table in the living room.</w:t>
      </w:r>
    </w:p>
    <w:p>
      <w:pPr>
        <w:keepNext w:val="0"/>
        <w:keepLines/>
        <w:widowControl/>
        <w:tabs>
          <w:tab w:pos="2847" w:val="left"/>
          <w:tab w:pos="5411" w:val="left"/>
          <w:tab w:pos="7975" w:val="left"/>
        </w:tabs>
        <w:spacing w:before="0" w:after="0" w:line="240" w:lineRule="auto"/>
        <w:ind w:firstLine="0" w:left="283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A. b – e – c – d – a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B. d – b – a – c – e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C. e – a – b – d – c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D. b – d – e – a – c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Question 10.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a. Finally, each student played a short rhythm on the new instrument.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b. First, we washed some empty food containers.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c. Our music class made instruments from things we could reuse.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d. Then we put a little dry rice inside and closed them tightly.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e. The activity showed us that making music does not have to cost much.</w:t>
      </w:r>
    </w:p>
    <w:p>
      <w:pPr>
        <w:keepNext w:val="0"/>
        <w:keepLines/>
        <w:widowControl/>
        <w:tabs>
          <w:tab w:pos="2847" w:val="left"/>
          <w:tab w:pos="5411" w:val="left"/>
          <w:tab w:pos="7975" w:val="left"/>
        </w:tabs>
        <w:spacing w:before="0" w:after="0" w:line="240" w:lineRule="auto"/>
        <w:ind w:firstLine="0" w:left="283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A. b – c – a – e – d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B. c – a – e – d – b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C. e – c – b – a – d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D. c – b – d – a – e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Question 11.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a. Now they hang their clothes outside on sunny days.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b. First, the family looked at how much electricity they used.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c. The Nguyen family decided to save energy at home.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d. They noticed that the clothes dryer used a lot.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e. As a result, they use the dryer less often.</w:t>
      </w:r>
    </w:p>
    <w:p>
      <w:pPr>
        <w:keepNext w:val="0"/>
        <w:keepLines/>
        <w:widowControl/>
        <w:tabs>
          <w:tab w:pos="2847" w:val="left"/>
          <w:tab w:pos="5411" w:val="left"/>
          <w:tab w:pos="7975" w:val="left"/>
        </w:tabs>
        <w:spacing w:before="0" w:after="0" w:line="240" w:lineRule="auto"/>
        <w:ind w:firstLine="0" w:left="283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A. b – c – a – e – d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B. c – a – e – d – b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C. e – c – b – a – d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D. c – b – d – a – e</w:t>
      </w:r>
    </w:p>
    <w:p>
      <w:pPr>
        <w:keepNext/>
        <w:keepLines/>
        <w:widowControl/>
        <w:spacing w:before="140" w:after="0" w:line="240" w:lineRule="auto"/>
        <w:ind w:firstLine="0"/>
        <w:jc w:val="both"/>
      </w:pPr>
      <w:r>
        <w:rPr>
          <w:rFonts w:ascii="Times New Roman" w:hAnsi="Times New Roman" w:eastAsia="Times New Roman" w:cs="Times New Roman"/>
          <w:b/>
          <w:i/>
          <w:color w:val="000000"/>
          <w:sz w:val="24"/>
        </w:rPr>
        <w:t>Read the following passage and choose the best option A, B, C or D for each blank from 12 to 16.</w:t>
      </w:r>
    </w:p>
    <w:p>
      <w:pPr>
        <w:keepNext w:val="0"/>
        <w:keepLines/>
        <w:widowControl/>
        <w:spacing w:before="0" w:after="0" w:line="240" w:lineRule="auto"/>
        <w:ind w:firstLine="567"/>
        <w:jc w:val="both"/>
      </w:pPr>
      <w:r>
        <w:rPr>
          <w:rFonts w:ascii="Times New Roman" w:hAnsi="Times New Roman" w:eastAsia="Times New Roman" w:cs="Times New Roman"/>
          <w:color w:val="000000"/>
          <w:sz w:val="24"/>
        </w:rPr>
        <w:t>Our class is making a song with simple instruments. We use empty boxes and clean bottles. Before we start, our teacher asks us (12) _____. She wants every instrument to be safe.</w:t>
      </w:r>
    </w:p>
    <w:p>
      <w:pPr>
        <w:keepNext w:val="0"/>
        <w:keepLines/>
        <w:widowControl/>
        <w:spacing w:before="0" w:after="0" w:line="240" w:lineRule="auto"/>
        <w:ind w:firstLine="567"/>
        <w:jc w:val="both"/>
      </w:pPr>
      <w:r>
        <w:rPr>
          <w:rFonts w:ascii="Times New Roman" w:hAnsi="Times New Roman" w:eastAsia="Times New Roman" w:cs="Times New Roman"/>
          <w:color w:val="000000"/>
          <w:sz w:val="24"/>
        </w:rPr>
        <w:t>Some students tap the boxes while (13) _____. The sounds are different, but they work well together. Our teacher lets us (14) _____ until we find a beat we like.</w:t>
      </w:r>
    </w:p>
    <w:p>
      <w:pPr>
        <w:keepNext w:val="0"/>
        <w:keepLines/>
        <w:widowControl/>
        <w:spacing w:before="0" w:after="0" w:line="240" w:lineRule="auto"/>
        <w:ind w:firstLine="567"/>
        <w:jc w:val="both"/>
      </w:pPr>
      <w:r>
        <w:rPr>
          <w:rFonts w:ascii="Times New Roman" w:hAnsi="Times New Roman" w:eastAsia="Times New Roman" w:cs="Times New Roman"/>
          <w:color w:val="000000"/>
          <w:sz w:val="24"/>
        </w:rPr>
        <w:t>We are going to record the song tomorrow. We have chosen a quiet room and checked the microphone. I think our friends (15) _____. We hope the song will show that (16) _____.</w:t>
      </w:r>
    </w:p>
    <w:p>
      <w:pPr>
        <w:keepNext/>
        <w:keepLines/>
        <w:widowControl/>
        <w:tabs>
          <w:tab w:pos="1389" w:val="left"/>
        </w:tabs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Question 12.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A. to check for sharp edges</w:t>
      </w:r>
    </w:p>
    <w:p>
      <w:pPr>
        <w:keepNext/>
        <w:keepLines/>
        <w:widowControl/>
        <w:spacing w:before="0" w:after="0" w:line="240" w:lineRule="auto"/>
        <w:ind w:firstLine="0" w:left="1389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B. checking for sharp edges</w:t>
      </w:r>
    </w:p>
    <w:p>
      <w:pPr>
        <w:keepNext/>
        <w:keepLines/>
        <w:widowControl/>
        <w:spacing w:before="0" w:after="0" w:line="240" w:lineRule="auto"/>
        <w:ind w:firstLine="0" w:left="1389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C. checked for sharp edges</w:t>
      </w:r>
    </w:p>
    <w:p>
      <w:pPr>
        <w:keepNext w:val="0"/>
        <w:keepLines/>
        <w:widowControl/>
        <w:spacing w:before="0" w:after="0" w:line="240" w:lineRule="auto"/>
        <w:ind w:firstLine="0" w:left="1389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D. checks for sharp edges</w:t>
      </w:r>
    </w:p>
    <w:p>
      <w:pPr>
        <w:keepNext/>
        <w:keepLines/>
        <w:widowControl/>
        <w:tabs>
          <w:tab w:pos="1389" w:val="left"/>
        </w:tabs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Question 13.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A. others shakes the bottles</w:t>
      </w:r>
    </w:p>
    <w:p>
      <w:pPr>
        <w:keepNext/>
        <w:keepLines/>
        <w:widowControl/>
        <w:spacing w:before="0" w:after="0" w:line="240" w:lineRule="auto"/>
        <w:ind w:firstLine="0" w:left="1389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B. others shaking the bottles</w:t>
      </w:r>
    </w:p>
    <w:p>
      <w:pPr>
        <w:keepNext/>
        <w:keepLines/>
        <w:widowControl/>
        <w:spacing w:before="0" w:after="0" w:line="240" w:lineRule="auto"/>
        <w:ind w:firstLine="0" w:left="1389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C. others is shaking the bottles</w:t>
      </w:r>
    </w:p>
    <w:p>
      <w:pPr>
        <w:keepNext w:val="0"/>
        <w:keepLines/>
        <w:widowControl/>
        <w:spacing w:before="0" w:after="0" w:line="240" w:lineRule="auto"/>
        <w:ind w:firstLine="0" w:left="1389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D. others are shaking the bottles</w:t>
      </w:r>
    </w:p>
    <w:p>
      <w:pPr>
        <w:keepNext/>
        <w:keepLines/>
        <w:widowControl/>
        <w:tabs>
          <w:tab w:pos="1389" w:val="left"/>
        </w:tabs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Question 14.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A. to try different rhythms</w:t>
      </w:r>
    </w:p>
    <w:p>
      <w:pPr>
        <w:keepNext/>
        <w:keepLines/>
        <w:widowControl/>
        <w:spacing w:before="0" w:after="0" w:line="240" w:lineRule="auto"/>
        <w:ind w:firstLine="0" w:left="1389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B. try different rhythms</w:t>
      </w:r>
    </w:p>
    <w:p>
      <w:pPr>
        <w:keepNext/>
        <w:keepLines/>
        <w:widowControl/>
        <w:spacing w:before="0" w:after="0" w:line="240" w:lineRule="auto"/>
        <w:ind w:firstLine="0" w:left="1389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C. trying different rhythms</w:t>
      </w:r>
    </w:p>
    <w:p>
      <w:pPr>
        <w:keepNext w:val="0"/>
        <w:keepLines/>
        <w:widowControl/>
        <w:spacing w:before="0" w:after="0" w:line="240" w:lineRule="auto"/>
        <w:ind w:firstLine="0" w:left="1389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D. tried different rhythms</w:t>
      </w:r>
    </w:p>
    <w:p>
      <w:pPr>
        <w:keepNext/>
        <w:keepLines/>
        <w:widowControl/>
        <w:tabs>
          <w:tab w:pos="1389" w:val="left"/>
        </w:tabs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Question 15.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A. enjoyed hearing our new sounds yesterday</w:t>
      </w:r>
    </w:p>
    <w:p>
      <w:pPr>
        <w:keepNext/>
        <w:keepLines/>
        <w:widowControl/>
        <w:spacing w:before="0" w:after="0" w:line="240" w:lineRule="auto"/>
        <w:ind w:firstLine="0" w:left="1389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B. are enjoyed hearing our new sounds</w:t>
      </w:r>
    </w:p>
    <w:p>
      <w:pPr>
        <w:keepNext/>
        <w:keepLines/>
        <w:widowControl/>
        <w:spacing w:before="0" w:after="0" w:line="240" w:lineRule="auto"/>
        <w:ind w:firstLine="0" w:left="1389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C. will enjoy hearing our new sounds</w:t>
      </w:r>
    </w:p>
    <w:p>
      <w:pPr>
        <w:keepNext w:val="0"/>
        <w:keepLines/>
        <w:widowControl/>
        <w:spacing w:before="0" w:after="0" w:line="240" w:lineRule="auto"/>
        <w:ind w:firstLine="0" w:left="1389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D. enjoys hearing our new sounds</w:t>
      </w:r>
    </w:p>
    <w:p>
      <w:pPr>
        <w:keepNext/>
        <w:keepLines/>
        <w:widowControl/>
        <w:tabs>
          <w:tab w:pos="1389" w:val="left"/>
        </w:tabs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Question 16.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A. all music needs expensive machines</w:t>
      </w:r>
    </w:p>
    <w:p>
      <w:pPr>
        <w:keepNext/>
        <w:keepLines/>
        <w:widowControl/>
        <w:spacing w:before="0" w:after="0" w:line="240" w:lineRule="auto"/>
        <w:ind w:firstLine="0" w:left="1389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B. every empty bottle must go into the river</w:t>
      </w:r>
    </w:p>
    <w:p>
      <w:pPr>
        <w:keepNext/>
        <w:keepLines/>
        <w:widowControl/>
        <w:spacing w:before="0" w:after="0" w:line="240" w:lineRule="auto"/>
        <w:ind w:firstLine="0" w:left="1389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C. students cannot make any music together</w:t>
      </w:r>
    </w:p>
    <w:p>
      <w:pPr>
        <w:keepNext w:val="0"/>
        <w:keepLines/>
        <w:widowControl/>
        <w:spacing w:before="0" w:after="0" w:line="240" w:lineRule="auto"/>
        <w:ind w:firstLine="0" w:left="1389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D. old containers can have a useful new purpose</w:t>
      </w:r>
    </w:p>
    <w:p>
      <w:r>
        <w:br w:type="page"/>
      </w:r>
    </w:p>
    <w:p>
      <w:pPr>
        <w:keepNext/>
        <w:keepLines/>
        <w:widowControl/>
        <w:spacing w:before="140" w:after="0" w:line="240" w:lineRule="auto"/>
        <w:ind w:firstLine="0"/>
        <w:jc w:val="both"/>
      </w:pPr>
      <w:r>
        <w:rPr>
          <w:rFonts w:ascii="Times New Roman" w:hAnsi="Times New Roman" w:eastAsia="Times New Roman" w:cs="Times New Roman"/>
          <w:b/>
          <w:i/>
          <w:color w:val="000000"/>
          <w:sz w:val="24"/>
        </w:rPr>
        <w:t>Read the passage and choose the best answer A, B, C or D for each question from 17 to 26.</w:t>
      </w:r>
    </w:p>
    <w:p>
      <w:pPr>
        <w:keepNext w:val="0"/>
        <w:keepLines/>
        <w:widowControl/>
        <w:spacing w:before="0" w:after="0" w:line="240" w:lineRule="auto"/>
        <w:ind w:firstLine="567"/>
        <w:jc w:val="both"/>
      </w:pPr>
      <w:r>
        <w:rPr>
          <w:rFonts w:ascii="Times New Roman" w:hAnsi="Times New Roman" w:eastAsia="Times New Roman" w:cs="Times New Roman"/>
          <w:color w:val="000000"/>
          <w:sz w:val="24"/>
        </w:rPr>
        <w:t>Every summer, many students at Hoa’s school buy new uniforms. The old ones are often still good. Hoa and her friends decided to open a uniform corner so families could pass these clothes to younger students.</w:t>
      </w:r>
    </w:p>
    <w:p>
      <w:pPr>
        <w:keepNext w:val="0"/>
        <w:keepLines/>
        <w:widowControl/>
        <w:spacing w:before="0" w:after="0" w:line="240" w:lineRule="auto"/>
        <w:ind w:firstLine="567"/>
        <w:jc w:val="both"/>
      </w:pPr>
      <w:r>
        <w:rPr>
          <w:rFonts w:ascii="Times New Roman" w:hAnsi="Times New Roman" w:eastAsia="Times New Roman" w:cs="Times New Roman"/>
          <w:color w:val="000000"/>
          <w:sz w:val="24"/>
        </w:rPr>
        <w:t>Parents donate uniforms that their children no longer need. Hoa checks the sizes and puts a label on each shirt. Other volunteers wash the clothes before placing them on shelves. They want everything to be clean and ready to wear.</w:t>
      </w:r>
    </w:p>
    <w:p>
      <w:pPr>
        <w:keepNext w:val="0"/>
        <w:keepLines/>
        <w:widowControl/>
        <w:spacing w:before="0" w:after="0" w:line="240" w:lineRule="auto"/>
        <w:ind w:firstLine="567"/>
        <w:jc w:val="both"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The corner opens on two mornings before the new school year. Families can choose the sizes they need. </w:t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>They can take a uniform home without paying for it.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A teacher helps when someone cannot find the right size.</w:t>
      </w:r>
    </w:p>
    <w:p>
      <w:pPr>
        <w:keepNext w:val="0"/>
        <w:keepLines/>
        <w:widowControl/>
        <w:spacing w:before="0" w:after="0" w:line="240" w:lineRule="auto"/>
        <w:ind w:firstLine="567"/>
        <w:jc w:val="both"/>
      </w:pPr>
      <w:r>
        <w:rPr>
          <w:rFonts w:ascii="Times New Roman" w:hAnsi="Times New Roman" w:eastAsia="Times New Roman" w:cs="Times New Roman"/>
          <w:color w:val="000000"/>
          <w:sz w:val="24"/>
        </w:rPr>
        <w:t>Hoa is happy because the project saves money and reduces waste. This year, she wants to add a shelf for school bags. She says that a small place can make a big difference when people work together.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Question 17. </w:t>
      </w:r>
      <w:r>
        <w:rPr>
          <w:rFonts w:ascii="Times New Roman" w:hAnsi="Times New Roman" w:eastAsia="Times New Roman" w:cs="Times New Roman"/>
          <w:color w:val="000000"/>
          <w:sz w:val="24"/>
        </w:rPr>
        <w:t>Which activity is NOT mentioned at the uniform corner?</w:t>
      </w:r>
    </w:p>
    <w:p>
      <w:pPr>
        <w:keepNext/>
        <w:keepLines/>
        <w:widowControl/>
        <w:tabs>
          <w:tab w:pos="5411" w:val="left"/>
        </w:tabs>
        <w:spacing w:before="0" w:after="0" w:line="240" w:lineRule="auto"/>
        <w:ind w:firstLine="0" w:left="283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A. washing old clothes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B. checking shirt sizes</w:t>
      </w:r>
    </w:p>
    <w:p>
      <w:pPr>
        <w:keepNext w:val="0"/>
        <w:keepLines/>
        <w:widowControl/>
        <w:tabs>
          <w:tab w:pos="5411" w:val="left"/>
        </w:tabs>
        <w:spacing w:before="0" w:after="0" w:line="240" w:lineRule="auto"/>
        <w:ind w:firstLine="0" w:left="283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C. adding labels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D. selling new sports shoes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Question 18.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The word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donate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in paragraph 2 is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CLOSEST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in meaning to _____.</w:t>
      </w:r>
    </w:p>
    <w:p>
      <w:pPr>
        <w:keepNext w:val="0"/>
        <w:keepLines/>
        <w:widowControl/>
        <w:tabs>
          <w:tab w:pos="2847" w:val="left"/>
          <w:tab w:pos="5411" w:val="left"/>
          <w:tab w:pos="7975" w:val="left"/>
        </w:tabs>
        <w:spacing w:before="0" w:after="0" w:line="240" w:lineRule="auto"/>
        <w:ind w:firstLine="0" w:left="283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A. buy at a high price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B. keep for yourself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C. give to help others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D. throw into a fire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Question 19.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The word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them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in paragraph 2 refers to _____.</w:t>
      </w:r>
    </w:p>
    <w:p>
      <w:pPr>
        <w:keepNext w:val="0"/>
        <w:keepLines/>
        <w:widowControl/>
        <w:tabs>
          <w:tab w:pos="2847" w:val="left"/>
          <w:tab w:pos="5411" w:val="left"/>
          <w:tab w:pos="7975" w:val="left"/>
        </w:tabs>
        <w:spacing w:before="0" w:after="0" w:line="240" w:lineRule="auto"/>
        <w:ind w:firstLine="0" w:left="283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A. the labels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B. the parents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C. the uniforms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D. the shelves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Question 20.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The word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clean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in paragraph 2 is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OPPOSITE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in meaning to _____.</w:t>
      </w:r>
    </w:p>
    <w:p>
      <w:pPr>
        <w:keepNext w:val="0"/>
        <w:keepLines/>
        <w:widowControl/>
        <w:tabs>
          <w:tab w:pos="2847" w:val="left"/>
          <w:tab w:pos="5411" w:val="left"/>
          <w:tab w:pos="7975" w:val="left"/>
        </w:tabs>
        <w:spacing w:before="0" w:after="0" w:line="240" w:lineRule="auto"/>
        <w:ind w:firstLine="0" w:left="283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A. old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B. dirty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C. small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D. cheap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Question 21.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Which statement is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TRUE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about the uniform corner?</w:t>
      </w:r>
    </w:p>
    <w:p>
      <w:pPr>
        <w:keepNext/>
        <w:keepLines/>
        <w:widowControl/>
        <w:tabs>
          <w:tab w:pos="5411" w:val="left"/>
        </w:tabs>
        <w:spacing w:before="0" w:after="0" w:line="240" w:lineRule="auto"/>
        <w:ind w:firstLine="0" w:left="283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A. Families pay a high price for every shirt.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B. Hoa refuses to check the sizes.</w:t>
      </w:r>
    </w:p>
    <w:p>
      <w:pPr>
        <w:keepNext w:val="0"/>
        <w:keepLines/>
        <w:widowControl/>
        <w:tabs>
          <w:tab w:pos="5411" w:val="left"/>
        </w:tabs>
        <w:spacing w:before="0" w:after="0" w:line="240" w:lineRule="auto"/>
        <w:ind w:firstLine="0" w:left="283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C. The corner opens before the new school year.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D. The project collects only new clothes.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Question 22. </w:t>
      </w:r>
      <w:r>
        <w:rPr>
          <w:rFonts w:ascii="Times New Roman" w:hAnsi="Times New Roman" w:eastAsia="Times New Roman" w:cs="Times New Roman"/>
          <w:color w:val="000000"/>
          <w:sz w:val="24"/>
        </w:rPr>
        <w:t>Which sentence best paraphrases the underlined sentence in paragraph 3?</w:t>
      </w:r>
    </w:p>
    <w:p>
      <w:pPr>
        <w:keepNext/>
        <w:keepLines/>
        <w:widowControl/>
        <w:tabs>
          <w:tab w:pos="5411" w:val="left"/>
        </w:tabs>
        <w:spacing w:before="0" w:after="0" w:line="240" w:lineRule="auto"/>
        <w:ind w:firstLine="0" w:left="283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A. Families must pay before choosing a size.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B. Families can receive a uniform for free.</w:t>
      </w:r>
    </w:p>
    <w:p>
      <w:pPr>
        <w:keepNext w:val="0"/>
        <w:keepLines/>
        <w:widowControl/>
        <w:tabs>
          <w:tab w:pos="5411" w:val="left"/>
        </w:tabs>
        <w:spacing w:before="0" w:after="0" w:line="240" w:lineRule="auto"/>
        <w:ind w:firstLine="0" w:left="283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C. Families can only look at the uniforms.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D. Only teachers are allowed to take clothes.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Question 23. </w:t>
      </w:r>
      <w:r>
        <w:rPr>
          <w:rFonts w:ascii="Times New Roman" w:hAnsi="Times New Roman" w:eastAsia="Times New Roman" w:cs="Times New Roman"/>
          <w:color w:val="000000"/>
          <w:sz w:val="24"/>
        </w:rPr>
        <w:t>In which paragraph is the reason for starting the project given?</w:t>
      </w:r>
    </w:p>
    <w:p>
      <w:pPr>
        <w:keepNext w:val="0"/>
        <w:keepLines/>
        <w:widowControl/>
        <w:tabs>
          <w:tab w:pos="2847" w:val="left"/>
          <w:tab w:pos="5411" w:val="left"/>
          <w:tab w:pos="7975" w:val="left"/>
        </w:tabs>
        <w:spacing w:before="0" w:after="0" w:line="240" w:lineRule="auto"/>
        <w:ind w:firstLine="0" w:left="283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A. Paragraph 2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B. Paragraph 3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C. Paragraph 1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D. Paragraph 4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Question 24. </w:t>
      </w:r>
      <w:r>
        <w:rPr>
          <w:rFonts w:ascii="Times New Roman" w:hAnsi="Times New Roman" w:eastAsia="Times New Roman" w:cs="Times New Roman"/>
          <w:color w:val="000000"/>
          <w:sz w:val="24"/>
        </w:rPr>
        <w:t>In which paragraph does Hoa describe a new plan for the corner?</w:t>
      </w:r>
    </w:p>
    <w:p>
      <w:pPr>
        <w:keepNext w:val="0"/>
        <w:keepLines/>
        <w:widowControl/>
        <w:tabs>
          <w:tab w:pos="2847" w:val="left"/>
          <w:tab w:pos="5411" w:val="left"/>
          <w:tab w:pos="7975" w:val="left"/>
        </w:tabs>
        <w:spacing w:before="0" w:after="0" w:line="240" w:lineRule="auto"/>
        <w:ind w:firstLine="0" w:left="283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A. Paragraph 4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B. Paragraph 1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C. Paragraph 2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D. Paragraph 3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Question 25. </w:t>
      </w:r>
      <w:r>
        <w:rPr>
          <w:rFonts w:ascii="Times New Roman" w:hAnsi="Times New Roman" w:eastAsia="Times New Roman" w:cs="Times New Roman"/>
          <w:color w:val="000000"/>
          <w:sz w:val="24"/>
        </w:rPr>
        <w:t>What happens when a family cannot find the right size?</w:t>
      </w:r>
    </w:p>
    <w:p>
      <w:pPr>
        <w:keepNext/>
        <w:keepLines/>
        <w:widowControl/>
        <w:tabs>
          <w:tab w:pos="5411" w:val="left"/>
        </w:tabs>
        <w:spacing w:before="0" w:after="0" w:line="240" w:lineRule="auto"/>
        <w:ind w:firstLine="0" w:left="283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A. A teacher helps them.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B. They must leave the school forever.</w:t>
      </w:r>
    </w:p>
    <w:p>
      <w:pPr>
        <w:keepNext w:val="0"/>
        <w:keepLines/>
        <w:widowControl/>
        <w:tabs>
          <w:tab w:pos="5411" w:val="left"/>
        </w:tabs>
        <w:spacing w:before="0" w:after="0" w:line="240" w:lineRule="auto"/>
        <w:ind w:firstLine="0" w:left="283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C. Hoa asks them to buy a new shelf.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D. They are not allowed to ask questions.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Question 26. </w:t>
      </w:r>
      <w:r>
        <w:rPr>
          <w:rFonts w:ascii="Times New Roman" w:hAnsi="Times New Roman" w:eastAsia="Times New Roman" w:cs="Times New Roman"/>
          <w:color w:val="000000"/>
          <w:sz w:val="24"/>
        </w:rPr>
        <w:t>What is the main message of the passage?</w:t>
      </w:r>
    </w:p>
    <w:p>
      <w:pPr>
        <w:keepNext/>
        <w:keepLines/>
        <w:widowControl/>
        <w:spacing w:before="0" w:after="0" w:line="240" w:lineRule="auto"/>
        <w:ind w:firstLine="0" w:left="283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A. Sharing uniforms helps families and reduces waste.</w:t>
      </w:r>
    </w:p>
    <w:p>
      <w:pPr>
        <w:keepNext/>
        <w:keepLines/>
        <w:widowControl/>
        <w:spacing w:before="0" w:after="0" w:line="240" w:lineRule="auto"/>
        <w:ind w:firstLine="0" w:left="283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B. New uniforms must be bought every month.</w:t>
      </w:r>
    </w:p>
    <w:p>
      <w:pPr>
        <w:keepNext/>
        <w:keepLines/>
        <w:widowControl/>
        <w:spacing w:before="0" w:after="0" w:line="240" w:lineRule="auto"/>
        <w:ind w:firstLine="0" w:left="283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C. A school stops students wearing uniforms.</w:t>
      </w:r>
    </w:p>
    <w:p>
      <w:pPr>
        <w:keepNext w:val="0"/>
        <w:keepLines/>
        <w:widowControl/>
        <w:spacing w:before="0" w:after="0" w:line="240" w:lineRule="auto"/>
        <w:ind w:firstLine="0" w:left="283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D. Old clothes are never useful to anyone.</w:t>
      </w:r>
    </w:p>
    <w:p>
      <w:r>
        <w:br w:type="page"/>
      </w:r>
    </w:p>
    <w:p>
      <w:pPr>
        <w:keepNext/>
        <w:keepLines/>
        <w:widowControl/>
        <w:spacing w:before="140" w:after="0" w:line="240" w:lineRule="auto"/>
        <w:ind w:firstLine="0"/>
        <w:jc w:val="both"/>
      </w:pPr>
      <w:r>
        <w:rPr>
          <w:rFonts w:ascii="Times New Roman" w:hAnsi="Times New Roman" w:eastAsia="Times New Roman" w:cs="Times New Roman"/>
          <w:b/>
          <w:i/>
          <w:color w:val="000000"/>
          <w:sz w:val="24"/>
        </w:rPr>
        <w:t>Read the following advertisement and choose the best option A, B, C or D for each blank from 27 to 32.</w:t>
      </w:r>
    </w:p>
    <w:p>
      <w:pPr>
        <w:keepNext/>
        <w:keepLines/>
        <w:widowControl/>
        <w:spacing w:before="0" w:after="0" w:line="240" w:lineRule="auto"/>
        <w:ind w:firstLine="0"/>
        <w:jc w:val="center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HOME SKILLS FOR TEENAGERS</w:t>
      </w:r>
    </w:p>
    <w:p>
      <w:pPr>
        <w:keepNext w:val="0"/>
        <w:keepLines/>
        <w:widowControl/>
        <w:spacing w:before="0" w:after="0" w:line="240" w:lineRule="auto"/>
        <w:ind w:firstLine="567"/>
        <w:jc w:val="both"/>
      </w:pPr>
      <w:r>
        <w:rPr>
          <w:rFonts w:ascii="Times New Roman" w:hAnsi="Times New Roman" w:eastAsia="Times New Roman" w:cs="Times New Roman"/>
          <w:color w:val="000000"/>
          <w:sz w:val="24"/>
        </w:rPr>
        <w:t>Would you like to do more at home? Join our Home Skills class this weekend. You will learn to (27) _____ the laundry and fold clothes neatly.</w:t>
      </w:r>
    </w:p>
    <w:p>
      <w:pPr>
        <w:keepNext w:val="0"/>
        <w:keepLines/>
        <w:widowControl/>
        <w:spacing w:before="0" w:after="0" w:line="240" w:lineRule="auto"/>
        <w:ind w:firstLine="567"/>
        <w:jc w:val="both"/>
      </w:pPr>
      <w:r>
        <w:rPr>
          <w:rFonts w:ascii="Times New Roman" w:hAnsi="Times New Roman" w:eastAsia="Times New Roman" w:cs="Times New Roman"/>
          <w:color w:val="000000"/>
          <w:sz w:val="24"/>
        </w:rPr>
        <w:t>Our teacher hopes (28) _____ you become more independent. Each student gets a small (29) _____ to practise. We work in pairs, (30) _____ you can help one another.</w:t>
      </w:r>
    </w:p>
    <w:p>
      <w:pPr>
        <w:keepNext w:val="0"/>
        <w:keepLines/>
        <w:widowControl/>
        <w:spacing w:before="0" w:after="0" w:line="240" w:lineRule="auto"/>
        <w:ind w:firstLine="567"/>
        <w:jc w:val="both"/>
      </w:pPr>
      <w:r>
        <w:rPr>
          <w:rFonts w:ascii="Times New Roman" w:hAnsi="Times New Roman" w:eastAsia="Times New Roman" w:cs="Times New Roman"/>
          <w:color w:val="000000"/>
          <w:sz w:val="24"/>
        </w:rPr>
        <w:t>Please bring a clean T-shirt. Parents are welcome to watch, but students will do the activities (31) _____. The class is a good way to learn about sharing family (32) _____. Sign up at the school office.</w:t>
      </w:r>
    </w:p>
    <w:p>
      <w:pPr>
        <w:keepNext w:val="0"/>
        <w:keepLines/>
        <w:widowControl/>
        <w:tabs>
          <w:tab w:pos="1389" w:val="left"/>
          <w:tab w:pos="3657" w:val="left"/>
          <w:tab w:pos="5924" w:val="left"/>
          <w:tab w:pos="8192" w:val="left"/>
        </w:tabs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Question 27.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A. make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B. take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C. do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D. play</w:t>
      </w:r>
    </w:p>
    <w:p>
      <w:pPr>
        <w:keepNext w:val="0"/>
        <w:keepLines/>
        <w:widowControl/>
        <w:tabs>
          <w:tab w:pos="1389" w:val="left"/>
          <w:tab w:pos="3657" w:val="left"/>
          <w:tab w:pos="5924" w:val="left"/>
          <w:tab w:pos="8192" w:val="left"/>
        </w:tabs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Question 28.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A. helping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B. helped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C. helps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D. to help</w:t>
      </w:r>
    </w:p>
    <w:p>
      <w:pPr>
        <w:keepNext w:val="0"/>
        <w:keepLines/>
        <w:widowControl/>
        <w:tabs>
          <w:tab w:pos="1389" w:val="left"/>
          <w:tab w:pos="3657" w:val="left"/>
          <w:tab w:pos="5924" w:val="left"/>
          <w:tab w:pos="8192" w:val="left"/>
        </w:tabs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Question 29.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A. task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B. audience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C. album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D. melody</w:t>
      </w:r>
    </w:p>
    <w:p>
      <w:pPr>
        <w:keepNext w:val="0"/>
        <w:keepLines/>
        <w:widowControl/>
        <w:tabs>
          <w:tab w:pos="1389" w:val="left"/>
          <w:tab w:pos="3657" w:val="left"/>
          <w:tab w:pos="5924" w:val="left"/>
          <w:tab w:pos="8192" w:val="left"/>
        </w:tabs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Question 30.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A. so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B. but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C. or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D. although</w:t>
      </w:r>
    </w:p>
    <w:p>
      <w:pPr>
        <w:keepNext w:val="0"/>
        <w:keepLines/>
        <w:widowControl/>
        <w:tabs>
          <w:tab w:pos="1389" w:val="left"/>
          <w:tab w:pos="3657" w:val="left"/>
          <w:tab w:pos="5924" w:val="left"/>
          <w:tab w:pos="8192" w:val="left"/>
        </w:tabs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Question 31.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A. them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B. their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C. themselves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D. they</w:t>
      </w:r>
    </w:p>
    <w:p>
      <w:pPr>
        <w:keepNext w:val="0"/>
        <w:keepLines/>
        <w:widowControl/>
        <w:tabs>
          <w:tab w:pos="1389" w:val="left"/>
          <w:tab w:pos="3657" w:val="left"/>
          <w:tab w:pos="5924" w:val="left"/>
          <w:tab w:pos="8192" w:val="left"/>
        </w:tabs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Question 32.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A. instruments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B. responsibilities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C. concerts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D. performances</w:t>
      </w:r>
    </w:p>
    <w:p>
      <w:pPr>
        <w:keepNext/>
        <w:keepLines/>
        <w:widowControl/>
        <w:spacing w:before="140" w:after="0" w:line="240" w:lineRule="auto"/>
        <w:ind w:firstLine="0"/>
        <w:jc w:val="both"/>
      </w:pPr>
      <w:r>
        <w:rPr>
          <w:rFonts w:ascii="Times New Roman" w:hAnsi="Times New Roman" w:eastAsia="Times New Roman" w:cs="Times New Roman"/>
          <w:b/>
          <w:i/>
          <w:color w:val="000000"/>
          <w:sz w:val="24"/>
        </w:rPr>
        <w:t>Read the passage and choose the best answer A, B, C or D for each question from 33 to 40.</w:t>
      </w:r>
    </w:p>
    <w:p>
      <w:pPr>
        <w:keepNext w:val="0"/>
        <w:keepLines/>
        <w:widowControl/>
        <w:spacing w:before="0" w:after="0" w:line="240" w:lineRule="auto"/>
        <w:ind w:firstLine="567"/>
        <w:jc w:val="both"/>
      </w:pPr>
      <w:r>
        <w:rPr>
          <w:rFonts w:ascii="Times New Roman" w:hAnsi="Times New Roman" w:eastAsia="Times New Roman" w:cs="Times New Roman"/>
          <w:color w:val="000000"/>
          <w:sz w:val="24"/>
        </w:rPr>
        <w:t>A small music group visits the town library once a month. Its members are teenagers from the local school. They play gentle music in a separate room. Visitors can choose to listen before borrowing their books.</w:t>
      </w:r>
    </w:p>
    <w:p>
      <w:pPr>
        <w:keepNext w:val="0"/>
        <w:keepLines/>
        <w:widowControl/>
        <w:spacing w:before="0" w:after="0" w:line="240" w:lineRule="auto"/>
        <w:ind w:firstLine="567"/>
        <w:jc w:val="both"/>
      </w:pPr>
      <w:r>
        <w:rPr>
          <w:rFonts w:ascii="Times New Roman" w:hAnsi="Times New Roman" w:eastAsia="Times New Roman" w:cs="Times New Roman"/>
          <w:color w:val="000000"/>
          <w:sz w:val="24"/>
        </w:rPr>
        <w:t>The group starts early on Saturday afternoons. Before each visit, the members choose three short pieces. Vy plays the keyboard, and Khoa plays the guitar. A teacher helps them keep the sound low.</w:t>
      </w:r>
    </w:p>
    <w:p>
      <w:pPr>
        <w:keepNext w:val="0"/>
        <w:keepLines/>
        <w:widowControl/>
        <w:spacing w:before="0" w:after="0" w:line="240" w:lineRule="auto"/>
        <w:ind w:firstLine="567"/>
        <w:jc w:val="both"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There are no tickets. </w:t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>Anyone can come into the room and enjoy the music for free.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Some listeners bring their children. Others sit quietly and draw while the group plays.</w:t>
      </w:r>
    </w:p>
    <w:p>
      <w:pPr>
        <w:keepNext w:val="0"/>
        <w:keepLines/>
        <w:widowControl/>
        <w:spacing w:before="0" w:after="0" w:line="240" w:lineRule="auto"/>
        <w:ind w:firstLine="567"/>
        <w:jc w:val="both"/>
      </w:pPr>
      <w:r>
        <w:rPr>
          <w:rFonts w:ascii="Times New Roman" w:hAnsi="Times New Roman" w:eastAsia="Times New Roman" w:cs="Times New Roman"/>
          <w:color w:val="000000"/>
          <w:sz w:val="24"/>
        </w:rPr>
        <w:t>The library staff like the visits because they bring new people to the building. After a performance, the musicians help put the chairs away. Vy says that playing there helps her feel less shy. She wants to invite another classmate to join them.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Question 33. </w:t>
      </w:r>
      <w:r>
        <w:rPr>
          <w:rFonts w:ascii="Times New Roman" w:hAnsi="Times New Roman" w:eastAsia="Times New Roman" w:cs="Times New Roman"/>
          <w:color w:val="000000"/>
          <w:sz w:val="24"/>
        </w:rPr>
        <w:t>What does paragraph 1 mainly introduce?</w:t>
      </w:r>
    </w:p>
    <w:p>
      <w:pPr>
        <w:keepNext/>
        <w:keepLines/>
        <w:widowControl/>
        <w:tabs>
          <w:tab w:pos="5411" w:val="left"/>
        </w:tabs>
        <w:spacing w:before="0" w:after="0" w:line="240" w:lineRule="auto"/>
        <w:ind w:firstLine="0" w:left="283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A. a music group’s visits to a library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B. a family buying a keyboard</w:t>
      </w:r>
    </w:p>
    <w:p>
      <w:pPr>
        <w:keepNext w:val="0"/>
        <w:keepLines/>
        <w:widowControl/>
        <w:tabs>
          <w:tab w:pos="5411" w:val="left"/>
        </w:tabs>
        <w:spacing w:before="0" w:after="0" w:line="240" w:lineRule="auto"/>
        <w:ind w:firstLine="0" w:left="283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C. a shop selling concert tickets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D. a teacher closing the town library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Question 34.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The word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them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in paragraph 2 refers to _____.</w:t>
      </w:r>
    </w:p>
    <w:p>
      <w:pPr>
        <w:keepNext w:val="0"/>
        <w:keepLines/>
        <w:widowControl/>
        <w:tabs>
          <w:tab w:pos="2847" w:val="left"/>
          <w:tab w:pos="5411" w:val="left"/>
          <w:tab w:pos="7975" w:val="left"/>
        </w:tabs>
        <w:spacing w:before="0" w:after="0" w:line="240" w:lineRule="auto"/>
        <w:ind w:firstLine="0" w:left="283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A. the library books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B. the visitors’ children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C. the group members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D. the empty chairs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Question 35. </w:t>
      </w:r>
      <w:r>
        <w:rPr>
          <w:rFonts w:ascii="Times New Roman" w:hAnsi="Times New Roman" w:eastAsia="Times New Roman" w:cs="Times New Roman"/>
          <w:color w:val="000000"/>
          <w:sz w:val="24"/>
        </w:rPr>
        <w:t>Which sentence best paraphrases the underlined sentence in paragraph 3?</w:t>
      </w:r>
    </w:p>
    <w:p>
      <w:pPr>
        <w:keepNext/>
        <w:keepLines/>
        <w:widowControl/>
        <w:tabs>
          <w:tab w:pos="5411" w:val="left"/>
        </w:tabs>
        <w:spacing w:before="0" w:after="0" w:line="240" w:lineRule="auto"/>
        <w:ind w:firstLine="0" w:left="283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A. Only musicians can enter the room.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B. Every listener must buy a ticket.</w:t>
      </w:r>
    </w:p>
    <w:p>
      <w:pPr>
        <w:keepNext w:val="0"/>
        <w:keepLines/>
        <w:widowControl/>
        <w:tabs>
          <w:tab w:pos="5411" w:val="left"/>
        </w:tabs>
        <w:spacing w:before="0" w:after="0" w:line="240" w:lineRule="auto"/>
        <w:ind w:firstLine="0" w:left="283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C. Children cannot come to the performance.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D. People do not pay to listen to the music.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Question 36.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The word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early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in paragraph 2 is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OPPOSITE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in meaning to _____.</w:t>
      </w:r>
    </w:p>
    <w:p>
      <w:pPr>
        <w:keepNext w:val="0"/>
        <w:keepLines/>
        <w:widowControl/>
        <w:tabs>
          <w:tab w:pos="2847" w:val="left"/>
          <w:tab w:pos="5411" w:val="left"/>
          <w:tab w:pos="7975" w:val="left"/>
        </w:tabs>
        <w:spacing w:before="0" w:after="0" w:line="240" w:lineRule="auto"/>
        <w:ind w:firstLine="0" w:left="283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A. late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B. slow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C. short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D. soft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Question 37.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The word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choose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in paragraph 2 is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CLOSEST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in meaning to _____.</w:t>
      </w:r>
    </w:p>
    <w:p>
      <w:pPr>
        <w:keepNext w:val="0"/>
        <w:keepLines/>
        <w:widowControl/>
        <w:tabs>
          <w:tab w:pos="2847" w:val="left"/>
          <w:tab w:pos="5411" w:val="left"/>
          <w:tab w:pos="7975" w:val="left"/>
        </w:tabs>
        <w:spacing w:before="0" w:after="0" w:line="240" w:lineRule="auto"/>
        <w:ind w:firstLine="0" w:left="283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A. repair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B. hide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C. pick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D. forget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Question 38.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Which of the following is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NOT TRUE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about the library visits?</w:t>
      </w:r>
    </w:p>
    <w:p>
      <w:pPr>
        <w:keepNext/>
        <w:keepLines/>
        <w:widowControl/>
        <w:tabs>
          <w:tab w:pos="5411" w:val="left"/>
        </w:tabs>
        <w:spacing w:before="0" w:after="0" w:line="240" w:lineRule="auto"/>
        <w:ind w:firstLine="0" w:left="283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A. Vy plays the keyboard.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B. The group visits every day.</w:t>
      </w:r>
    </w:p>
    <w:p>
      <w:pPr>
        <w:keepNext w:val="0"/>
        <w:keepLines/>
        <w:widowControl/>
        <w:tabs>
          <w:tab w:pos="5411" w:val="left"/>
        </w:tabs>
        <w:spacing w:before="0" w:after="0" w:line="240" w:lineRule="auto"/>
        <w:ind w:firstLine="0" w:left="283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C. Some listeners draw during the music.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D. Musicians help put away chairs.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Question 39. </w:t>
      </w:r>
      <w:r>
        <w:rPr>
          <w:rFonts w:ascii="Times New Roman" w:hAnsi="Times New Roman" w:eastAsia="Times New Roman" w:cs="Times New Roman"/>
          <w:color w:val="000000"/>
          <w:sz w:val="24"/>
        </w:rPr>
        <w:t>In which paragraph are two instruments named?</w:t>
      </w:r>
    </w:p>
    <w:p>
      <w:pPr>
        <w:keepNext w:val="0"/>
        <w:keepLines/>
        <w:widowControl/>
        <w:tabs>
          <w:tab w:pos="2847" w:val="left"/>
          <w:tab w:pos="5411" w:val="left"/>
          <w:tab w:pos="7975" w:val="left"/>
        </w:tabs>
        <w:spacing w:before="0" w:after="0" w:line="240" w:lineRule="auto"/>
        <w:ind w:firstLine="0" w:left="283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A. Paragraph 1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B. Paragraph 2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C. Paragraph 3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D. Paragraph 4</w:t>
      </w:r>
    </w:p>
    <w:p>
      <w:pPr>
        <w:keepNext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Question 40. </w:t>
      </w:r>
      <w:r>
        <w:rPr>
          <w:rFonts w:ascii="Times New Roman" w:hAnsi="Times New Roman" w:eastAsia="Times New Roman" w:cs="Times New Roman"/>
          <w:color w:val="000000"/>
          <w:sz w:val="24"/>
        </w:rPr>
        <w:t>In which paragraph does Vy explain a personal benefit?</w:t>
      </w:r>
    </w:p>
    <w:p>
      <w:pPr>
        <w:keepNext w:val="0"/>
        <w:keepLines/>
        <w:widowControl/>
        <w:tabs>
          <w:tab w:pos="2847" w:val="left"/>
          <w:tab w:pos="5411" w:val="left"/>
          <w:tab w:pos="7975" w:val="left"/>
        </w:tabs>
        <w:spacing w:before="0" w:after="0" w:line="240" w:lineRule="auto"/>
        <w:ind w:firstLine="0" w:left="283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A. Paragraph 4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B. Paragraph 1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C. Paragraph 2</w:t>
      </w:r>
      <w:r>
        <w:rPr>
          <w:rFonts w:ascii="Times New Roman" w:hAnsi="Times New Roman" w:eastAsia="Times New Roman" w:cs="Times New Roman"/>
          <w:color w:val="000000"/>
          <w:sz w:val="24"/>
        </w:rPr>
        <w:tab/>
        <w:t>D. Paragraph 3</w:t>
      </w:r>
    </w:p>
    <w:p>
      <w:pPr>
        <w:keepNext/>
        <w:keepLines/>
        <w:widowControl/>
        <w:spacing w:before="60" w:after="0" w:line="240" w:lineRule="auto"/>
        <w:ind w:firstLine="0"/>
        <w:jc w:val="center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THE END</w:t>
      </w:r>
    </w:p>
    <w:p>
      <w:pPr>
        <w:keepNext w:val="0"/>
        <w:keepLines/>
        <w:widowControl/>
        <w:spacing w:before="0" w:after="0" w:line="240" w:lineRule="auto"/>
        <w:ind w:firstLine="0"/>
        <w:jc w:val="left"/>
      </w:pPr>
      <w:r>
        <w:rPr>
          <w:rFonts w:ascii="Times New Roman" w:hAnsi="Times New Roman" w:eastAsia="Times New Roman" w:cs="Times New Roman"/>
          <w:color w:val="000000"/>
          <w:sz w:val="24"/>
        </w:rPr>
        <w:t>– Thí sinh không được sử dụng tài liệu.</w:t>
      </w:r>
      <w:r>
        <w:br/>
      </w:r>
      <w:r>
        <w:rPr>
          <w:rFonts w:ascii="Times New Roman" w:hAnsi="Times New Roman" w:eastAsia="Times New Roman" w:cs="Times New Roman"/>
          <w:color w:val="000000"/>
          <w:sz w:val="24"/>
        </w:rPr>
        <w:t>– Giám thị không giải thích gì thêm.</w:t>
      </w:r>
    </w:p>
    <w:sectPr w:rsidR="00FC693F" w:rsidRPr="0006063C" w:rsidSect="00034616">
      <w:footerReference w:type="default" r:id="rId9"/>
      <w:pgSz w:w="12240" w:h="15840"/>
      <w:pgMar w:top="794" w:right="850" w:bottom="794" w:left="850" w:header="283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keepLines/>
      <w:widowControl/>
      <w:spacing w:before="0" w:after="0" w:line="240" w:lineRule="auto"/>
      <w:ind w:firstLine="0"/>
      <w:jc w:val="right"/>
    </w:pPr>
    <w:r>
      <w:rPr>
        <w:rFonts w:ascii="Times New Roman" w:hAnsi="Times New Roman" w:eastAsia="Times New Roman" w:cs="Times New Roman"/>
        <w:color w:val="000000"/>
        <w:sz w:val="20"/>
      </w:rPr>
      <w:t xml:space="preserve">Trang </w:t>
    </w:r>
    <w:r>
      <w:rPr>
        <w:rFonts w:ascii="Times New Roman" w:hAnsi="Times New Roman" w:eastAsia="Times New Roman" w:cs="Times New Roman"/>
        <w:color w:val="000000"/>
        <w:sz w:val="20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Times New Roman" w:hAnsi="Times New Roman" w:eastAsia="Times New Roman" w:cs="Times New Roman"/>
        <w:color w:val="000000"/>
        <w:sz w:val="20"/>
      </w:rPr>
      <w:t>/</w:t>
    </w:r>
    <w:r>
      <w:rPr>
        <w:rFonts w:ascii="Times New Roman" w:hAnsi="Times New Roman" w:eastAsia="Times New Roman" w:cs="Times New Roman"/>
        <w:color w:val="000000"/>
        <w:sz w:val="20"/>
      </w:rPr>
      <w:fldChar w:fldCharType="begin"/>
      <w:instrText xml:space="preserve"> NUMPAGES </w:instrText>
      <w:fldChar w:fldCharType="separate"/>
      <w:t>4</w:t>
      <w:fldChar w:fldCharType="end"/>
    </w:r>
    <w:r>
      <w:rPr>
        <w:rFonts w:ascii="Times New Roman" w:hAnsi="Times New Roman" w:eastAsia="Times New Roman" w:cs="Times New Roman"/>
        <w:color w:val="000000"/>
        <w:sz w:val="20"/>
      </w:rPr>
      <w:t xml:space="preserve"> – Mã đề 503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76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276" w:lineRule="auto"/>
      <w:outlineLvl w:val="0"/>
    </w:pPr>
    <w:rPr>
      <w:rFonts w:asciiTheme="majorHAnsi" w:eastAsiaTheme="majorEastAsia" w:hAnsiTheme="majorHAnsi" w:cstheme="majorBidi"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276" w:lineRule="auto"/>
      <w:outlineLvl w:val="1"/>
    </w:pPr>
    <w:rPr>
      <w:rFonts w:asciiTheme="majorHAnsi" w:eastAsiaTheme="majorEastAsia" w:hAnsiTheme="majorHAnsi" w:cstheme="majorBidi"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0" w:after="0" w:line="276" w:lineRule="auto"/>
      <w:outlineLvl w:val="2"/>
    </w:pPr>
    <w:rPr>
      <w:rFonts w:asciiTheme="majorHAnsi" w:eastAsiaTheme="majorEastAsia" w:hAnsiTheme="majorHAnsi" w:cstheme="majorBidi" w:ascii="Times New Roman" w:hAnsi="Times New Roman" w:eastAsia="Times New Roman" w:cs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76" w:lineRule="auto" w:before="0"/>
      <w:contextualSpacing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Đề kiểm tra giữa học kỳ I Tiếng Anh 10 Global Success</dc:title>
  <dc:subject>Unit 1 Family life; Unit 2 Humans and the environment; Unit 3 Music; A1–A2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