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5CCF9" w14:textId="77777777" w:rsidR="00064140" w:rsidRPr="00865FCD" w:rsidRDefault="001476F8">
      <w:pPr>
        <w:spacing w:line="252" w:lineRule="auto"/>
        <w:jc w:val="center"/>
        <w:rPr>
          <w:sz w:val="40"/>
          <w:szCs w:val="40"/>
        </w:rPr>
      </w:pPr>
      <w:r w:rsidRPr="00865FCD">
        <w:rPr>
          <w:b/>
          <w:sz w:val="40"/>
          <w:szCs w:val="40"/>
        </w:rPr>
        <w:t>Unit 4 Test</w:t>
      </w:r>
    </w:p>
    <w:p w14:paraId="2C4573B4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I. Listening</w:t>
      </w:r>
    </w:p>
    <w:p w14:paraId="7F7494FB" w14:textId="77777777" w:rsidR="00064140" w:rsidRPr="00865FCD" w:rsidRDefault="001476F8">
      <w:pPr>
        <w:spacing w:after="10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 xml:space="preserve">Listen to </w:t>
      </w:r>
      <w:proofErr w:type="spellStart"/>
      <w:r w:rsidRPr="00865FCD">
        <w:rPr>
          <w:b/>
          <w:sz w:val="28"/>
          <w:szCs w:val="28"/>
        </w:rPr>
        <w:t>Khang</w:t>
      </w:r>
      <w:proofErr w:type="spellEnd"/>
      <w:r w:rsidRPr="00865FCD">
        <w:rPr>
          <w:b/>
          <w:sz w:val="28"/>
          <w:szCs w:val="28"/>
        </w:rPr>
        <w:t xml:space="preserve"> talking about his </w:t>
      </w:r>
      <w:proofErr w:type="spellStart"/>
      <w:r w:rsidRPr="00865FCD">
        <w:rPr>
          <w:b/>
          <w:sz w:val="28"/>
          <w:szCs w:val="28"/>
        </w:rPr>
        <w:t>neighbourhood</w:t>
      </w:r>
      <w:proofErr w:type="spellEnd"/>
      <w:r w:rsidRPr="00865FCD">
        <w:rPr>
          <w:b/>
          <w:sz w:val="28"/>
          <w:szCs w:val="28"/>
        </w:rPr>
        <w:t>. Decide whether the statements are TRUE (T) or FALSE (F).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72"/>
        <w:gridCol w:w="1701"/>
        <w:gridCol w:w="1580"/>
      </w:tblGrid>
      <w:tr w:rsidR="00064140" w:rsidRPr="00865FCD" w14:paraId="35791209" w14:textId="77777777" w:rsidTr="00865FCD">
        <w:trPr>
          <w:jc w:val="center"/>
        </w:trPr>
        <w:tc>
          <w:tcPr>
            <w:tcW w:w="7372" w:type="dxa"/>
            <w:shd w:val="clear" w:color="auto" w:fill="DDEBF7"/>
          </w:tcPr>
          <w:p w14:paraId="36846429" w14:textId="77777777" w:rsidR="00064140" w:rsidRPr="00865FCD" w:rsidRDefault="001476F8">
            <w:pPr>
              <w:jc w:val="center"/>
              <w:rPr>
                <w:sz w:val="28"/>
                <w:szCs w:val="28"/>
              </w:rPr>
            </w:pPr>
            <w:r w:rsidRPr="00865FCD">
              <w:rPr>
                <w:b/>
                <w:sz w:val="28"/>
                <w:szCs w:val="28"/>
              </w:rPr>
              <w:t>Statements</w:t>
            </w:r>
          </w:p>
        </w:tc>
        <w:tc>
          <w:tcPr>
            <w:tcW w:w="1701" w:type="dxa"/>
            <w:shd w:val="clear" w:color="auto" w:fill="DDEBF7"/>
          </w:tcPr>
          <w:p w14:paraId="10033FDB" w14:textId="77777777" w:rsidR="00064140" w:rsidRPr="00865FCD" w:rsidRDefault="001476F8">
            <w:pPr>
              <w:jc w:val="center"/>
              <w:rPr>
                <w:sz w:val="28"/>
                <w:szCs w:val="28"/>
              </w:rPr>
            </w:pPr>
            <w:r w:rsidRPr="00865FCD">
              <w:rPr>
                <w:b/>
                <w:sz w:val="28"/>
                <w:szCs w:val="28"/>
              </w:rPr>
              <w:t>TRUE</w:t>
            </w:r>
          </w:p>
        </w:tc>
        <w:tc>
          <w:tcPr>
            <w:tcW w:w="1580" w:type="dxa"/>
            <w:shd w:val="clear" w:color="auto" w:fill="DDEBF7"/>
          </w:tcPr>
          <w:p w14:paraId="67B5688F" w14:textId="77777777" w:rsidR="00064140" w:rsidRPr="00865FCD" w:rsidRDefault="001476F8">
            <w:pPr>
              <w:jc w:val="center"/>
              <w:rPr>
                <w:sz w:val="28"/>
                <w:szCs w:val="28"/>
              </w:rPr>
            </w:pPr>
            <w:r w:rsidRPr="00865FCD">
              <w:rPr>
                <w:b/>
                <w:sz w:val="28"/>
                <w:szCs w:val="28"/>
              </w:rPr>
              <w:t>FALSE</w:t>
            </w:r>
          </w:p>
        </w:tc>
      </w:tr>
      <w:tr w:rsidR="00064140" w:rsidRPr="00865FCD" w14:paraId="129DC126" w14:textId="77777777" w:rsidTr="00865FCD">
        <w:trPr>
          <w:jc w:val="center"/>
        </w:trPr>
        <w:tc>
          <w:tcPr>
            <w:tcW w:w="7372" w:type="dxa"/>
            <w:vAlign w:val="center"/>
          </w:tcPr>
          <w:p w14:paraId="00B5C62E" w14:textId="77777777" w:rsidR="00064140" w:rsidRPr="00865FCD" w:rsidRDefault="001476F8">
            <w:pPr>
              <w:rPr>
                <w:sz w:val="28"/>
                <w:szCs w:val="28"/>
              </w:rPr>
            </w:pPr>
            <w:r w:rsidRPr="00865FCD">
              <w:rPr>
                <w:sz w:val="28"/>
                <w:szCs w:val="28"/>
              </w:rPr>
              <w:t xml:space="preserve">1. </w:t>
            </w:r>
            <w:proofErr w:type="spellStart"/>
            <w:r w:rsidRPr="00865FCD">
              <w:rPr>
                <w:sz w:val="28"/>
                <w:szCs w:val="28"/>
              </w:rPr>
              <w:t>Khang</w:t>
            </w:r>
            <w:proofErr w:type="spellEnd"/>
            <w:r w:rsidRPr="00865FCD">
              <w:rPr>
                <w:sz w:val="28"/>
                <w:szCs w:val="28"/>
              </w:rPr>
              <w:t xml:space="preserve"> lives in the suburbs of Da Nang City.</w:t>
            </w:r>
          </w:p>
        </w:tc>
        <w:tc>
          <w:tcPr>
            <w:tcW w:w="1701" w:type="dxa"/>
            <w:vAlign w:val="center"/>
          </w:tcPr>
          <w:p w14:paraId="58807D32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544FC0A1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</w:tr>
      <w:tr w:rsidR="00064140" w:rsidRPr="00865FCD" w14:paraId="78BDC7DA" w14:textId="77777777" w:rsidTr="00865FCD">
        <w:trPr>
          <w:jc w:val="center"/>
        </w:trPr>
        <w:tc>
          <w:tcPr>
            <w:tcW w:w="7372" w:type="dxa"/>
            <w:vAlign w:val="center"/>
          </w:tcPr>
          <w:p w14:paraId="49078E6B" w14:textId="77777777" w:rsidR="00064140" w:rsidRPr="00865FCD" w:rsidRDefault="001476F8">
            <w:pPr>
              <w:rPr>
                <w:sz w:val="28"/>
                <w:szCs w:val="28"/>
              </w:rPr>
            </w:pPr>
            <w:r w:rsidRPr="00865FCD">
              <w:rPr>
                <w:sz w:val="28"/>
                <w:szCs w:val="28"/>
              </w:rPr>
              <w:t>2. There is a big beach next to his house.</w:t>
            </w:r>
          </w:p>
        </w:tc>
        <w:tc>
          <w:tcPr>
            <w:tcW w:w="1701" w:type="dxa"/>
            <w:vAlign w:val="center"/>
          </w:tcPr>
          <w:p w14:paraId="41EF80E1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1C3001B2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</w:tr>
      <w:tr w:rsidR="00064140" w:rsidRPr="00865FCD" w14:paraId="42F3ECBF" w14:textId="77777777" w:rsidTr="00865FCD">
        <w:trPr>
          <w:jc w:val="center"/>
        </w:trPr>
        <w:tc>
          <w:tcPr>
            <w:tcW w:w="7372" w:type="dxa"/>
            <w:vAlign w:val="center"/>
          </w:tcPr>
          <w:p w14:paraId="23A8ED42" w14:textId="77777777" w:rsidR="00064140" w:rsidRPr="00865FCD" w:rsidRDefault="001476F8">
            <w:pPr>
              <w:rPr>
                <w:sz w:val="28"/>
                <w:szCs w:val="28"/>
              </w:rPr>
            </w:pPr>
            <w:r w:rsidRPr="00865FCD">
              <w:rPr>
                <w:sz w:val="28"/>
                <w:szCs w:val="28"/>
              </w:rPr>
              <w:t xml:space="preserve">3. </w:t>
            </w:r>
            <w:r w:rsidRPr="00865FCD">
              <w:rPr>
                <w:sz w:val="28"/>
                <w:szCs w:val="28"/>
              </w:rPr>
              <w:t xml:space="preserve">His </w:t>
            </w:r>
            <w:proofErr w:type="spellStart"/>
            <w:r w:rsidRPr="00865FCD">
              <w:rPr>
                <w:sz w:val="28"/>
                <w:szCs w:val="28"/>
              </w:rPr>
              <w:t>neighbourhood</w:t>
            </w:r>
            <w:proofErr w:type="spellEnd"/>
            <w:r w:rsidRPr="00865FCD">
              <w:rPr>
                <w:sz w:val="28"/>
                <w:szCs w:val="28"/>
              </w:rPr>
              <w:t xml:space="preserve"> has many shops and cafes.</w:t>
            </w:r>
          </w:p>
        </w:tc>
        <w:tc>
          <w:tcPr>
            <w:tcW w:w="1701" w:type="dxa"/>
            <w:vAlign w:val="center"/>
          </w:tcPr>
          <w:p w14:paraId="22A2C895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59F5BA2B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</w:tr>
      <w:tr w:rsidR="00064140" w:rsidRPr="00865FCD" w14:paraId="29723550" w14:textId="77777777" w:rsidTr="00865FCD">
        <w:trPr>
          <w:jc w:val="center"/>
        </w:trPr>
        <w:tc>
          <w:tcPr>
            <w:tcW w:w="7372" w:type="dxa"/>
            <w:vAlign w:val="center"/>
          </w:tcPr>
          <w:p w14:paraId="22CE2F29" w14:textId="1E3CA019" w:rsidR="00064140" w:rsidRPr="00865FCD" w:rsidRDefault="001476F8">
            <w:pPr>
              <w:rPr>
                <w:sz w:val="28"/>
                <w:szCs w:val="28"/>
              </w:rPr>
            </w:pPr>
            <w:r w:rsidRPr="00865FCD">
              <w:rPr>
                <w:sz w:val="28"/>
                <w:szCs w:val="28"/>
              </w:rPr>
              <w:t xml:space="preserve">4. </w:t>
            </w:r>
            <w:r w:rsidR="00F52ABC" w:rsidRPr="00F52ABC">
              <w:rPr>
                <w:sz w:val="28"/>
                <w:szCs w:val="28"/>
              </w:rPr>
              <w:t>The streets are not busy in the morning.</w:t>
            </w:r>
          </w:p>
        </w:tc>
        <w:tc>
          <w:tcPr>
            <w:tcW w:w="1701" w:type="dxa"/>
            <w:vAlign w:val="center"/>
          </w:tcPr>
          <w:p w14:paraId="5AF3EE37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5B06A845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</w:tr>
      <w:tr w:rsidR="00064140" w:rsidRPr="00865FCD" w14:paraId="7E51BA64" w14:textId="77777777" w:rsidTr="00865FCD">
        <w:trPr>
          <w:jc w:val="center"/>
        </w:trPr>
        <w:tc>
          <w:tcPr>
            <w:tcW w:w="7372" w:type="dxa"/>
            <w:vAlign w:val="center"/>
          </w:tcPr>
          <w:p w14:paraId="1D73F42A" w14:textId="77777777" w:rsidR="00064140" w:rsidRPr="00865FCD" w:rsidRDefault="001476F8">
            <w:pPr>
              <w:rPr>
                <w:sz w:val="28"/>
                <w:szCs w:val="28"/>
              </w:rPr>
            </w:pPr>
            <w:r w:rsidRPr="00865FCD">
              <w:rPr>
                <w:sz w:val="28"/>
                <w:szCs w:val="28"/>
              </w:rPr>
              <w:t xml:space="preserve">5. </w:t>
            </w:r>
            <w:proofErr w:type="spellStart"/>
            <w:r w:rsidRPr="00865FCD">
              <w:rPr>
                <w:sz w:val="28"/>
                <w:szCs w:val="28"/>
              </w:rPr>
              <w:t>Khang</w:t>
            </w:r>
            <w:proofErr w:type="spellEnd"/>
            <w:r w:rsidRPr="00865FCD">
              <w:rPr>
                <w:sz w:val="28"/>
                <w:szCs w:val="28"/>
              </w:rPr>
              <w:t xml:space="preserve"> thinks the people in his </w:t>
            </w:r>
            <w:proofErr w:type="spellStart"/>
            <w:r w:rsidRPr="00865FCD">
              <w:rPr>
                <w:sz w:val="28"/>
                <w:szCs w:val="28"/>
              </w:rPr>
              <w:t>neighbourhood</w:t>
            </w:r>
            <w:proofErr w:type="spellEnd"/>
            <w:r w:rsidRPr="00865FCD">
              <w:rPr>
                <w:sz w:val="28"/>
                <w:szCs w:val="28"/>
              </w:rPr>
              <w:t xml:space="preserve"> are friendly.</w:t>
            </w:r>
          </w:p>
        </w:tc>
        <w:tc>
          <w:tcPr>
            <w:tcW w:w="1701" w:type="dxa"/>
            <w:vAlign w:val="center"/>
          </w:tcPr>
          <w:p w14:paraId="046AA848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0AC68E67" w14:textId="77777777" w:rsidR="00064140" w:rsidRPr="00865FCD" w:rsidRDefault="00064140">
            <w:pPr>
              <w:rPr>
                <w:sz w:val="28"/>
                <w:szCs w:val="28"/>
              </w:rPr>
            </w:pPr>
          </w:p>
        </w:tc>
      </w:tr>
    </w:tbl>
    <w:p w14:paraId="20687847" w14:textId="77777777" w:rsidR="00064140" w:rsidRPr="00865FCD" w:rsidRDefault="00064140">
      <w:pPr>
        <w:rPr>
          <w:sz w:val="28"/>
          <w:szCs w:val="28"/>
        </w:rPr>
      </w:pPr>
    </w:p>
    <w:p w14:paraId="62DB0FA3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II. Pronunciation</w:t>
      </w:r>
    </w:p>
    <w:p w14:paraId="08F3C3E0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A. Choose the word whose bold part is pronounced differently.</w:t>
      </w:r>
    </w:p>
    <w:p w14:paraId="3379B8B6" w14:textId="4E9DCEB3" w:rsidR="00064140" w:rsidRPr="00865FCD" w:rsidRDefault="001476F8" w:rsidP="00865FCD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6. A. c</w:t>
      </w:r>
      <w:r w:rsidRPr="00865FCD">
        <w:rPr>
          <w:b/>
          <w:sz w:val="28"/>
          <w:szCs w:val="28"/>
        </w:rPr>
        <w:t>i</w:t>
      </w:r>
      <w:r w:rsidRPr="00865FCD">
        <w:rPr>
          <w:sz w:val="28"/>
          <w:szCs w:val="28"/>
        </w:rPr>
        <w:t>nema</w:t>
      </w:r>
      <w:r w:rsidR="00865FCD">
        <w:rPr>
          <w:sz w:val="28"/>
          <w:szCs w:val="28"/>
        </w:rPr>
        <w:tab/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B. bu</w:t>
      </w:r>
      <w:r w:rsidRPr="00865FCD">
        <w:rPr>
          <w:b/>
          <w:sz w:val="28"/>
          <w:szCs w:val="28"/>
        </w:rPr>
        <w:t>i</w:t>
      </w:r>
      <w:r w:rsidRPr="00865FCD">
        <w:rPr>
          <w:sz w:val="28"/>
          <w:szCs w:val="28"/>
        </w:rPr>
        <w:t>lding</w:t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C. v</w:t>
      </w:r>
      <w:r w:rsidRPr="00865FCD">
        <w:rPr>
          <w:b/>
          <w:sz w:val="28"/>
          <w:szCs w:val="28"/>
        </w:rPr>
        <w:t>i</w:t>
      </w:r>
      <w:r w:rsidRPr="00865FCD">
        <w:rPr>
          <w:sz w:val="28"/>
          <w:szCs w:val="28"/>
        </w:rPr>
        <w:t>llage</w:t>
      </w:r>
      <w:r w:rsidR="00865FCD">
        <w:rPr>
          <w:sz w:val="28"/>
          <w:szCs w:val="28"/>
        </w:rPr>
        <w:tab/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D. str</w:t>
      </w:r>
      <w:r w:rsidRPr="00865FCD">
        <w:rPr>
          <w:b/>
          <w:sz w:val="28"/>
          <w:szCs w:val="28"/>
        </w:rPr>
        <w:t>ee</w:t>
      </w:r>
      <w:r w:rsidRPr="00865FCD">
        <w:rPr>
          <w:sz w:val="28"/>
          <w:szCs w:val="28"/>
        </w:rPr>
        <w:t>t</w:t>
      </w:r>
    </w:p>
    <w:p w14:paraId="727027B2" w14:textId="45ED8752" w:rsidR="00064140" w:rsidRPr="00865FCD" w:rsidRDefault="001476F8" w:rsidP="00865FCD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7. A. b</w:t>
      </w:r>
      <w:r w:rsidRPr="00865FCD">
        <w:rPr>
          <w:b/>
          <w:sz w:val="28"/>
          <w:szCs w:val="28"/>
        </w:rPr>
        <w:t>ea</w:t>
      </w:r>
      <w:r w:rsidRPr="00865FCD">
        <w:rPr>
          <w:sz w:val="28"/>
          <w:szCs w:val="28"/>
        </w:rPr>
        <w:t>ch</w:t>
      </w:r>
      <w:r w:rsidR="00865FCD">
        <w:rPr>
          <w:sz w:val="28"/>
          <w:szCs w:val="28"/>
        </w:rPr>
        <w:tab/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B. cl</w:t>
      </w:r>
      <w:r w:rsidRPr="00865FCD">
        <w:rPr>
          <w:b/>
          <w:sz w:val="28"/>
          <w:szCs w:val="28"/>
        </w:rPr>
        <w:t>ea</w:t>
      </w:r>
      <w:r w:rsidRPr="00865FCD">
        <w:rPr>
          <w:sz w:val="28"/>
          <w:szCs w:val="28"/>
        </w:rPr>
        <w:t>n</w:t>
      </w:r>
      <w:r w:rsidR="00865FCD">
        <w:rPr>
          <w:sz w:val="28"/>
          <w:szCs w:val="28"/>
        </w:rPr>
        <w:tab/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C. str</w:t>
      </w:r>
      <w:r w:rsidRPr="00865FCD">
        <w:rPr>
          <w:b/>
          <w:sz w:val="28"/>
          <w:szCs w:val="28"/>
        </w:rPr>
        <w:t>ee</w:t>
      </w:r>
      <w:r w:rsidRPr="00865FCD">
        <w:rPr>
          <w:sz w:val="28"/>
          <w:szCs w:val="28"/>
        </w:rPr>
        <w:t>t</w:t>
      </w:r>
      <w:r w:rsidR="00865FCD">
        <w:rPr>
          <w:sz w:val="28"/>
          <w:szCs w:val="28"/>
        </w:rPr>
        <w:tab/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D. c</w:t>
      </w:r>
      <w:r w:rsidRPr="00865FCD">
        <w:rPr>
          <w:b/>
          <w:sz w:val="28"/>
          <w:szCs w:val="28"/>
        </w:rPr>
        <w:t>i</w:t>
      </w:r>
      <w:r w:rsidRPr="00865FCD">
        <w:rPr>
          <w:sz w:val="28"/>
          <w:szCs w:val="28"/>
        </w:rPr>
        <w:t>ty</w:t>
      </w:r>
    </w:p>
    <w:p w14:paraId="53AFCA9A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B. Choose the word that has a different stress pattern from the others.</w:t>
      </w:r>
    </w:p>
    <w:p w14:paraId="420542D4" w14:textId="1E62154A" w:rsidR="00064140" w:rsidRPr="00865FCD" w:rsidRDefault="001476F8" w:rsidP="00865FCD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8. A. cathedral        </w:t>
      </w:r>
      <w:r w:rsidR="00865FCD">
        <w:rPr>
          <w:sz w:val="28"/>
          <w:szCs w:val="28"/>
        </w:rPr>
        <w:t xml:space="preserve">    </w:t>
      </w:r>
      <w:r w:rsidRPr="00865FCD">
        <w:rPr>
          <w:sz w:val="28"/>
          <w:szCs w:val="28"/>
        </w:rPr>
        <w:t>B. gallery</w:t>
      </w:r>
      <w:r w:rsidR="00865FCD">
        <w:rPr>
          <w:sz w:val="28"/>
          <w:szCs w:val="28"/>
        </w:rPr>
        <w:tab/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C. village        </w:t>
      </w:r>
      <w:r w:rsidR="00865FCD">
        <w:rPr>
          <w:sz w:val="28"/>
          <w:szCs w:val="28"/>
        </w:rPr>
        <w:t xml:space="preserve">        </w:t>
      </w:r>
      <w:r w:rsidRPr="00865FCD">
        <w:rPr>
          <w:sz w:val="28"/>
          <w:szCs w:val="28"/>
        </w:rPr>
        <w:t>D. market</w:t>
      </w:r>
    </w:p>
    <w:p w14:paraId="409F9FB2" w14:textId="3B2CAF0C" w:rsidR="00064140" w:rsidRDefault="001476F8" w:rsidP="00865FCD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9. A. convenient        </w:t>
      </w:r>
      <w:r w:rsidR="00865FCD">
        <w:rPr>
          <w:sz w:val="28"/>
          <w:szCs w:val="28"/>
        </w:rPr>
        <w:t xml:space="preserve"> </w:t>
      </w:r>
      <w:r w:rsidRPr="00865FCD">
        <w:rPr>
          <w:sz w:val="28"/>
          <w:szCs w:val="28"/>
        </w:rPr>
        <w:t>B. expensive</w:t>
      </w:r>
      <w:r w:rsidR="00865FCD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    C. beautiful        </w:t>
      </w:r>
      <w:r w:rsidR="00865FCD">
        <w:rPr>
          <w:sz w:val="28"/>
          <w:szCs w:val="28"/>
        </w:rPr>
        <w:t xml:space="preserve">     </w:t>
      </w:r>
      <w:r w:rsidRPr="00865FCD">
        <w:rPr>
          <w:sz w:val="28"/>
          <w:szCs w:val="28"/>
        </w:rPr>
        <w:t>D. exciting</w:t>
      </w:r>
    </w:p>
    <w:p w14:paraId="6C357F30" w14:textId="77777777" w:rsidR="00276049" w:rsidRPr="00865FCD" w:rsidRDefault="00276049" w:rsidP="00865FCD">
      <w:pPr>
        <w:spacing w:after="20" w:line="252" w:lineRule="auto"/>
        <w:rPr>
          <w:sz w:val="28"/>
          <w:szCs w:val="28"/>
        </w:rPr>
      </w:pPr>
    </w:p>
    <w:p w14:paraId="46BE51F8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III. Language use</w:t>
      </w:r>
    </w:p>
    <w:p w14:paraId="0E5B7CED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Choose the best answer A, B, C or D.</w:t>
      </w:r>
    </w:p>
    <w:p w14:paraId="66D43DCD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10. There is a big __________ in the </w:t>
      </w:r>
      <w:proofErr w:type="spellStart"/>
      <w:r w:rsidRPr="00865FCD">
        <w:rPr>
          <w:sz w:val="28"/>
          <w:szCs w:val="28"/>
        </w:rPr>
        <w:t>centre</w:t>
      </w:r>
      <w:proofErr w:type="spellEnd"/>
      <w:r w:rsidRPr="00865FCD">
        <w:rPr>
          <w:sz w:val="28"/>
          <w:szCs w:val="28"/>
        </w:rPr>
        <w:t xml:space="preserve"> of the town.</w:t>
      </w:r>
    </w:p>
    <w:p w14:paraId="66E048B5" w14:textId="6B5AB762" w:rsidR="00064140" w:rsidRPr="00865FCD" w:rsidRDefault="001476F8" w:rsidP="00764827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square        B. river    C. traffic        D. food</w:t>
      </w:r>
    </w:p>
    <w:p w14:paraId="455245DC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11. T</w:t>
      </w:r>
      <w:r w:rsidRPr="00865FCD">
        <w:rPr>
          <w:sz w:val="28"/>
          <w:szCs w:val="28"/>
        </w:rPr>
        <w:t>he streets are very __________ at rush hour. There are many cars and motorbikes.</w:t>
      </w:r>
    </w:p>
    <w:p w14:paraId="6BA6584C" w14:textId="123A2749" w:rsidR="00064140" w:rsidRPr="00865FCD" w:rsidRDefault="001476F8" w:rsidP="00764827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quiet        B. crowded    C. peaceful        D. cheap</w:t>
      </w:r>
    </w:p>
    <w:p w14:paraId="679645B5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12. This road is __________ than that road.</w:t>
      </w:r>
    </w:p>
    <w:p w14:paraId="2BDF149D" w14:textId="5C01D896" w:rsidR="00064140" w:rsidRPr="00865FCD" w:rsidRDefault="001476F8" w:rsidP="00764827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wide        B. wider    C. </w:t>
      </w:r>
      <w:proofErr w:type="gramStart"/>
      <w:r w:rsidRPr="00865FCD">
        <w:rPr>
          <w:sz w:val="28"/>
          <w:szCs w:val="28"/>
        </w:rPr>
        <w:t>more wide</w:t>
      </w:r>
      <w:proofErr w:type="gramEnd"/>
      <w:r w:rsidRPr="00865FCD">
        <w:rPr>
          <w:sz w:val="28"/>
          <w:szCs w:val="28"/>
        </w:rPr>
        <w:t xml:space="preserve">        D. widest</w:t>
      </w:r>
    </w:p>
    <w:p w14:paraId="282685DB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13. Coul</w:t>
      </w:r>
      <w:r w:rsidRPr="00865FCD">
        <w:rPr>
          <w:sz w:val="28"/>
          <w:szCs w:val="28"/>
        </w:rPr>
        <w:t>d you tell me the way __________ the railway station?</w:t>
      </w:r>
    </w:p>
    <w:p w14:paraId="71262203" w14:textId="4DDECDC1" w:rsidR="00064140" w:rsidRPr="00865FCD" w:rsidRDefault="001476F8" w:rsidP="00764827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to        B. on    C. at        D. in</w:t>
      </w:r>
    </w:p>
    <w:p w14:paraId="5EF3C007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14. Go straight and turn left __________ the traffic lights.</w:t>
      </w:r>
    </w:p>
    <w:p w14:paraId="451CA4DB" w14:textId="77884817" w:rsidR="00064140" w:rsidRPr="00865FCD" w:rsidRDefault="001476F8" w:rsidP="00764827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in        B. on    C. at        D. under</w:t>
      </w:r>
    </w:p>
    <w:p w14:paraId="76ED35F4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15. 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is __________ than the city</w:t>
      </w:r>
      <w:r w:rsidRPr="00865FCD">
        <w:rPr>
          <w:sz w:val="28"/>
          <w:szCs w:val="28"/>
        </w:rPr>
        <w:t xml:space="preserve"> </w:t>
      </w:r>
      <w:proofErr w:type="spellStart"/>
      <w:r w:rsidRPr="00865FCD">
        <w:rPr>
          <w:sz w:val="28"/>
          <w:szCs w:val="28"/>
        </w:rPr>
        <w:t>centre</w:t>
      </w:r>
      <w:proofErr w:type="spellEnd"/>
      <w:r w:rsidRPr="00865FCD">
        <w:rPr>
          <w:sz w:val="28"/>
          <w:szCs w:val="28"/>
        </w:rPr>
        <w:t>. There are fewer cars.</w:t>
      </w:r>
    </w:p>
    <w:p w14:paraId="625B83BC" w14:textId="42429889" w:rsidR="00064140" w:rsidRDefault="001476F8" w:rsidP="00764827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noisy        B. quieter    C. more crowded        D. busier</w:t>
      </w:r>
    </w:p>
    <w:p w14:paraId="22E1933B" w14:textId="77777777" w:rsidR="00276049" w:rsidRPr="00865FCD" w:rsidRDefault="00276049" w:rsidP="00764827">
      <w:pPr>
        <w:spacing w:after="20" w:line="252" w:lineRule="auto"/>
        <w:rPr>
          <w:sz w:val="28"/>
          <w:szCs w:val="28"/>
        </w:rPr>
      </w:pPr>
    </w:p>
    <w:p w14:paraId="6BD9AF0B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IV. Signs &amp; Notices</w:t>
      </w:r>
    </w:p>
    <w:p w14:paraId="191D1A7B" w14:textId="77777777" w:rsidR="00064140" w:rsidRPr="00865FCD" w:rsidRDefault="001476F8">
      <w:pPr>
        <w:spacing w:after="8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Look at the signs/notices and choose the best explanation.</w:t>
      </w:r>
    </w:p>
    <w:p w14:paraId="59F0962A" w14:textId="77777777" w:rsidR="00214401" w:rsidRDefault="00214401">
      <w:pPr>
        <w:spacing w:after="20" w:line="252" w:lineRule="auto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6437B50E" wp14:editId="5B720A9A">
            <wp:simplePos x="0" y="0"/>
            <wp:positionH relativeFrom="column">
              <wp:posOffset>4229100</wp:posOffset>
            </wp:positionH>
            <wp:positionV relativeFrom="paragraph">
              <wp:posOffset>49530</wp:posOffset>
            </wp:positionV>
            <wp:extent cx="1845945" cy="829945"/>
            <wp:effectExtent l="0" t="0" r="1905" b="8255"/>
            <wp:wrapNone/>
            <wp:docPr id="1184873987" name="Picture 1" descr="27,805 Keep Quiet Royalty-Free Images, Stock Photos &amp; Picture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7,805 Keep Quiet Royalty-Free Images, Stock Photos &amp; Pictures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FCD">
        <w:rPr>
          <w:b/>
          <w:sz w:val="28"/>
          <w:szCs w:val="28"/>
        </w:rPr>
        <w:t>16. Read the notice.</w:t>
      </w:r>
      <w:r w:rsidRPr="00865FCD">
        <w:rPr>
          <w:b/>
          <w:sz w:val="28"/>
          <w:szCs w:val="28"/>
        </w:rPr>
        <w:br/>
      </w:r>
      <w:r w:rsidRPr="00865FCD">
        <w:rPr>
          <w:sz w:val="28"/>
          <w:szCs w:val="28"/>
        </w:rPr>
        <w:t xml:space="preserve">    A. Students should make noise here.        </w:t>
      </w:r>
      <w:r w:rsidR="00276049">
        <w:rPr>
          <w:sz w:val="28"/>
          <w:szCs w:val="28"/>
        </w:rPr>
        <w:tab/>
      </w:r>
    </w:p>
    <w:p w14:paraId="304B659E" w14:textId="17AA3A77" w:rsidR="00064140" w:rsidRPr="00865FCD" w:rsidRDefault="00214401" w:rsidP="00214401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65FCD">
        <w:rPr>
          <w:sz w:val="28"/>
          <w:szCs w:val="28"/>
        </w:rPr>
        <w:t>B. Students should be quiet here.</w:t>
      </w:r>
    </w:p>
    <w:p w14:paraId="701B1CC2" w14:textId="77777777" w:rsidR="00214401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C. Students can eat in this room.        </w:t>
      </w:r>
      <w:r w:rsidR="00276049">
        <w:rPr>
          <w:sz w:val="28"/>
          <w:szCs w:val="28"/>
        </w:rPr>
        <w:tab/>
      </w:r>
    </w:p>
    <w:p w14:paraId="5786285A" w14:textId="1767C4CC" w:rsidR="00064140" w:rsidRPr="00865FCD" w:rsidRDefault="004A73A1">
      <w:pPr>
        <w:spacing w:after="60" w:line="252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BB61BAF" wp14:editId="1D6BCAFF">
            <wp:simplePos x="0" y="0"/>
            <wp:positionH relativeFrom="column">
              <wp:posOffset>3963035</wp:posOffset>
            </wp:positionH>
            <wp:positionV relativeFrom="paragraph">
              <wp:posOffset>51435</wp:posOffset>
            </wp:positionV>
            <wp:extent cx="2511425" cy="847725"/>
            <wp:effectExtent l="0" t="0" r="3175" b="9525"/>
            <wp:wrapNone/>
            <wp:docPr id="720265299" name="Picture 2" descr="Traffic Signs - Museum (Arrow Left). Fast, Easy Delivery | S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ffic Signs - Museum (Arrow Left). Fast, Easy Delivery | Set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401">
        <w:rPr>
          <w:sz w:val="28"/>
          <w:szCs w:val="28"/>
        </w:rPr>
        <w:t xml:space="preserve">    </w:t>
      </w:r>
      <w:r w:rsidRPr="00865FCD">
        <w:rPr>
          <w:sz w:val="28"/>
          <w:szCs w:val="28"/>
        </w:rPr>
        <w:t>D. Students must run in the library.</w:t>
      </w:r>
    </w:p>
    <w:p w14:paraId="7F7FE342" w14:textId="24B38E53" w:rsidR="00214401" w:rsidRDefault="001476F8">
      <w:pPr>
        <w:spacing w:after="2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17. What does this sign mean?</w:t>
      </w:r>
      <w:r w:rsidRPr="00865FCD">
        <w:rPr>
          <w:b/>
          <w:sz w:val="28"/>
          <w:szCs w:val="28"/>
        </w:rPr>
        <w:br/>
      </w:r>
      <w:r w:rsidRPr="00865FCD">
        <w:rPr>
          <w:sz w:val="28"/>
          <w:szCs w:val="28"/>
        </w:rPr>
        <w:t xml:space="preserve">    A. The museum is on the right.        </w:t>
      </w:r>
    </w:p>
    <w:p w14:paraId="79EF0CF2" w14:textId="5A3EC521" w:rsidR="00064140" w:rsidRPr="00865FCD" w:rsidRDefault="00214401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5FCD">
        <w:rPr>
          <w:sz w:val="28"/>
          <w:szCs w:val="28"/>
        </w:rPr>
        <w:t>B. Turn left to get to the museum.</w:t>
      </w:r>
    </w:p>
    <w:p w14:paraId="463C379F" w14:textId="038A220D" w:rsidR="00214401" w:rsidRDefault="004A73A1">
      <w:pPr>
        <w:spacing w:after="60" w:line="252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4D3F638" wp14:editId="3E7BC956">
            <wp:simplePos x="0" y="0"/>
            <wp:positionH relativeFrom="column">
              <wp:posOffset>4705350</wp:posOffset>
            </wp:positionH>
            <wp:positionV relativeFrom="paragraph">
              <wp:posOffset>43180</wp:posOffset>
            </wp:positionV>
            <wp:extent cx="1078865" cy="1437640"/>
            <wp:effectExtent l="0" t="0" r="6985" b="0"/>
            <wp:wrapNone/>
            <wp:docPr id="1816496783" name="Picture 3" descr="Amazon.com: No Trolley Symbol Sign Metal Tin Sign 12x16 Inches : Industrial  &amp; Scienti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azon.com: No Trolley Symbol Sign Metal Tin Sign 12x16 Inches : Industrial  &amp; Scientifi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FCD">
        <w:rPr>
          <w:sz w:val="28"/>
          <w:szCs w:val="28"/>
        </w:rPr>
        <w:t xml:space="preserve">    C. Go straight to the bus stop.        </w:t>
      </w:r>
    </w:p>
    <w:p w14:paraId="62D091CE" w14:textId="377AF808" w:rsidR="00064140" w:rsidRPr="00865FCD" w:rsidRDefault="00214401">
      <w:pPr>
        <w:spacing w:after="6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5FCD">
        <w:rPr>
          <w:sz w:val="28"/>
          <w:szCs w:val="28"/>
        </w:rPr>
        <w:t>D. The bank is closed today.</w:t>
      </w:r>
    </w:p>
    <w:p w14:paraId="73BC72DD" w14:textId="77777777" w:rsidR="00B17474" w:rsidRDefault="001476F8" w:rsidP="00B17474">
      <w:pPr>
        <w:spacing w:after="2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18. What is TRUE?</w:t>
      </w:r>
      <w:r w:rsidRPr="00865FCD">
        <w:rPr>
          <w:b/>
          <w:sz w:val="28"/>
          <w:szCs w:val="28"/>
        </w:rPr>
        <w:br/>
      </w:r>
      <w:r w:rsidRPr="00865FCD">
        <w:rPr>
          <w:sz w:val="28"/>
          <w:szCs w:val="28"/>
        </w:rPr>
        <w:t xml:space="preserve">    </w:t>
      </w:r>
      <w:r w:rsidR="00B17474" w:rsidRPr="00B17474">
        <w:rPr>
          <w:sz w:val="28"/>
          <w:szCs w:val="28"/>
        </w:rPr>
        <w:t xml:space="preserve">A. You can park your cars here for free. </w:t>
      </w:r>
    </w:p>
    <w:p w14:paraId="5C637D66" w14:textId="61FB7087" w:rsidR="00B17474" w:rsidRDefault="00B17474" w:rsidP="00B17474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17474">
        <w:rPr>
          <w:sz w:val="28"/>
          <w:szCs w:val="28"/>
        </w:rPr>
        <w:t xml:space="preserve">B. </w:t>
      </w:r>
      <w:r w:rsidR="000A22CB" w:rsidRPr="00B17474">
        <w:rPr>
          <w:sz w:val="28"/>
          <w:szCs w:val="28"/>
        </w:rPr>
        <w:t>You need to put all your trash inside the basket.</w:t>
      </w:r>
    </w:p>
    <w:p w14:paraId="771AB749" w14:textId="1ECA7446" w:rsidR="00B17474" w:rsidRPr="00B17474" w:rsidRDefault="00B17474" w:rsidP="00B17474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17474">
        <w:rPr>
          <w:sz w:val="28"/>
          <w:szCs w:val="28"/>
        </w:rPr>
        <w:t>C. You should pay for using a trolley here.</w:t>
      </w:r>
    </w:p>
    <w:p w14:paraId="56F652B2" w14:textId="17E752AA" w:rsidR="00B17474" w:rsidRPr="00B17474" w:rsidRDefault="004A73A1" w:rsidP="000A22CB">
      <w:pPr>
        <w:spacing w:after="20" w:line="252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859EA3B" wp14:editId="51501D3E">
            <wp:simplePos x="0" y="0"/>
            <wp:positionH relativeFrom="column">
              <wp:posOffset>4600575</wp:posOffset>
            </wp:positionH>
            <wp:positionV relativeFrom="paragraph">
              <wp:posOffset>88900</wp:posOffset>
            </wp:positionV>
            <wp:extent cx="1287145" cy="1295400"/>
            <wp:effectExtent l="0" t="0" r="8255" b="0"/>
            <wp:wrapNone/>
            <wp:docPr id="1531191642" name="Picture 4" descr="White No Parking Sign Posters Template | PosterMy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ite No Parking Sign Posters Template | PosterMyWal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12" b="17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CB">
        <w:rPr>
          <w:sz w:val="28"/>
          <w:szCs w:val="28"/>
        </w:rPr>
        <w:t xml:space="preserve">    </w:t>
      </w:r>
      <w:r w:rsidR="00B17474" w:rsidRPr="00B17474">
        <w:rPr>
          <w:sz w:val="28"/>
          <w:szCs w:val="28"/>
        </w:rPr>
        <w:t xml:space="preserve">D. </w:t>
      </w:r>
      <w:r w:rsidR="000A22CB" w:rsidRPr="00B17474">
        <w:rPr>
          <w:sz w:val="28"/>
          <w:szCs w:val="28"/>
        </w:rPr>
        <w:t>You must not bring shopping carts into this area.</w:t>
      </w:r>
    </w:p>
    <w:p w14:paraId="4463E06E" w14:textId="5F4FEA96" w:rsidR="00540D90" w:rsidRDefault="001476F8" w:rsidP="00540D90">
      <w:pPr>
        <w:spacing w:after="2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19. What does this notice tell you?</w:t>
      </w:r>
      <w:r w:rsidRPr="00865FCD">
        <w:rPr>
          <w:b/>
          <w:sz w:val="28"/>
          <w:szCs w:val="28"/>
        </w:rPr>
        <w:br/>
      </w:r>
      <w:r w:rsidRPr="00865FCD">
        <w:rPr>
          <w:sz w:val="28"/>
          <w:szCs w:val="28"/>
        </w:rPr>
        <w:t xml:space="preserve">    </w:t>
      </w:r>
      <w:r w:rsidR="00540D90" w:rsidRPr="00540D90">
        <w:rPr>
          <w:sz w:val="28"/>
          <w:szCs w:val="28"/>
        </w:rPr>
        <w:t xml:space="preserve">A. You should open the gate and drive your car inside. </w:t>
      </w:r>
    </w:p>
    <w:p w14:paraId="4A4BA773" w14:textId="77777777" w:rsidR="00540D90" w:rsidRDefault="00540D90" w:rsidP="00540D90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40D90">
        <w:rPr>
          <w:sz w:val="28"/>
          <w:szCs w:val="28"/>
        </w:rPr>
        <w:t xml:space="preserve">B. You must not leave your car right in front of the gate. </w:t>
      </w:r>
    </w:p>
    <w:p w14:paraId="46BCA0BC" w14:textId="6BA8A044" w:rsidR="00540D90" w:rsidRDefault="00540D90" w:rsidP="00540D90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40D90">
        <w:rPr>
          <w:sz w:val="28"/>
          <w:szCs w:val="28"/>
        </w:rPr>
        <w:t xml:space="preserve">C. You can park your vehicle here if the gate is closed. </w:t>
      </w:r>
    </w:p>
    <w:p w14:paraId="3D542960" w14:textId="77777777" w:rsidR="00540D90" w:rsidRDefault="00540D90" w:rsidP="00540D90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40D90">
        <w:rPr>
          <w:sz w:val="28"/>
          <w:szCs w:val="28"/>
        </w:rPr>
        <w:t>D. You need to wash your car before you go through the gate.</w:t>
      </w:r>
    </w:p>
    <w:p w14:paraId="5E7C6497" w14:textId="77777777" w:rsidR="00540D90" w:rsidRDefault="00540D90" w:rsidP="00540D90">
      <w:pPr>
        <w:spacing w:after="20" w:line="252" w:lineRule="auto"/>
        <w:rPr>
          <w:sz w:val="28"/>
          <w:szCs w:val="28"/>
        </w:rPr>
      </w:pPr>
    </w:p>
    <w:p w14:paraId="40063C4B" w14:textId="60C41C3E" w:rsidR="00064140" w:rsidRPr="00865FCD" w:rsidRDefault="001476F8" w:rsidP="00540D90">
      <w:pPr>
        <w:spacing w:after="2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V. LOGIC</w:t>
      </w:r>
    </w:p>
    <w:p w14:paraId="4A43D9B8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Rearrange the sentences (a-d) to make a complete conversation.</w:t>
      </w:r>
    </w:p>
    <w:p w14:paraId="280444D5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20.</w:t>
      </w:r>
    </w:p>
    <w:p w14:paraId="46B7F4A2" w14:textId="77777777" w:rsidR="00F67B0B" w:rsidRPr="00F67B0B" w:rsidRDefault="001476F8" w:rsidP="00F67B0B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</w:t>
      </w:r>
      <w:r w:rsidR="00F67B0B" w:rsidRPr="00F67B0B">
        <w:rPr>
          <w:sz w:val="28"/>
          <w:szCs w:val="28"/>
        </w:rPr>
        <w:t>a. Tourist: Thank you. Is it far from here?</w:t>
      </w:r>
    </w:p>
    <w:p w14:paraId="1A30BB41" w14:textId="77777777" w:rsidR="00F67B0B" w:rsidRPr="00F67B0B" w:rsidRDefault="00F67B0B" w:rsidP="00F67B0B">
      <w:pPr>
        <w:spacing w:after="0" w:line="252" w:lineRule="auto"/>
        <w:rPr>
          <w:sz w:val="28"/>
          <w:szCs w:val="28"/>
        </w:rPr>
      </w:pPr>
      <w:r w:rsidRPr="00F67B0B">
        <w:rPr>
          <w:sz w:val="28"/>
          <w:szCs w:val="28"/>
        </w:rPr>
        <w:t>b. Girl: Go straight and turn right at the bank. It's opposite the cinema.</w:t>
      </w:r>
    </w:p>
    <w:p w14:paraId="5A8C5C44" w14:textId="77777777" w:rsidR="00F67B0B" w:rsidRPr="00F67B0B" w:rsidRDefault="00F67B0B" w:rsidP="00F67B0B">
      <w:pPr>
        <w:spacing w:after="0" w:line="252" w:lineRule="auto"/>
        <w:rPr>
          <w:sz w:val="28"/>
          <w:szCs w:val="28"/>
        </w:rPr>
      </w:pPr>
      <w:r w:rsidRPr="00F67B0B">
        <w:rPr>
          <w:sz w:val="28"/>
          <w:szCs w:val="28"/>
        </w:rPr>
        <w:t>c. Tourist: Excuse me. Where is the post office?</w:t>
      </w:r>
    </w:p>
    <w:p w14:paraId="55BC8A9F" w14:textId="77777777" w:rsidR="00F67B0B" w:rsidRPr="00F67B0B" w:rsidRDefault="00F67B0B" w:rsidP="00F67B0B">
      <w:pPr>
        <w:spacing w:after="0" w:line="252" w:lineRule="auto"/>
        <w:rPr>
          <w:sz w:val="28"/>
          <w:szCs w:val="28"/>
        </w:rPr>
      </w:pPr>
      <w:r w:rsidRPr="00F67B0B">
        <w:rPr>
          <w:sz w:val="28"/>
          <w:szCs w:val="28"/>
        </w:rPr>
        <w:t>d. Girl: No, it takes only five minutes to walk there.</w:t>
      </w:r>
    </w:p>
    <w:p w14:paraId="4EEE28D2" w14:textId="3D1EE182" w:rsidR="00064140" w:rsidRPr="00865FCD" w:rsidRDefault="001476F8" w:rsidP="00F67B0B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A. c - b - d - a        B. b - c - d </w:t>
      </w:r>
      <w:r w:rsidR="00F52ABC">
        <w:rPr>
          <w:sz w:val="28"/>
          <w:szCs w:val="28"/>
        </w:rPr>
        <w:t>–</w:t>
      </w:r>
      <w:r w:rsidRPr="00865FCD">
        <w:rPr>
          <w:sz w:val="28"/>
          <w:szCs w:val="28"/>
        </w:rPr>
        <w:t xml:space="preserve"> a</w:t>
      </w:r>
      <w:r w:rsidR="00F52ABC">
        <w:rPr>
          <w:sz w:val="28"/>
          <w:szCs w:val="28"/>
        </w:rPr>
        <w:tab/>
      </w:r>
      <w:r w:rsidRPr="00865FCD">
        <w:rPr>
          <w:sz w:val="28"/>
          <w:szCs w:val="28"/>
        </w:rPr>
        <w:t>C. c - d - b - a        D. a - c - b - d</w:t>
      </w:r>
    </w:p>
    <w:p w14:paraId="21A0F09C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21.</w:t>
      </w:r>
    </w:p>
    <w:p w14:paraId="0EB48597" w14:textId="77777777" w:rsidR="00F67B0B" w:rsidRPr="00F67B0B" w:rsidRDefault="001476F8" w:rsidP="00F67B0B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</w:t>
      </w:r>
      <w:r w:rsidR="00F67B0B" w:rsidRPr="00F67B0B">
        <w:rPr>
          <w:sz w:val="28"/>
          <w:szCs w:val="28"/>
        </w:rPr>
        <w:t>a. Nick: It is very peaceful and clean.</w:t>
      </w:r>
    </w:p>
    <w:p w14:paraId="3E759C31" w14:textId="77777777" w:rsidR="00F67B0B" w:rsidRPr="00F67B0B" w:rsidRDefault="00F67B0B" w:rsidP="00F67B0B">
      <w:pPr>
        <w:spacing w:after="0" w:line="252" w:lineRule="auto"/>
        <w:rPr>
          <w:sz w:val="28"/>
          <w:szCs w:val="28"/>
        </w:rPr>
      </w:pPr>
      <w:r w:rsidRPr="00F67B0B">
        <w:rPr>
          <w:sz w:val="28"/>
          <w:szCs w:val="28"/>
        </w:rPr>
        <w:t xml:space="preserve">b. </w:t>
      </w:r>
      <w:proofErr w:type="spellStart"/>
      <w:r w:rsidRPr="00F67B0B">
        <w:rPr>
          <w:sz w:val="28"/>
          <w:szCs w:val="28"/>
        </w:rPr>
        <w:t>Vy</w:t>
      </w:r>
      <w:proofErr w:type="spellEnd"/>
      <w:r w:rsidRPr="00F67B0B">
        <w:rPr>
          <w:sz w:val="28"/>
          <w:szCs w:val="28"/>
        </w:rPr>
        <w:t xml:space="preserve">: What is your new </w:t>
      </w:r>
      <w:proofErr w:type="spellStart"/>
      <w:r w:rsidRPr="00F67B0B">
        <w:rPr>
          <w:sz w:val="28"/>
          <w:szCs w:val="28"/>
        </w:rPr>
        <w:t>neighbourhood</w:t>
      </w:r>
      <w:proofErr w:type="spellEnd"/>
      <w:r w:rsidRPr="00F67B0B">
        <w:rPr>
          <w:sz w:val="28"/>
          <w:szCs w:val="28"/>
        </w:rPr>
        <w:t xml:space="preserve"> like, Nick?</w:t>
      </w:r>
    </w:p>
    <w:p w14:paraId="40F5CF54" w14:textId="77777777" w:rsidR="00F67B0B" w:rsidRPr="00F67B0B" w:rsidRDefault="00F67B0B" w:rsidP="00F67B0B">
      <w:pPr>
        <w:spacing w:after="0" w:line="252" w:lineRule="auto"/>
        <w:rPr>
          <w:sz w:val="28"/>
          <w:szCs w:val="28"/>
        </w:rPr>
      </w:pPr>
      <w:r w:rsidRPr="00F67B0B">
        <w:rPr>
          <w:sz w:val="28"/>
          <w:szCs w:val="28"/>
        </w:rPr>
        <w:t xml:space="preserve">c. </w:t>
      </w:r>
      <w:proofErr w:type="spellStart"/>
      <w:r w:rsidRPr="00F67B0B">
        <w:rPr>
          <w:sz w:val="28"/>
          <w:szCs w:val="28"/>
        </w:rPr>
        <w:t>Vy</w:t>
      </w:r>
      <w:proofErr w:type="spellEnd"/>
      <w:r w:rsidRPr="00F67B0B">
        <w:rPr>
          <w:sz w:val="28"/>
          <w:szCs w:val="28"/>
        </w:rPr>
        <w:t>: That's great! But are there any modern shopping malls?</w:t>
      </w:r>
    </w:p>
    <w:p w14:paraId="311FA6F4" w14:textId="77777777" w:rsidR="00F67B0B" w:rsidRPr="00F67B0B" w:rsidRDefault="00F67B0B" w:rsidP="00F67B0B">
      <w:pPr>
        <w:spacing w:after="0" w:line="252" w:lineRule="auto"/>
        <w:rPr>
          <w:sz w:val="28"/>
          <w:szCs w:val="28"/>
        </w:rPr>
      </w:pPr>
      <w:r w:rsidRPr="00F67B0B">
        <w:rPr>
          <w:sz w:val="28"/>
          <w:szCs w:val="28"/>
        </w:rPr>
        <w:t>d. Nick: No, there aren't. We only have a small supermarket.</w:t>
      </w:r>
    </w:p>
    <w:p w14:paraId="013953F6" w14:textId="1E274CC3" w:rsidR="00064140" w:rsidRPr="00865FCD" w:rsidRDefault="001476F8" w:rsidP="00F67B0B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A. </w:t>
      </w:r>
      <w:r w:rsidR="00F67B0B" w:rsidRPr="00865FCD">
        <w:rPr>
          <w:sz w:val="28"/>
          <w:szCs w:val="28"/>
        </w:rPr>
        <w:t xml:space="preserve">a - b - d </w:t>
      </w:r>
      <w:r w:rsidR="00F67B0B">
        <w:rPr>
          <w:sz w:val="28"/>
          <w:szCs w:val="28"/>
        </w:rPr>
        <w:t>–</w:t>
      </w:r>
      <w:r w:rsidR="00F67B0B" w:rsidRPr="00865FCD">
        <w:rPr>
          <w:sz w:val="28"/>
          <w:szCs w:val="28"/>
        </w:rPr>
        <w:t xml:space="preserve"> c</w:t>
      </w:r>
      <w:r w:rsidRPr="00865FCD">
        <w:rPr>
          <w:sz w:val="28"/>
          <w:szCs w:val="28"/>
        </w:rPr>
        <w:t xml:space="preserve">       B. </w:t>
      </w:r>
      <w:r w:rsidR="00F67B0B" w:rsidRPr="00865FCD">
        <w:rPr>
          <w:sz w:val="28"/>
          <w:szCs w:val="28"/>
        </w:rPr>
        <w:t>b - a - c - d</w:t>
      </w:r>
      <w:r w:rsidR="00292948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C. b - c - a - d        </w:t>
      </w:r>
      <w:proofErr w:type="spellStart"/>
      <w:r w:rsidRPr="00865FCD">
        <w:rPr>
          <w:sz w:val="28"/>
          <w:szCs w:val="28"/>
        </w:rPr>
        <w:t>D</w:t>
      </w:r>
      <w:proofErr w:type="spellEnd"/>
      <w:r w:rsidRPr="00865FCD">
        <w:rPr>
          <w:sz w:val="28"/>
          <w:szCs w:val="28"/>
        </w:rPr>
        <w:t>. d - c - b - a</w:t>
      </w:r>
    </w:p>
    <w:p w14:paraId="0F56A5CA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22.</w:t>
      </w:r>
    </w:p>
    <w:p w14:paraId="2A63CE43" w14:textId="77777777" w:rsidR="009F7147" w:rsidRPr="009F7147" w:rsidRDefault="001476F8" w:rsidP="009F7147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</w:t>
      </w:r>
      <w:r w:rsidR="009F7147" w:rsidRPr="009F7147">
        <w:rPr>
          <w:sz w:val="28"/>
          <w:szCs w:val="28"/>
        </w:rPr>
        <w:t>a. Mai: That's a wonderful idea! The weather is perfect for outdoor activities.</w:t>
      </w:r>
    </w:p>
    <w:p w14:paraId="51ECAF17" w14:textId="77777777" w:rsidR="009F7147" w:rsidRPr="009F7147" w:rsidRDefault="009F7147" w:rsidP="009F7147">
      <w:pPr>
        <w:spacing w:after="0" w:line="252" w:lineRule="auto"/>
        <w:rPr>
          <w:sz w:val="28"/>
          <w:szCs w:val="28"/>
        </w:rPr>
      </w:pPr>
      <w:r w:rsidRPr="009F7147">
        <w:rPr>
          <w:sz w:val="28"/>
          <w:szCs w:val="28"/>
        </w:rPr>
        <w:t>b. Tom: Shall we cycle to the town square this afternoon?</w:t>
      </w:r>
    </w:p>
    <w:p w14:paraId="0005DB87" w14:textId="77777777" w:rsidR="009F7147" w:rsidRPr="009F7147" w:rsidRDefault="009F7147" w:rsidP="009F7147">
      <w:pPr>
        <w:spacing w:after="0" w:line="252" w:lineRule="auto"/>
        <w:rPr>
          <w:sz w:val="28"/>
          <w:szCs w:val="28"/>
        </w:rPr>
      </w:pPr>
      <w:r w:rsidRPr="009F7147">
        <w:rPr>
          <w:sz w:val="28"/>
          <w:szCs w:val="28"/>
        </w:rPr>
        <w:t>c. Mai: I'm bored. What shall we do after school, Tom?</w:t>
      </w:r>
    </w:p>
    <w:p w14:paraId="7BC3792B" w14:textId="77777777" w:rsidR="009F7147" w:rsidRPr="009F7147" w:rsidRDefault="009F7147" w:rsidP="009F7147">
      <w:pPr>
        <w:spacing w:after="0" w:line="252" w:lineRule="auto"/>
        <w:rPr>
          <w:sz w:val="28"/>
          <w:szCs w:val="28"/>
        </w:rPr>
      </w:pPr>
      <w:r w:rsidRPr="009F7147">
        <w:rPr>
          <w:sz w:val="28"/>
          <w:szCs w:val="28"/>
        </w:rPr>
        <w:lastRenderedPageBreak/>
        <w:t>d. Tom: Great. Let's meet at the school gate at 4.30 p.m. then.</w:t>
      </w:r>
    </w:p>
    <w:p w14:paraId="043738F7" w14:textId="150C707E" w:rsidR="00064140" w:rsidRPr="00865FCD" w:rsidRDefault="001476F8" w:rsidP="009F7147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A. c - b - a - d        B. b - a - c </w:t>
      </w:r>
      <w:r w:rsidR="00292948">
        <w:rPr>
          <w:sz w:val="28"/>
          <w:szCs w:val="28"/>
        </w:rPr>
        <w:t>–</w:t>
      </w:r>
      <w:r w:rsidRPr="00865FCD">
        <w:rPr>
          <w:sz w:val="28"/>
          <w:szCs w:val="28"/>
        </w:rPr>
        <w:t xml:space="preserve"> d</w:t>
      </w:r>
      <w:r w:rsidR="00292948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C. c - a - b - d        </w:t>
      </w:r>
      <w:proofErr w:type="spellStart"/>
      <w:r w:rsidRPr="00865FCD">
        <w:rPr>
          <w:sz w:val="28"/>
          <w:szCs w:val="28"/>
        </w:rPr>
        <w:t>D</w:t>
      </w:r>
      <w:proofErr w:type="spellEnd"/>
      <w:r w:rsidRPr="00865FCD">
        <w:rPr>
          <w:sz w:val="28"/>
          <w:szCs w:val="28"/>
        </w:rPr>
        <w:t>. a - c - d - b</w:t>
      </w:r>
    </w:p>
    <w:p w14:paraId="55911FFD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23.</w:t>
      </w:r>
    </w:p>
    <w:p w14:paraId="5E39AB4B" w14:textId="77777777" w:rsidR="009F7147" w:rsidRPr="009F7147" w:rsidRDefault="001476F8" w:rsidP="009F7147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</w:t>
      </w:r>
      <w:r w:rsidR="009F7147" w:rsidRPr="009F7147">
        <w:rPr>
          <w:sz w:val="28"/>
          <w:szCs w:val="28"/>
        </w:rPr>
        <w:t>a. Ben: No, it isn't. The city square is much more crowded and noisier.</w:t>
      </w:r>
    </w:p>
    <w:p w14:paraId="656D3782" w14:textId="77777777" w:rsidR="009F7147" w:rsidRPr="009F7147" w:rsidRDefault="009F7147" w:rsidP="009F7147">
      <w:pPr>
        <w:spacing w:after="0" w:line="252" w:lineRule="auto"/>
        <w:rPr>
          <w:sz w:val="28"/>
          <w:szCs w:val="28"/>
        </w:rPr>
      </w:pPr>
      <w:r w:rsidRPr="009F7147">
        <w:rPr>
          <w:sz w:val="28"/>
          <w:szCs w:val="28"/>
        </w:rPr>
        <w:t>b. Anna: Is the local park crowded at weekends?</w:t>
      </w:r>
    </w:p>
    <w:p w14:paraId="29F75935" w14:textId="77777777" w:rsidR="009F7147" w:rsidRPr="009F7147" w:rsidRDefault="009F7147" w:rsidP="009F7147">
      <w:pPr>
        <w:spacing w:after="0" w:line="252" w:lineRule="auto"/>
        <w:rPr>
          <w:sz w:val="28"/>
          <w:szCs w:val="28"/>
        </w:rPr>
      </w:pPr>
      <w:r w:rsidRPr="009F7147">
        <w:rPr>
          <w:sz w:val="28"/>
          <w:szCs w:val="28"/>
        </w:rPr>
        <w:t>c. Ben: Agreed. Let's go there to draw some pictures this Saturday.</w:t>
      </w:r>
    </w:p>
    <w:p w14:paraId="11261E13" w14:textId="77777777" w:rsidR="009F7147" w:rsidRPr="009F7147" w:rsidRDefault="009F7147" w:rsidP="009F7147">
      <w:pPr>
        <w:spacing w:after="0" w:line="252" w:lineRule="auto"/>
        <w:rPr>
          <w:sz w:val="28"/>
          <w:szCs w:val="28"/>
        </w:rPr>
      </w:pPr>
      <w:r w:rsidRPr="009F7147">
        <w:rPr>
          <w:sz w:val="28"/>
          <w:szCs w:val="28"/>
        </w:rPr>
        <w:t>d. Anna: Oh, good. I prefer quiet places for our project.</w:t>
      </w:r>
    </w:p>
    <w:p w14:paraId="3809B705" w14:textId="7DCC9AFD" w:rsidR="00064140" w:rsidRPr="00865FCD" w:rsidRDefault="001476F8" w:rsidP="009F7147">
      <w:pPr>
        <w:spacing w:after="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A. b - a - c - d        B. a - b - c </w:t>
      </w:r>
      <w:r w:rsidR="00292948">
        <w:rPr>
          <w:sz w:val="28"/>
          <w:szCs w:val="28"/>
        </w:rPr>
        <w:t>–</w:t>
      </w:r>
      <w:r w:rsidRPr="00865FCD">
        <w:rPr>
          <w:sz w:val="28"/>
          <w:szCs w:val="28"/>
        </w:rPr>
        <w:t xml:space="preserve"> d</w:t>
      </w:r>
      <w:r w:rsidR="00292948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C. b - </w:t>
      </w:r>
      <w:r w:rsidR="009F7147">
        <w:rPr>
          <w:sz w:val="28"/>
          <w:szCs w:val="28"/>
        </w:rPr>
        <w:t>a</w:t>
      </w:r>
      <w:r w:rsidRPr="00865FCD">
        <w:rPr>
          <w:sz w:val="28"/>
          <w:szCs w:val="28"/>
        </w:rPr>
        <w:t xml:space="preserve"> - </w:t>
      </w:r>
      <w:r w:rsidR="009F7147">
        <w:rPr>
          <w:sz w:val="28"/>
          <w:szCs w:val="28"/>
        </w:rPr>
        <w:t>d</w:t>
      </w:r>
      <w:r w:rsidRPr="00865FCD">
        <w:rPr>
          <w:sz w:val="28"/>
          <w:szCs w:val="28"/>
        </w:rPr>
        <w:t xml:space="preserve"> - </w:t>
      </w:r>
      <w:r w:rsidR="009F7147">
        <w:rPr>
          <w:sz w:val="28"/>
          <w:szCs w:val="28"/>
        </w:rPr>
        <w:t>c</w:t>
      </w:r>
      <w:r w:rsidRPr="00865FCD">
        <w:rPr>
          <w:sz w:val="28"/>
          <w:szCs w:val="28"/>
        </w:rPr>
        <w:t xml:space="preserve">       D. c - d - b - a</w:t>
      </w:r>
    </w:p>
    <w:p w14:paraId="67BF1687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VI. READING</w:t>
      </w:r>
    </w:p>
    <w:p w14:paraId="28D01F79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A. Read and choose the correct word for each blank.</w:t>
      </w:r>
    </w:p>
    <w:p w14:paraId="5354240C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is in the suburbs. It is not very (24) _________ because there are not many cars. There is a park (25) _________ my house, so I can walk there</w:t>
      </w:r>
      <w:r w:rsidRPr="00865FCD">
        <w:rPr>
          <w:sz w:val="28"/>
          <w:szCs w:val="28"/>
        </w:rPr>
        <w:t xml:space="preserve"> after school. The park is (26) _________ than the market. The people are friendly, and the streets are clean. However, the bus stop is far from my house, so I (27) _________ walk for ten minutes to get there.</w:t>
      </w:r>
    </w:p>
    <w:p w14:paraId="0099FD33" w14:textId="4CD6A78D" w:rsidR="00064140" w:rsidRPr="00865FCD" w:rsidRDefault="001476F8" w:rsidP="00A26CAB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24.  A. noisy        B. noise    C. </w:t>
      </w:r>
      <w:r w:rsidRPr="00865FCD">
        <w:rPr>
          <w:sz w:val="28"/>
          <w:szCs w:val="28"/>
        </w:rPr>
        <w:t>noisier        D. noisiest</w:t>
      </w:r>
    </w:p>
    <w:p w14:paraId="4E1EFE87" w14:textId="73F3A07B" w:rsidR="00064140" w:rsidRPr="00865FCD" w:rsidRDefault="001476F8" w:rsidP="00A26CAB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25.  A. under        B. near    C. between        D. on</w:t>
      </w:r>
    </w:p>
    <w:p w14:paraId="1CE8DABF" w14:textId="0DB7F5C6" w:rsidR="00064140" w:rsidRPr="00865FCD" w:rsidRDefault="001476F8" w:rsidP="00A26CAB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26. A. quiet        B. quieter    C. quietest        D. more quiet</w:t>
      </w:r>
    </w:p>
    <w:p w14:paraId="0BB46477" w14:textId="4FEA63D8" w:rsidR="00064140" w:rsidRPr="00865FCD" w:rsidRDefault="001476F8" w:rsidP="00A26CAB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27. A. rarely        B. never    C. </w:t>
      </w:r>
      <w:r w:rsidR="00FE0651">
        <w:rPr>
          <w:sz w:val="28"/>
          <w:szCs w:val="28"/>
        </w:rPr>
        <w:t>often</w:t>
      </w:r>
      <w:r w:rsidRPr="00865FCD">
        <w:rPr>
          <w:sz w:val="28"/>
          <w:szCs w:val="28"/>
        </w:rPr>
        <w:t xml:space="preserve">        D. not</w:t>
      </w:r>
    </w:p>
    <w:p w14:paraId="227ED032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 xml:space="preserve">B. Read the text and choose the best answer A, </w:t>
      </w:r>
      <w:r w:rsidRPr="00865FCD">
        <w:rPr>
          <w:b/>
          <w:sz w:val="28"/>
          <w:szCs w:val="28"/>
        </w:rPr>
        <w:t>B, C or D.</w:t>
      </w:r>
    </w:p>
    <w:p w14:paraId="7605D305" w14:textId="77777777" w:rsidR="00064140" w:rsidRPr="00865FCD" w:rsidRDefault="001476F8">
      <w:pPr>
        <w:spacing w:after="8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My name is An. I live in an old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near Hoi An. There are many old houses, a small temple, an art gallery and a busy market. The streets are narrow, but they are beautiful. In the morning, many tourists walk around the old town. My </w:t>
      </w:r>
      <w:proofErr w:type="spellStart"/>
      <w:r w:rsidRPr="00865FCD">
        <w:rPr>
          <w:sz w:val="28"/>
          <w:szCs w:val="28"/>
        </w:rPr>
        <w:t>fa</w:t>
      </w:r>
      <w:r w:rsidRPr="00865FCD">
        <w:rPr>
          <w:sz w:val="28"/>
          <w:szCs w:val="28"/>
        </w:rPr>
        <w:t>vourite</w:t>
      </w:r>
      <w:proofErr w:type="spellEnd"/>
      <w:r w:rsidRPr="00865FCD">
        <w:rPr>
          <w:sz w:val="28"/>
          <w:szCs w:val="28"/>
        </w:rPr>
        <w:t xml:space="preserve"> place is the square because I can meet my friends there. The cinema is opposite the cafe, and the post office is next to the bank. I like 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because it is interesting and friendly, but I dislike the traffic at weekends.</w:t>
      </w:r>
    </w:p>
    <w:p w14:paraId="587D643F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28. What is th</w:t>
      </w:r>
      <w:r w:rsidRPr="00865FCD">
        <w:rPr>
          <w:sz w:val="28"/>
          <w:szCs w:val="28"/>
        </w:rPr>
        <w:t>e text mainly about?</w:t>
      </w:r>
    </w:p>
    <w:p w14:paraId="6AEC9296" w14:textId="51642D04" w:rsidR="00064140" w:rsidRPr="00865FCD" w:rsidRDefault="001476F8" w:rsidP="00F21E3D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</w:t>
      </w:r>
      <w:proofErr w:type="spellStart"/>
      <w:r w:rsidRPr="00865FCD">
        <w:rPr>
          <w:sz w:val="28"/>
          <w:szCs w:val="28"/>
        </w:rPr>
        <w:t>An's</w:t>
      </w:r>
      <w:proofErr w:type="spellEnd"/>
      <w:r w:rsidRPr="00865FCD">
        <w:rPr>
          <w:sz w:val="28"/>
          <w:szCs w:val="28"/>
        </w:rPr>
        <w:t xml:space="preserve">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       B. </w:t>
      </w:r>
      <w:proofErr w:type="spellStart"/>
      <w:r w:rsidRPr="00865FCD">
        <w:rPr>
          <w:sz w:val="28"/>
          <w:szCs w:val="28"/>
        </w:rPr>
        <w:t>An's</w:t>
      </w:r>
      <w:proofErr w:type="spellEnd"/>
      <w:r w:rsidRPr="00865FCD">
        <w:rPr>
          <w:sz w:val="28"/>
          <w:szCs w:val="28"/>
        </w:rPr>
        <w:t xml:space="preserve"> school    C. A new supermarket        D. A railway </w:t>
      </w:r>
      <w:proofErr w:type="gramStart"/>
      <w:r w:rsidRPr="00865FCD">
        <w:rPr>
          <w:sz w:val="28"/>
          <w:szCs w:val="28"/>
        </w:rPr>
        <w:t>station</w:t>
      </w:r>
      <w:proofErr w:type="gramEnd"/>
    </w:p>
    <w:p w14:paraId="10C062FB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29. Where does </w:t>
      </w:r>
      <w:proofErr w:type="gramStart"/>
      <w:r w:rsidRPr="00865FCD">
        <w:rPr>
          <w:sz w:val="28"/>
          <w:szCs w:val="28"/>
        </w:rPr>
        <w:t>An</w:t>
      </w:r>
      <w:proofErr w:type="gramEnd"/>
      <w:r w:rsidRPr="00865FCD">
        <w:rPr>
          <w:sz w:val="28"/>
          <w:szCs w:val="28"/>
        </w:rPr>
        <w:t xml:space="preserve"> live?</w:t>
      </w:r>
    </w:p>
    <w:p w14:paraId="41FEE3B4" w14:textId="0185261F" w:rsidR="00064140" w:rsidRPr="00865FCD" w:rsidRDefault="001476F8" w:rsidP="00F21E3D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Near Hoi An        B. In Ha </w:t>
      </w:r>
      <w:proofErr w:type="spellStart"/>
      <w:r w:rsidRPr="00865FCD">
        <w:rPr>
          <w:sz w:val="28"/>
          <w:szCs w:val="28"/>
        </w:rPr>
        <w:t>Noi</w:t>
      </w:r>
      <w:proofErr w:type="spellEnd"/>
      <w:r w:rsidRPr="00865FCD">
        <w:rPr>
          <w:sz w:val="28"/>
          <w:szCs w:val="28"/>
        </w:rPr>
        <w:t xml:space="preserve">    </w:t>
      </w:r>
      <w:r w:rsidR="003D6CF6">
        <w:rPr>
          <w:sz w:val="28"/>
          <w:szCs w:val="28"/>
        </w:rPr>
        <w:tab/>
      </w:r>
      <w:r w:rsidR="003D6CF6">
        <w:rPr>
          <w:sz w:val="28"/>
          <w:szCs w:val="28"/>
        </w:rPr>
        <w:tab/>
      </w:r>
      <w:r w:rsidRPr="00865FCD">
        <w:rPr>
          <w:sz w:val="28"/>
          <w:szCs w:val="28"/>
        </w:rPr>
        <w:t>C. At the beach        D. In a forest</w:t>
      </w:r>
    </w:p>
    <w:p w14:paraId="6A7251B8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30. What is NOT mentioned in </w:t>
      </w:r>
      <w:proofErr w:type="spellStart"/>
      <w:r w:rsidRPr="00865FCD">
        <w:rPr>
          <w:sz w:val="28"/>
          <w:szCs w:val="28"/>
        </w:rPr>
        <w:t>An's</w:t>
      </w:r>
      <w:proofErr w:type="spellEnd"/>
      <w:r w:rsidRPr="00865FCD">
        <w:rPr>
          <w:sz w:val="28"/>
          <w:szCs w:val="28"/>
        </w:rPr>
        <w:t xml:space="preserve">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>?</w:t>
      </w:r>
    </w:p>
    <w:p w14:paraId="66E4C143" w14:textId="48950F52" w:rsidR="00064140" w:rsidRPr="00865FCD" w:rsidRDefault="001476F8" w:rsidP="00F21E3D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A temple        </w:t>
      </w:r>
      <w:r w:rsidR="003D6CF6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B. An art gallery    </w:t>
      </w:r>
      <w:r w:rsidR="003D6CF6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C. A factory        </w:t>
      </w:r>
      <w:proofErr w:type="gramStart"/>
      <w:r w:rsidR="003D6CF6">
        <w:rPr>
          <w:sz w:val="28"/>
          <w:szCs w:val="28"/>
        </w:rPr>
        <w:tab/>
        <w:t xml:space="preserve">  </w:t>
      </w:r>
      <w:r w:rsidRPr="00865FCD">
        <w:rPr>
          <w:sz w:val="28"/>
          <w:szCs w:val="28"/>
        </w:rPr>
        <w:t>D.</w:t>
      </w:r>
      <w:proofErr w:type="gramEnd"/>
      <w:r w:rsidRPr="00865FCD">
        <w:rPr>
          <w:sz w:val="28"/>
          <w:szCs w:val="28"/>
        </w:rPr>
        <w:t xml:space="preserve"> A market</w:t>
      </w:r>
    </w:p>
    <w:p w14:paraId="70D71B07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31. What are the streets like?</w:t>
      </w:r>
    </w:p>
    <w:p w14:paraId="351EEDA1" w14:textId="1F284208" w:rsidR="00F21E3D" w:rsidRDefault="001476F8" w:rsidP="00F21E3D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Narrow but beautiful        </w:t>
      </w:r>
      <w:r w:rsidR="00F21E3D">
        <w:rPr>
          <w:sz w:val="28"/>
          <w:szCs w:val="28"/>
        </w:rPr>
        <w:tab/>
      </w:r>
      <w:r w:rsidR="00F21E3D">
        <w:rPr>
          <w:sz w:val="28"/>
          <w:szCs w:val="28"/>
        </w:rPr>
        <w:tab/>
      </w:r>
      <w:r w:rsidR="003D6CF6">
        <w:rPr>
          <w:sz w:val="28"/>
          <w:szCs w:val="28"/>
        </w:rPr>
        <w:tab/>
      </w:r>
      <w:r w:rsidR="003D6CF6">
        <w:rPr>
          <w:sz w:val="28"/>
          <w:szCs w:val="28"/>
        </w:rPr>
        <w:tab/>
      </w:r>
      <w:r w:rsidRPr="00865FCD">
        <w:rPr>
          <w:sz w:val="28"/>
          <w:szCs w:val="28"/>
        </w:rPr>
        <w:t xml:space="preserve">B. Wide and noisy    </w:t>
      </w:r>
    </w:p>
    <w:p w14:paraId="0EBA2459" w14:textId="71000EF7" w:rsidR="00064140" w:rsidRPr="00865FCD" w:rsidRDefault="00F21E3D" w:rsidP="00F21E3D">
      <w:pPr>
        <w:spacing w:after="20"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5FCD">
        <w:rPr>
          <w:sz w:val="28"/>
          <w:szCs w:val="28"/>
        </w:rPr>
        <w:t xml:space="preserve">C. Dirty and dangerous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6CF6">
        <w:rPr>
          <w:sz w:val="28"/>
          <w:szCs w:val="28"/>
        </w:rPr>
        <w:tab/>
      </w:r>
      <w:r w:rsidR="003D6CF6">
        <w:rPr>
          <w:sz w:val="28"/>
          <w:szCs w:val="28"/>
        </w:rPr>
        <w:tab/>
      </w:r>
      <w:r w:rsidRPr="00865FCD">
        <w:rPr>
          <w:sz w:val="28"/>
          <w:szCs w:val="28"/>
        </w:rPr>
        <w:t>D. Modern and empty</w:t>
      </w:r>
    </w:p>
    <w:p w14:paraId="16112754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32. W</w:t>
      </w:r>
      <w:r w:rsidRPr="00865FCD">
        <w:rPr>
          <w:sz w:val="28"/>
          <w:szCs w:val="28"/>
        </w:rPr>
        <w:t xml:space="preserve">hy does </w:t>
      </w:r>
      <w:proofErr w:type="gramStart"/>
      <w:r w:rsidRPr="00865FCD">
        <w:rPr>
          <w:sz w:val="28"/>
          <w:szCs w:val="28"/>
        </w:rPr>
        <w:t>An</w:t>
      </w:r>
      <w:proofErr w:type="gramEnd"/>
      <w:r w:rsidRPr="00865FCD">
        <w:rPr>
          <w:sz w:val="28"/>
          <w:szCs w:val="28"/>
        </w:rPr>
        <w:t xml:space="preserve"> like the square?</w:t>
      </w:r>
    </w:p>
    <w:p w14:paraId="2B1E6F73" w14:textId="5E132EAF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Because he can meet his friends </w:t>
      </w:r>
      <w:proofErr w:type="gramStart"/>
      <w:r w:rsidRPr="00865FCD">
        <w:rPr>
          <w:sz w:val="28"/>
          <w:szCs w:val="28"/>
        </w:rPr>
        <w:t>there</w:t>
      </w:r>
      <w:proofErr w:type="gramEnd"/>
      <w:r w:rsidRPr="00865FCD">
        <w:rPr>
          <w:sz w:val="28"/>
          <w:szCs w:val="28"/>
        </w:rPr>
        <w:t xml:space="preserve">        </w:t>
      </w:r>
      <w:r w:rsidR="003D6CF6">
        <w:rPr>
          <w:sz w:val="28"/>
          <w:szCs w:val="28"/>
        </w:rPr>
        <w:tab/>
      </w:r>
      <w:r w:rsidRPr="00865FCD">
        <w:rPr>
          <w:sz w:val="28"/>
          <w:szCs w:val="28"/>
        </w:rPr>
        <w:t>B. Because it is opposite the bank</w:t>
      </w:r>
    </w:p>
    <w:p w14:paraId="49A64F84" w14:textId="4554B792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C. Because it is far away        </w:t>
      </w:r>
      <w:r w:rsidR="003D6CF6">
        <w:rPr>
          <w:sz w:val="28"/>
          <w:szCs w:val="28"/>
        </w:rPr>
        <w:tab/>
      </w:r>
      <w:r w:rsidR="003D6CF6">
        <w:rPr>
          <w:sz w:val="28"/>
          <w:szCs w:val="28"/>
        </w:rPr>
        <w:tab/>
      </w:r>
      <w:r w:rsidR="003D6CF6">
        <w:rPr>
          <w:sz w:val="28"/>
          <w:szCs w:val="28"/>
        </w:rPr>
        <w:tab/>
      </w:r>
      <w:r w:rsidRPr="00865FCD">
        <w:rPr>
          <w:sz w:val="28"/>
          <w:szCs w:val="28"/>
        </w:rPr>
        <w:t>D. Because there is a railway station</w:t>
      </w:r>
    </w:p>
    <w:p w14:paraId="0C455266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lastRenderedPageBreak/>
        <w:t>33. Where is the cinema?</w:t>
      </w:r>
    </w:p>
    <w:p w14:paraId="5A76C58E" w14:textId="49E061D2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Next to the bank        </w:t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Pr="00865FCD">
        <w:rPr>
          <w:sz w:val="28"/>
          <w:szCs w:val="28"/>
        </w:rPr>
        <w:t>B.</w:t>
      </w:r>
      <w:r w:rsidRPr="00865FCD">
        <w:rPr>
          <w:sz w:val="28"/>
          <w:szCs w:val="28"/>
        </w:rPr>
        <w:t xml:space="preserve"> Opposite the cafe</w:t>
      </w:r>
    </w:p>
    <w:p w14:paraId="1985C2C3" w14:textId="072295D8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C. Behind the temple        </w:t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Pr="00865FCD">
        <w:rPr>
          <w:sz w:val="28"/>
          <w:szCs w:val="28"/>
        </w:rPr>
        <w:t>D. In front of the post office</w:t>
      </w:r>
    </w:p>
    <w:p w14:paraId="3B8D7514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34. What does </w:t>
      </w:r>
      <w:proofErr w:type="gramStart"/>
      <w:r w:rsidRPr="00865FCD">
        <w:rPr>
          <w:sz w:val="28"/>
          <w:szCs w:val="28"/>
        </w:rPr>
        <w:t>An</w:t>
      </w:r>
      <w:proofErr w:type="gramEnd"/>
      <w:r w:rsidRPr="00865FCD">
        <w:rPr>
          <w:sz w:val="28"/>
          <w:szCs w:val="28"/>
        </w:rPr>
        <w:t xml:space="preserve"> like about his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>?</w:t>
      </w:r>
    </w:p>
    <w:p w14:paraId="3CD1499F" w14:textId="2A4F28E3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It is interesting and friendly        </w:t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Pr="00865FCD">
        <w:rPr>
          <w:sz w:val="28"/>
          <w:szCs w:val="28"/>
        </w:rPr>
        <w:t>B. It has no tourists</w:t>
      </w:r>
    </w:p>
    <w:p w14:paraId="44022BEF" w14:textId="6C0605ED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C. It is very expensive        </w:t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Pr="00865FCD">
        <w:rPr>
          <w:sz w:val="28"/>
          <w:szCs w:val="28"/>
        </w:rPr>
        <w:t>D. It has wide</w:t>
      </w:r>
      <w:r w:rsidRPr="00865FCD">
        <w:rPr>
          <w:sz w:val="28"/>
          <w:szCs w:val="28"/>
        </w:rPr>
        <w:t xml:space="preserve"> streets</w:t>
      </w:r>
    </w:p>
    <w:p w14:paraId="225C3B21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35. What does </w:t>
      </w:r>
      <w:proofErr w:type="gramStart"/>
      <w:r w:rsidRPr="00865FCD">
        <w:rPr>
          <w:sz w:val="28"/>
          <w:szCs w:val="28"/>
        </w:rPr>
        <w:t>An</w:t>
      </w:r>
      <w:proofErr w:type="gramEnd"/>
      <w:r w:rsidRPr="00865FCD">
        <w:rPr>
          <w:sz w:val="28"/>
          <w:szCs w:val="28"/>
        </w:rPr>
        <w:t xml:space="preserve"> dislike?</w:t>
      </w:r>
    </w:p>
    <w:p w14:paraId="47552985" w14:textId="7798F1CA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A. The traffic at weekends        </w:t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Pr="00865FCD">
        <w:rPr>
          <w:sz w:val="28"/>
          <w:szCs w:val="28"/>
        </w:rPr>
        <w:t>B. The square</w:t>
      </w:r>
    </w:p>
    <w:p w14:paraId="2926A690" w14:textId="57AA91B0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    C. The old houses        </w:t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="00175F55">
        <w:rPr>
          <w:sz w:val="28"/>
          <w:szCs w:val="28"/>
        </w:rPr>
        <w:tab/>
      </w:r>
      <w:r w:rsidRPr="00865FCD">
        <w:rPr>
          <w:sz w:val="28"/>
          <w:szCs w:val="28"/>
        </w:rPr>
        <w:t>D. The cafe</w:t>
      </w:r>
    </w:p>
    <w:p w14:paraId="4AD0B495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VII. WRITING</w:t>
      </w:r>
    </w:p>
    <w:p w14:paraId="43ACA2E7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A. Rearrange the words to make complete sentences.</w:t>
      </w:r>
    </w:p>
    <w:p w14:paraId="50F24B8A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36. 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/ is / than / yours / </w:t>
      </w:r>
      <w:r w:rsidRPr="00865FCD">
        <w:rPr>
          <w:sz w:val="28"/>
          <w:szCs w:val="28"/>
        </w:rPr>
        <w:t>quieter /.</w:t>
      </w:r>
    </w:p>
    <w:p w14:paraId="7A48BBE1" w14:textId="77777777" w:rsidR="00064140" w:rsidRPr="00865FCD" w:rsidRDefault="001476F8">
      <w:pPr>
        <w:spacing w:after="4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______________________________________________________________________.</w:t>
      </w:r>
    </w:p>
    <w:p w14:paraId="535CA345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37. straight / and / turn left / Go / at the cinema /.</w:t>
      </w:r>
    </w:p>
    <w:p w14:paraId="23F063B6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______________________________________________________________________.</w:t>
      </w:r>
    </w:p>
    <w:p w14:paraId="582E0832" w14:textId="77777777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B. Rewrite the sentences without changing thei</w:t>
      </w:r>
      <w:r w:rsidRPr="00865FCD">
        <w:rPr>
          <w:b/>
          <w:sz w:val="28"/>
          <w:szCs w:val="28"/>
        </w:rPr>
        <w:t>r meanings.</w:t>
      </w:r>
    </w:p>
    <w:p w14:paraId="78FD4026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38. The park is quieter than the market.</w:t>
      </w:r>
    </w:p>
    <w:p w14:paraId="2692F7C7" w14:textId="77777777" w:rsidR="00064140" w:rsidRPr="00865FCD" w:rsidRDefault="001476F8">
      <w:pPr>
        <w:spacing w:after="4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The market ___________________________________________________________.</w:t>
      </w:r>
    </w:p>
    <w:p w14:paraId="6F385E70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39. The bank is opposite the cinema.</w:t>
      </w:r>
    </w:p>
    <w:p w14:paraId="608BE406" w14:textId="77777777" w:rsidR="00064140" w:rsidRPr="00865FCD" w:rsidRDefault="001476F8">
      <w:pPr>
        <w:spacing w:after="4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The cinema ___________________________________________________________.</w:t>
      </w:r>
    </w:p>
    <w:p w14:paraId="71B7A566" w14:textId="77777777" w:rsidR="00064140" w:rsidRPr="00865FCD" w:rsidRDefault="001476F8">
      <w:pPr>
        <w:spacing w:after="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40. Let's go to the mu</w:t>
      </w:r>
      <w:r w:rsidRPr="00865FCD">
        <w:rPr>
          <w:sz w:val="28"/>
          <w:szCs w:val="28"/>
        </w:rPr>
        <w:t>seum this afternoon.</w:t>
      </w:r>
    </w:p>
    <w:p w14:paraId="2D51377C" w14:textId="77777777" w:rsidR="00064140" w:rsidRPr="00865FCD" w:rsidRDefault="001476F8">
      <w:pPr>
        <w:spacing w:after="10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Shall ________________________________________________________________?</w:t>
      </w:r>
    </w:p>
    <w:p w14:paraId="3C0A0FC4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00C288F0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649F30A5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64DBCCA2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292DAEF3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2C122631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4B094882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4008B966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5ED38A05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0B446804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5B51AE8B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4AEF2FD3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1170A89F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17DE3479" w14:textId="77777777" w:rsidR="00175F55" w:rsidRDefault="00175F55">
      <w:pPr>
        <w:spacing w:after="100" w:line="252" w:lineRule="auto"/>
        <w:rPr>
          <w:b/>
          <w:sz w:val="28"/>
          <w:szCs w:val="28"/>
        </w:rPr>
      </w:pPr>
    </w:p>
    <w:p w14:paraId="1FCA6C96" w14:textId="2A01887F" w:rsidR="00064140" w:rsidRPr="00865FCD" w:rsidRDefault="001476F8">
      <w:pPr>
        <w:spacing w:after="100" w:line="252" w:lineRule="auto"/>
        <w:rPr>
          <w:sz w:val="28"/>
          <w:szCs w:val="28"/>
        </w:rPr>
      </w:pPr>
      <w:r w:rsidRPr="00865FCD">
        <w:rPr>
          <w:b/>
          <w:sz w:val="28"/>
          <w:szCs w:val="28"/>
        </w:rPr>
        <w:t>AUDIO SCRIPT (PHẦN I: LISTENING)</w:t>
      </w:r>
    </w:p>
    <w:p w14:paraId="33B4767B" w14:textId="77777777" w:rsidR="00064140" w:rsidRPr="00865FCD" w:rsidRDefault="001476F8">
      <w:pPr>
        <w:spacing w:after="12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 xml:space="preserve">My name is </w:t>
      </w:r>
      <w:proofErr w:type="spellStart"/>
      <w:r w:rsidRPr="00865FCD">
        <w:rPr>
          <w:sz w:val="28"/>
          <w:szCs w:val="28"/>
        </w:rPr>
        <w:t>Khang</w:t>
      </w:r>
      <w:proofErr w:type="spellEnd"/>
      <w:r w:rsidRPr="00865FCD">
        <w:rPr>
          <w:sz w:val="28"/>
          <w:szCs w:val="28"/>
        </w:rPr>
        <w:t xml:space="preserve">. I live in the suburbs of Da Nang City. 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is quiet and clean. There is a small </w:t>
      </w:r>
      <w:r w:rsidRPr="00865FCD">
        <w:rPr>
          <w:sz w:val="28"/>
          <w:szCs w:val="28"/>
        </w:rPr>
        <w:t xml:space="preserve">park near my house, but there isn't a big beach next to it. The beach is about fifteen minutes away by bicycle. There are many shops, cafes and a small market in 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>, so it is very convenient. In the morning, the streets are quite busy because</w:t>
      </w:r>
      <w:r w:rsidRPr="00865FCD">
        <w:rPr>
          <w:sz w:val="28"/>
          <w:szCs w:val="28"/>
        </w:rPr>
        <w:t xml:space="preserve"> many people go to work and school. I like 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because the people are friendly and helpful.</w:t>
      </w:r>
    </w:p>
    <w:p w14:paraId="2D322B2B" w14:textId="77777777" w:rsidR="00064140" w:rsidRPr="00865FCD" w:rsidRDefault="001476F8">
      <w:pPr>
        <w:spacing w:after="80" w:line="252" w:lineRule="auto"/>
        <w:jc w:val="center"/>
        <w:rPr>
          <w:sz w:val="28"/>
          <w:szCs w:val="28"/>
        </w:rPr>
      </w:pPr>
      <w:r w:rsidRPr="00865FCD">
        <w:rPr>
          <w:sz w:val="28"/>
          <w:szCs w:val="28"/>
        </w:rPr>
        <w:t>*************************************</w:t>
      </w:r>
    </w:p>
    <w:p w14:paraId="78AEEC55" w14:textId="77777777" w:rsidR="00064140" w:rsidRPr="00865FCD" w:rsidRDefault="001476F8">
      <w:pPr>
        <w:spacing w:after="80" w:line="252" w:lineRule="auto"/>
        <w:rPr>
          <w:sz w:val="28"/>
          <w:szCs w:val="28"/>
        </w:rPr>
      </w:pPr>
      <w:proofErr w:type="spellStart"/>
      <w:r w:rsidRPr="00865FCD">
        <w:rPr>
          <w:b/>
          <w:sz w:val="28"/>
          <w:szCs w:val="28"/>
        </w:rPr>
        <w:t>Đáp</w:t>
      </w:r>
      <w:proofErr w:type="spellEnd"/>
      <w:r w:rsidRPr="00865FCD">
        <w:rPr>
          <w:b/>
          <w:sz w:val="28"/>
          <w:szCs w:val="28"/>
        </w:rPr>
        <w:t xml:space="preserve"> </w:t>
      </w:r>
      <w:proofErr w:type="spellStart"/>
      <w:r w:rsidRPr="00865FCD">
        <w:rPr>
          <w:b/>
          <w:sz w:val="28"/>
          <w:szCs w:val="28"/>
        </w:rPr>
        <w:t>án</w:t>
      </w:r>
      <w:proofErr w:type="spellEnd"/>
      <w:r w:rsidRPr="00865FCD">
        <w:rPr>
          <w:b/>
          <w:sz w:val="28"/>
          <w:szCs w:val="28"/>
        </w:rPr>
        <w:t xml:space="preserve"> </w:t>
      </w:r>
      <w:proofErr w:type="spellStart"/>
      <w:r w:rsidRPr="00865FCD">
        <w:rPr>
          <w:b/>
          <w:sz w:val="28"/>
          <w:szCs w:val="28"/>
        </w:rPr>
        <w:t>tham</w:t>
      </w:r>
      <w:proofErr w:type="spellEnd"/>
      <w:r w:rsidRPr="00865FCD">
        <w:rPr>
          <w:b/>
          <w:sz w:val="28"/>
          <w:szCs w:val="28"/>
        </w:rPr>
        <w:t xml:space="preserve"> </w:t>
      </w:r>
      <w:proofErr w:type="spellStart"/>
      <w:r w:rsidRPr="00865FCD">
        <w:rPr>
          <w:b/>
          <w:sz w:val="28"/>
          <w:szCs w:val="28"/>
        </w:rPr>
        <w:t>khảo</w:t>
      </w:r>
      <w:proofErr w:type="spellEnd"/>
    </w:p>
    <w:p w14:paraId="69AD5F4E" w14:textId="50283435" w:rsidR="00064140" w:rsidRPr="00865FCD" w:rsidRDefault="001476F8">
      <w:pPr>
        <w:spacing w:after="60" w:line="252" w:lineRule="auto"/>
        <w:rPr>
          <w:sz w:val="28"/>
          <w:szCs w:val="28"/>
        </w:rPr>
      </w:pPr>
      <w:r w:rsidRPr="00865FCD">
        <w:rPr>
          <w:sz w:val="28"/>
          <w:szCs w:val="28"/>
        </w:rPr>
        <w:t>Listening: 1. T | 2. F | 3. T | 4. F | 5. T</w:t>
      </w:r>
      <w:r w:rsidRPr="00865FCD">
        <w:rPr>
          <w:sz w:val="28"/>
          <w:szCs w:val="28"/>
        </w:rPr>
        <w:br/>
        <w:t>Pronunciation: 6. D | 7. D | 8. A | 9. C</w:t>
      </w:r>
      <w:r w:rsidRPr="00865FCD">
        <w:rPr>
          <w:sz w:val="28"/>
          <w:szCs w:val="28"/>
        </w:rPr>
        <w:br/>
        <w:t>Language Us</w:t>
      </w:r>
      <w:r w:rsidRPr="00865FCD">
        <w:rPr>
          <w:sz w:val="28"/>
          <w:szCs w:val="28"/>
        </w:rPr>
        <w:t>e: 10. A | 11. B | 12. B | 13. A | 14. C | 15. B</w:t>
      </w:r>
      <w:r w:rsidRPr="00865FCD">
        <w:rPr>
          <w:sz w:val="28"/>
          <w:szCs w:val="28"/>
        </w:rPr>
        <w:br/>
        <w:t xml:space="preserve">Signs &amp; Notices: 16. B | 17. B | 18. </w:t>
      </w:r>
      <w:r w:rsidR="00A33D68">
        <w:rPr>
          <w:sz w:val="28"/>
          <w:szCs w:val="28"/>
        </w:rPr>
        <w:t>D</w:t>
      </w:r>
      <w:r w:rsidRPr="00865FCD">
        <w:rPr>
          <w:sz w:val="28"/>
          <w:szCs w:val="28"/>
        </w:rPr>
        <w:t xml:space="preserve"> | 19. </w:t>
      </w:r>
      <w:r w:rsidR="00A33D68">
        <w:rPr>
          <w:sz w:val="28"/>
          <w:szCs w:val="28"/>
        </w:rPr>
        <w:t>B</w:t>
      </w:r>
      <w:r w:rsidRPr="00865FCD">
        <w:rPr>
          <w:sz w:val="28"/>
          <w:szCs w:val="28"/>
        </w:rPr>
        <w:br/>
        <w:t xml:space="preserve">Logic: 20. A | 21. </w:t>
      </w:r>
      <w:r w:rsidR="00A94E53">
        <w:rPr>
          <w:sz w:val="28"/>
          <w:szCs w:val="28"/>
        </w:rPr>
        <w:t>B</w:t>
      </w:r>
      <w:r w:rsidRPr="00865FCD">
        <w:rPr>
          <w:sz w:val="28"/>
          <w:szCs w:val="28"/>
        </w:rPr>
        <w:t xml:space="preserve"> | 22. A | 23. </w:t>
      </w:r>
      <w:r w:rsidR="00A94E53">
        <w:rPr>
          <w:sz w:val="28"/>
          <w:szCs w:val="28"/>
        </w:rPr>
        <w:t>D</w:t>
      </w:r>
      <w:r w:rsidRPr="00865FCD">
        <w:rPr>
          <w:sz w:val="28"/>
          <w:szCs w:val="28"/>
        </w:rPr>
        <w:br/>
        <w:t>Cloze Test: 24. A | 25. B | 26. B | 27. C</w:t>
      </w:r>
      <w:r w:rsidRPr="00865FCD">
        <w:rPr>
          <w:sz w:val="28"/>
          <w:szCs w:val="28"/>
        </w:rPr>
        <w:br/>
        <w:t>Reading Comprehension: 28. A | 29. A | 30. C | 31. A | 32. A | 33. B | 34. A | 35</w:t>
      </w:r>
      <w:r w:rsidRPr="00865FCD">
        <w:rPr>
          <w:sz w:val="28"/>
          <w:szCs w:val="28"/>
        </w:rPr>
        <w:t>. A</w:t>
      </w:r>
      <w:r w:rsidRPr="00865FCD">
        <w:rPr>
          <w:sz w:val="28"/>
          <w:szCs w:val="28"/>
        </w:rPr>
        <w:br/>
        <w:t xml:space="preserve">36. My </w:t>
      </w:r>
      <w:proofErr w:type="spellStart"/>
      <w:r w:rsidRPr="00865FCD">
        <w:rPr>
          <w:sz w:val="28"/>
          <w:szCs w:val="28"/>
        </w:rPr>
        <w:t>neighbourhood</w:t>
      </w:r>
      <w:proofErr w:type="spellEnd"/>
      <w:r w:rsidRPr="00865FCD">
        <w:rPr>
          <w:sz w:val="28"/>
          <w:szCs w:val="28"/>
        </w:rPr>
        <w:t xml:space="preserve"> is quieter than yours.</w:t>
      </w:r>
      <w:r w:rsidRPr="00865FCD">
        <w:rPr>
          <w:sz w:val="28"/>
          <w:szCs w:val="28"/>
        </w:rPr>
        <w:br/>
        <w:t>37. Go straight and turn left at the cinema.</w:t>
      </w:r>
      <w:r w:rsidRPr="00865FCD">
        <w:rPr>
          <w:sz w:val="28"/>
          <w:szCs w:val="28"/>
        </w:rPr>
        <w:br/>
        <w:t>38. The market is noisier than the park. / The market is not as quiet as the park.</w:t>
      </w:r>
      <w:r w:rsidRPr="00865FCD">
        <w:rPr>
          <w:sz w:val="28"/>
          <w:szCs w:val="28"/>
        </w:rPr>
        <w:br/>
        <w:t>39. The cinema is opposite the bank.</w:t>
      </w:r>
      <w:r w:rsidRPr="00865FCD">
        <w:rPr>
          <w:sz w:val="28"/>
          <w:szCs w:val="28"/>
        </w:rPr>
        <w:br/>
        <w:t>40. Shall we go to the museum this afternoo</w:t>
      </w:r>
      <w:r w:rsidRPr="00865FCD">
        <w:rPr>
          <w:sz w:val="28"/>
          <w:szCs w:val="28"/>
        </w:rPr>
        <w:t>n?</w:t>
      </w:r>
    </w:p>
    <w:sectPr w:rsidR="00064140" w:rsidRPr="00865FCD" w:rsidSect="000346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94" w:right="794" w:bottom="794" w:left="794" w:header="720" w:footer="720" w:gutter="0"/>
      <w:pgBorders w:offsetFrom="page">
        <w:top w:val="single" w:sz="18" w:space="16" w:color="0070C0"/>
        <w:left w:val="single" w:sz="18" w:space="16" w:color="0070C0"/>
        <w:bottom w:val="single" w:sz="18" w:space="16" w:color="0070C0"/>
        <w:right w:val="single" w:sz="18" w:space="16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10372" w14:textId="77777777" w:rsidR="001476F8" w:rsidRDefault="001476F8">
      <w:pPr>
        <w:spacing w:after="0" w:line="240" w:lineRule="auto"/>
      </w:pPr>
      <w:r>
        <w:separator/>
      </w:r>
    </w:p>
  </w:endnote>
  <w:endnote w:type="continuationSeparator" w:id="0">
    <w:p w14:paraId="690E2C49" w14:textId="77777777" w:rsidR="001476F8" w:rsidRDefault="0014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B9029" w14:textId="77777777" w:rsidR="00222F8A" w:rsidRDefault="00222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261F2" w14:textId="54913483" w:rsidR="00064140" w:rsidRPr="005E0BF8" w:rsidRDefault="00064140" w:rsidP="005E0BF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DF64F" w14:textId="77777777" w:rsidR="00222F8A" w:rsidRDefault="00222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C9553" w14:textId="77777777" w:rsidR="001476F8" w:rsidRDefault="001476F8">
      <w:pPr>
        <w:spacing w:after="0" w:line="240" w:lineRule="auto"/>
      </w:pPr>
      <w:r>
        <w:separator/>
      </w:r>
    </w:p>
  </w:footnote>
  <w:footnote w:type="continuationSeparator" w:id="0">
    <w:p w14:paraId="36E23A90" w14:textId="77777777" w:rsidR="001476F8" w:rsidRDefault="00147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2EAE3" w14:textId="77777777" w:rsidR="00222F8A" w:rsidRDefault="00222F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E263F" w14:textId="6AA485BA" w:rsidR="00064140" w:rsidRPr="00222F8A" w:rsidRDefault="00064140" w:rsidP="00222F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8C91A" w14:textId="77777777" w:rsidR="00222F8A" w:rsidRDefault="00222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852CDE"/>
    <w:multiLevelType w:val="multilevel"/>
    <w:tmpl w:val="D2BE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140"/>
    <w:rsid w:val="00073031"/>
    <w:rsid w:val="000A22CB"/>
    <w:rsid w:val="001476F8"/>
    <w:rsid w:val="0015074B"/>
    <w:rsid w:val="00175F55"/>
    <w:rsid w:val="002037CB"/>
    <w:rsid w:val="00214401"/>
    <w:rsid w:val="00222F8A"/>
    <w:rsid w:val="00276049"/>
    <w:rsid w:val="00292948"/>
    <w:rsid w:val="0029639D"/>
    <w:rsid w:val="002A54B8"/>
    <w:rsid w:val="00326F90"/>
    <w:rsid w:val="003D6CF6"/>
    <w:rsid w:val="004A73A1"/>
    <w:rsid w:val="004D17E0"/>
    <w:rsid w:val="00540D90"/>
    <w:rsid w:val="005E0BF8"/>
    <w:rsid w:val="00631BE3"/>
    <w:rsid w:val="00764827"/>
    <w:rsid w:val="00865FCD"/>
    <w:rsid w:val="009F7147"/>
    <w:rsid w:val="00A26CAB"/>
    <w:rsid w:val="00A33D68"/>
    <w:rsid w:val="00A94E53"/>
    <w:rsid w:val="00AA1D8D"/>
    <w:rsid w:val="00B17474"/>
    <w:rsid w:val="00B47730"/>
    <w:rsid w:val="00CB0664"/>
    <w:rsid w:val="00EC0232"/>
    <w:rsid w:val="00F21E3D"/>
    <w:rsid w:val="00F50147"/>
    <w:rsid w:val="00F52ABC"/>
    <w:rsid w:val="00F67B0B"/>
    <w:rsid w:val="00FC693F"/>
    <w:rsid w:val="00FE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A18612"/>
  <w14:defaultImageDpi w14:val="300"/>
  <w15:docId w15:val="{BF87CA0F-05D8-4BF8-A2CB-0CB9E4D9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17474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3C4F78-B2B3-423B-9951-C3FAD740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30</cp:revision>
  <dcterms:created xsi:type="dcterms:W3CDTF">2013-12-23T23:15:00Z</dcterms:created>
  <dcterms:modified xsi:type="dcterms:W3CDTF">2026-08-06T12:20:00Z</dcterms:modified>
  <cp:category/>
</cp:coreProperties>
</file>