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Arial" w:hAnsi="Arial" w:eastAsia="Arial"/>
          <w:b/>
          <w:i w:val="0"/>
          <w:color w:val="000000"/>
          <w:sz w:val="29"/>
        </w:rPr>
        <w:t>ENGLISH 5 - GLOBAL SUCCESS</w:t>
      </w:r>
    </w:p>
    <w:p>
      <w:pPr>
        <w:spacing w:after="40"/>
        <w:jc w:val="center"/>
      </w:pPr>
      <w:r>
        <w:rPr>
          <w:rFonts w:ascii="Arial" w:hAnsi="Arial" w:eastAsia="Arial"/>
          <w:b/>
          <w:i w:val="0"/>
          <w:color w:val="1F4E79"/>
          <w:sz w:val="26"/>
        </w:rPr>
        <w:t>UNIT 5: MY FUTURE JOB</w:t>
      </w:r>
    </w:p>
    <w:p>
      <w:pPr>
        <w:spacing w:after="100"/>
        <w:jc w:val="center"/>
      </w:pPr>
      <w:r>
        <w:rPr>
          <w:rFonts w:ascii="Arial" w:hAnsi="Arial" w:eastAsia="Arial"/>
          <w:b/>
          <w:i w:val="0"/>
          <w:color w:val="595959"/>
          <w:sz w:val="21"/>
        </w:rPr>
        <w:t>UNIT TEST - Time: 40 minutes - Total: 10 points</w:t>
      </w:r>
    </w:p>
    <w:p>
      <w:pPr>
        <w:spacing w:after="8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Name: </w:t>
      </w:r>
      <w:r>
        <w:rPr>
          <w:rFonts w:ascii="Arial" w:hAnsi="Arial" w:eastAsia="Arial"/>
          <w:b w:val="0"/>
          <w:i w:val="0"/>
          <w:color w:val="000000"/>
          <w:sz w:val="21"/>
        </w:rPr>
        <w:t xml:space="preserve">__________________________________    </w:t>
      </w:r>
      <w:r>
        <w:rPr>
          <w:rFonts w:ascii="Arial" w:hAnsi="Arial" w:eastAsia="Arial"/>
          <w:b/>
          <w:i w:val="0"/>
          <w:color w:val="000000"/>
          <w:sz w:val="21"/>
        </w:rPr>
        <w:t xml:space="preserve">Class: </w:t>
      </w:r>
      <w:r>
        <w:rPr>
          <w:rFonts w:ascii="Arial" w:hAnsi="Arial" w:eastAsia="Arial"/>
          <w:b w:val="0"/>
          <w:i w:val="0"/>
          <w:color w:val="000000"/>
          <w:sz w:val="21"/>
        </w:rPr>
        <w:t xml:space="preserve">________    </w:t>
      </w:r>
      <w:r>
        <w:rPr>
          <w:rFonts w:ascii="Arial" w:hAnsi="Arial" w:eastAsia="Arial"/>
          <w:b/>
          <w:i w:val="0"/>
          <w:color w:val="000000"/>
          <w:sz w:val="21"/>
        </w:rPr>
        <w:t xml:space="preserve">Date: </w:t>
      </w:r>
      <w:r>
        <w:rPr>
          <w:rFonts w:ascii="Arial" w:hAnsi="Arial" w:eastAsia="Arial"/>
          <w:b w:val="0"/>
          <w:i w:val="0"/>
          <w:color w:val="000000"/>
          <w:sz w:val="21"/>
        </w:rPr>
        <w:t>____________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I. VOCABULARY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(2.0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Choose the correct answer. (8 x 0.25 = 2.0 points)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A ____ puts out fires and helps people.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firefighter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gardener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report the news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grow flowers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A ____ takes care of plants in a garden.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write stories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gardener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firefighter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grow flowers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A ____ tells people about important events.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grow flowers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reporter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report the news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firefighter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A ____ creates books and stories.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teach children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write stories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writer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gardener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My aunt wants to ____ in her new garden.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grow flowers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firefighter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write stories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writer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6. </w:t>
      </w:r>
      <w:r>
        <w:rPr>
          <w:rFonts w:ascii="Arial" w:hAnsi="Arial" w:eastAsia="Arial"/>
          <w:b w:val="0"/>
          <w:i w:val="0"/>
          <w:color w:val="000000"/>
          <w:sz w:val="21"/>
        </w:rPr>
        <w:t>The television reporter will ____ this evening.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firefighter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grow flowers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report the news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gardener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7. </w:t>
      </w:r>
      <w:r>
        <w:rPr>
          <w:rFonts w:ascii="Arial" w:hAnsi="Arial" w:eastAsia="Arial"/>
          <w:b w:val="0"/>
          <w:i w:val="0"/>
          <w:color w:val="000000"/>
          <w:sz w:val="21"/>
        </w:rPr>
        <w:t>A good teacher wants to ____ well.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firefighter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teach children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reporter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write stories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8. </w:t>
      </w:r>
      <w:r>
        <w:rPr>
          <w:rFonts w:ascii="Arial" w:hAnsi="Arial" w:eastAsia="Arial"/>
          <w:b w:val="0"/>
          <w:i w:val="0"/>
          <w:color w:val="000000"/>
          <w:sz w:val="21"/>
        </w:rPr>
        <w:t>I have many ideas, so I want to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firefighter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write stories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gardener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reporter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II. GRAMMAR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(2.0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Choose the correct answer. (8 x 0.25 = 2.0 points)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What would you like to ____ in the future?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be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are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been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being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I'd like to be ____ reporter.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an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some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a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the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Why would she like to be a gardener? - ____ she likes flowers.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Because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So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And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But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He would like to ____ children.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teach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taught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teaches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teaching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____ would Nam like to be? - A firefighter.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When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Where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What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Why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6. </w:t>
      </w:r>
      <w:r>
        <w:rPr>
          <w:rFonts w:ascii="Arial" w:hAnsi="Arial" w:eastAsia="Arial"/>
          <w:b w:val="0"/>
          <w:i w:val="0"/>
          <w:color w:val="000000"/>
          <w:sz w:val="21"/>
        </w:rPr>
        <w:t>Would you like to be a writer? - Yes, I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like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would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am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do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7. </w:t>
      </w:r>
      <w:r>
        <w:rPr>
          <w:rFonts w:ascii="Arial" w:hAnsi="Arial" w:eastAsia="Arial"/>
          <w:b w:val="0"/>
          <w:i w:val="0"/>
          <w:color w:val="000000"/>
          <w:sz w:val="21"/>
        </w:rPr>
        <w:t>My sister ____ like to report the news.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would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does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has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is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8. </w:t>
      </w:r>
      <w:r>
        <w:rPr>
          <w:rFonts w:ascii="Arial" w:hAnsi="Arial" w:eastAsia="Arial"/>
          <w:b w:val="0"/>
          <w:i w:val="0"/>
          <w:color w:val="000000"/>
          <w:sz w:val="21"/>
        </w:rPr>
        <w:t>Because I'd like to help ____, I want to be a doctor.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news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flowers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stories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people</w:t>
      </w:r>
    </w:p>
    <w:p>
      <w:r>
        <w:br w:type="page"/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III. READING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(3.0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Read the passage and complete Tasks A and B.</w:t>
      </w:r>
    </w:p>
    <w:tbl>
      <w:tblPr>
        <w:tblStyle w:val="TableGrid"/>
        <w:tblW w:type="dxa" w:w="10190"/>
        <w:tblLayout w:type="fixed"/>
        <w:tblLook w:firstColumn="1" w:firstRow="1" w:lastColumn="0" w:lastRow="0" w:noHBand="0" w:noVBand="1" w:val="04A0"/>
        <w:tblInd w:w="100" w:type="dxa"/>
      </w:tblPr>
      <w:tblGrid>
        <w:gridCol w:w="10190"/>
      </w:tblGrid>
      <w:tr>
        <w:tc>
          <w:tcPr>
            <w:tcW w:type="dxa" w:w="1019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2F2F2"/>
          </w:tcPr>
          <w:p>
            <w:pPr>
              <w:spacing w:before="20" w:after="20" w:line="252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Everyone in my family has a dream job. I would like to be a writer because I love reading and making up stories. My sister Hoa would like to be a reporter. She wants to meet people and report the news. Our cousin Nam wants to be a firefighter because he is brave and wants to help others. My little brother is only six, but he says he will be a gardener. He likes growing flowers with our grandfather.</w:t>
            </w:r>
          </w:p>
        </w:tc>
      </w:tr>
    </w:tbl>
    <w:p>
      <w:pPr>
        <w:pStyle w:val="Heading2"/>
      </w:pPr>
      <w:r>
        <w:rPr>
          <w:rFonts w:ascii="Arial" w:hAnsi="Arial" w:eastAsia="Arial"/>
          <w:b/>
          <w:i w:val="0"/>
          <w:color w:val="1F4E79"/>
          <w:sz w:val="21"/>
        </w:rPr>
        <w:t>A. Write T (True) or F (False). (5 x 0.3 = 1.5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_____  </w:t>
      </w:r>
      <w:r>
        <w:rPr>
          <w:rFonts w:ascii="Arial" w:hAnsi="Arial" w:eastAsia="Arial"/>
          <w:b w:val="0"/>
          <w:i w:val="0"/>
          <w:color w:val="000000"/>
          <w:sz w:val="21"/>
        </w:rPr>
        <w:t>Hoa would like to be a teacher.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The writer wants to be a writer.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The little brother is sixteen.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_____  </w:t>
      </w:r>
      <w:r>
        <w:rPr>
          <w:rFonts w:ascii="Arial" w:hAnsi="Arial" w:eastAsia="Arial"/>
          <w:b w:val="0"/>
          <w:i w:val="0"/>
          <w:color w:val="000000"/>
          <w:sz w:val="21"/>
        </w:rPr>
        <w:t>Nam wants to help other people.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The little brother likes growing flowers.</w:t>
      </w:r>
    </w:p>
    <w:p>
      <w:pPr>
        <w:pStyle w:val="Heading2"/>
      </w:pPr>
      <w:r>
        <w:rPr>
          <w:rFonts w:ascii="Arial" w:hAnsi="Arial" w:eastAsia="Arial"/>
          <w:b/>
          <w:i w:val="0"/>
          <w:color w:val="1F4E79"/>
          <w:sz w:val="21"/>
        </w:rPr>
        <w:t>B. Answer the questions. (5 x 0.3 = 1.5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Why would the writer like to be a writer?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What would Hoa like to be?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What does Hoa want to report?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Why does Nam want to be a firefighter?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Who grows flowers with the little brother?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IV. WRITING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(3.0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A. Put the words in the correct order. (4 x 0.5 = 2.0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like / What / to be / would / you / 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a writer / like / I'd / to be / 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want / I / stories / to / write / 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firefighter / a / I / to be / want / because / people / help / to / I / want / 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B. Complete or answer as directed. (2 x 0.5 = 1.0 point)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Complete the sentence: She would like ____ (be) a reporter.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Answer about yourself: Why would you like that job?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65" w:right="822" w:bottom="709" w:left="822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 w:eastAsia="Arial"/>
        <w:b w:val="0"/>
        <w:i w:val="0"/>
        <w:color w:val="595959"/>
        <w:sz w:val="17"/>
      </w:rPr>
      <w:t xml:space="preserve">Page </w:t>
    </w:r>
    <w:r>
      <w:rPr>
        <w:rFonts w:ascii="Arial" w:hAnsi="Arial" w:eastAsia="Arial"/>
        <w:b w:val="0"/>
        <w:i w:val="0"/>
        <w:color w:val="595959"/>
        <w:sz w:val="17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Arial" w:hAnsi="Arial" w:eastAsia="Arial"/>
        <w:b/>
        <w:i w:val="0"/>
        <w:color w:val="595959"/>
        <w:sz w:val="17"/>
      </w:rPr>
      <w:t>ENGLISH 5 - GLOBAL SUCCESS | UNIT TEST | UNIT 5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40" w:line="240" w:lineRule="auto"/>
    </w:pPr>
    <w:rPr>
      <w:rFonts w:ascii="Arial" w:hAnsi="Arial" w:eastAsia="Arial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40" w:line="240" w:lineRule="auto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60" w:after="20" w:line="240" w:lineRule="auto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40" w:after="20" w:line="240" w:lineRule="auto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4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000000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5 Global Success - Unit 5</dc:title>
  <dc:subject>Unit test and answer key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