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B592C" w14:textId="77777777" w:rsidR="00B94B09" w:rsidRDefault="00B94B09" w:rsidP="00B94B09">
      <w:pPr>
        <w:pStyle w:val="ListParagraph"/>
        <w:tabs>
          <w:tab w:val="left" w:pos="0"/>
        </w:tabs>
        <w:spacing w:after="0"/>
        <w:jc w:val="both"/>
      </w:pPr>
    </w:p>
    <w:p w14:paraId="1AD8D703" w14:textId="77777777" w:rsidR="0091053B" w:rsidRPr="0018381F" w:rsidRDefault="004A11FE">
      <w:pPr>
        <w:spacing w:after="120"/>
        <w:jc w:val="center"/>
        <w:rPr>
          <w:b/>
        </w:rPr>
      </w:pPr>
      <w:r w:rsidRPr="0018381F">
        <w:rPr>
          <w:rStyle w:val="14"/>
          <w:b/>
        </w:rPr>
        <w:t>T</w:t>
      </w:r>
      <w:r w:rsidR="00B94B09" w:rsidRPr="0018381F">
        <w:rPr>
          <w:rStyle w:val="14"/>
          <w:b/>
        </w:rPr>
        <w:t xml:space="preserve">uần </w:t>
      </w:r>
      <w:r w:rsidRPr="0018381F">
        <w:rPr>
          <w:rStyle w:val="14"/>
          <w:b/>
        </w:rPr>
        <w:t>2</w:t>
      </w:r>
      <w:r w:rsidR="003E2BDC" w:rsidRPr="0018381F">
        <w:rPr>
          <w:rStyle w:val="14"/>
          <w:b/>
        </w:rPr>
        <w:t>1</w:t>
      </w:r>
      <w:r w:rsidRPr="0018381F">
        <w:rPr>
          <w:rStyle w:val="14"/>
          <w:b/>
        </w:rPr>
        <w:t>:</w:t>
      </w:r>
    </w:p>
    <w:p w14:paraId="440AA185" w14:textId="62382FBB" w:rsidR="003C59CC" w:rsidRDefault="003C59CC" w:rsidP="00636938">
      <w:pPr>
        <w:tabs>
          <w:tab w:val="left" w:pos="1150"/>
        </w:tabs>
        <w:spacing w:after="120"/>
        <w:jc w:val="center"/>
        <w:rPr>
          <w:rFonts w:ascii="Times New Roman" w:hAnsi="Times New Roman" w:cs="Times New Roman"/>
          <w:sz w:val="28"/>
          <w:szCs w:val="28"/>
        </w:rPr>
      </w:pPr>
      <w:r>
        <w:rPr>
          <w:rFonts w:ascii="Times New Roman" w:hAnsi="Times New Roman" w:cs="Times New Roman"/>
          <w:b/>
          <w:sz w:val="28"/>
          <w:szCs w:val="28"/>
        </w:rPr>
        <w:t>SHDC –</w:t>
      </w:r>
      <w:r w:rsidRPr="003C59CC">
        <w:rPr>
          <w:rFonts w:ascii="Times New Roman" w:hAnsi="Times New Roman" w:cs="Times New Roman"/>
          <w:b/>
          <w:sz w:val="28"/>
          <w:szCs w:val="28"/>
        </w:rPr>
        <w:t xml:space="preserve"> </w:t>
      </w:r>
      <w:r w:rsidR="009242D4" w:rsidRPr="00505A2C">
        <w:rPr>
          <w:rFonts w:ascii="Times New Roman" w:hAnsi="Times New Roman" w:cs="Times New Roman"/>
          <w:b/>
          <w:sz w:val="28"/>
          <w:szCs w:val="28"/>
        </w:rPr>
        <w:t>TÌM HIỂU VỀ</w:t>
      </w:r>
      <w:r w:rsidR="009242D4" w:rsidRPr="00505A2C">
        <w:rPr>
          <w:rFonts w:ascii="Times New Roman" w:hAnsi="Times New Roman" w:cs="Times New Roman"/>
          <w:b/>
          <w:spacing w:val="1"/>
          <w:sz w:val="28"/>
          <w:szCs w:val="28"/>
        </w:rPr>
        <w:t xml:space="preserve"> </w:t>
      </w:r>
      <w:r w:rsidR="009242D4" w:rsidRPr="00505A2C">
        <w:rPr>
          <w:rFonts w:ascii="Times New Roman" w:hAnsi="Times New Roman" w:cs="Times New Roman"/>
          <w:b/>
          <w:sz w:val="28"/>
          <w:szCs w:val="28"/>
        </w:rPr>
        <w:t>SỰ THAY ĐỔI MÔI</w:t>
      </w:r>
      <w:r w:rsidR="009242D4" w:rsidRPr="00505A2C">
        <w:rPr>
          <w:rFonts w:ascii="Times New Roman" w:hAnsi="Times New Roman" w:cs="Times New Roman"/>
          <w:b/>
          <w:spacing w:val="1"/>
          <w:sz w:val="28"/>
          <w:szCs w:val="28"/>
        </w:rPr>
        <w:t xml:space="preserve"> </w:t>
      </w:r>
      <w:r w:rsidR="009242D4" w:rsidRPr="00505A2C">
        <w:rPr>
          <w:rFonts w:ascii="Times New Roman" w:hAnsi="Times New Roman" w:cs="Times New Roman"/>
          <w:b/>
          <w:sz w:val="28"/>
          <w:szCs w:val="28"/>
        </w:rPr>
        <w:t>TRƯỜNG</w:t>
      </w:r>
      <w:r w:rsidR="009242D4" w:rsidRPr="00505A2C">
        <w:rPr>
          <w:rFonts w:ascii="Times New Roman" w:hAnsi="Times New Roman" w:cs="Times New Roman"/>
          <w:b/>
          <w:spacing w:val="1"/>
          <w:sz w:val="28"/>
          <w:szCs w:val="28"/>
        </w:rPr>
        <w:t xml:space="preserve"> </w:t>
      </w:r>
      <w:r w:rsidR="009242D4" w:rsidRPr="00505A2C">
        <w:rPr>
          <w:rFonts w:ascii="Times New Roman" w:hAnsi="Times New Roman" w:cs="Times New Roman"/>
          <w:b/>
          <w:sz w:val="28"/>
          <w:szCs w:val="28"/>
        </w:rPr>
        <w:t>TỰ</w:t>
      </w:r>
      <w:r w:rsidR="009242D4" w:rsidRPr="00505A2C">
        <w:rPr>
          <w:rFonts w:ascii="Times New Roman" w:hAnsi="Times New Roman" w:cs="Times New Roman"/>
          <w:b/>
          <w:spacing w:val="1"/>
          <w:sz w:val="28"/>
          <w:szCs w:val="28"/>
        </w:rPr>
        <w:t xml:space="preserve"> </w:t>
      </w:r>
      <w:r w:rsidR="009242D4" w:rsidRPr="00505A2C">
        <w:rPr>
          <w:rFonts w:ascii="Times New Roman" w:hAnsi="Times New Roman" w:cs="Times New Roman"/>
          <w:b/>
          <w:sz w:val="28"/>
          <w:szCs w:val="28"/>
        </w:rPr>
        <w:t>NHIÊN</w:t>
      </w:r>
      <w:r w:rsidR="009242D4" w:rsidRPr="00505A2C">
        <w:rPr>
          <w:rFonts w:ascii="Times New Roman" w:hAnsi="Times New Roman" w:cs="Times New Roman"/>
          <w:b/>
          <w:sz w:val="28"/>
          <w:szCs w:val="28"/>
          <w:lang w:val="en-GB"/>
        </w:rPr>
        <w:t xml:space="preserve"> </w:t>
      </w:r>
      <w:r w:rsidR="009242D4" w:rsidRPr="00505A2C">
        <w:rPr>
          <w:rFonts w:ascii="Times New Roman" w:hAnsi="Times New Roman" w:cs="Times New Roman"/>
          <w:b/>
          <w:spacing w:val="-62"/>
          <w:sz w:val="28"/>
          <w:szCs w:val="28"/>
        </w:rPr>
        <w:t xml:space="preserve"> </w:t>
      </w:r>
      <w:r w:rsidR="009242D4" w:rsidRPr="00505A2C">
        <w:rPr>
          <w:rFonts w:ascii="Times New Roman" w:hAnsi="Times New Roman" w:cs="Times New Roman"/>
          <w:b/>
          <w:sz w:val="28"/>
          <w:szCs w:val="28"/>
        </w:rPr>
        <w:t>TẠI</w:t>
      </w:r>
      <w:r w:rsidR="009242D4" w:rsidRPr="00505A2C">
        <w:rPr>
          <w:rFonts w:ascii="Times New Roman" w:hAnsi="Times New Roman" w:cs="Times New Roman"/>
          <w:b/>
          <w:spacing w:val="-2"/>
          <w:sz w:val="28"/>
          <w:szCs w:val="28"/>
        </w:rPr>
        <w:t xml:space="preserve"> </w:t>
      </w:r>
      <w:r w:rsidR="009242D4" w:rsidRPr="00505A2C">
        <w:rPr>
          <w:rFonts w:ascii="Times New Roman" w:hAnsi="Times New Roman" w:cs="Times New Roman"/>
          <w:b/>
          <w:sz w:val="28"/>
          <w:szCs w:val="28"/>
        </w:rPr>
        <w:t>ĐỊA</w:t>
      </w:r>
      <w:r w:rsidR="009242D4" w:rsidRPr="00505A2C">
        <w:rPr>
          <w:rFonts w:ascii="Times New Roman" w:hAnsi="Times New Roman" w:cs="Times New Roman"/>
          <w:b/>
          <w:spacing w:val="-2"/>
          <w:sz w:val="28"/>
          <w:szCs w:val="28"/>
        </w:rPr>
        <w:t xml:space="preserve"> </w:t>
      </w:r>
      <w:r w:rsidR="009242D4" w:rsidRPr="00505A2C">
        <w:rPr>
          <w:rFonts w:ascii="Times New Roman" w:hAnsi="Times New Roman" w:cs="Times New Roman"/>
          <w:b/>
          <w:sz w:val="28"/>
          <w:szCs w:val="28"/>
        </w:rPr>
        <w:t>PHƯƠNG</w:t>
      </w:r>
      <w:r w:rsidR="009242D4" w:rsidRPr="003C59CC">
        <w:rPr>
          <w:rFonts w:ascii="Times New Roman" w:hAnsi="Times New Roman" w:cs="Times New Roman"/>
          <w:sz w:val="28"/>
          <w:szCs w:val="28"/>
        </w:rPr>
        <w:t>.</w:t>
      </w:r>
    </w:p>
    <w:p w14:paraId="6767C27F" w14:textId="577239A4" w:rsidR="001D59FC" w:rsidRPr="001D59FC" w:rsidRDefault="001D59FC" w:rsidP="001D59FC">
      <w:pPr>
        <w:tabs>
          <w:tab w:val="left" w:pos="0"/>
        </w:tabs>
        <w:spacing w:after="0"/>
        <w:jc w:val="both"/>
        <w:rPr>
          <w:rStyle w:val="14"/>
          <w:b/>
          <w:bCs/>
        </w:rPr>
      </w:pPr>
      <w:r w:rsidRPr="001D59FC">
        <w:rPr>
          <w:rStyle w:val="14"/>
          <w:b/>
          <w:bCs/>
        </w:rPr>
        <w:t>I. MỤC TIÊU:</w:t>
      </w:r>
    </w:p>
    <w:p w14:paraId="36C16E23" w14:textId="71DDDCAD" w:rsidR="00D709C0" w:rsidRPr="0070244E" w:rsidRDefault="004A11FE" w:rsidP="0070244E">
      <w:pPr>
        <w:tabs>
          <w:tab w:val="left" w:pos="0"/>
        </w:tabs>
        <w:spacing w:after="0"/>
        <w:jc w:val="both"/>
        <w:rPr>
          <w:rFonts w:ascii="Times New Roman" w:hAnsi="Times New Roman"/>
          <w:sz w:val="28"/>
        </w:rPr>
      </w:pPr>
      <w:r>
        <w:rPr>
          <w:rStyle w:val="14"/>
        </w:rPr>
        <w:t>Sau khi tham gia hoạt động này HS có khả năng:</w:t>
      </w:r>
    </w:p>
    <w:p w14:paraId="35AB0437" w14:textId="77777777" w:rsidR="007525BD" w:rsidRPr="00055FF2" w:rsidRDefault="004A11FE" w:rsidP="00DE4464">
      <w:pPr>
        <w:tabs>
          <w:tab w:val="left" w:pos="709"/>
          <w:tab w:val="left" w:pos="1065"/>
        </w:tabs>
        <w:spacing w:after="0"/>
        <w:jc w:val="both"/>
        <w:rPr>
          <w:rFonts w:ascii="Times New Roman" w:hAnsi="Times New Roman"/>
          <w:sz w:val="28"/>
        </w:rPr>
      </w:pPr>
      <w:r>
        <w:tab/>
      </w:r>
      <w:r w:rsidR="007525BD">
        <w:rPr>
          <w:rStyle w:val="14"/>
        </w:rPr>
        <w:t>+</w:t>
      </w:r>
      <w:r w:rsidR="00517144">
        <w:t xml:space="preserve"> </w:t>
      </w:r>
      <w:r w:rsidR="007525BD">
        <w:rPr>
          <w:rStyle w:val="14"/>
        </w:rPr>
        <w:t xml:space="preserve">Lựa chọn vấn đề </w:t>
      </w:r>
      <w:r w:rsidR="00055FF2">
        <w:rPr>
          <w:rStyle w:val="14"/>
        </w:rPr>
        <w:t>muốn</w:t>
      </w:r>
      <w:r w:rsidR="007525BD">
        <w:rPr>
          <w:rStyle w:val="14"/>
        </w:rPr>
        <w:t xml:space="preserve"> tìm hiểu:</w:t>
      </w:r>
      <w:r w:rsidR="00124A38">
        <w:rPr>
          <w:rStyle w:val="14"/>
        </w:rPr>
        <w:t xml:space="preserve"> rác thải nhựa</w:t>
      </w:r>
      <w:r w:rsidR="0030762A">
        <w:rPr>
          <w:rStyle w:val="14"/>
        </w:rPr>
        <w:t xml:space="preserve"> trong cuộc sống ngày nay</w:t>
      </w:r>
      <w:r w:rsidR="00124A38">
        <w:rPr>
          <w:rStyle w:val="14"/>
        </w:rPr>
        <w:t>, ô nhiễm nguồn nước</w:t>
      </w:r>
      <w:r w:rsidR="00464F4D">
        <w:rPr>
          <w:rStyle w:val="14"/>
        </w:rPr>
        <w:t>,</w:t>
      </w:r>
      <w:r w:rsidR="009B6256">
        <w:rPr>
          <w:rStyle w:val="14"/>
        </w:rPr>
        <w:t xml:space="preserve"> sạt lở bờ sông do khai thác cát,</w:t>
      </w:r>
      <w:r w:rsidR="00265030">
        <w:rPr>
          <w:rStyle w:val="14"/>
        </w:rPr>
        <w:t xml:space="preserve"> ô nhiễm trong sản xuất nông nghiệp,…</w:t>
      </w:r>
      <w:r w:rsidR="000B0194">
        <w:rPr>
          <w:rStyle w:val="14"/>
        </w:rPr>
        <w:t>(tuỳ theo tình hình thực tế địa phương</w:t>
      </w:r>
      <w:r w:rsidR="00752E36">
        <w:rPr>
          <w:rStyle w:val="14"/>
        </w:rPr>
        <w:t>…</w:t>
      </w:r>
      <w:r w:rsidR="000B0194">
        <w:rPr>
          <w:rStyle w:val="14"/>
        </w:rPr>
        <w:t>)</w:t>
      </w:r>
      <w:r w:rsidR="006D0CD3">
        <w:rPr>
          <w:rStyle w:val="14"/>
        </w:rPr>
        <w:t>;</w:t>
      </w:r>
    </w:p>
    <w:p w14:paraId="7CCD811A" w14:textId="77777777" w:rsidR="007525BD" w:rsidRDefault="007525BD" w:rsidP="00DE4464">
      <w:pPr>
        <w:tabs>
          <w:tab w:val="left" w:pos="709"/>
          <w:tab w:val="left" w:pos="1042"/>
        </w:tabs>
        <w:spacing w:after="0"/>
        <w:jc w:val="both"/>
      </w:pPr>
      <w:r>
        <w:tab/>
      </w:r>
      <w:r>
        <w:rPr>
          <w:rStyle w:val="14"/>
        </w:rPr>
        <w:t>+</w:t>
      </w:r>
      <w:r w:rsidR="00517144">
        <w:t xml:space="preserve"> </w:t>
      </w:r>
      <w:r>
        <w:rPr>
          <w:rStyle w:val="14"/>
        </w:rPr>
        <w:t xml:space="preserve"> </w:t>
      </w:r>
      <w:r w:rsidR="00055FF2">
        <w:rPr>
          <w:rStyle w:val="14"/>
        </w:rPr>
        <w:t xml:space="preserve">Học sinh </w:t>
      </w:r>
      <w:r>
        <w:rPr>
          <w:rStyle w:val="14"/>
        </w:rPr>
        <w:t>quan sát</w:t>
      </w:r>
      <w:r w:rsidR="00C041C2">
        <w:rPr>
          <w:rStyle w:val="14"/>
        </w:rPr>
        <w:t>,</w:t>
      </w:r>
      <w:r>
        <w:rPr>
          <w:rStyle w:val="14"/>
        </w:rPr>
        <w:t xml:space="preserve"> ghi lại hình ảnh,</w:t>
      </w:r>
      <w:r w:rsidR="00055FF2">
        <w:rPr>
          <w:rStyle w:val="14"/>
        </w:rPr>
        <w:t xml:space="preserve"> thu thập thông tin,</w:t>
      </w:r>
      <w:r w:rsidR="00C041C2">
        <w:rPr>
          <w:rStyle w:val="14"/>
        </w:rPr>
        <w:t xml:space="preserve"> </w:t>
      </w:r>
      <w:r w:rsidR="00055FF2">
        <w:rPr>
          <w:rStyle w:val="14"/>
        </w:rPr>
        <w:t xml:space="preserve">phản hồi thông tin sau khi xem </w:t>
      </w:r>
      <w:r w:rsidR="00C041C2">
        <w:rPr>
          <w:rStyle w:val="14"/>
        </w:rPr>
        <w:t xml:space="preserve">video </w:t>
      </w:r>
      <w:r w:rsidR="00055FF2" w:rsidRPr="00055FF2">
        <w:rPr>
          <w:rFonts w:ascii="Times New Roman" w:hAnsi="Times New Roman" w:cs="Times New Roman"/>
          <w:sz w:val="28"/>
          <w:szCs w:val="28"/>
        </w:rPr>
        <w:t>thay đổi môi</w:t>
      </w:r>
      <w:r w:rsidR="00055FF2" w:rsidRPr="00055FF2">
        <w:rPr>
          <w:rFonts w:ascii="Times New Roman" w:hAnsi="Times New Roman" w:cs="Times New Roman"/>
          <w:spacing w:val="1"/>
          <w:sz w:val="28"/>
          <w:szCs w:val="28"/>
        </w:rPr>
        <w:t xml:space="preserve"> </w:t>
      </w:r>
      <w:r w:rsidR="00055FF2" w:rsidRPr="00055FF2">
        <w:rPr>
          <w:rFonts w:ascii="Times New Roman" w:hAnsi="Times New Roman" w:cs="Times New Roman"/>
          <w:sz w:val="28"/>
          <w:szCs w:val="28"/>
        </w:rPr>
        <w:t>trường</w:t>
      </w:r>
      <w:r w:rsidR="00055FF2" w:rsidRPr="00055FF2">
        <w:rPr>
          <w:rFonts w:ascii="Times New Roman" w:hAnsi="Times New Roman" w:cs="Times New Roman"/>
          <w:spacing w:val="1"/>
          <w:sz w:val="28"/>
          <w:szCs w:val="28"/>
        </w:rPr>
        <w:t xml:space="preserve"> </w:t>
      </w:r>
      <w:r w:rsidR="00055FF2" w:rsidRPr="00055FF2">
        <w:rPr>
          <w:rFonts w:ascii="Times New Roman" w:hAnsi="Times New Roman" w:cs="Times New Roman"/>
          <w:sz w:val="28"/>
          <w:szCs w:val="28"/>
        </w:rPr>
        <w:t>tự</w:t>
      </w:r>
      <w:r w:rsidR="00055FF2" w:rsidRPr="00055FF2">
        <w:rPr>
          <w:rFonts w:ascii="Times New Roman" w:hAnsi="Times New Roman" w:cs="Times New Roman"/>
          <w:spacing w:val="1"/>
          <w:sz w:val="28"/>
          <w:szCs w:val="28"/>
        </w:rPr>
        <w:t xml:space="preserve"> </w:t>
      </w:r>
      <w:r w:rsidR="00055FF2" w:rsidRPr="00055FF2">
        <w:rPr>
          <w:rFonts w:ascii="Times New Roman" w:hAnsi="Times New Roman" w:cs="Times New Roman"/>
          <w:sz w:val="28"/>
          <w:szCs w:val="28"/>
        </w:rPr>
        <w:t>nhiên</w:t>
      </w:r>
      <w:r w:rsidR="00055FF2" w:rsidRPr="00055FF2">
        <w:rPr>
          <w:rFonts w:ascii="Times New Roman" w:hAnsi="Times New Roman" w:cs="Times New Roman"/>
          <w:sz w:val="28"/>
          <w:szCs w:val="28"/>
          <w:lang w:val="en-GB"/>
        </w:rPr>
        <w:t xml:space="preserve"> </w:t>
      </w:r>
      <w:r w:rsidR="00055FF2" w:rsidRPr="00055FF2">
        <w:rPr>
          <w:rFonts w:ascii="Times New Roman" w:hAnsi="Times New Roman" w:cs="Times New Roman"/>
          <w:spacing w:val="-62"/>
          <w:sz w:val="28"/>
          <w:szCs w:val="28"/>
        </w:rPr>
        <w:t xml:space="preserve"> </w:t>
      </w:r>
      <w:r w:rsidR="00055FF2" w:rsidRPr="00055FF2">
        <w:rPr>
          <w:rFonts w:ascii="Times New Roman" w:hAnsi="Times New Roman" w:cs="Times New Roman"/>
          <w:sz w:val="28"/>
          <w:szCs w:val="28"/>
        </w:rPr>
        <w:t>tại</w:t>
      </w:r>
      <w:r w:rsidR="00055FF2" w:rsidRPr="00055FF2">
        <w:rPr>
          <w:rFonts w:ascii="Times New Roman" w:hAnsi="Times New Roman" w:cs="Times New Roman"/>
          <w:spacing w:val="-2"/>
          <w:sz w:val="28"/>
          <w:szCs w:val="28"/>
        </w:rPr>
        <w:t xml:space="preserve"> </w:t>
      </w:r>
      <w:r w:rsidR="00055FF2" w:rsidRPr="00055FF2">
        <w:rPr>
          <w:rFonts w:ascii="Times New Roman" w:hAnsi="Times New Roman" w:cs="Times New Roman"/>
          <w:sz w:val="28"/>
          <w:szCs w:val="28"/>
        </w:rPr>
        <w:t>địa</w:t>
      </w:r>
      <w:r w:rsidR="00055FF2" w:rsidRPr="00055FF2">
        <w:rPr>
          <w:rFonts w:ascii="Times New Roman" w:hAnsi="Times New Roman" w:cs="Times New Roman"/>
          <w:spacing w:val="-2"/>
          <w:sz w:val="28"/>
          <w:szCs w:val="28"/>
        </w:rPr>
        <w:t xml:space="preserve"> </w:t>
      </w:r>
      <w:r w:rsidR="00055FF2" w:rsidRPr="00055FF2">
        <w:rPr>
          <w:rFonts w:ascii="Times New Roman" w:hAnsi="Times New Roman" w:cs="Times New Roman"/>
          <w:sz w:val="28"/>
          <w:szCs w:val="28"/>
        </w:rPr>
        <w:t>phương</w:t>
      </w:r>
      <w:r w:rsidR="00055FF2">
        <w:rPr>
          <w:rStyle w:val="14"/>
        </w:rPr>
        <w:t xml:space="preserve"> </w:t>
      </w:r>
      <w:r w:rsidR="00C041C2">
        <w:rPr>
          <w:rStyle w:val="14"/>
        </w:rPr>
        <w:t>thực tế của đị</w:t>
      </w:r>
      <w:r w:rsidR="00DB7D6F">
        <w:rPr>
          <w:rStyle w:val="14"/>
        </w:rPr>
        <w:t>a phương.</w:t>
      </w:r>
    </w:p>
    <w:p w14:paraId="72DEBB74" w14:textId="77777777" w:rsidR="0091053B" w:rsidRDefault="007525BD" w:rsidP="00DE4464">
      <w:pPr>
        <w:tabs>
          <w:tab w:val="left" w:pos="0"/>
          <w:tab w:val="left" w:pos="709"/>
        </w:tabs>
        <w:spacing w:after="0"/>
        <w:jc w:val="both"/>
      </w:pPr>
      <w:r>
        <w:tab/>
      </w:r>
      <w:r>
        <w:rPr>
          <w:rStyle w:val="14"/>
        </w:rPr>
        <w:t>+</w:t>
      </w:r>
      <w:r w:rsidR="00517144">
        <w:t xml:space="preserve"> </w:t>
      </w:r>
      <w:r w:rsidR="000E074F">
        <w:rPr>
          <w:rStyle w:val="14"/>
        </w:rPr>
        <w:t xml:space="preserve">Gợi mở </w:t>
      </w:r>
      <w:r w:rsidR="00C977C3">
        <w:rPr>
          <w:rStyle w:val="14"/>
        </w:rPr>
        <w:t xml:space="preserve">vấn đề </w:t>
      </w:r>
      <w:r w:rsidR="00AB777C">
        <w:rPr>
          <w:rStyle w:val="14"/>
        </w:rPr>
        <w:t xml:space="preserve">những </w:t>
      </w:r>
      <w:r w:rsidR="00C977C3">
        <w:rPr>
          <w:rStyle w:val="14"/>
        </w:rPr>
        <w:t>thay đổi của môi trường tự nhiên tại địa phương</w:t>
      </w:r>
      <w:r>
        <w:rPr>
          <w:rStyle w:val="14"/>
        </w:rPr>
        <w:t>.</w:t>
      </w:r>
    </w:p>
    <w:p w14:paraId="65CA3877" w14:textId="36AF8BC3" w:rsidR="0091053B" w:rsidRPr="00367594" w:rsidRDefault="004A11FE">
      <w:pPr>
        <w:tabs>
          <w:tab w:val="left" w:pos="31"/>
        </w:tabs>
        <w:spacing w:after="120"/>
        <w:rPr>
          <w:b/>
        </w:rPr>
      </w:pPr>
      <w:r>
        <w:tab/>
      </w:r>
      <w:r w:rsidRPr="00367594">
        <w:rPr>
          <w:rStyle w:val="14"/>
          <w:b/>
        </w:rPr>
        <w:t xml:space="preserve">II. </w:t>
      </w:r>
      <w:r w:rsidR="000F6868">
        <w:rPr>
          <w:rStyle w:val="14"/>
          <w:b/>
        </w:rPr>
        <w:t>THIẾT BỊ DẠY HỌC VÀ HỌC LIỆU</w:t>
      </w:r>
      <w:r w:rsidR="0070244E" w:rsidRPr="00367594">
        <w:rPr>
          <w:rStyle w:val="14"/>
          <w:b/>
        </w:rPr>
        <w:t>:</w:t>
      </w:r>
    </w:p>
    <w:p w14:paraId="19E519A8" w14:textId="77777777" w:rsidR="001B1292" w:rsidRPr="001B1292" w:rsidRDefault="004A11FE" w:rsidP="001B1292">
      <w:pPr>
        <w:pStyle w:val="ListParagraph"/>
        <w:numPr>
          <w:ilvl w:val="0"/>
          <w:numId w:val="12"/>
        </w:numPr>
        <w:tabs>
          <w:tab w:val="left" w:pos="47"/>
        </w:tabs>
        <w:spacing w:after="120"/>
        <w:rPr>
          <w:rStyle w:val="14"/>
          <w:b/>
        </w:rPr>
      </w:pPr>
      <w:r w:rsidRPr="001B1292">
        <w:rPr>
          <w:rStyle w:val="14"/>
          <w:b/>
        </w:rPr>
        <w:t>Đối với Bí thư Đoàn trường, BGH và GV</w:t>
      </w:r>
      <w:r w:rsidR="003D71ED">
        <w:rPr>
          <w:rStyle w:val="14"/>
          <w:b/>
        </w:rPr>
        <w:t>.</w:t>
      </w:r>
    </w:p>
    <w:p w14:paraId="0515EF24" w14:textId="77777777" w:rsidR="0070244E" w:rsidRDefault="001B1292" w:rsidP="00DE4464">
      <w:pPr>
        <w:tabs>
          <w:tab w:val="left" w:pos="687"/>
          <w:tab w:val="left" w:pos="1065"/>
        </w:tabs>
        <w:spacing w:after="0"/>
        <w:ind w:firstLine="426"/>
        <w:jc w:val="both"/>
        <w:rPr>
          <w:rStyle w:val="14"/>
        </w:rPr>
      </w:pPr>
      <w:r>
        <w:rPr>
          <w:rStyle w:val="14"/>
        </w:rPr>
        <w:t xml:space="preserve">- </w:t>
      </w:r>
      <w:r w:rsidR="0070244E">
        <w:rPr>
          <w:rStyle w:val="14"/>
        </w:rPr>
        <w:t>B</w:t>
      </w:r>
      <w:r>
        <w:rPr>
          <w:rStyle w:val="14"/>
        </w:rPr>
        <w:t xml:space="preserve">í thư Đoàn trường </w:t>
      </w:r>
      <w:r w:rsidR="00DD6B8B">
        <w:rPr>
          <w:rStyle w:val="14"/>
        </w:rPr>
        <w:t xml:space="preserve">và Giáo viên </w:t>
      </w:r>
      <w:r>
        <w:rPr>
          <w:rStyle w:val="14"/>
        </w:rPr>
        <w:t xml:space="preserve">biên tập 1 video </w:t>
      </w:r>
      <w:r w:rsidR="008F0EC9">
        <w:rPr>
          <w:rStyle w:val="14"/>
        </w:rPr>
        <w:t>giới thiệu tổng</w:t>
      </w:r>
      <w:r w:rsidR="0070244E">
        <w:rPr>
          <w:rStyle w:val="14"/>
        </w:rPr>
        <w:t xml:space="preserve"> </w:t>
      </w:r>
      <w:r w:rsidR="008F0EC9">
        <w:rPr>
          <w:rStyle w:val="14"/>
        </w:rPr>
        <w:t xml:space="preserve">quát </w:t>
      </w:r>
      <w:r w:rsidR="0070244E">
        <w:rPr>
          <w:rStyle w:val="14"/>
        </w:rPr>
        <w:t>những</w:t>
      </w:r>
      <w:r>
        <w:rPr>
          <w:rStyle w:val="14"/>
        </w:rPr>
        <w:t xml:space="preserve"> nội dung</w:t>
      </w:r>
      <w:r w:rsidR="0070244E">
        <w:rPr>
          <w:rStyle w:val="14"/>
        </w:rPr>
        <w:t>: tìm hiểu</w:t>
      </w:r>
      <w:r w:rsidR="0070244E" w:rsidRPr="0070244E">
        <w:rPr>
          <w:rStyle w:val="14"/>
        </w:rPr>
        <w:t xml:space="preserve"> </w:t>
      </w:r>
      <w:r w:rsidR="0070244E">
        <w:rPr>
          <w:rStyle w:val="14"/>
        </w:rPr>
        <w:t>rác thải nhựa trong cuộc sống ngày nay, ô nhiễm nguồn nước, sạt lở bờ sông do khai thác cát, ô nhiễm trong sản xuất nông nghiệp,…(tuỳ theo tình hình thực tế địa phương…);</w:t>
      </w:r>
    </w:p>
    <w:p w14:paraId="22F0213D" w14:textId="43CEF9B2" w:rsidR="00A30D43" w:rsidRPr="00A30D43" w:rsidRDefault="008A371C" w:rsidP="004A0C88">
      <w:pPr>
        <w:tabs>
          <w:tab w:val="left" w:pos="687"/>
          <w:tab w:val="left" w:pos="1065"/>
        </w:tabs>
        <w:spacing w:after="0"/>
        <w:ind w:firstLine="426"/>
        <w:jc w:val="both"/>
        <w:rPr>
          <w:rFonts w:ascii="Times New Roman" w:hAnsi="Times New Roman"/>
          <w:sz w:val="28"/>
        </w:rPr>
      </w:pPr>
      <w:r>
        <w:rPr>
          <w:rStyle w:val="14"/>
        </w:rPr>
        <w:t>- Chuẩn bị máy chiế</w:t>
      </w:r>
      <w:r w:rsidR="00F855D5">
        <w:rPr>
          <w:rStyle w:val="14"/>
        </w:rPr>
        <w:t xml:space="preserve">u, loa, video, </w:t>
      </w:r>
      <w:r w:rsidR="004A11FE">
        <w:rPr>
          <w:rStyle w:val="14"/>
        </w:rPr>
        <w:t>âm l</w:t>
      </w:r>
      <w:r w:rsidR="00F855D5">
        <w:rPr>
          <w:rStyle w:val="14"/>
        </w:rPr>
        <w:t>y</w:t>
      </w:r>
      <w:r w:rsidR="007676A4">
        <w:rPr>
          <w:rStyle w:val="14"/>
        </w:rPr>
        <w:t>, loa đài, micro</w:t>
      </w:r>
      <w:r w:rsidR="004A0C88">
        <w:rPr>
          <w:rStyle w:val="14"/>
        </w:rPr>
        <w:t>.</w:t>
      </w:r>
    </w:p>
    <w:p w14:paraId="7137F5E7" w14:textId="77777777" w:rsidR="0091053B" w:rsidRDefault="004A11FE" w:rsidP="00004D79">
      <w:pPr>
        <w:pStyle w:val="ListParagraph"/>
        <w:numPr>
          <w:ilvl w:val="0"/>
          <w:numId w:val="12"/>
        </w:numPr>
        <w:tabs>
          <w:tab w:val="left" w:pos="0"/>
        </w:tabs>
        <w:spacing w:after="120"/>
        <w:rPr>
          <w:rStyle w:val="14"/>
          <w:b/>
        </w:rPr>
      </w:pPr>
      <w:r w:rsidRPr="00004D79">
        <w:rPr>
          <w:rStyle w:val="14"/>
          <w:b/>
        </w:rPr>
        <w:t>Đối với HS</w:t>
      </w:r>
      <w:r w:rsidR="00D61D3C" w:rsidRPr="00004D79">
        <w:rPr>
          <w:rStyle w:val="14"/>
          <w:b/>
        </w:rPr>
        <w:t>.</w:t>
      </w:r>
    </w:p>
    <w:p w14:paraId="0AE18978" w14:textId="77777777" w:rsidR="00A96E69" w:rsidRDefault="005F019D" w:rsidP="004A64F7">
      <w:pPr>
        <w:pStyle w:val="ListParagraph"/>
        <w:numPr>
          <w:ilvl w:val="0"/>
          <w:numId w:val="17"/>
        </w:numPr>
        <w:tabs>
          <w:tab w:val="left" w:pos="0"/>
        </w:tabs>
        <w:spacing w:after="120"/>
        <w:ind w:left="0" w:firstLine="405"/>
        <w:rPr>
          <w:rStyle w:val="14"/>
        </w:rPr>
      </w:pPr>
      <w:r>
        <w:rPr>
          <w:rStyle w:val="14"/>
        </w:rPr>
        <w:t>HS các khối lớp chuẩn bị giấ</w:t>
      </w:r>
      <w:r w:rsidR="00992F25">
        <w:rPr>
          <w:rStyle w:val="14"/>
        </w:rPr>
        <w:t>y Note, bút (để đặt câu hỏi).</w:t>
      </w:r>
    </w:p>
    <w:p w14:paraId="09637F76" w14:textId="77777777" w:rsidR="00E17070" w:rsidRPr="00E3564B" w:rsidRDefault="00E3564B" w:rsidP="00D976B0">
      <w:pPr>
        <w:pStyle w:val="ListParagraph"/>
        <w:numPr>
          <w:ilvl w:val="0"/>
          <w:numId w:val="17"/>
        </w:numPr>
        <w:tabs>
          <w:tab w:val="left" w:pos="0"/>
        </w:tabs>
        <w:spacing w:after="120"/>
        <w:ind w:left="0" w:firstLine="405"/>
        <w:rPr>
          <w:rStyle w:val="14"/>
        </w:rPr>
      </w:pPr>
      <w:r w:rsidRPr="00E3564B">
        <w:rPr>
          <w:rStyle w:val="14"/>
        </w:rPr>
        <w:t>Nhóm</w:t>
      </w:r>
      <w:r>
        <w:rPr>
          <w:rStyle w:val="14"/>
        </w:rPr>
        <w:t xml:space="preserve"> HS thuộc ban chấp hành Đoàn phối hợp cùng Giáo viên tổ chức thu thập thông tin từ phiếu khảo sát, hình ảnh</w:t>
      </w:r>
      <w:r w:rsidR="007701BA">
        <w:rPr>
          <w:rStyle w:val="14"/>
        </w:rPr>
        <w:t>.</w:t>
      </w:r>
    </w:p>
    <w:p w14:paraId="491D948E" w14:textId="5F219D1E" w:rsidR="00004D79" w:rsidRPr="001E45E1" w:rsidRDefault="001E45E1" w:rsidP="001E45E1">
      <w:pPr>
        <w:tabs>
          <w:tab w:val="left" w:pos="0"/>
        </w:tabs>
        <w:spacing w:after="120"/>
        <w:rPr>
          <w:rStyle w:val="14"/>
          <w:b/>
        </w:rPr>
      </w:pPr>
      <w:r w:rsidRPr="001E45E1">
        <w:rPr>
          <w:rStyle w:val="14"/>
          <w:b/>
        </w:rPr>
        <w:t xml:space="preserve">III. </w:t>
      </w:r>
      <w:r w:rsidR="009242D4" w:rsidRPr="001E45E1">
        <w:rPr>
          <w:rStyle w:val="14"/>
          <w:b/>
        </w:rPr>
        <w:t xml:space="preserve">TIẾN TRÌNH </w:t>
      </w:r>
      <w:r w:rsidR="009242D4">
        <w:rPr>
          <w:rStyle w:val="14"/>
          <w:b/>
        </w:rPr>
        <w:t>TỔ CHỨC HOẠT ĐỘNG.</w:t>
      </w:r>
    </w:p>
    <w:p w14:paraId="4F831CE9" w14:textId="77777777" w:rsidR="00835A94" w:rsidRPr="00835A94" w:rsidRDefault="00835A94" w:rsidP="00835A94">
      <w:pPr>
        <w:tabs>
          <w:tab w:val="left" w:pos="33"/>
        </w:tabs>
        <w:spacing w:after="120"/>
        <w:rPr>
          <w:b/>
          <w:bCs/>
        </w:rPr>
      </w:pPr>
      <w:r>
        <w:tab/>
      </w:r>
      <w:r w:rsidRPr="00835A94">
        <w:rPr>
          <w:rStyle w:val="14"/>
          <w:b/>
          <w:bCs/>
        </w:rPr>
        <w:t>Hoạt động 1. Chào cờ, sơ kết thi đua tuần và phố biến nhiệm vụ tuần mới</w:t>
      </w:r>
    </w:p>
    <w:p w14:paraId="73F8E4A4" w14:textId="0B8A7D18" w:rsidR="00835A94" w:rsidRDefault="00835A94" w:rsidP="00835A94">
      <w:pPr>
        <w:tabs>
          <w:tab w:val="left" w:pos="0"/>
        </w:tabs>
        <w:spacing w:after="0"/>
        <w:jc w:val="both"/>
      </w:pPr>
      <w:r w:rsidRPr="00835A94">
        <w:rPr>
          <w:rStyle w:val="14"/>
          <w:b/>
          <w:bCs/>
        </w:rPr>
        <w:t>a) Mục tiêu:</w:t>
      </w:r>
      <w:r>
        <w:rPr>
          <w:rStyle w:val="14"/>
        </w:rPr>
        <w:t xml:space="preserve">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 </w:t>
      </w:r>
    </w:p>
    <w:p w14:paraId="2E686B27" w14:textId="77777777" w:rsidR="00835A94" w:rsidRDefault="00835A94" w:rsidP="00835A94">
      <w:pPr>
        <w:tabs>
          <w:tab w:val="left" w:pos="16"/>
        </w:tabs>
        <w:spacing w:after="0"/>
        <w:jc w:val="both"/>
      </w:pPr>
      <w:r>
        <w:tab/>
      </w:r>
      <w:r w:rsidRPr="00835A94">
        <w:rPr>
          <w:rStyle w:val="14"/>
          <w:b/>
          <w:bCs/>
        </w:rPr>
        <w:t>b) Nội dung:</w:t>
      </w:r>
      <w:r>
        <w:rPr>
          <w:rStyle w:val="14"/>
        </w:rPr>
        <w:t xml:space="preserve"> HS ổn định vị trí chỗ ngồi, chuẩn bị chào cờ Tổng kết hoạt động giáo dục và phố biến kế hoạch tuần mới. </w:t>
      </w:r>
    </w:p>
    <w:p w14:paraId="76E38F81" w14:textId="77777777" w:rsidR="00835A94" w:rsidRDefault="00835A94" w:rsidP="00835A94">
      <w:pPr>
        <w:tabs>
          <w:tab w:val="left" w:pos="16"/>
        </w:tabs>
        <w:spacing w:after="0"/>
      </w:pPr>
      <w:r>
        <w:tab/>
      </w:r>
      <w:r w:rsidRPr="00835A94">
        <w:rPr>
          <w:rStyle w:val="14"/>
          <w:b/>
          <w:bCs/>
        </w:rPr>
        <w:t>c) Sản phẩm:</w:t>
      </w:r>
      <w:r>
        <w:rPr>
          <w:rStyle w:val="14"/>
        </w:rPr>
        <w:t xml:space="preserve"> Kết quả làm việc của HS và BTĐ, BGH.</w:t>
      </w:r>
    </w:p>
    <w:p w14:paraId="13054DFD" w14:textId="5AEDB3FF" w:rsidR="00835A94" w:rsidRPr="00835A94" w:rsidRDefault="00835A94" w:rsidP="00835A94">
      <w:pPr>
        <w:tabs>
          <w:tab w:val="left" w:pos="0"/>
        </w:tabs>
        <w:spacing w:after="0"/>
        <w:rPr>
          <w:b/>
          <w:bCs/>
        </w:rPr>
      </w:pPr>
      <w:r w:rsidRPr="00835A94">
        <w:rPr>
          <w:rStyle w:val="14"/>
          <w:b/>
          <w:bCs/>
        </w:rPr>
        <w:t>d) Tổ chức thực hiện:</w:t>
      </w:r>
    </w:p>
    <w:p w14:paraId="4D8D9BC8" w14:textId="77777777" w:rsidR="00835A94" w:rsidRDefault="00835A94" w:rsidP="00835A94">
      <w:pPr>
        <w:tabs>
          <w:tab w:val="left" w:pos="784"/>
        </w:tabs>
        <w:spacing w:after="0"/>
        <w:jc w:val="both"/>
      </w:pPr>
      <w:r>
        <w:tab/>
      </w:r>
      <w:r>
        <w:rPr>
          <w:rStyle w:val="14"/>
        </w:rPr>
        <w:t xml:space="preserve">- GV chủ nhiệm yêu cầu HS của lớp mình chuẩn chỉnh trang phục, ổn định vị trí, chuẩn bị làm lễ chào cờ </w:t>
      </w:r>
    </w:p>
    <w:p w14:paraId="4C9E1C53" w14:textId="77777777" w:rsidR="00835A94" w:rsidRDefault="00835A94" w:rsidP="00835A94">
      <w:pPr>
        <w:tabs>
          <w:tab w:val="left" w:pos="833"/>
        </w:tabs>
        <w:spacing w:after="120"/>
      </w:pPr>
      <w:r>
        <w:tab/>
      </w:r>
      <w:r>
        <w:rPr>
          <w:rStyle w:val="14"/>
        </w:rPr>
        <w:t>- Lễ chào cờ</w:t>
      </w:r>
    </w:p>
    <w:p w14:paraId="68B17FBB" w14:textId="77777777" w:rsidR="00835A94" w:rsidRDefault="00835A94" w:rsidP="00835A94">
      <w:pPr>
        <w:tabs>
          <w:tab w:val="left" w:pos="833"/>
        </w:tabs>
        <w:spacing w:after="120"/>
      </w:pPr>
      <w:r>
        <w:tab/>
      </w:r>
      <w:r>
        <w:rPr>
          <w:rStyle w:val="14"/>
        </w:rPr>
        <w:t>- Tổng kết hoạt động giáo dục của trường trong tuần</w:t>
      </w:r>
    </w:p>
    <w:p w14:paraId="7C7E1221" w14:textId="77777777" w:rsidR="00835A94" w:rsidRDefault="00835A94" w:rsidP="00835A94">
      <w:pPr>
        <w:tabs>
          <w:tab w:val="left" w:pos="833"/>
        </w:tabs>
        <w:spacing w:after="120"/>
      </w:pPr>
      <w:r>
        <w:lastRenderedPageBreak/>
        <w:tab/>
      </w:r>
      <w:r>
        <w:rPr>
          <w:rStyle w:val="14"/>
        </w:rPr>
        <w:t>- Phát động, phổ biến kế hoạch giáo dục của tuần tiếp theo</w:t>
      </w:r>
    </w:p>
    <w:p w14:paraId="0ED8D864" w14:textId="7E4A6632" w:rsidR="0086119F" w:rsidRPr="004B6179" w:rsidRDefault="0081026A" w:rsidP="009618E5">
      <w:pPr>
        <w:pStyle w:val="ListParagraph"/>
        <w:tabs>
          <w:tab w:val="left" w:pos="0"/>
        </w:tabs>
        <w:spacing w:after="120"/>
        <w:ind w:left="0"/>
        <w:rPr>
          <w:rFonts w:ascii="Times New Roman" w:hAnsi="Times New Roman" w:cs="Times New Roman"/>
          <w:b/>
          <w:sz w:val="28"/>
          <w:szCs w:val="28"/>
        </w:rPr>
      </w:pPr>
      <w:r w:rsidRPr="004B6179">
        <w:rPr>
          <w:rFonts w:ascii="Times New Roman" w:hAnsi="Times New Roman" w:cs="Times New Roman"/>
          <w:b/>
          <w:sz w:val="28"/>
          <w:szCs w:val="28"/>
        </w:rPr>
        <w:t xml:space="preserve">Hoạt động </w:t>
      </w:r>
      <w:r w:rsidR="00835A94">
        <w:rPr>
          <w:rFonts w:ascii="Times New Roman" w:hAnsi="Times New Roman" w:cs="Times New Roman"/>
          <w:b/>
          <w:sz w:val="28"/>
          <w:szCs w:val="28"/>
        </w:rPr>
        <w:t>2</w:t>
      </w:r>
      <w:r w:rsidRPr="004B6179">
        <w:rPr>
          <w:rFonts w:ascii="Times New Roman" w:hAnsi="Times New Roman" w:cs="Times New Roman"/>
          <w:b/>
          <w:sz w:val="28"/>
          <w:szCs w:val="28"/>
        </w:rPr>
        <w:t>:</w:t>
      </w:r>
      <w:r w:rsidR="00835A94">
        <w:rPr>
          <w:rFonts w:ascii="Times New Roman" w:hAnsi="Times New Roman" w:cs="Times New Roman"/>
          <w:b/>
          <w:sz w:val="28"/>
          <w:szCs w:val="28"/>
        </w:rPr>
        <w:t xml:space="preserve"> Sinh hoạt chủ đề:</w:t>
      </w:r>
      <w:r w:rsidRPr="004B6179">
        <w:rPr>
          <w:rFonts w:ascii="Times New Roman" w:hAnsi="Times New Roman" w:cs="Times New Roman"/>
          <w:b/>
          <w:sz w:val="28"/>
          <w:szCs w:val="28"/>
        </w:rPr>
        <w:t xml:space="preserve"> </w:t>
      </w:r>
      <w:r w:rsidR="00F14916" w:rsidRPr="004B6179">
        <w:rPr>
          <w:rFonts w:ascii="Times New Roman" w:hAnsi="Times New Roman" w:cs="Times New Roman"/>
          <w:b/>
          <w:sz w:val="28"/>
          <w:szCs w:val="28"/>
        </w:rPr>
        <w:t>Tìm hiểu về</w:t>
      </w:r>
      <w:r w:rsidR="00F14916" w:rsidRPr="004B6179">
        <w:rPr>
          <w:rFonts w:ascii="Times New Roman" w:hAnsi="Times New Roman" w:cs="Times New Roman"/>
          <w:b/>
          <w:spacing w:val="1"/>
          <w:sz w:val="28"/>
          <w:szCs w:val="28"/>
        </w:rPr>
        <w:t xml:space="preserve"> </w:t>
      </w:r>
      <w:r w:rsidR="00F14916" w:rsidRPr="004B6179">
        <w:rPr>
          <w:rFonts w:ascii="Times New Roman" w:hAnsi="Times New Roman" w:cs="Times New Roman"/>
          <w:b/>
          <w:sz w:val="28"/>
          <w:szCs w:val="28"/>
        </w:rPr>
        <w:t>sự thay đổi môi</w:t>
      </w:r>
      <w:r w:rsidR="00F14916" w:rsidRPr="004B6179">
        <w:rPr>
          <w:rFonts w:ascii="Times New Roman" w:hAnsi="Times New Roman" w:cs="Times New Roman"/>
          <w:b/>
          <w:spacing w:val="1"/>
          <w:sz w:val="28"/>
          <w:szCs w:val="28"/>
        </w:rPr>
        <w:t xml:space="preserve"> </w:t>
      </w:r>
      <w:r w:rsidR="00F14916" w:rsidRPr="004B6179">
        <w:rPr>
          <w:rFonts w:ascii="Times New Roman" w:hAnsi="Times New Roman" w:cs="Times New Roman"/>
          <w:b/>
          <w:sz w:val="28"/>
          <w:szCs w:val="28"/>
        </w:rPr>
        <w:t>trường</w:t>
      </w:r>
      <w:r w:rsidR="00F14916" w:rsidRPr="004B6179">
        <w:rPr>
          <w:rFonts w:ascii="Times New Roman" w:hAnsi="Times New Roman" w:cs="Times New Roman"/>
          <w:b/>
          <w:spacing w:val="1"/>
          <w:sz w:val="28"/>
          <w:szCs w:val="28"/>
        </w:rPr>
        <w:t xml:space="preserve"> </w:t>
      </w:r>
      <w:r w:rsidR="00F14916" w:rsidRPr="004B6179">
        <w:rPr>
          <w:rFonts w:ascii="Times New Roman" w:hAnsi="Times New Roman" w:cs="Times New Roman"/>
          <w:b/>
          <w:sz w:val="28"/>
          <w:szCs w:val="28"/>
        </w:rPr>
        <w:t>tự</w:t>
      </w:r>
      <w:r w:rsidR="00F14916" w:rsidRPr="004B6179">
        <w:rPr>
          <w:rFonts w:ascii="Times New Roman" w:hAnsi="Times New Roman" w:cs="Times New Roman"/>
          <w:b/>
          <w:spacing w:val="1"/>
          <w:sz w:val="28"/>
          <w:szCs w:val="28"/>
        </w:rPr>
        <w:t xml:space="preserve"> </w:t>
      </w:r>
      <w:r w:rsidR="00F14916" w:rsidRPr="004B6179">
        <w:rPr>
          <w:rFonts w:ascii="Times New Roman" w:hAnsi="Times New Roman" w:cs="Times New Roman"/>
          <w:b/>
          <w:sz w:val="28"/>
          <w:szCs w:val="28"/>
        </w:rPr>
        <w:t>nhiên</w:t>
      </w:r>
      <w:r w:rsidR="00F14916" w:rsidRPr="004B6179">
        <w:rPr>
          <w:rFonts w:ascii="Times New Roman" w:hAnsi="Times New Roman" w:cs="Times New Roman"/>
          <w:b/>
          <w:sz w:val="28"/>
          <w:szCs w:val="28"/>
          <w:lang w:val="en-GB"/>
        </w:rPr>
        <w:t xml:space="preserve"> </w:t>
      </w:r>
      <w:r w:rsidR="00F14916" w:rsidRPr="004B6179">
        <w:rPr>
          <w:rFonts w:ascii="Times New Roman" w:hAnsi="Times New Roman" w:cs="Times New Roman"/>
          <w:b/>
          <w:spacing w:val="-62"/>
          <w:sz w:val="28"/>
          <w:szCs w:val="28"/>
        </w:rPr>
        <w:t xml:space="preserve"> </w:t>
      </w:r>
      <w:r w:rsidR="00F14916" w:rsidRPr="004B6179">
        <w:rPr>
          <w:rFonts w:ascii="Times New Roman" w:hAnsi="Times New Roman" w:cs="Times New Roman"/>
          <w:b/>
          <w:sz w:val="28"/>
          <w:szCs w:val="28"/>
        </w:rPr>
        <w:t>tại</w:t>
      </w:r>
      <w:r w:rsidR="00F14916" w:rsidRPr="004B6179">
        <w:rPr>
          <w:rFonts w:ascii="Times New Roman" w:hAnsi="Times New Roman" w:cs="Times New Roman"/>
          <w:b/>
          <w:spacing w:val="-2"/>
          <w:sz w:val="28"/>
          <w:szCs w:val="28"/>
        </w:rPr>
        <w:t xml:space="preserve"> </w:t>
      </w:r>
      <w:r w:rsidR="00F14916" w:rsidRPr="004B6179">
        <w:rPr>
          <w:rFonts w:ascii="Times New Roman" w:hAnsi="Times New Roman" w:cs="Times New Roman"/>
          <w:b/>
          <w:sz w:val="28"/>
          <w:szCs w:val="28"/>
        </w:rPr>
        <w:t>địa</w:t>
      </w:r>
      <w:r w:rsidR="00F14916" w:rsidRPr="004B6179">
        <w:rPr>
          <w:rFonts w:ascii="Times New Roman" w:hAnsi="Times New Roman" w:cs="Times New Roman"/>
          <w:b/>
          <w:spacing w:val="-2"/>
          <w:sz w:val="28"/>
          <w:szCs w:val="28"/>
        </w:rPr>
        <w:t xml:space="preserve"> </w:t>
      </w:r>
      <w:r w:rsidR="00F14916" w:rsidRPr="004B6179">
        <w:rPr>
          <w:rFonts w:ascii="Times New Roman" w:hAnsi="Times New Roman" w:cs="Times New Roman"/>
          <w:b/>
          <w:sz w:val="28"/>
          <w:szCs w:val="28"/>
        </w:rPr>
        <w:t>phương</w:t>
      </w:r>
      <w:r w:rsidR="005F093F" w:rsidRPr="004B6179">
        <w:rPr>
          <w:rFonts w:ascii="Times New Roman" w:hAnsi="Times New Roman" w:cs="Times New Roman"/>
          <w:b/>
          <w:sz w:val="28"/>
          <w:szCs w:val="28"/>
        </w:rPr>
        <w:t>.</w:t>
      </w:r>
    </w:p>
    <w:p w14:paraId="2FF22EC6" w14:textId="77777777" w:rsidR="004B6179" w:rsidRPr="004B6179" w:rsidRDefault="0086119F" w:rsidP="0060423F">
      <w:pPr>
        <w:pStyle w:val="ListParagraph"/>
        <w:numPr>
          <w:ilvl w:val="0"/>
          <w:numId w:val="18"/>
        </w:numPr>
        <w:tabs>
          <w:tab w:val="left" w:pos="284"/>
          <w:tab w:val="left" w:pos="1065"/>
        </w:tabs>
        <w:spacing w:after="0"/>
        <w:ind w:left="0" w:firstLine="0"/>
        <w:jc w:val="both"/>
        <w:rPr>
          <w:rStyle w:val="14"/>
          <w:b/>
        </w:rPr>
      </w:pPr>
      <w:r w:rsidRPr="004B6179">
        <w:rPr>
          <w:rStyle w:val="14"/>
          <w:b/>
        </w:rPr>
        <w:t xml:space="preserve">Mục tiêu: </w:t>
      </w:r>
    </w:p>
    <w:p w14:paraId="78F92F7A" w14:textId="77777777" w:rsidR="004B6179" w:rsidRPr="004B6179" w:rsidRDefault="009618E5" w:rsidP="00A22E24">
      <w:pPr>
        <w:tabs>
          <w:tab w:val="left" w:pos="567"/>
          <w:tab w:val="left" w:pos="687"/>
        </w:tabs>
        <w:spacing w:after="0"/>
        <w:jc w:val="both"/>
        <w:rPr>
          <w:rFonts w:ascii="Times New Roman" w:hAnsi="Times New Roman"/>
          <w:sz w:val="28"/>
        </w:rPr>
      </w:pPr>
      <w:r>
        <w:rPr>
          <w:rStyle w:val="14"/>
        </w:rPr>
        <w:tab/>
      </w:r>
      <w:r w:rsidR="004B6179">
        <w:rPr>
          <w:rStyle w:val="14"/>
        </w:rPr>
        <w:t>+</w:t>
      </w:r>
      <w:r w:rsidR="004B6179">
        <w:t xml:space="preserve"> </w:t>
      </w:r>
      <w:r w:rsidR="004B6179">
        <w:rPr>
          <w:rStyle w:val="14"/>
        </w:rPr>
        <w:t>Lựa chọn vấn đề muốn tìm hiểu: rác thải nhựa trong cuộc sống ngày nay, ô nhiễm nguồn nước, sạt lở bờ sông do khai thác cát, ô nhiễm trong sản xuất nông nghiệp,…(tuỳ theo tình hình thực tế địa phương…);</w:t>
      </w:r>
    </w:p>
    <w:p w14:paraId="0A9F5B74" w14:textId="77777777" w:rsidR="0086119F" w:rsidRDefault="009618E5" w:rsidP="00A22E24">
      <w:pPr>
        <w:tabs>
          <w:tab w:val="left" w:pos="567"/>
          <w:tab w:val="left" w:pos="664"/>
        </w:tabs>
        <w:spacing w:after="0"/>
        <w:jc w:val="both"/>
      </w:pPr>
      <w:r>
        <w:rPr>
          <w:rStyle w:val="14"/>
        </w:rPr>
        <w:tab/>
      </w:r>
      <w:r w:rsidR="004B6179">
        <w:rPr>
          <w:rStyle w:val="14"/>
        </w:rPr>
        <w:t>+</w:t>
      </w:r>
      <w:r w:rsidR="004B6179">
        <w:t xml:space="preserve"> </w:t>
      </w:r>
      <w:r w:rsidR="004B6179">
        <w:rPr>
          <w:rStyle w:val="14"/>
        </w:rPr>
        <w:t xml:space="preserve"> Học sinh quan sát, ghi lại hình ảnh, thu thập thông tin, phản hồi thông tin sau khi xem video </w:t>
      </w:r>
      <w:r w:rsidR="004B6179" w:rsidRPr="00055FF2">
        <w:rPr>
          <w:rFonts w:ascii="Times New Roman" w:hAnsi="Times New Roman" w:cs="Times New Roman"/>
          <w:sz w:val="28"/>
          <w:szCs w:val="28"/>
        </w:rPr>
        <w:t>thay đổi môi</w:t>
      </w:r>
      <w:r w:rsidR="004B6179" w:rsidRPr="00055FF2">
        <w:rPr>
          <w:rFonts w:ascii="Times New Roman" w:hAnsi="Times New Roman" w:cs="Times New Roman"/>
          <w:spacing w:val="1"/>
          <w:sz w:val="28"/>
          <w:szCs w:val="28"/>
        </w:rPr>
        <w:t xml:space="preserve"> </w:t>
      </w:r>
      <w:r w:rsidR="004B6179" w:rsidRPr="00055FF2">
        <w:rPr>
          <w:rFonts w:ascii="Times New Roman" w:hAnsi="Times New Roman" w:cs="Times New Roman"/>
          <w:sz w:val="28"/>
          <w:szCs w:val="28"/>
        </w:rPr>
        <w:t>trường</w:t>
      </w:r>
      <w:r w:rsidR="004B6179" w:rsidRPr="00055FF2">
        <w:rPr>
          <w:rFonts w:ascii="Times New Roman" w:hAnsi="Times New Roman" w:cs="Times New Roman"/>
          <w:spacing w:val="1"/>
          <w:sz w:val="28"/>
          <w:szCs w:val="28"/>
        </w:rPr>
        <w:t xml:space="preserve"> </w:t>
      </w:r>
      <w:r w:rsidR="004B6179" w:rsidRPr="00055FF2">
        <w:rPr>
          <w:rFonts w:ascii="Times New Roman" w:hAnsi="Times New Roman" w:cs="Times New Roman"/>
          <w:sz w:val="28"/>
          <w:szCs w:val="28"/>
        </w:rPr>
        <w:t>tự</w:t>
      </w:r>
      <w:r w:rsidR="004B6179" w:rsidRPr="00055FF2">
        <w:rPr>
          <w:rFonts w:ascii="Times New Roman" w:hAnsi="Times New Roman" w:cs="Times New Roman"/>
          <w:spacing w:val="1"/>
          <w:sz w:val="28"/>
          <w:szCs w:val="28"/>
        </w:rPr>
        <w:t xml:space="preserve"> </w:t>
      </w:r>
      <w:r w:rsidR="004B6179" w:rsidRPr="00055FF2">
        <w:rPr>
          <w:rFonts w:ascii="Times New Roman" w:hAnsi="Times New Roman" w:cs="Times New Roman"/>
          <w:sz w:val="28"/>
          <w:szCs w:val="28"/>
        </w:rPr>
        <w:t>nhiên</w:t>
      </w:r>
      <w:r w:rsidR="004B6179" w:rsidRPr="00055FF2">
        <w:rPr>
          <w:rFonts w:ascii="Times New Roman" w:hAnsi="Times New Roman" w:cs="Times New Roman"/>
          <w:sz w:val="28"/>
          <w:szCs w:val="28"/>
          <w:lang w:val="en-GB"/>
        </w:rPr>
        <w:t xml:space="preserve"> </w:t>
      </w:r>
      <w:r w:rsidR="004B6179" w:rsidRPr="00055FF2">
        <w:rPr>
          <w:rFonts w:ascii="Times New Roman" w:hAnsi="Times New Roman" w:cs="Times New Roman"/>
          <w:spacing w:val="-62"/>
          <w:sz w:val="28"/>
          <w:szCs w:val="28"/>
        </w:rPr>
        <w:t xml:space="preserve"> </w:t>
      </w:r>
      <w:r w:rsidR="004B6179" w:rsidRPr="00055FF2">
        <w:rPr>
          <w:rFonts w:ascii="Times New Roman" w:hAnsi="Times New Roman" w:cs="Times New Roman"/>
          <w:sz w:val="28"/>
          <w:szCs w:val="28"/>
        </w:rPr>
        <w:t>tại</w:t>
      </w:r>
      <w:r w:rsidR="004B6179" w:rsidRPr="00055FF2">
        <w:rPr>
          <w:rFonts w:ascii="Times New Roman" w:hAnsi="Times New Roman" w:cs="Times New Roman"/>
          <w:spacing w:val="-2"/>
          <w:sz w:val="28"/>
          <w:szCs w:val="28"/>
        </w:rPr>
        <w:t xml:space="preserve"> </w:t>
      </w:r>
      <w:r w:rsidR="004B6179" w:rsidRPr="00055FF2">
        <w:rPr>
          <w:rFonts w:ascii="Times New Roman" w:hAnsi="Times New Roman" w:cs="Times New Roman"/>
          <w:sz w:val="28"/>
          <w:szCs w:val="28"/>
        </w:rPr>
        <w:t>địa</w:t>
      </w:r>
      <w:r w:rsidR="004B6179" w:rsidRPr="00055FF2">
        <w:rPr>
          <w:rFonts w:ascii="Times New Roman" w:hAnsi="Times New Roman" w:cs="Times New Roman"/>
          <w:spacing w:val="-2"/>
          <w:sz w:val="28"/>
          <w:szCs w:val="28"/>
        </w:rPr>
        <w:t xml:space="preserve"> </w:t>
      </w:r>
      <w:r w:rsidR="004B6179" w:rsidRPr="00055FF2">
        <w:rPr>
          <w:rFonts w:ascii="Times New Roman" w:hAnsi="Times New Roman" w:cs="Times New Roman"/>
          <w:sz w:val="28"/>
          <w:szCs w:val="28"/>
        </w:rPr>
        <w:t>phương</w:t>
      </w:r>
      <w:r w:rsidR="004B6179">
        <w:rPr>
          <w:rStyle w:val="14"/>
        </w:rPr>
        <w:t xml:space="preserve"> thực tế của địa phương.</w:t>
      </w:r>
    </w:p>
    <w:p w14:paraId="1E8415A2" w14:textId="77777777" w:rsidR="00055FF2" w:rsidRPr="004B6179" w:rsidRDefault="0086119F" w:rsidP="0086119F">
      <w:pPr>
        <w:tabs>
          <w:tab w:val="left" w:pos="16"/>
        </w:tabs>
        <w:spacing w:after="0"/>
        <w:jc w:val="both"/>
        <w:rPr>
          <w:rStyle w:val="14"/>
          <w:b/>
        </w:rPr>
      </w:pPr>
      <w:r w:rsidRPr="004B6179">
        <w:rPr>
          <w:b/>
        </w:rPr>
        <w:tab/>
      </w:r>
      <w:r w:rsidRPr="004B6179">
        <w:rPr>
          <w:rStyle w:val="14"/>
          <w:b/>
        </w:rPr>
        <w:t>b) Nội dung</w:t>
      </w:r>
      <w:r w:rsidR="00055FF2" w:rsidRPr="004B6179">
        <w:rPr>
          <w:rStyle w:val="14"/>
          <w:b/>
        </w:rPr>
        <w:t xml:space="preserve"> hoạt động</w:t>
      </w:r>
      <w:r w:rsidRPr="004B6179">
        <w:rPr>
          <w:rStyle w:val="14"/>
          <w:b/>
        </w:rPr>
        <w:t xml:space="preserve">: </w:t>
      </w:r>
    </w:p>
    <w:p w14:paraId="4C3EACEF" w14:textId="77777777" w:rsidR="0086119F" w:rsidRDefault="004B6179" w:rsidP="00966EEA">
      <w:pPr>
        <w:tabs>
          <w:tab w:val="left" w:pos="16"/>
        </w:tabs>
        <w:spacing w:after="0"/>
        <w:ind w:firstLine="426"/>
        <w:jc w:val="both"/>
        <w:rPr>
          <w:rStyle w:val="14"/>
        </w:rPr>
      </w:pPr>
      <w:r>
        <w:rPr>
          <w:rStyle w:val="14"/>
        </w:rPr>
        <w:t xml:space="preserve">- </w:t>
      </w:r>
      <w:r w:rsidR="0086119F">
        <w:rPr>
          <w:rStyle w:val="14"/>
        </w:rPr>
        <w:t>HS ổn định vị trí chỗ ngồi, chuẩn bị chào cờ</w:t>
      </w:r>
      <w:r w:rsidR="00D96856">
        <w:rPr>
          <w:rStyle w:val="14"/>
        </w:rPr>
        <w:t>.</w:t>
      </w:r>
    </w:p>
    <w:p w14:paraId="1B7D38CC" w14:textId="77777777" w:rsidR="004B6179" w:rsidRDefault="004B6179" w:rsidP="00966EEA">
      <w:pPr>
        <w:tabs>
          <w:tab w:val="left" w:pos="16"/>
        </w:tabs>
        <w:spacing w:after="0"/>
        <w:ind w:firstLine="426"/>
        <w:jc w:val="both"/>
        <w:rPr>
          <w:rStyle w:val="14"/>
        </w:rPr>
      </w:pPr>
      <w:r>
        <w:rPr>
          <w:rStyle w:val="14"/>
        </w:rPr>
        <w:t>- Bí thư Đoàn trường giới thiệu và chiếu video</w:t>
      </w:r>
      <w:r w:rsidR="00D96856">
        <w:rPr>
          <w:rStyle w:val="14"/>
        </w:rPr>
        <w:t>.</w:t>
      </w:r>
    </w:p>
    <w:p w14:paraId="2DF8BA22" w14:textId="77777777" w:rsidR="004B6179" w:rsidRDefault="004B6179" w:rsidP="00966EEA">
      <w:pPr>
        <w:tabs>
          <w:tab w:val="left" w:pos="16"/>
        </w:tabs>
        <w:spacing w:after="0"/>
        <w:ind w:firstLine="426"/>
        <w:jc w:val="both"/>
      </w:pPr>
      <w:r>
        <w:rPr>
          <w:rStyle w:val="14"/>
        </w:rPr>
        <w:t>- Học sinh thu thập thông tin, phản hồi thông tin</w:t>
      </w:r>
      <w:r w:rsidR="00D96856">
        <w:rPr>
          <w:rStyle w:val="14"/>
        </w:rPr>
        <w:t>.</w:t>
      </w:r>
    </w:p>
    <w:p w14:paraId="3A0983E4" w14:textId="77777777" w:rsidR="0086119F" w:rsidRDefault="0086119F" w:rsidP="0086119F">
      <w:pPr>
        <w:tabs>
          <w:tab w:val="left" w:pos="16"/>
        </w:tabs>
        <w:spacing w:after="0"/>
        <w:rPr>
          <w:rStyle w:val="14"/>
          <w:b/>
        </w:rPr>
      </w:pPr>
      <w:r>
        <w:tab/>
      </w:r>
      <w:r w:rsidRPr="004B6179">
        <w:rPr>
          <w:rStyle w:val="14"/>
          <w:b/>
        </w:rPr>
        <w:t xml:space="preserve">c) Sản phẩm: </w:t>
      </w:r>
    </w:p>
    <w:p w14:paraId="1A159DFE" w14:textId="77777777" w:rsidR="004B6179" w:rsidRPr="004B6179" w:rsidRDefault="004B6179" w:rsidP="00E0037C">
      <w:pPr>
        <w:tabs>
          <w:tab w:val="left" w:pos="16"/>
        </w:tabs>
        <w:spacing w:after="0"/>
        <w:ind w:firstLine="426"/>
        <w:jc w:val="both"/>
      </w:pPr>
      <w:r w:rsidRPr="004B6179">
        <w:rPr>
          <w:rStyle w:val="14"/>
        </w:rPr>
        <w:t>- Những thông tin phản hồi</w:t>
      </w:r>
      <w:r>
        <w:rPr>
          <w:rStyle w:val="14"/>
        </w:rPr>
        <w:t xml:space="preserve"> mà học sinh quan tâm</w:t>
      </w:r>
      <w:r w:rsidRPr="004B6179">
        <w:rPr>
          <w:rStyle w:val="14"/>
        </w:rPr>
        <w:t xml:space="preserve"> qua câu hỏi thu thập bằng giấy note</w:t>
      </w:r>
      <w:r w:rsidR="00E0037C">
        <w:rPr>
          <w:rStyle w:val="14"/>
        </w:rPr>
        <w:t>.</w:t>
      </w:r>
    </w:p>
    <w:p w14:paraId="4A5ADCC9" w14:textId="77777777" w:rsidR="0086119F" w:rsidRPr="004B6179" w:rsidRDefault="0086119F" w:rsidP="0086119F">
      <w:pPr>
        <w:tabs>
          <w:tab w:val="left" w:pos="0"/>
        </w:tabs>
        <w:spacing w:after="0"/>
        <w:rPr>
          <w:b/>
        </w:rPr>
      </w:pPr>
      <w:r w:rsidRPr="004B6179">
        <w:rPr>
          <w:rStyle w:val="14"/>
          <w:b/>
        </w:rPr>
        <w:t>d) Tổ chức thực hiện:</w:t>
      </w:r>
    </w:p>
    <w:p w14:paraId="1AD4D7C0" w14:textId="77777777" w:rsidR="0086119F" w:rsidRDefault="0086119F" w:rsidP="002B6C28">
      <w:pPr>
        <w:pStyle w:val="ListParagraph"/>
        <w:numPr>
          <w:ilvl w:val="0"/>
          <w:numId w:val="19"/>
        </w:numPr>
        <w:tabs>
          <w:tab w:val="left" w:pos="360"/>
        </w:tabs>
        <w:spacing w:after="0"/>
        <w:ind w:left="0" w:firstLine="426"/>
        <w:jc w:val="both"/>
      </w:pPr>
      <w:r>
        <w:rPr>
          <w:rStyle w:val="14"/>
        </w:rPr>
        <w:t>GV chủ nhiệm yêu cầu HS của lớp mình chuẩn chỉnh trang phục, ổn định vị trí, chuẩn bị làm lễ chào cờ</w:t>
      </w:r>
      <w:r w:rsidR="00072C0C">
        <w:rPr>
          <w:rStyle w:val="14"/>
        </w:rPr>
        <w:t>.</w:t>
      </w:r>
    </w:p>
    <w:p w14:paraId="72659439" w14:textId="77777777" w:rsidR="0086119F" w:rsidRDefault="0086119F" w:rsidP="002B6C28">
      <w:pPr>
        <w:pStyle w:val="ListParagraph"/>
        <w:numPr>
          <w:ilvl w:val="0"/>
          <w:numId w:val="19"/>
        </w:numPr>
        <w:tabs>
          <w:tab w:val="left" w:pos="360"/>
          <w:tab w:val="left" w:pos="833"/>
        </w:tabs>
        <w:spacing w:after="120"/>
        <w:ind w:left="0" w:firstLine="426"/>
        <w:jc w:val="both"/>
        <w:rPr>
          <w:rStyle w:val="14"/>
        </w:rPr>
      </w:pPr>
      <w:r>
        <w:rPr>
          <w:rStyle w:val="14"/>
        </w:rPr>
        <w:t>Lễ chào cờ</w:t>
      </w:r>
      <w:r w:rsidR="00072C0C">
        <w:rPr>
          <w:rStyle w:val="14"/>
        </w:rPr>
        <w:t>.</w:t>
      </w:r>
    </w:p>
    <w:p w14:paraId="3DF446BE" w14:textId="77777777" w:rsidR="004B6179" w:rsidRDefault="004B6179" w:rsidP="002B6C28">
      <w:pPr>
        <w:pStyle w:val="ListParagraph"/>
        <w:numPr>
          <w:ilvl w:val="0"/>
          <w:numId w:val="19"/>
        </w:numPr>
        <w:tabs>
          <w:tab w:val="left" w:pos="16"/>
          <w:tab w:val="left" w:pos="360"/>
        </w:tabs>
        <w:spacing w:after="0"/>
        <w:ind w:left="0" w:firstLine="426"/>
        <w:jc w:val="both"/>
        <w:rPr>
          <w:rStyle w:val="14"/>
        </w:rPr>
      </w:pPr>
      <w:r>
        <w:rPr>
          <w:rStyle w:val="14"/>
        </w:rPr>
        <w:t>Bí thư Đoàn trường giới thiệu và chiếu video</w:t>
      </w:r>
      <w:r w:rsidR="00072C0C">
        <w:rPr>
          <w:rStyle w:val="14"/>
        </w:rPr>
        <w:t>.</w:t>
      </w:r>
    </w:p>
    <w:p w14:paraId="5F4AC090" w14:textId="77777777" w:rsidR="004B6179" w:rsidRPr="008E7FF4" w:rsidRDefault="004B6179" w:rsidP="002B6C28">
      <w:pPr>
        <w:pStyle w:val="ListParagraph"/>
        <w:numPr>
          <w:ilvl w:val="0"/>
          <w:numId w:val="19"/>
        </w:numPr>
        <w:tabs>
          <w:tab w:val="left" w:pos="16"/>
          <w:tab w:val="left" w:pos="360"/>
        </w:tabs>
        <w:spacing w:after="0"/>
        <w:ind w:left="0" w:firstLine="426"/>
        <w:jc w:val="both"/>
        <w:rPr>
          <w:rStyle w:val="14"/>
          <w:rFonts w:asciiTheme="minorHAnsi" w:hAnsiTheme="minorHAnsi"/>
          <w:sz w:val="22"/>
        </w:rPr>
      </w:pPr>
      <w:r>
        <w:rPr>
          <w:rStyle w:val="14"/>
        </w:rPr>
        <w:t>Yêu cầu học sinh ghi lớp</w:t>
      </w:r>
      <w:r w:rsidR="003E5620">
        <w:rPr>
          <w:rStyle w:val="14"/>
        </w:rPr>
        <w:t xml:space="preserve"> trên phiếu</w:t>
      </w:r>
      <w:r>
        <w:rPr>
          <w:rStyle w:val="14"/>
        </w:rPr>
        <w:t xml:space="preserve"> và đặt câu hỏi quan tâm</w:t>
      </w:r>
      <w:r w:rsidRPr="004B6179">
        <w:rPr>
          <w:rStyle w:val="14"/>
        </w:rPr>
        <w:t xml:space="preserve"> bằng giấy note</w:t>
      </w:r>
      <w:r w:rsidR="00AD595F">
        <w:rPr>
          <w:rStyle w:val="14"/>
        </w:rPr>
        <w:t>.</w:t>
      </w:r>
    </w:p>
    <w:p w14:paraId="51CA3079" w14:textId="77777777" w:rsidR="004B6179" w:rsidRDefault="004B6179" w:rsidP="002B6C28">
      <w:pPr>
        <w:pStyle w:val="ListParagraph"/>
        <w:numPr>
          <w:ilvl w:val="0"/>
          <w:numId w:val="19"/>
        </w:numPr>
        <w:tabs>
          <w:tab w:val="left" w:pos="0"/>
          <w:tab w:val="left" w:pos="360"/>
        </w:tabs>
        <w:spacing w:after="120"/>
        <w:ind w:left="0" w:firstLine="426"/>
        <w:jc w:val="both"/>
        <w:rPr>
          <w:rStyle w:val="14"/>
        </w:rPr>
      </w:pPr>
      <w:r w:rsidRPr="00E3564B">
        <w:rPr>
          <w:rStyle w:val="14"/>
        </w:rPr>
        <w:t>Nhóm</w:t>
      </w:r>
      <w:r>
        <w:rPr>
          <w:rStyle w:val="14"/>
        </w:rPr>
        <w:t xml:space="preserve"> HS thuộc ban chấp hành Đoàn phối hợp cùng Giáo viên tổ chức thu thập thông tin từ phiếu khảo sát theo lớp, thống kê số phiếu thu được và tổng hợp chọn câu hỏi mà nhiều hs quan tâm.</w:t>
      </w:r>
    </w:p>
    <w:p w14:paraId="54B27BD4" w14:textId="07FE3DBD" w:rsidR="004B6179" w:rsidRDefault="004B6179" w:rsidP="002B6C28">
      <w:pPr>
        <w:pStyle w:val="ListParagraph"/>
        <w:numPr>
          <w:ilvl w:val="0"/>
          <w:numId w:val="19"/>
        </w:numPr>
        <w:tabs>
          <w:tab w:val="left" w:pos="0"/>
          <w:tab w:val="left" w:pos="360"/>
        </w:tabs>
        <w:spacing w:after="120"/>
        <w:ind w:left="0" w:firstLine="426"/>
        <w:jc w:val="both"/>
        <w:rPr>
          <w:rStyle w:val="14"/>
        </w:rPr>
      </w:pPr>
      <w:r>
        <w:rPr>
          <w:rStyle w:val="14"/>
        </w:rPr>
        <w:t>Bí thư Đoàn trườ</w:t>
      </w:r>
      <w:r w:rsidR="00F64DBE">
        <w:rPr>
          <w:rStyle w:val="14"/>
        </w:rPr>
        <w:t xml:space="preserve">ng nêu lại các câu hỏi mà HS quan tâm nhất, </w:t>
      </w:r>
      <w:r w:rsidR="00CB2969">
        <w:rPr>
          <w:rStyle w:val="14"/>
        </w:rPr>
        <w:t xml:space="preserve">HS </w:t>
      </w:r>
      <w:r w:rsidR="00F64DBE">
        <w:rPr>
          <w:rStyle w:val="14"/>
        </w:rPr>
        <w:t>muốn giải đáp thắc mắc.</w:t>
      </w:r>
    </w:p>
    <w:p w14:paraId="3F9335BB" w14:textId="53121C1A" w:rsidR="00CF7A77" w:rsidRPr="008E7FF4" w:rsidRDefault="00CF7A77" w:rsidP="002B6C28">
      <w:pPr>
        <w:pStyle w:val="ListParagraph"/>
        <w:numPr>
          <w:ilvl w:val="0"/>
          <w:numId w:val="19"/>
        </w:numPr>
        <w:tabs>
          <w:tab w:val="left" w:pos="0"/>
          <w:tab w:val="left" w:pos="360"/>
        </w:tabs>
        <w:spacing w:after="120"/>
        <w:ind w:left="0" w:firstLine="426"/>
        <w:jc w:val="both"/>
        <w:rPr>
          <w:rFonts w:ascii="Times New Roman" w:hAnsi="Times New Roman"/>
          <w:sz w:val="28"/>
        </w:rPr>
      </w:pPr>
      <w:r>
        <w:rPr>
          <w:rStyle w:val="14"/>
        </w:rPr>
        <w:t>BTĐT và GV kết hợp sử dụng máy chiếu giải đáp các câu hỏi mà HS thắc mắc.</w:t>
      </w:r>
    </w:p>
    <w:p w14:paraId="396DD96B" w14:textId="6AE15E18" w:rsidR="00217144" w:rsidRPr="00217144" w:rsidRDefault="00217144" w:rsidP="00217144">
      <w:pPr>
        <w:tabs>
          <w:tab w:val="left" w:pos="16"/>
        </w:tabs>
        <w:spacing w:after="0"/>
        <w:rPr>
          <w:b/>
          <w:bCs/>
        </w:rPr>
      </w:pPr>
      <w:r w:rsidRPr="00217144">
        <w:rPr>
          <w:rStyle w:val="14"/>
          <w:b/>
          <w:bCs/>
        </w:rPr>
        <w:t>Hoạt động 3: Kết thúc sinh hoạt</w:t>
      </w:r>
    </w:p>
    <w:p w14:paraId="463AB311" w14:textId="0C7FE5D1" w:rsidR="00217144" w:rsidRDefault="00217144" w:rsidP="00217144">
      <w:pPr>
        <w:tabs>
          <w:tab w:val="left" w:pos="33"/>
        </w:tabs>
        <w:spacing w:after="0"/>
      </w:pPr>
      <w:r w:rsidRPr="00217144">
        <w:rPr>
          <w:rStyle w:val="14"/>
          <w:b/>
          <w:bCs/>
        </w:rPr>
        <w:t>a) Mục tiêu:</w:t>
      </w:r>
      <w:r>
        <w:rPr>
          <w:rStyle w:val="14"/>
        </w:rPr>
        <w:t xml:space="preserve"> Tổng kết những ghi nhớ qua buối sinh hoạt.</w:t>
      </w:r>
    </w:p>
    <w:p w14:paraId="54F45ACE" w14:textId="45B81113" w:rsidR="00217144" w:rsidRDefault="00217144" w:rsidP="00217144">
      <w:pPr>
        <w:tabs>
          <w:tab w:val="left" w:pos="16"/>
        </w:tabs>
        <w:spacing w:after="0"/>
      </w:pPr>
      <w:r w:rsidRPr="00217144">
        <w:rPr>
          <w:rStyle w:val="14"/>
          <w:b/>
          <w:bCs/>
        </w:rPr>
        <w:t>b) Nội dung:</w:t>
      </w:r>
      <w:r>
        <w:rPr>
          <w:rStyle w:val="14"/>
        </w:rPr>
        <w:t xml:space="preserve"> ĐTN/GV/BGH nhận xét và nhắc nhở công việc cần thực hiện.</w:t>
      </w:r>
    </w:p>
    <w:p w14:paraId="3D4C838D" w14:textId="3EF45973" w:rsidR="00217144" w:rsidRDefault="00217144" w:rsidP="00217144">
      <w:pPr>
        <w:tabs>
          <w:tab w:val="left" w:pos="16"/>
        </w:tabs>
        <w:spacing w:after="0"/>
      </w:pPr>
      <w:r w:rsidRPr="00217144">
        <w:rPr>
          <w:rStyle w:val="14"/>
          <w:b/>
          <w:bCs/>
        </w:rPr>
        <w:t>c) Sản phẩm:</w:t>
      </w:r>
      <w:r>
        <w:rPr>
          <w:rStyle w:val="14"/>
        </w:rPr>
        <w:t xml:space="preserve"> Công việc HS cần thực hiện trong tuần tới.</w:t>
      </w:r>
    </w:p>
    <w:p w14:paraId="3B5F9595" w14:textId="26B35FB3" w:rsidR="00217144" w:rsidRPr="00217144" w:rsidRDefault="00217144" w:rsidP="00217144">
      <w:pPr>
        <w:tabs>
          <w:tab w:val="left" w:pos="16"/>
        </w:tabs>
        <w:spacing w:after="0"/>
        <w:rPr>
          <w:b/>
          <w:bCs/>
        </w:rPr>
      </w:pPr>
      <w:r w:rsidRPr="00217144">
        <w:rPr>
          <w:rStyle w:val="14"/>
          <w:b/>
          <w:bCs/>
        </w:rPr>
        <w:t>d) Tổ chức thực hiện:</w:t>
      </w:r>
    </w:p>
    <w:p w14:paraId="5CFA5B68" w14:textId="6FF70E2B" w:rsidR="00217144" w:rsidRDefault="00217144" w:rsidP="00217144">
      <w:pPr>
        <w:tabs>
          <w:tab w:val="left" w:pos="16"/>
        </w:tabs>
        <w:spacing w:after="0"/>
      </w:pPr>
      <w:r>
        <w:rPr>
          <w:rStyle w:val="14"/>
        </w:rPr>
        <w:t>- ĐTN/GV/BGH kết luận về những thông điệp cần ghi nhớ</w:t>
      </w:r>
    </w:p>
    <w:p w14:paraId="0B917C4D" w14:textId="7F5E213A" w:rsidR="00217144" w:rsidRDefault="00217144" w:rsidP="00217144">
      <w:pPr>
        <w:tabs>
          <w:tab w:val="left" w:pos="16"/>
        </w:tabs>
        <w:spacing w:after="0"/>
      </w:pPr>
      <w:r>
        <w:rPr>
          <w:rStyle w:val="14"/>
        </w:rPr>
        <w:t>- Nhận xét về tiết sinh hoạt dưới cờ</w:t>
      </w:r>
    </w:p>
    <w:p w14:paraId="26348975" w14:textId="307A4C36" w:rsidR="00F5279A" w:rsidRDefault="00217144" w:rsidP="00217144">
      <w:pPr>
        <w:tabs>
          <w:tab w:val="left" w:pos="833"/>
        </w:tabs>
        <w:spacing w:after="120"/>
        <w:rPr>
          <w:rStyle w:val="14"/>
        </w:rPr>
      </w:pPr>
      <w:r>
        <w:rPr>
          <w:rStyle w:val="14"/>
        </w:rPr>
        <w:t>- Nhắc nhở công việc cần thực hiện cho tuần tiếp theo.</w:t>
      </w:r>
    </w:p>
    <w:p w14:paraId="5ECA93AC" w14:textId="1C902872" w:rsidR="00A164CC" w:rsidRDefault="00A164CC" w:rsidP="00217144">
      <w:pPr>
        <w:tabs>
          <w:tab w:val="left" w:pos="833"/>
        </w:tabs>
        <w:spacing w:after="120"/>
        <w:rPr>
          <w:rStyle w:val="14"/>
        </w:rPr>
      </w:pPr>
    </w:p>
    <w:p w14:paraId="7DBB9FE2" w14:textId="77777777" w:rsidR="003837E1" w:rsidRDefault="003837E1" w:rsidP="00A164CC">
      <w:pPr>
        <w:tabs>
          <w:tab w:val="left" w:pos="833"/>
        </w:tabs>
        <w:spacing w:after="120"/>
        <w:jc w:val="center"/>
        <w:rPr>
          <w:rFonts w:ascii="Times New Roman" w:hAnsi="Times New Roman" w:cs="Times New Roman"/>
          <w:b/>
          <w:bCs/>
          <w:sz w:val="28"/>
          <w:szCs w:val="28"/>
        </w:rPr>
      </w:pPr>
    </w:p>
    <w:p w14:paraId="573D61FC" w14:textId="6F8C8AF4" w:rsidR="00A164CC" w:rsidRPr="00A164CC" w:rsidRDefault="00A164CC" w:rsidP="00A164CC">
      <w:pPr>
        <w:tabs>
          <w:tab w:val="left" w:pos="833"/>
        </w:tabs>
        <w:spacing w:after="120"/>
        <w:jc w:val="center"/>
        <w:rPr>
          <w:rFonts w:ascii="Times New Roman" w:hAnsi="Times New Roman" w:cs="Times New Roman"/>
          <w:b/>
          <w:bCs/>
          <w:sz w:val="28"/>
          <w:szCs w:val="28"/>
        </w:rPr>
      </w:pPr>
      <w:r w:rsidRPr="00A164CC">
        <w:rPr>
          <w:rFonts w:ascii="Times New Roman" w:hAnsi="Times New Roman" w:cs="Times New Roman"/>
          <w:b/>
          <w:bCs/>
          <w:sz w:val="28"/>
          <w:szCs w:val="28"/>
        </w:rPr>
        <w:lastRenderedPageBreak/>
        <w:t>TUẦN 22</w:t>
      </w:r>
    </w:p>
    <w:p w14:paraId="616C53A9" w14:textId="10BCEA2D" w:rsidR="00A164CC" w:rsidRDefault="00A164CC" w:rsidP="00271461">
      <w:pPr>
        <w:tabs>
          <w:tab w:val="left" w:pos="833"/>
        </w:tabs>
        <w:spacing w:after="120"/>
        <w:jc w:val="center"/>
        <w:rPr>
          <w:rFonts w:ascii="Times New Roman" w:hAnsi="Times New Roman" w:cs="Times New Roman"/>
          <w:b/>
          <w:bCs/>
          <w:sz w:val="28"/>
          <w:szCs w:val="28"/>
        </w:rPr>
      </w:pPr>
      <w:r w:rsidRPr="00A164CC">
        <w:rPr>
          <w:rFonts w:ascii="Times New Roman" w:hAnsi="Times New Roman" w:cs="Times New Roman"/>
          <w:b/>
          <w:bCs/>
          <w:sz w:val="28"/>
          <w:szCs w:val="28"/>
        </w:rPr>
        <w:t>SHDC - VĂN</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NGHỆ</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CA</w:t>
      </w:r>
      <w:r w:rsidRPr="00A164CC">
        <w:rPr>
          <w:rFonts w:ascii="Times New Roman" w:hAnsi="Times New Roman" w:cs="Times New Roman"/>
          <w:b/>
          <w:bCs/>
          <w:sz w:val="28"/>
          <w:szCs w:val="28"/>
          <w:lang w:val="en-GB"/>
        </w:rPr>
        <w:t xml:space="preserve"> </w:t>
      </w:r>
      <w:r w:rsidRPr="00A164CC">
        <w:rPr>
          <w:rFonts w:ascii="Times New Roman" w:hAnsi="Times New Roman" w:cs="Times New Roman"/>
          <w:b/>
          <w:bCs/>
          <w:spacing w:val="-62"/>
          <w:sz w:val="28"/>
          <w:szCs w:val="28"/>
        </w:rPr>
        <w:t xml:space="preserve"> </w:t>
      </w:r>
      <w:r w:rsidRPr="00A164CC">
        <w:rPr>
          <w:rFonts w:ascii="Times New Roman" w:hAnsi="Times New Roman" w:cs="Times New Roman"/>
          <w:b/>
          <w:bCs/>
          <w:sz w:val="28"/>
          <w:szCs w:val="28"/>
        </w:rPr>
        <w:t>NGỢI</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CẢNH</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QUAN</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THIÊN</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NHIÊN</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CỦA</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QUÊ</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HƯƠNG,</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z w:val="28"/>
          <w:szCs w:val="28"/>
        </w:rPr>
        <w:t>ĐẤT</w:t>
      </w:r>
      <w:r w:rsidRPr="00A164CC">
        <w:rPr>
          <w:rFonts w:ascii="Times New Roman" w:hAnsi="Times New Roman" w:cs="Times New Roman"/>
          <w:b/>
          <w:bCs/>
          <w:spacing w:val="1"/>
          <w:sz w:val="28"/>
          <w:szCs w:val="28"/>
        </w:rPr>
        <w:t xml:space="preserve"> </w:t>
      </w:r>
      <w:r w:rsidRPr="00A164CC">
        <w:rPr>
          <w:rFonts w:ascii="Times New Roman" w:hAnsi="Times New Roman" w:cs="Times New Roman"/>
          <w:b/>
          <w:bCs/>
          <w:spacing w:val="1"/>
          <w:sz w:val="28"/>
          <w:szCs w:val="28"/>
          <w:lang w:val="en-GB"/>
        </w:rPr>
        <w:t xml:space="preserve"> </w:t>
      </w:r>
      <w:r w:rsidRPr="00A164CC">
        <w:rPr>
          <w:rFonts w:ascii="Times New Roman" w:hAnsi="Times New Roman" w:cs="Times New Roman"/>
          <w:b/>
          <w:bCs/>
          <w:sz w:val="28"/>
          <w:szCs w:val="28"/>
        </w:rPr>
        <w:t>NƯỚC.</w:t>
      </w:r>
    </w:p>
    <w:p w14:paraId="1C921B12"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I. Mục tiêu</w:t>
      </w:r>
    </w:p>
    <w:p w14:paraId="2C254307"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Sau khi tham gia hoạt động này, HS có khả năng:</w:t>
      </w:r>
    </w:p>
    <w:p w14:paraId="2C8933F1"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Nhận xét đánh giá được các hành vi, việc làm của tổ chức, cá nhân trong việc bảo tồn cảnh quan thiên nhiên;</w:t>
      </w:r>
    </w:p>
    <w:p w14:paraId="269A7A92"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Xấy dựng và thực hiện ké hoạch tuyên truyền, kêu gọi mọi người chung tay bảo về cảnh quan thiên nhiên;</w:t>
      </w:r>
    </w:p>
    <w:p w14:paraId="0F5CFA99"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Tham gia các hoạt động bảo tồn cảnh quan thiên nhiên do Đoàn Thanh niên Cộng sản Hồ Chí Minh, nhà trường hoặc địa phương tổ chức.</w:t>
      </w:r>
    </w:p>
    <w:p w14:paraId="7D0684F6"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II. Chuẩn bị</w:t>
      </w:r>
    </w:p>
    <w:p w14:paraId="7E27D935"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1. BT Đoàn trường, BGH, GV</w:t>
      </w:r>
    </w:p>
    <w:p w14:paraId="59C4D298"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bCs/>
          <w:sz w:val="28"/>
          <w:szCs w:val="28"/>
        </w:rPr>
        <w:t>Phối hợp lớp trực tuần xây dựng kịch bản chương trình biểu diễn văn nghệ. BT đoàn trường là đầu mối đặt yêu cầu chuẩn bị tiết mục văn nghệ cho các lớp theo chủ đề về cảnh quan thiên nhiên, số lượng tiết mục.</w:t>
      </w:r>
    </w:p>
    <w:p w14:paraId="6ECFF34C"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Trang trí backdrop về chủ đề cảnh quan thiên nhiên ở địa phương.</w:t>
      </w:r>
    </w:p>
    <w:p w14:paraId="3AB5A1E5"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Chuẩn bị các video clip và tranh, ảnh về hoạt động của cá nhân hoặc nhóm HS khi đến thăm cảnh quan thiên nhiên ở địa phương.</w:t>
      </w:r>
    </w:p>
    <w:p w14:paraId="6510AE9F"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Chuẩn bị hệ thống âm thanh phục vụ cho các tiết mục văn nghệ.</w:t>
      </w:r>
    </w:p>
    <w:p w14:paraId="4C080132"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2. Với hs</w:t>
      </w:r>
    </w:p>
    <w:p w14:paraId="6A22C988"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Tập luyện các tiết mục văn nghệ,</w:t>
      </w:r>
    </w:p>
    <w:p w14:paraId="539A5599"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Tham gia hỗ trợ tổ chức chương trình văn nghệ theo phân công của trường, lớp.</w:t>
      </w:r>
    </w:p>
    <w:p w14:paraId="62D2BDB3"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III. Tiến trình tổ chức các hoạt động</w:t>
      </w:r>
    </w:p>
    <w:p w14:paraId="49C4642D"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1. Chào cờ, sơ kết thi đua tuần và phổ biến nhiệm vụ tuần mới</w:t>
      </w:r>
    </w:p>
    <w:p w14:paraId="0E43FE9F"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Chào cờ, nhận xét thi đua</w:t>
      </w:r>
    </w:p>
    <w:p w14:paraId="618BDF4B"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GV trực tuần/BT Đoàn/ đại diện BGH bổ sung nhận xét.</w:t>
      </w:r>
    </w:p>
    <w:p w14:paraId="4E022FAA"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BT Đoàn/ đại diện BGH phổ biến công việc tuần mới</w:t>
      </w:r>
    </w:p>
    <w:p w14:paraId="44EB6A6B"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2. Sinh hoạt theo chủ đề</w:t>
      </w:r>
    </w:p>
    <w:p w14:paraId="165E66A9"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 Hoạt động: Biểu diễn văn nghệ “ Cảnh quan thiên nhiên bên tôi”</w:t>
      </w:r>
    </w:p>
    <w:p w14:paraId="3E95286D"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a.Mục tiêu</w:t>
      </w:r>
    </w:p>
    <w:p w14:paraId="7B3CBEED"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Nâng cao trách nhiệm của mọi người, đặc biệt là học sinh trong việc bảo vệ cảnh quan thiên nhiên ở địa phương;</w:t>
      </w:r>
    </w:p>
    <w:p w14:paraId="6475886D"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Tăng thêm tình cảm, trách nhiệm của HS với cảnh quan thiên nhiên ở địa phương.</w:t>
      </w:r>
    </w:p>
    <w:p w14:paraId="0BFFA108"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b. Nội dung – Tổ chức thực hiện.</w:t>
      </w:r>
    </w:p>
    <w:p w14:paraId="68D164CE"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NDCT giới thiệu mục tiêu, ý nghĩa của cảnh quan thiên nhiên ở địa phương.</w:t>
      </w:r>
    </w:p>
    <w:p w14:paraId="441515D1"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NDCT giới thiệu các tiết mục văn nghệ đã được các lớp chuân rbij theo phân công.</w:t>
      </w:r>
    </w:p>
    <w:p w14:paraId="77F2CABD"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NDCT giới thiệu xen kẽ những video clip về các cảnh quan thiên nhiên ở địa phương, tương tác để HS chia sẻ những hiểu biết về cảnh quan thiên nhiên ở địa phương, cảm xúc/ ấn tượng khi được chiêm ngưỡng những cảnh quan thiên nhiên ở địa phương để không khí buổi biểu diễn thêm hấp dẫn và tạo cảm xúc gắn kết.</w:t>
      </w:r>
    </w:p>
    <w:p w14:paraId="3858B05E"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Những câu hỏi gợi ý:</w:t>
      </w:r>
    </w:p>
    <w:p w14:paraId="3D72DBCB"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Em có thể kể tên những cảnh quan thiên nhiên ở địa phương nơi mình sinh sống?</w:t>
      </w:r>
    </w:p>
    <w:p w14:paraId="7A66C5D2"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lastRenderedPageBreak/>
        <w:t>+ Em đã đến thăm những cảnh quan thiên nhiên nào trong số đó? Cảnh quan thiên nhiên đó đã để lại trong em ấn tượng hay cảm xúc gì đặc biệt?</w:t>
      </w:r>
    </w:p>
    <w:p w14:paraId="53C009A4"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Theo em, cảnh quan thiên nhiên ở địa phương có giá trị như thế nào đối với cuộc sống nói chung của người dân nơi đây?</w:t>
      </w:r>
    </w:p>
    <w:p w14:paraId="093EB844"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 Đánh giá:</w:t>
      </w:r>
    </w:p>
    <w:p w14:paraId="462FBA75"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
          <w:bCs/>
          <w:sz w:val="28"/>
          <w:szCs w:val="28"/>
        </w:rPr>
        <w:t xml:space="preserve">- </w:t>
      </w:r>
      <w:r w:rsidRPr="00133CD7">
        <w:rPr>
          <w:rFonts w:ascii="Times New Roman" w:eastAsia="Times New Roman" w:hAnsi="Times New Roman" w:cs="Times New Roman"/>
          <w:bCs/>
          <w:sz w:val="28"/>
          <w:szCs w:val="28"/>
        </w:rPr>
        <w:t>Mỗi hs chia sẻ cảm xúc về cảnh quan thiên nhiên ở địa phương</w:t>
      </w:r>
    </w:p>
    <w:p w14:paraId="3010E55C"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
          <w:bCs/>
          <w:sz w:val="28"/>
          <w:szCs w:val="28"/>
        </w:rPr>
      </w:pPr>
      <w:r w:rsidRPr="00133CD7">
        <w:rPr>
          <w:rFonts w:ascii="Times New Roman" w:eastAsia="Times New Roman" w:hAnsi="Times New Roman" w:cs="Times New Roman"/>
          <w:b/>
          <w:bCs/>
          <w:sz w:val="28"/>
          <w:szCs w:val="28"/>
        </w:rPr>
        <w:t>* Hoạt động tiếp nối:</w:t>
      </w:r>
    </w:p>
    <w:p w14:paraId="133BBF82"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HS tìm hiểu cảnh quan thiên hiên ở địa phương, những điểm và dịch vụ cần chú ý khi đến thăm quan cảnh quan thiên nhiên đó.</w:t>
      </w:r>
    </w:p>
    <w:p w14:paraId="762EA3D5" w14:textId="77777777" w:rsidR="00A678F6" w:rsidRPr="00133CD7" w:rsidRDefault="00A678F6" w:rsidP="00A678F6">
      <w:pPr>
        <w:shd w:val="clear" w:color="auto" w:fill="FFFFFF"/>
        <w:spacing w:after="0" w:line="240" w:lineRule="auto"/>
        <w:jc w:val="both"/>
        <w:rPr>
          <w:rFonts w:ascii="Times New Roman" w:eastAsia="Times New Roman" w:hAnsi="Times New Roman" w:cs="Times New Roman"/>
          <w:bCs/>
          <w:sz w:val="28"/>
          <w:szCs w:val="28"/>
        </w:rPr>
      </w:pPr>
      <w:r w:rsidRPr="00133CD7">
        <w:rPr>
          <w:rFonts w:ascii="Times New Roman" w:eastAsia="Times New Roman" w:hAnsi="Times New Roman" w:cs="Times New Roman"/>
          <w:bCs/>
          <w:sz w:val="28"/>
          <w:szCs w:val="28"/>
        </w:rPr>
        <w:t>- HS liên hệ với các cơ sở ở địa phương để tham gia bảo vệ cảnh quan thiên nhiên tại nơi mình sinh sống.</w:t>
      </w:r>
    </w:p>
    <w:p w14:paraId="3A706AFC" w14:textId="2FCC283C" w:rsidR="003837E1" w:rsidRDefault="003837E1" w:rsidP="00217144">
      <w:pPr>
        <w:tabs>
          <w:tab w:val="left" w:pos="833"/>
        </w:tabs>
        <w:spacing w:after="120"/>
        <w:rPr>
          <w:rFonts w:ascii="Times New Roman" w:hAnsi="Times New Roman" w:cs="Times New Roman"/>
          <w:b/>
          <w:bCs/>
          <w:sz w:val="28"/>
          <w:szCs w:val="28"/>
        </w:rPr>
      </w:pPr>
    </w:p>
    <w:p w14:paraId="45090D78" w14:textId="2648AFB1" w:rsidR="00271461" w:rsidRPr="00A164CC" w:rsidRDefault="00271461" w:rsidP="00271461">
      <w:pPr>
        <w:tabs>
          <w:tab w:val="left" w:pos="833"/>
        </w:tabs>
        <w:spacing w:after="120"/>
        <w:jc w:val="center"/>
        <w:rPr>
          <w:rFonts w:ascii="Times New Roman" w:hAnsi="Times New Roman" w:cs="Times New Roman"/>
          <w:b/>
          <w:bCs/>
          <w:sz w:val="28"/>
          <w:szCs w:val="28"/>
        </w:rPr>
      </w:pPr>
      <w:r w:rsidRPr="00A164CC">
        <w:rPr>
          <w:rFonts w:ascii="Times New Roman" w:hAnsi="Times New Roman" w:cs="Times New Roman"/>
          <w:b/>
          <w:bCs/>
          <w:sz w:val="28"/>
          <w:szCs w:val="28"/>
        </w:rPr>
        <w:t>TUẦN 2</w:t>
      </w:r>
      <w:r>
        <w:rPr>
          <w:rFonts w:ascii="Times New Roman" w:hAnsi="Times New Roman" w:cs="Times New Roman"/>
          <w:b/>
          <w:bCs/>
          <w:sz w:val="28"/>
          <w:szCs w:val="28"/>
        </w:rPr>
        <w:t>3</w:t>
      </w:r>
    </w:p>
    <w:p w14:paraId="075695B4" w14:textId="1FF797A7" w:rsidR="00271461" w:rsidRDefault="00271461" w:rsidP="00271461">
      <w:pPr>
        <w:tabs>
          <w:tab w:val="left" w:pos="833"/>
        </w:tabs>
        <w:spacing w:after="120"/>
        <w:rPr>
          <w:rFonts w:ascii="Times New Roman" w:hAnsi="Times New Roman" w:cs="Times New Roman"/>
          <w:b/>
          <w:bCs/>
          <w:sz w:val="28"/>
          <w:szCs w:val="28"/>
        </w:rPr>
      </w:pPr>
      <w:r w:rsidRPr="00A164CC">
        <w:rPr>
          <w:rFonts w:ascii="Times New Roman" w:hAnsi="Times New Roman" w:cs="Times New Roman"/>
          <w:b/>
          <w:bCs/>
          <w:sz w:val="28"/>
          <w:szCs w:val="28"/>
        </w:rPr>
        <w:t xml:space="preserve">SHDC </w:t>
      </w:r>
      <w:r>
        <w:rPr>
          <w:rFonts w:ascii="Times New Roman" w:hAnsi="Times New Roman" w:cs="Times New Roman"/>
          <w:b/>
          <w:bCs/>
          <w:sz w:val="28"/>
          <w:szCs w:val="28"/>
        </w:rPr>
        <w:t>–</w:t>
      </w:r>
      <w:r w:rsidRPr="00A164CC">
        <w:rPr>
          <w:rFonts w:ascii="Times New Roman" w:hAnsi="Times New Roman" w:cs="Times New Roman"/>
          <w:b/>
          <w:bCs/>
          <w:sz w:val="28"/>
          <w:szCs w:val="28"/>
        </w:rPr>
        <w:t xml:space="preserve"> </w:t>
      </w:r>
      <w:r>
        <w:rPr>
          <w:rFonts w:ascii="Times New Roman" w:hAnsi="Times New Roman" w:cs="Times New Roman"/>
          <w:b/>
          <w:bCs/>
          <w:sz w:val="28"/>
          <w:szCs w:val="28"/>
        </w:rPr>
        <w:t>GIỚI THIỆU CẢNH QUAN THIÊN NHIÊN Ở ĐỊA PHƯƠNG</w:t>
      </w:r>
      <w:r w:rsidRPr="00A164CC">
        <w:rPr>
          <w:rFonts w:ascii="Times New Roman" w:hAnsi="Times New Roman" w:cs="Times New Roman"/>
          <w:b/>
          <w:bCs/>
          <w:sz w:val="28"/>
          <w:szCs w:val="28"/>
        </w:rPr>
        <w:t>.</w:t>
      </w:r>
    </w:p>
    <w:p w14:paraId="597634B6" w14:textId="77777777" w:rsidR="00466C34" w:rsidRPr="0026216A" w:rsidRDefault="00466C34" w:rsidP="00466C34">
      <w:pPr>
        <w:pStyle w:val="ListParagraph"/>
        <w:numPr>
          <w:ilvl w:val="0"/>
          <w:numId w:val="16"/>
        </w:numPr>
        <w:spacing w:after="120"/>
        <w:ind w:left="284" w:hanging="284"/>
        <w:rPr>
          <w:rFonts w:ascii="Times New Roman" w:hAnsi="Times New Roman" w:cs="Times New Roman"/>
          <w:b/>
          <w:sz w:val="28"/>
          <w:szCs w:val="28"/>
        </w:rPr>
      </w:pPr>
      <w:r w:rsidRPr="0026216A">
        <w:rPr>
          <w:rFonts w:ascii="Times New Roman" w:hAnsi="Times New Roman" w:cs="Times New Roman"/>
          <w:b/>
          <w:sz w:val="28"/>
          <w:szCs w:val="28"/>
        </w:rPr>
        <w:t>Mục tiêu</w:t>
      </w:r>
      <w:r>
        <w:rPr>
          <w:rFonts w:ascii="Times New Roman" w:hAnsi="Times New Roman" w:cs="Times New Roman"/>
          <w:b/>
          <w:sz w:val="28"/>
          <w:szCs w:val="28"/>
        </w:rPr>
        <w:t>:</w:t>
      </w:r>
    </w:p>
    <w:p w14:paraId="26D10B14" w14:textId="77777777" w:rsidR="00466C34" w:rsidRDefault="00466C34" w:rsidP="00466C34">
      <w:pPr>
        <w:tabs>
          <w:tab w:val="left" w:pos="0"/>
        </w:tabs>
        <w:spacing w:after="0"/>
        <w:jc w:val="both"/>
        <w:rPr>
          <w:rStyle w:val="14"/>
        </w:rPr>
      </w:pPr>
      <w:r>
        <w:tab/>
      </w:r>
      <w:r>
        <w:rPr>
          <w:rStyle w:val="14"/>
        </w:rPr>
        <w:t>Sau khi tham gia hoạt động này HS có khả năng:</w:t>
      </w:r>
    </w:p>
    <w:p w14:paraId="3CA2B364" w14:textId="77777777" w:rsidR="00466C34" w:rsidRPr="0070244E" w:rsidRDefault="00466C34" w:rsidP="00466C34">
      <w:pPr>
        <w:tabs>
          <w:tab w:val="left" w:pos="0"/>
        </w:tabs>
        <w:spacing w:after="0"/>
        <w:jc w:val="both"/>
        <w:rPr>
          <w:rFonts w:ascii="Times New Roman" w:hAnsi="Times New Roman"/>
          <w:sz w:val="28"/>
        </w:rPr>
      </w:pPr>
      <w:r>
        <w:rPr>
          <w:rStyle w:val="14"/>
        </w:rPr>
        <w:tab/>
        <w:t>+ Tìm hiểu và giới thiệu được cảnh quan thiên nhiên của địa phương thông qua tranh ảnh, video quảng bá, tác phẩm văn học, tạp chí du lịch,…</w:t>
      </w:r>
    </w:p>
    <w:p w14:paraId="48C8D4DA" w14:textId="77777777" w:rsidR="00466C34" w:rsidRDefault="00466C34" w:rsidP="00466C34">
      <w:pPr>
        <w:tabs>
          <w:tab w:val="left" w:pos="709"/>
          <w:tab w:val="left" w:pos="1042"/>
        </w:tabs>
        <w:spacing w:after="0"/>
        <w:jc w:val="both"/>
        <w:rPr>
          <w:rStyle w:val="14"/>
        </w:rPr>
      </w:pPr>
      <w:r>
        <w:tab/>
      </w:r>
      <w:r>
        <w:rPr>
          <w:rStyle w:val="14"/>
        </w:rPr>
        <w:t>+</w:t>
      </w:r>
      <w:r>
        <w:t xml:space="preserve"> </w:t>
      </w:r>
      <w:r>
        <w:rPr>
          <w:rStyle w:val="14"/>
        </w:rPr>
        <w:t xml:space="preserve"> Học sinh dàn dựng và biểu diễn được những ca khúc ngợi ca vẻ đẹp của quê hương, đất nước theo hình thức hát, múa minh hoạ;</w:t>
      </w:r>
    </w:p>
    <w:p w14:paraId="5B9A7AA6" w14:textId="77777777" w:rsidR="00466C34" w:rsidRDefault="00466C34" w:rsidP="00466C34">
      <w:pPr>
        <w:tabs>
          <w:tab w:val="left" w:pos="709"/>
          <w:tab w:val="left" w:pos="1042"/>
        </w:tabs>
        <w:spacing w:after="0"/>
        <w:jc w:val="both"/>
      </w:pPr>
      <w:r>
        <w:rPr>
          <w:rStyle w:val="14"/>
        </w:rPr>
        <w:tab/>
        <w:t>+ Yêu cái đẹp, có ý thức giữ gìn và bảo tồn vẻ đẹp thiên nhiên của quê hương, đất nước.</w:t>
      </w:r>
    </w:p>
    <w:p w14:paraId="506008C5" w14:textId="77777777" w:rsidR="00466C34" w:rsidRPr="00F15C19" w:rsidRDefault="00466C34" w:rsidP="00466C34">
      <w:pPr>
        <w:pStyle w:val="ListParagraph"/>
        <w:numPr>
          <w:ilvl w:val="0"/>
          <w:numId w:val="16"/>
        </w:numPr>
        <w:tabs>
          <w:tab w:val="left" w:pos="0"/>
        </w:tabs>
        <w:spacing w:after="120"/>
        <w:ind w:left="284" w:hanging="284"/>
        <w:rPr>
          <w:b/>
          <w:sz w:val="28"/>
          <w:szCs w:val="28"/>
        </w:rPr>
      </w:pPr>
      <w:r>
        <w:rPr>
          <w:rStyle w:val="14"/>
          <w:b/>
          <w:szCs w:val="28"/>
        </w:rPr>
        <w:t xml:space="preserve"> </w:t>
      </w:r>
      <w:r w:rsidRPr="00F15C19">
        <w:rPr>
          <w:rStyle w:val="14"/>
          <w:b/>
          <w:szCs w:val="28"/>
        </w:rPr>
        <w:t>Thiết bị dạy học và học liệu:</w:t>
      </w:r>
    </w:p>
    <w:p w14:paraId="0F3D5EF0" w14:textId="77777777" w:rsidR="00466C34" w:rsidRPr="001B1292" w:rsidRDefault="00466C34" w:rsidP="00466C34">
      <w:pPr>
        <w:pStyle w:val="ListParagraph"/>
        <w:numPr>
          <w:ilvl w:val="0"/>
          <w:numId w:val="12"/>
        </w:numPr>
        <w:tabs>
          <w:tab w:val="left" w:pos="47"/>
        </w:tabs>
        <w:spacing w:after="120"/>
        <w:rPr>
          <w:rStyle w:val="14"/>
          <w:b/>
        </w:rPr>
      </w:pPr>
      <w:r w:rsidRPr="001B1292">
        <w:rPr>
          <w:rStyle w:val="14"/>
          <w:b/>
        </w:rPr>
        <w:t>Đối với Bí thư Đoàn trường, BGH và GV</w:t>
      </w:r>
      <w:r>
        <w:rPr>
          <w:rStyle w:val="14"/>
          <w:b/>
        </w:rPr>
        <w:t>.</w:t>
      </w:r>
    </w:p>
    <w:p w14:paraId="406FC9D8" w14:textId="77777777" w:rsidR="00466C34" w:rsidRDefault="00466C34" w:rsidP="00466C34">
      <w:pPr>
        <w:tabs>
          <w:tab w:val="left" w:pos="687"/>
          <w:tab w:val="left" w:pos="1065"/>
        </w:tabs>
        <w:spacing w:after="0"/>
        <w:ind w:firstLine="426"/>
        <w:jc w:val="both"/>
        <w:rPr>
          <w:rStyle w:val="14"/>
        </w:rPr>
      </w:pPr>
      <w:r>
        <w:rPr>
          <w:rStyle w:val="14"/>
        </w:rPr>
        <w:t xml:space="preserve">- Bí thư Đoàn trường và Giáo viên sưu tầm một bộ tranh ảnh giới thiệu những hình ảnh đẹp về thiên nhiên của địa phương, cụ thể: Danh lam thắng cảnh Vườn Quốc gia Cát Tiên; Thiết kế 1 Pano quảng cáo về chương trình văn nghệ ca ngợi </w:t>
      </w:r>
      <w:r w:rsidRPr="00241F61">
        <w:rPr>
          <w:rFonts w:ascii="Times New Roman" w:hAnsi="Times New Roman" w:cs="Times New Roman"/>
          <w:sz w:val="28"/>
          <w:szCs w:val="28"/>
        </w:rPr>
        <w:t>cảnh</w:t>
      </w:r>
      <w:r w:rsidRPr="00241F61">
        <w:rPr>
          <w:rFonts w:ascii="Times New Roman" w:hAnsi="Times New Roman" w:cs="Times New Roman"/>
          <w:spacing w:val="1"/>
          <w:sz w:val="28"/>
          <w:szCs w:val="28"/>
        </w:rPr>
        <w:t xml:space="preserve"> </w:t>
      </w:r>
      <w:r w:rsidRPr="00241F61">
        <w:rPr>
          <w:rFonts w:ascii="Times New Roman" w:hAnsi="Times New Roman" w:cs="Times New Roman"/>
          <w:sz w:val="28"/>
          <w:szCs w:val="28"/>
        </w:rPr>
        <w:t>quan</w:t>
      </w:r>
      <w:r w:rsidRPr="00241F61">
        <w:rPr>
          <w:rFonts w:ascii="Times New Roman" w:hAnsi="Times New Roman" w:cs="Times New Roman"/>
          <w:spacing w:val="1"/>
          <w:sz w:val="28"/>
          <w:szCs w:val="28"/>
        </w:rPr>
        <w:t xml:space="preserve"> </w:t>
      </w:r>
      <w:r w:rsidRPr="00241F61">
        <w:rPr>
          <w:rFonts w:ascii="Times New Roman" w:hAnsi="Times New Roman" w:cs="Times New Roman"/>
          <w:sz w:val="28"/>
          <w:szCs w:val="28"/>
        </w:rPr>
        <w:t>thiên</w:t>
      </w:r>
      <w:r w:rsidRPr="00241F61">
        <w:rPr>
          <w:rFonts w:ascii="Times New Roman" w:hAnsi="Times New Roman" w:cs="Times New Roman"/>
          <w:spacing w:val="1"/>
          <w:sz w:val="28"/>
          <w:szCs w:val="28"/>
        </w:rPr>
        <w:t xml:space="preserve"> </w:t>
      </w:r>
      <w:r w:rsidRPr="00241F61">
        <w:rPr>
          <w:rFonts w:ascii="Times New Roman" w:hAnsi="Times New Roman" w:cs="Times New Roman"/>
          <w:sz w:val="28"/>
          <w:szCs w:val="28"/>
        </w:rPr>
        <w:t>nhiên</w:t>
      </w:r>
      <w:r w:rsidRPr="00241F61">
        <w:rPr>
          <w:rFonts w:ascii="Times New Roman" w:hAnsi="Times New Roman" w:cs="Times New Roman"/>
          <w:spacing w:val="1"/>
          <w:sz w:val="28"/>
          <w:szCs w:val="28"/>
        </w:rPr>
        <w:t xml:space="preserve"> </w:t>
      </w:r>
      <w:r w:rsidRPr="00241F61">
        <w:rPr>
          <w:rFonts w:ascii="Times New Roman" w:hAnsi="Times New Roman" w:cs="Times New Roman"/>
          <w:sz w:val="28"/>
          <w:szCs w:val="28"/>
        </w:rPr>
        <w:t>của</w:t>
      </w:r>
      <w:r w:rsidRPr="00241F61">
        <w:rPr>
          <w:rFonts w:ascii="Times New Roman" w:hAnsi="Times New Roman" w:cs="Times New Roman"/>
          <w:spacing w:val="1"/>
          <w:sz w:val="28"/>
          <w:szCs w:val="28"/>
        </w:rPr>
        <w:t xml:space="preserve"> </w:t>
      </w:r>
      <w:r w:rsidRPr="00241F61">
        <w:rPr>
          <w:rFonts w:ascii="Times New Roman" w:hAnsi="Times New Roman" w:cs="Times New Roman"/>
          <w:sz w:val="28"/>
          <w:szCs w:val="28"/>
        </w:rPr>
        <w:t>quê</w:t>
      </w:r>
      <w:r w:rsidRPr="00241F61">
        <w:rPr>
          <w:rFonts w:ascii="Times New Roman" w:hAnsi="Times New Roman" w:cs="Times New Roman"/>
          <w:spacing w:val="1"/>
          <w:sz w:val="28"/>
          <w:szCs w:val="28"/>
        </w:rPr>
        <w:t xml:space="preserve"> </w:t>
      </w:r>
      <w:r w:rsidRPr="00241F61">
        <w:rPr>
          <w:rFonts w:ascii="Times New Roman" w:hAnsi="Times New Roman" w:cs="Times New Roman"/>
          <w:sz w:val="28"/>
          <w:szCs w:val="28"/>
        </w:rPr>
        <w:t>hương</w:t>
      </w:r>
      <w:r>
        <w:rPr>
          <w:rFonts w:ascii="Times New Roman" w:hAnsi="Times New Roman" w:cs="Times New Roman"/>
          <w:sz w:val="28"/>
          <w:szCs w:val="28"/>
        </w:rPr>
        <w:t>.</w:t>
      </w:r>
    </w:p>
    <w:p w14:paraId="1B9F4733" w14:textId="77777777" w:rsidR="00466C34" w:rsidRDefault="00466C34" w:rsidP="00466C34">
      <w:pPr>
        <w:tabs>
          <w:tab w:val="left" w:pos="687"/>
          <w:tab w:val="left" w:pos="1065"/>
        </w:tabs>
        <w:spacing w:after="0"/>
        <w:ind w:firstLine="426"/>
        <w:jc w:val="both"/>
        <w:rPr>
          <w:rStyle w:val="14"/>
        </w:rPr>
      </w:pPr>
      <w:r>
        <w:rPr>
          <w:noProof/>
        </w:rPr>
        <w:drawing>
          <wp:inline distT="0" distB="0" distL="0" distR="0" wp14:anchorId="66F9F1CF" wp14:editId="1DBE7123">
            <wp:extent cx="3123617" cy="1779735"/>
            <wp:effectExtent l="0" t="0" r="635" b="0"/>
            <wp:docPr id="4" name="Picture 4" descr="Kinh Nghiệm Trekking Vườn Quốc Gia Nam Cát Tiên - Chuyên Tour Trekking -  Camping - Team Building | TourTrekki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h Nghiệm Trekking Vườn Quốc Gia Nam Cát Tiên - Chuyên Tour Trekking -  Camping - Team Building | TourTrekking.v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1535" cy="1801340"/>
                    </a:xfrm>
                    <a:prstGeom prst="rect">
                      <a:avLst/>
                    </a:prstGeom>
                    <a:noFill/>
                    <a:ln>
                      <a:noFill/>
                    </a:ln>
                  </pic:spPr>
                </pic:pic>
              </a:graphicData>
            </a:graphic>
          </wp:inline>
        </w:drawing>
      </w:r>
      <w:r>
        <w:rPr>
          <w:noProof/>
        </w:rPr>
        <w:drawing>
          <wp:inline distT="0" distB="0" distL="0" distR="0" wp14:anchorId="2E070483" wp14:editId="5E44E34A">
            <wp:extent cx="2544264" cy="1780985"/>
            <wp:effectExtent l="0" t="0" r="8890" b="0"/>
            <wp:docPr id="3" name="Picture 3" descr="Voọc mắc cỡ trong Vườn quốc gia Cát Tiên - VnExpress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ọc mắc cỡ trong Vườn quốc gia Cát Tiên - VnExpress Du lị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554" cy="1793788"/>
                    </a:xfrm>
                    <a:prstGeom prst="rect">
                      <a:avLst/>
                    </a:prstGeom>
                    <a:noFill/>
                    <a:ln>
                      <a:noFill/>
                    </a:ln>
                  </pic:spPr>
                </pic:pic>
              </a:graphicData>
            </a:graphic>
          </wp:inline>
        </w:drawing>
      </w:r>
    </w:p>
    <w:p w14:paraId="487B404D" w14:textId="77777777" w:rsidR="00466C34" w:rsidRDefault="00466C34" w:rsidP="00466C34">
      <w:pPr>
        <w:tabs>
          <w:tab w:val="left" w:pos="687"/>
          <w:tab w:val="left" w:pos="1065"/>
        </w:tabs>
        <w:spacing w:after="0"/>
        <w:ind w:firstLine="426"/>
        <w:jc w:val="center"/>
        <w:rPr>
          <w:rStyle w:val="14"/>
          <w:i/>
          <w:sz w:val="26"/>
          <w:szCs w:val="26"/>
        </w:rPr>
      </w:pPr>
      <w:r w:rsidRPr="00E76AE9">
        <w:rPr>
          <w:rStyle w:val="14"/>
          <w:i/>
          <w:sz w:val="26"/>
          <w:szCs w:val="26"/>
        </w:rPr>
        <w:t>Danh lam thắng cảnh Vườn Quốc gia Cát Tiên</w:t>
      </w:r>
    </w:p>
    <w:p w14:paraId="3B5E9C78" w14:textId="77777777" w:rsidR="00466C34" w:rsidRDefault="00466C34" w:rsidP="00466C34">
      <w:pPr>
        <w:tabs>
          <w:tab w:val="left" w:pos="687"/>
          <w:tab w:val="left" w:pos="1065"/>
        </w:tabs>
        <w:spacing w:after="0"/>
        <w:ind w:firstLine="426"/>
        <w:jc w:val="center"/>
        <w:rPr>
          <w:rStyle w:val="14"/>
          <w:sz w:val="26"/>
          <w:szCs w:val="26"/>
        </w:rPr>
      </w:pPr>
    </w:p>
    <w:p w14:paraId="37A580E9" w14:textId="77777777" w:rsidR="00466C34" w:rsidRDefault="00466C34" w:rsidP="00466C34">
      <w:pPr>
        <w:tabs>
          <w:tab w:val="left" w:pos="687"/>
          <w:tab w:val="left" w:pos="1065"/>
        </w:tabs>
        <w:spacing w:after="0"/>
        <w:ind w:firstLine="426"/>
        <w:jc w:val="center"/>
        <w:rPr>
          <w:rStyle w:val="14"/>
          <w:sz w:val="26"/>
          <w:szCs w:val="26"/>
        </w:rPr>
      </w:pPr>
      <w:r>
        <w:rPr>
          <w:rFonts w:ascii="Times New Roman" w:hAnsi="Times New Roman"/>
          <w:noProof/>
          <w:sz w:val="26"/>
          <w:szCs w:val="26"/>
        </w:rPr>
        <w:lastRenderedPageBreak/>
        <w:drawing>
          <wp:inline distT="0" distB="0" distL="0" distR="0" wp14:anchorId="13D07596" wp14:editId="3F3BBDF4">
            <wp:extent cx="3486150" cy="243840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8">
                      <a:extLst>
                        <a:ext uri="{28A0092B-C50C-407E-A947-70E740481C1C}">
                          <a14:useLocalDpi xmlns:a14="http://schemas.microsoft.com/office/drawing/2010/main" val="0"/>
                        </a:ext>
                      </a:extLst>
                    </a:blip>
                    <a:srcRect l="21947" t="4743" r="21084" b="19352"/>
                    <a:stretch/>
                  </pic:blipFill>
                  <pic:spPr bwMode="auto">
                    <a:xfrm>
                      <a:off x="0" y="0"/>
                      <a:ext cx="3486150" cy="2438400"/>
                    </a:xfrm>
                    <a:prstGeom prst="rect">
                      <a:avLst/>
                    </a:prstGeom>
                    <a:ln>
                      <a:noFill/>
                    </a:ln>
                    <a:extLst>
                      <a:ext uri="{53640926-AAD7-44D8-BBD7-CCE9431645EC}">
                        <a14:shadowObscured xmlns:a14="http://schemas.microsoft.com/office/drawing/2010/main"/>
                      </a:ext>
                    </a:extLst>
                  </pic:spPr>
                </pic:pic>
              </a:graphicData>
            </a:graphic>
          </wp:inline>
        </w:drawing>
      </w:r>
    </w:p>
    <w:p w14:paraId="634F31E6" w14:textId="77777777" w:rsidR="00466C34" w:rsidRPr="00B014B2" w:rsidRDefault="00466C34" w:rsidP="00466C34">
      <w:pPr>
        <w:tabs>
          <w:tab w:val="left" w:pos="687"/>
          <w:tab w:val="left" w:pos="1065"/>
        </w:tabs>
        <w:spacing w:after="0"/>
        <w:ind w:firstLine="426"/>
        <w:jc w:val="center"/>
        <w:rPr>
          <w:rStyle w:val="14"/>
          <w:i/>
          <w:sz w:val="26"/>
          <w:szCs w:val="26"/>
        </w:rPr>
      </w:pPr>
      <w:r w:rsidRPr="00B014B2">
        <w:rPr>
          <w:rStyle w:val="14"/>
          <w:i/>
          <w:sz w:val="26"/>
          <w:szCs w:val="26"/>
        </w:rPr>
        <w:t xml:space="preserve">Pano Quảng </w:t>
      </w:r>
      <w:r w:rsidRPr="00B014B2">
        <w:rPr>
          <w:rStyle w:val="14"/>
          <w:i/>
        </w:rPr>
        <w:t>cáo về chương trình văn nghệ</w:t>
      </w:r>
    </w:p>
    <w:p w14:paraId="703A3ACA" w14:textId="77777777" w:rsidR="00466C34" w:rsidRDefault="00466C34" w:rsidP="00466C34">
      <w:pPr>
        <w:tabs>
          <w:tab w:val="left" w:pos="687"/>
          <w:tab w:val="left" w:pos="1065"/>
        </w:tabs>
        <w:spacing w:after="0"/>
        <w:ind w:firstLine="426"/>
        <w:jc w:val="both"/>
        <w:rPr>
          <w:rStyle w:val="14"/>
        </w:rPr>
      </w:pPr>
      <w:r>
        <w:rPr>
          <w:rStyle w:val="14"/>
        </w:rPr>
        <w:t xml:space="preserve">- Biên tập một bài viết hoặc video quảng bá của tạp chí du lịch về trải nghiệm khi thăm quan tại Vườn quốc gia Cát Tiên: </w:t>
      </w:r>
    </w:p>
    <w:p w14:paraId="04EE495A" w14:textId="77777777" w:rsidR="00466C34" w:rsidRDefault="00466C34" w:rsidP="00466C34">
      <w:pPr>
        <w:tabs>
          <w:tab w:val="left" w:pos="687"/>
          <w:tab w:val="left" w:pos="1065"/>
        </w:tabs>
        <w:spacing w:after="0"/>
        <w:ind w:firstLine="426"/>
        <w:jc w:val="both"/>
        <w:rPr>
          <w:rStyle w:val="14"/>
        </w:rPr>
      </w:pPr>
      <w:r>
        <w:rPr>
          <w:rStyle w:val="14"/>
        </w:rPr>
        <w:t xml:space="preserve">Video giới thiệu trải nghiệm du lịch rừng Quốc gia Cát Tiên với chủ đề: Ngàn năm tiên nương hạ giới </w:t>
      </w:r>
      <w:r w:rsidRPr="001512A3">
        <w:rPr>
          <w:rStyle w:val="14"/>
          <w:color w:val="FF0000"/>
        </w:rPr>
        <w:t>(https://youtu.be/B4toLINCEmE)</w:t>
      </w:r>
    </w:p>
    <w:p w14:paraId="4480BFD0" w14:textId="77777777" w:rsidR="00466C34" w:rsidRDefault="00466C34" w:rsidP="00466C34">
      <w:pPr>
        <w:tabs>
          <w:tab w:val="left" w:pos="687"/>
          <w:tab w:val="left" w:pos="1065"/>
        </w:tabs>
        <w:spacing w:after="0"/>
        <w:ind w:firstLine="426"/>
        <w:jc w:val="both"/>
        <w:rPr>
          <w:rStyle w:val="14"/>
        </w:rPr>
      </w:pPr>
      <w:r w:rsidRPr="00C8178F">
        <w:rPr>
          <w:noProof/>
        </w:rPr>
        <w:t xml:space="preserve"> </w:t>
      </w:r>
      <w:r>
        <w:rPr>
          <w:noProof/>
        </w:rPr>
        <w:drawing>
          <wp:inline distT="0" distB="0" distL="0" distR="0" wp14:anchorId="71F317E6" wp14:editId="15E8BFBA">
            <wp:extent cx="2883634" cy="1621203"/>
            <wp:effectExtent l="0" t="0" r="0" b="0"/>
            <wp:docPr id="7" name="Picture 7" descr="A person in a boat o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boat on a lake&#10;&#10;Description automatically generated with low confidence"/>
                    <pic:cNvPicPr/>
                  </pic:nvPicPr>
                  <pic:blipFill>
                    <a:blip r:embed="rId9"/>
                    <a:stretch>
                      <a:fillRect/>
                    </a:stretch>
                  </pic:blipFill>
                  <pic:spPr>
                    <a:xfrm>
                      <a:off x="0" y="0"/>
                      <a:ext cx="2909862" cy="1635949"/>
                    </a:xfrm>
                    <a:prstGeom prst="rect">
                      <a:avLst/>
                    </a:prstGeom>
                  </pic:spPr>
                </pic:pic>
              </a:graphicData>
            </a:graphic>
          </wp:inline>
        </w:drawing>
      </w:r>
      <w:r w:rsidRPr="00C8178F">
        <w:rPr>
          <w:noProof/>
        </w:rPr>
        <w:t xml:space="preserve"> </w:t>
      </w:r>
      <w:r>
        <w:rPr>
          <w:noProof/>
        </w:rPr>
        <w:drawing>
          <wp:inline distT="0" distB="0" distL="0" distR="0" wp14:anchorId="1D100F13" wp14:editId="0C1F10D7">
            <wp:extent cx="2889849" cy="1624697"/>
            <wp:effectExtent l="0" t="0" r="6350" b="0"/>
            <wp:docPr id="6" name="Picture 6"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plant&#10;&#10;Description automatically generated"/>
                    <pic:cNvPicPr/>
                  </pic:nvPicPr>
                  <pic:blipFill>
                    <a:blip r:embed="rId10"/>
                    <a:stretch>
                      <a:fillRect/>
                    </a:stretch>
                  </pic:blipFill>
                  <pic:spPr>
                    <a:xfrm>
                      <a:off x="0" y="0"/>
                      <a:ext cx="2907320" cy="1634519"/>
                    </a:xfrm>
                    <a:prstGeom prst="rect">
                      <a:avLst/>
                    </a:prstGeom>
                  </pic:spPr>
                </pic:pic>
              </a:graphicData>
            </a:graphic>
          </wp:inline>
        </w:drawing>
      </w:r>
    </w:p>
    <w:p w14:paraId="1A4B584B" w14:textId="77777777" w:rsidR="00466C34" w:rsidRPr="004D4C85" w:rsidRDefault="00466C34" w:rsidP="00466C34">
      <w:pPr>
        <w:tabs>
          <w:tab w:val="left" w:pos="687"/>
          <w:tab w:val="left" w:pos="1065"/>
        </w:tabs>
        <w:spacing w:after="0"/>
        <w:ind w:firstLine="426"/>
        <w:jc w:val="center"/>
        <w:rPr>
          <w:rStyle w:val="14"/>
          <w:i/>
          <w:sz w:val="26"/>
          <w:szCs w:val="26"/>
        </w:rPr>
      </w:pPr>
      <w:r>
        <w:rPr>
          <w:rStyle w:val="14"/>
          <w:i/>
          <w:sz w:val="26"/>
          <w:szCs w:val="26"/>
        </w:rPr>
        <w:t>Hình ảnh</w:t>
      </w:r>
      <w:r w:rsidRPr="004D4C85">
        <w:rPr>
          <w:rStyle w:val="14"/>
          <w:i/>
          <w:sz w:val="26"/>
          <w:szCs w:val="26"/>
        </w:rPr>
        <w:t xml:space="preserve"> Vườn quốc gia Cát Tiên</w:t>
      </w:r>
      <w:r>
        <w:rPr>
          <w:rStyle w:val="14"/>
          <w:i/>
          <w:sz w:val="26"/>
          <w:szCs w:val="26"/>
        </w:rPr>
        <w:t xml:space="preserve"> – Cắt từ Video</w:t>
      </w:r>
    </w:p>
    <w:p w14:paraId="578704E5" w14:textId="77777777" w:rsidR="00466C34" w:rsidRDefault="00466C34" w:rsidP="00466C34">
      <w:pPr>
        <w:tabs>
          <w:tab w:val="left" w:pos="687"/>
          <w:tab w:val="left" w:pos="1065"/>
        </w:tabs>
        <w:spacing w:after="0"/>
        <w:ind w:firstLine="426"/>
        <w:jc w:val="both"/>
        <w:rPr>
          <w:rFonts w:ascii="Times New Roman" w:hAnsi="Times New Roman"/>
          <w:sz w:val="28"/>
        </w:rPr>
      </w:pPr>
      <w:r>
        <w:rPr>
          <w:rStyle w:val="14"/>
        </w:rPr>
        <w:t>- Chuẩn bị sân khấu, máy chiếu, loa, video, âm ly, loa đài, micro;</w:t>
      </w:r>
    </w:p>
    <w:p w14:paraId="71D3A240" w14:textId="77777777" w:rsidR="00466C34" w:rsidRDefault="00466C34" w:rsidP="00466C34">
      <w:pPr>
        <w:pStyle w:val="ListParagraph"/>
        <w:numPr>
          <w:ilvl w:val="0"/>
          <w:numId w:val="12"/>
        </w:numPr>
        <w:tabs>
          <w:tab w:val="left" w:pos="0"/>
        </w:tabs>
        <w:spacing w:after="120"/>
        <w:rPr>
          <w:rStyle w:val="14"/>
          <w:b/>
        </w:rPr>
      </w:pPr>
      <w:r w:rsidRPr="00004D79">
        <w:rPr>
          <w:rStyle w:val="14"/>
          <w:b/>
        </w:rPr>
        <w:t>Đối với HS.</w:t>
      </w:r>
    </w:p>
    <w:p w14:paraId="5F046204" w14:textId="77777777" w:rsidR="00466C34" w:rsidRDefault="00466C34" w:rsidP="00466C34">
      <w:pPr>
        <w:pStyle w:val="ListParagraph"/>
        <w:numPr>
          <w:ilvl w:val="0"/>
          <w:numId w:val="26"/>
        </w:numPr>
        <w:tabs>
          <w:tab w:val="left" w:pos="687"/>
          <w:tab w:val="left" w:pos="1065"/>
        </w:tabs>
        <w:spacing w:after="0"/>
        <w:jc w:val="both"/>
        <w:rPr>
          <w:rStyle w:val="14"/>
        </w:rPr>
      </w:pPr>
      <w:r>
        <w:rPr>
          <w:rStyle w:val="14"/>
        </w:rPr>
        <w:t>HS biểu diễn hai ca khúc ngợi ca quê hương:</w:t>
      </w:r>
    </w:p>
    <w:p w14:paraId="46311B87" w14:textId="77777777" w:rsidR="00466C34" w:rsidRDefault="00466C34" w:rsidP="00466C34">
      <w:pPr>
        <w:pStyle w:val="ListParagraph"/>
        <w:numPr>
          <w:ilvl w:val="0"/>
          <w:numId w:val="25"/>
        </w:numPr>
        <w:tabs>
          <w:tab w:val="left" w:pos="687"/>
          <w:tab w:val="left" w:pos="1065"/>
        </w:tabs>
        <w:spacing w:after="0"/>
        <w:ind w:hanging="11"/>
        <w:jc w:val="both"/>
        <w:rPr>
          <w:rStyle w:val="14"/>
        </w:rPr>
      </w:pPr>
      <w:r>
        <w:rPr>
          <w:rStyle w:val="14"/>
        </w:rPr>
        <w:t xml:space="preserve">Cát Tiên miền yêu thương </w:t>
      </w:r>
      <w:r w:rsidRPr="00ED67CA">
        <w:rPr>
          <w:rStyle w:val="14"/>
          <w:color w:val="FF0000"/>
        </w:rPr>
        <w:t>(</w:t>
      </w:r>
      <w:r w:rsidRPr="00416BB7">
        <w:rPr>
          <w:rStyle w:val="14"/>
          <w:color w:val="FF0000"/>
        </w:rPr>
        <w:t>https://youtu.be/i3etBOJYFvI</w:t>
      </w:r>
      <w:r>
        <w:rPr>
          <w:rStyle w:val="14"/>
          <w:color w:val="FF0000"/>
        </w:rPr>
        <w:t>)</w:t>
      </w:r>
    </w:p>
    <w:p w14:paraId="64F9EF58" w14:textId="77777777" w:rsidR="00466C34" w:rsidRPr="003529FA" w:rsidRDefault="00466C34" w:rsidP="00466C34">
      <w:pPr>
        <w:pStyle w:val="ListParagraph"/>
        <w:numPr>
          <w:ilvl w:val="0"/>
          <w:numId w:val="25"/>
        </w:numPr>
        <w:tabs>
          <w:tab w:val="left" w:pos="687"/>
          <w:tab w:val="left" w:pos="1065"/>
        </w:tabs>
        <w:spacing w:after="0"/>
        <w:ind w:hanging="11"/>
        <w:jc w:val="both"/>
        <w:rPr>
          <w:rStyle w:val="14"/>
        </w:rPr>
      </w:pPr>
      <w:r>
        <w:rPr>
          <w:rStyle w:val="14"/>
        </w:rPr>
        <w:t xml:space="preserve">Nồng nàn cao nguyên </w:t>
      </w:r>
      <w:r w:rsidRPr="00ED67CA">
        <w:rPr>
          <w:rStyle w:val="14"/>
          <w:color w:val="FF0000"/>
        </w:rPr>
        <w:t>(</w:t>
      </w:r>
      <w:r w:rsidRPr="00416BB7">
        <w:rPr>
          <w:rStyle w:val="14"/>
          <w:color w:val="FF0000"/>
        </w:rPr>
        <w:t>https://youtu.be/Hna818h2Atg</w:t>
      </w:r>
      <w:r w:rsidRPr="00ED67CA">
        <w:rPr>
          <w:rStyle w:val="14"/>
          <w:color w:val="FF0000"/>
        </w:rPr>
        <w:t>)</w:t>
      </w:r>
    </w:p>
    <w:p w14:paraId="635FF2FC" w14:textId="77777777" w:rsidR="00466C34" w:rsidRPr="00E3564B" w:rsidRDefault="00466C34" w:rsidP="00466C34">
      <w:pPr>
        <w:pStyle w:val="ListParagraph"/>
        <w:numPr>
          <w:ilvl w:val="0"/>
          <w:numId w:val="17"/>
        </w:numPr>
        <w:tabs>
          <w:tab w:val="left" w:pos="0"/>
        </w:tabs>
        <w:spacing w:after="120"/>
        <w:ind w:left="0" w:firstLine="405"/>
        <w:rPr>
          <w:rStyle w:val="14"/>
        </w:rPr>
      </w:pPr>
      <w:r>
        <w:rPr>
          <w:rStyle w:val="14"/>
        </w:rPr>
        <w:t>HS cùng Bí thư Đoàn trường và Giáo viên sưu tập bộ tranh ảnh giới thiệu vẻ đẹp của Vườn Quốc gia Cát Tiên.</w:t>
      </w:r>
    </w:p>
    <w:p w14:paraId="72F99C96" w14:textId="77777777" w:rsidR="00466C34" w:rsidRPr="001E45E1" w:rsidRDefault="00466C34" w:rsidP="00466C34">
      <w:pPr>
        <w:tabs>
          <w:tab w:val="left" w:pos="0"/>
        </w:tabs>
        <w:spacing w:after="120"/>
        <w:rPr>
          <w:rStyle w:val="14"/>
          <w:b/>
        </w:rPr>
      </w:pPr>
      <w:r w:rsidRPr="001E45E1">
        <w:rPr>
          <w:rStyle w:val="14"/>
          <w:b/>
        </w:rPr>
        <w:t xml:space="preserve">III. Tiến trình </w:t>
      </w:r>
      <w:r>
        <w:rPr>
          <w:rStyle w:val="14"/>
          <w:b/>
        </w:rPr>
        <w:t>tổ chức hoạt động.</w:t>
      </w:r>
    </w:p>
    <w:p w14:paraId="6CF92E09" w14:textId="77777777" w:rsidR="00466C34" w:rsidRPr="004B6179" w:rsidRDefault="00466C34" w:rsidP="00466C34">
      <w:pPr>
        <w:pStyle w:val="ListParagraph"/>
        <w:tabs>
          <w:tab w:val="left" w:pos="0"/>
        </w:tabs>
        <w:spacing w:after="120"/>
        <w:ind w:left="0"/>
        <w:rPr>
          <w:rFonts w:ascii="Times New Roman" w:hAnsi="Times New Roman" w:cs="Times New Roman"/>
          <w:b/>
          <w:sz w:val="28"/>
          <w:szCs w:val="28"/>
        </w:rPr>
      </w:pPr>
      <w:r w:rsidRPr="004B6179">
        <w:rPr>
          <w:rFonts w:ascii="Times New Roman" w:hAnsi="Times New Roman" w:cs="Times New Roman"/>
          <w:b/>
          <w:sz w:val="28"/>
          <w:szCs w:val="28"/>
        </w:rPr>
        <w:t xml:space="preserve">Hoạt động 1: </w:t>
      </w:r>
      <w:r w:rsidRPr="006A63B5">
        <w:rPr>
          <w:rFonts w:ascii="Times New Roman" w:hAnsi="Times New Roman" w:cs="Times New Roman"/>
          <w:b/>
          <w:sz w:val="28"/>
          <w:szCs w:val="28"/>
        </w:rPr>
        <w:t>Văn</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nghệ</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ca</w:t>
      </w:r>
      <w:r w:rsidRPr="006A63B5">
        <w:rPr>
          <w:rFonts w:ascii="Times New Roman" w:hAnsi="Times New Roman" w:cs="Times New Roman"/>
          <w:b/>
          <w:sz w:val="28"/>
          <w:szCs w:val="28"/>
          <w:lang w:val="en-GB"/>
        </w:rPr>
        <w:t xml:space="preserve"> </w:t>
      </w:r>
      <w:r w:rsidRPr="006A63B5">
        <w:rPr>
          <w:rFonts w:ascii="Times New Roman" w:hAnsi="Times New Roman" w:cs="Times New Roman"/>
          <w:b/>
          <w:spacing w:val="-62"/>
          <w:sz w:val="28"/>
          <w:szCs w:val="28"/>
        </w:rPr>
        <w:t xml:space="preserve"> </w:t>
      </w:r>
      <w:r w:rsidRPr="006A63B5">
        <w:rPr>
          <w:rFonts w:ascii="Times New Roman" w:hAnsi="Times New Roman" w:cs="Times New Roman"/>
          <w:b/>
          <w:sz w:val="28"/>
          <w:szCs w:val="28"/>
        </w:rPr>
        <w:t>ngợi</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cảnh</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quan</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thiên</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nhiên</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của</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quê</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hương,</w:t>
      </w:r>
      <w:r w:rsidRPr="006A63B5">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đất</w:t>
      </w:r>
      <w:r>
        <w:rPr>
          <w:rFonts w:ascii="Times New Roman" w:hAnsi="Times New Roman" w:cs="Times New Roman"/>
          <w:b/>
          <w:spacing w:val="1"/>
          <w:sz w:val="28"/>
          <w:szCs w:val="28"/>
        </w:rPr>
        <w:t xml:space="preserve"> </w:t>
      </w:r>
      <w:r w:rsidRPr="006A63B5">
        <w:rPr>
          <w:rFonts w:ascii="Times New Roman" w:hAnsi="Times New Roman" w:cs="Times New Roman"/>
          <w:b/>
          <w:sz w:val="28"/>
          <w:szCs w:val="28"/>
        </w:rPr>
        <w:t>nước</w:t>
      </w:r>
      <w:r w:rsidRPr="004B6179">
        <w:rPr>
          <w:rFonts w:ascii="Times New Roman" w:hAnsi="Times New Roman" w:cs="Times New Roman"/>
          <w:b/>
          <w:sz w:val="28"/>
          <w:szCs w:val="28"/>
        </w:rPr>
        <w:t>.</w:t>
      </w:r>
    </w:p>
    <w:p w14:paraId="2E67FFBD" w14:textId="77777777" w:rsidR="00466C34" w:rsidRPr="004B6179" w:rsidRDefault="00466C34" w:rsidP="00466C34">
      <w:pPr>
        <w:pStyle w:val="ListParagraph"/>
        <w:numPr>
          <w:ilvl w:val="0"/>
          <w:numId w:val="18"/>
        </w:numPr>
        <w:tabs>
          <w:tab w:val="left" w:pos="284"/>
          <w:tab w:val="left" w:pos="1065"/>
        </w:tabs>
        <w:spacing w:after="0"/>
        <w:ind w:left="0" w:firstLine="0"/>
        <w:jc w:val="both"/>
        <w:rPr>
          <w:rStyle w:val="14"/>
          <w:b/>
        </w:rPr>
      </w:pPr>
      <w:r w:rsidRPr="004B6179">
        <w:rPr>
          <w:rStyle w:val="14"/>
          <w:b/>
        </w:rPr>
        <w:t xml:space="preserve">Mục tiêu: </w:t>
      </w:r>
    </w:p>
    <w:p w14:paraId="66CAC1DC" w14:textId="77777777" w:rsidR="00466C34" w:rsidRDefault="00466C34" w:rsidP="00466C34">
      <w:pPr>
        <w:tabs>
          <w:tab w:val="left" w:pos="709"/>
          <w:tab w:val="left" w:pos="1042"/>
        </w:tabs>
        <w:spacing w:after="0"/>
        <w:jc w:val="both"/>
        <w:rPr>
          <w:rStyle w:val="14"/>
        </w:rPr>
      </w:pPr>
      <w:r>
        <w:rPr>
          <w:rStyle w:val="14"/>
        </w:rPr>
        <w:tab/>
        <w:t>+</w:t>
      </w:r>
      <w:r>
        <w:t xml:space="preserve"> </w:t>
      </w:r>
      <w:r>
        <w:rPr>
          <w:rStyle w:val="14"/>
        </w:rPr>
        <w:t xml:space="preserve"> Học sinh dàn dựng và biểu diễn được những ca khúc ngợi ca vẻ đẹp của quê hương, đất nước theo hình thức hát, múa minh hoạ;</w:t>
      </w:r>
    </w:p>
    <w:p w14:paraId="0B7C0AB6" w14:textId="77777777" w:rsidR="00466C34" w:rsidRDefault="00466C34" w:rsidP="00466C34">
      <w:pPr>
        <w:tabs>
          <w:tab w:val="left" w:pos="709"/>
          <w:tab w:val="left" w:pos="1042"/>
        </w:tabs>
        <w:spacing w:after="0"/>
        <w:jc w:val="both"/>
      </w:pPr>
      <w:r>
        <w:rPr>
          <w:rStyle w:val="14"/>
        </w:rPr>
        <w:tab/>
        <w:t>+ Yêu cái đẹp, có ý thức giữ gìn và bảo tồn vẻ đẹp thiên nhiên của quê hương, đất nước.</w:t>
      </w:r>
    </w:p>
    <w:p w14:paraId="30B3B046" w14:textId="77777777" w:rsidR="00466C34" w:rsidRPr="004B6179" w:rsidRDefault="00466C34" w:rsidP="00466C34">
      <w:pPr>
        <w:tabs>
          <w:tab w:val="left" w:pos="0"/>
          <w:tab w:val="left" w:pos="687"/>
        </w:tabs>
        <w:spacing w:after="0"/>
        <w:jc w:val="both"/>
        <w:rPr>
          <w:rStyle w:val="14"/>
          <w:b/>
        </w:rPr>
      </w:pPr>
      <w:r w:rsidRPr="004B6179">
        <w:rPr>
          <w:rStyle w:val="14"/>
          <w:b/>
        </w:rPr>
        <w:t xml:space="preserve">b) Nội dung hoạt động: </w:t>
      </w:r>
    </w:p>
    <w:p w14:paraId="787E4432" w14:textId="77777777" w:rsidR="00466C34" w:rsidRDefault="00466C34" w:rsidP="00466C34">
      <w:pPr>
        <w:tabs>
          <w:tab w:val="left" w:pos="16"/>
        </w:tabs>
        <w:spacing w:after="0"/>
        <w:ind w:firstLine="426"/>
        <w:jc w:val="both"/>
        <w:rPr>
          <w:rStyle w:val="14"/>
        </w:rPr>
      </w:pPr>
      <w:r>
        <w:rPr>
          <w:rStyle w:val="14"/>
        </w:rPr>
        <w:lastRenderedPageBreak/>
        <w:t>- HS ổn định vị trí chỗ ngồi, chuẩn bị chào cờ.</w:t>
      </w:r>
    </w:p>
    <w:p w14:paraId="1F0B190B" w14:textId="77777777" w:rsidR="00466C34" w:rsidRDefault="00466C34" w:rsidP="00466C34">
      <w:pPr>
        <w:tabs>
          <w:tab w:val="left" w:pos="16"/>
        </w:tabs>
        <w:spacing w:after="0"/>
        <w:ind w:firstLine="426"/>
        <w:jc w:val="both"/>
        <w:rPr>
          <w:rStyle w:val="14"/>
        </w:rPr>
      </w:pPr>
      <w:r>
        <w:rPr>
          <w:rStyle w:val="14"/>
        </w:rPr>
        <w:t>- Bí thư Đoàn trường giới thiệu chương trình văn nghệ.</w:t>
      </w:r>
    </w:p>
    <w:p w14:paraId="07CC7D9C" w14:textId="77777777" w:rsidR="00466C34" w:rsidRDefault="00466C34" w:rsidP="00466C34">
      <w:pPr>
        <w:tabs>
          <w:tab w:val="left" w:pos="16"/>
        </w:tabs>
        <w:spacing w:after="0"/>
        <w:ind w:firstLine="426"/>
        <w:jc w:val="both"/>
      </w:pPr>
      <w:r>
        <w:rPr>
          <w:rStyle w:val="14"/>
        </w:rPr>
        <w:t>- Nhóm HS biểu diễn; số HS theo dõi chương trình đánh giá chất lượng sản phẩm thông qua phỏng vấn trực tiếp.</w:t>
      </w:r>
    </w:p>
    <w:p w14:paraId="4AFB8F81" w14:textId="77777777" w:rsidR="00466C34" w:rsidRDefault="00466C34" w:rsidP="00466C34">
      <w:pPr>
        <w:tabs>
          <w:tab w:val="left" w:pos="16"/>
        </w:tabs>
        <w:spacing w:after="0"/>
        <w:rPr>
          <w:rStyle w:val="14"/>
          <w:b/>
        </w:rPr>
      </w:pPr>
      <w:r>
        <w:tab/>
      </w:r>
      <w:r w:rsidRPr="004B6179">
        <w:rPr>
          <w:rStyle w:val="14"/>
          <w:b/>
        </w:rPr>
        <w:t xml:space="preserve">c) Sản phẩm: </w:t>
      </w:r>
    </w:p>
    <w:p w14:paraId="2FBD2CCB" w14:textId="77777777" w:rsidR="00466C34" w:rsidRDefault="00466C34" w:rsidP="00466C34">
      <w:pPr>
        <w:tabs>
          <w:tab w:val="left" w:pos="16"/>
        </w:tabs>
        <w:spacing w:after="0"/>
        <w:ind w:firstLine="426"/>
        <w:jc w:val="both"/>
        <w:rPr>
          <w:rStyle w:val="14"/>
        </w:rPr>
      </w:pPr>
      <w:r w:rsidRPr="004B6179">
        <w:rPr>
          <w:rStyle w:val="14"/>
        </w:rPr>
        <w:t xml:space="preserve">- </w:t>
      </w:r>
      <w:r>
        <w:rPr>
          <w:rStyle w:val="14"/>
        </w:rPr>
        <w:t>HS thực hiện biểu diễn hát và múa minh hoạ cho 2 ca khúc: Cát Tiên miền yêu thương, Nồng nàn cao nguyên.</w:t>
      </w:r>
    </w:p>
    <w:p w14:paraId="076C34ED" w14:textId="77777777" w:rsidR="00466C34" w:rsidRPr="004B6179" w:rsidRDefault="00466C34" w:rsidP="00466C34">
      <w:pPr>
        <w:tabs>
          <w:tab w:val="left" w:pos="16"/>
        </w:tabs>
        <w:spacing w:after="0"/>
        <w:ind w:firstLine="426"/>
        <w:jc w:val="both"/>
      </w:pPr>
      <w:r>
        <w:rPr>
          <w:rStyle w:val="14"/>
        </w:rPr>
        <w:t>- HS nêu được trách nhiệm trong việc giữ gìn, bảo tồn và phát huy những giá trị cảnh quan thiên nhiên của địa phương mang lại.</w:t>
      </w:r>
    </w:p>
    <w:p w14:paraId="5D371F05" w14:textId="77777777" w:rsidR="00466C34" w:rsidRPr="004B6179" w:rsidRDefault="00466C34" w:rsidP="00466C34">
      <w:pPr>
        <w:tabs>
          <w:tab w:val="left" w:pos="0"/>
        </w:tabs>
        <w:spacing w:after="0"/>
        <w:rPr>
          <w:b/>
        </w:rPr>
      </w:pPr>
      <w:r w:rsidRPr="004B6179">
        <w:rPr>
          <w:rStyle w:val="14"/>
          <w:b/>
        </w:rPr>
        <w:t>d) Tổ chức thực hiện:</w:t>
      </w:r>
    </w:p>
    <w:p w14:paraId="26ADE221" w14:textId="77777777" w:rsidR="00466C34" w:rsidRDefault="00466C34" w:rsidP="00466C34">
      <w:pPr>
        <w:pStyle w:val="ListParagraph"/>
        <w:numPr>
          <w:ilvl w:val="0"/>
          <w:numId w:val="19"/>
        </w:numPr>
        <w:tabs>
          <w:tab w:val="left" w:pos="360"/>
        </w:tabs>
        <w:spacing w:after="0"/>
        <w:ind w:left="0" w:firstLine="426"/>
        <w:jc w:val="both"/>
      </w:pPr>
      <w:r>
        <w:rPr>
          <w:rStyle w:val="14"/>
        </w:rPr>
        <w:t>GV chủ nhiệm yêu cầu HS của lớp mình chuẩn chỉnh trang phục, ổn định vị trí, chuẩn bị làm lễ chào cờ.</w:t>
      </w:r>
    </w:p>
    <w:p w14:paraId="77C8C142" w14:textId="77777777" w:rsidR="00466C34" w:rsidRDefault="00466C34" w:rsidP="00466C34">
      <w:pPr>
        <w:pStyle w:val="ListParagraph"/>
        <w:numPr>
          <w:ilvl w:val="0"/>
          <w:numId w:val="19"/>
        </w:numPr>
        <w:tabs>
          <w:tab w:val="left" w:pos="360"/>
          <w:tab w:val="left" w:pos="709"/>
        </w:tabs>
        <w:spacing w:after="120"/>
        <w:ind w:left="0" w:firstLine="426"/>
        <w:jc w:val="both"/>
        <w:rPr>
          <w:rStyle w:val="14"/>
        </w:rPr>
      </w:pPr>
      <w:r>
        <w:rPr>
          <w:rStyle w:val="14"/>
        </w:rPr>
        <w:t>Lễ chào cờ.</w:t>
      </w:r>
    </w:p>
    <w:p w14:paraId="6BAB06CC" w14:textId="77777777" w:rsidR="00466C34" w:rsidRDefault="00466C34" w:rsidP="00466C34">
      <w:pPr>
        <w:pStyle w:val="ListParagraph"/>
        <w:numPr>
          <w:ilvl w:val="0"/>
          <w:numId w:val="19"/>
        </w:numPr>
        <w:tabs>
          <w:tab w:val="left" w:pos="16"/>
          <w:tab w:val="left" w:pos="360"/>
        </w:tabs>
        <w:spacing w:after="0"/>
        <w:ind w:left="0" w:firstLine="426"/>
        <w:jc w:val="both"/>
        <w:rPr>
          <w:rStyle w:val="14"/>
        </w:rPr>
      </w:pPr>
      <w:r>
        <w:rPr>
          <w:rStyle w:val="14"/>
        </w:rPr>
        <w:t>Bí thư Đoàn trường giới thiệu chương trình.</w:t>
      </w:r>
    </w:p>
    <w:p w14:paraId="1B30A9D6" w14:textId="77777777" w:rsidR="00466C34" w:rsidRPr="003C1888" w:rsidRDefault="00466C34" w:rsidP="00466C34">
      <w:pPr>
        <w:pStyle w:val="ListParagraph"/>
        <w:numPr>
          <w:ilvl w:val="0"/>
          <w:numId w:val="19"/>
        </w:numPr>
        <w:tabs>
          <w:tab w:val="left" w:pos="16"/>
          <w:tab w:val="left" w:pos="360"/>
        </w:tabs>
        <w:spacing w:after="0"/>
        <w:ind w:left="0" w:firstLine="426"/>
        <w:jc w:val="both"/>
        <w:rPr>
          <w:rStyle w:val="14"/>
          <w:rFonts w:asciiTheme="minorHAnsi" w:hAnsiTheme="minorHAnsi"/>
          <w:sz w:val="22"/>
        </w:rPr>
      </w:pPr>
      <w:r>
        <w:rPr>
          <w:rStyle w:val="14"/>
        </w:rPr>
        <w:t>Yêu cầu học sinh theo dõi chương trình, qua đó nắm bắt để có hướng đánh giá nội dung các tiết mục, phát biểu cảm nghĩ về trách nhiệm của bản thân đối với việc giữ gìn, bảo tồn cảnh quan thiên nhiên khi được Bí thư Đoàn trường phỏng vấn.</w:t>
      </w:r>
    </w:p>
    <w:p w14:paraId="34F0359C" w14:textId="77777777" w:rsidR="00466C34" w:rsidRDefault="00466C34" w:rsidP="00466C34">
      <w:pPr>
        <w:pStyle w:val="ListParagraph"/>
        <w:numPr>
          <w:ilvl w:val="0"/>
          <w:numId w:val="19"/>
        </w:numPr>
        <w:tabs>
          <w:tab w:val="left" w:pos="0"/>
          <w:tab w:val="left" w:pos="360"/>
        </w:tabs>
        <w:spacing w:after="120"/>
        <w:ind w:left="0" w:firstLine="426"/>
        <w:jc w:val="both"/>
        <w:rPr>
          <w:rStyle w:val="14"/>
        </w:rPr>
      </w:pPr>
      <w:r w:rsidRPr="00E3564B">
        <w:rPr>
          <w:rStyle w:val="14"/>
        </w:rPr>
        <w:t>Nhóm</w:t>
      </w:r>
      <w:r>
        <w:rPr>
          <w:rStyle w:val="14"/>
        </w:rPr>
        <w:t xml:space="preserve"> HS thuộc ban chấp hành Đoàn phối hợp cùng Giáo viên hỗ trợ thu thập thông tin phỏng vấn.</w:t>
      </w:r>
    </w:p>
    <w:p w14:paraId="7E45645B" w14:textId="77777777" w:rsidR="00466C34" w:rsidRPr="008E7FF4" w:rsidRDefault="00466C34" w:rsidP="00466C34">
      <w:pPr>
        <w:pStyle w:val="ListParagraph"/>
        <w:numPr>
          <w:ilvl w:val="0"/>
          <w:numId w:val="19"/>
        </w:numPr>
        <w:tabs>
          <w:tab w:val="left" w:pos="0"/>
          <w:tab w:val="left" w:pos="360"/>
        </w:tabs>
        <w:spacing w:after="120"/>
        <w:ind w:left="0" w:firstLine="426"/>
        <w:jc w:val="both"/>
        <w:rPr>
          <w:rFonts w:ascii="Times New Roman" w:hAnsi="Times New Roman"/>
          <w:sz w:val="28"/>
        </w:rPr>
      </w:pPr>
      <w:r>
        <w:rPr>
          <w:rStyle w:val="14"/>
        </w:rPr>
        <w:t>Bí thư Đoàn trường tổng hợp và nêu lại những câu trả lời hay nhất của HS.</w:t>
      </w:r>
    </w:p>
    <w:p w14:paraId="4727EA39" w14:textId="77777777" w:rsidR="00466C34" w:rsidRPr="004B6179" w:rsidRDefault="00466C34" w:rsidP="00466C34">
      <w:pPr>
        <w:pStyle w:val="ListParagraph"/>
        <w:tabs>
          <w:tab w:val="left" w:pos="0"/>
        </w:tabs>
        <w:spacing w:after="120"/>
        <w:ind w:left="0"/>
        <w:rPr>
          <w:rFonts w:ascii="Times New Roman" w:hAnsi="Times New Roman" w:cs="Times New Roman"/>
          <w:b/>
          <w:sz w:val="28"/>
          <w:szCs w:val="28"/>
        </w:rPr>
      </w:pPr>
      <w:r w:rsidRPr="004B6179">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B6179">
        <w:rPr>
          <w:rFonts w:ascii="Times New Roman" w:hAnsi="Times New Roman" w:cs="Times New Roman"/>
          <w:b/>
          <w:sz w:val="28"/>
          <w:szCs w:val="28"/>
        </w:rPr>
        <w:t xml:space="preserve">: </w:t>
      </w:r>
      <w:r w:rsidRPr="00FD3972">
        <w:rPr>
          <w:rFonts w:ascii="Times New Roman" w:hAnsi="Times New Roman" w:cs="Times New Roman"/>
          <w:b/>
          <w:sz w:val="28"/>
          <w:szCs w:val="28"/>
        </w:rPr>
        <w:t>Giới</w:t>
      </w:r>
      <w:r w:rsidRPr="00FD3972">
        <w:rPr>
          <w:rFonts w:ascii="Times New Roman" w:hAnsi="Times New Roman" w:cs="Times New Roman"/>
          <w:b/>
          <w:spacing w:val="1"/>
          <w:sz w:val="28"/>
          <w:szCs w:val="28"/>
        </w:rPr>
        <w:t xml:space="preserve"> </w:t>
      </w:r>
      <w:r w:rsidRPr="00FD3972">
        <w:rPr>
          <w:rFonts w:ascii="Times New Roman" w:hAnsi="Times New Roman" w:cs="Times New Roman"/>
          <w:b/>
          <w:sz w:val="28"/>
          <w:szCs w:val="28"/>
        </w:rPr>
        <w:t>thiệu</w:t>
      </w:r>
      <w:r w:rsidRPr="00FD3972">
        <w:rPr>
          <w:rFonts w:ascii="Times New Roman" w:hAnsi="Times New Roman" w:cs="Times New Roman"/>
          <w:b/>
          <w:sz w:val="28"/>
          <w:szCs w:val="28"/>
          <w:lang w:val="en-GB"/>
        </w:rPr>
        <w:t xml:space="preserve"> </w:t>
      </w:r>
      <w:r w:rsidRPr="00FD3972">
        <w:rPr>
          <w:rFonts w:ascii="Times New Roman" w:hAnsi="Times New Roman" w:cs="Times New Roman"/>
          <w:b/>
          <w:spacing w:val="-62"/>
          <w:sz w:val="28"/>
          <w:szCs w:val="28"/>
        </w:rPr>
        <w:t xml:space="preserve"> </w:t>
      </w:r>
      <w:r w:rsidRPr="00FD3972">
        <w:rPr>
          <w:rFonts w:ascii="Times New Roman" w:hAnsi="Times New Roman" w:cs="Times New Roman"/>
          <w:b/>
          <w:sz w:val="28"/>
          <w:szCs w:val="28"/>
        </w:rPr>
        <w:t>cảnh</w:t>
      </w:r>
      <w:r w:rsidRPr="00FD3972">
        <w:rPr>
          <w:rFonts w:ascii="Times New Roman" w:hAnsi="Times New Roman" w:cs="Times New Roman"/>
          <w:b/>
          <w:spacing w:val="1"/>
          <w:sz w:val="28"/>
          <w:szCs w:val="28"/>
        </w:rPr>
        <w:t xml:space="preserve"> </w:t>
      </w:r>
      <w:r w:rsidRPr="00FD3972">
        <w:rPr>
          <w:rFonts w:ascii="Times New Roman" w:hAnsi="Times New Roman" w:cs="Times New Roman"/>
          <w:b/>
          <w:sz w:val="28"/>
          <w:szCs w:val="28"/>
        </w:rPr>
        <w:t>quan</w:t>
      </w:r>
      <w:r w:rsidRPr="00FD3972">
        <w:rPr>
          <w:rFonts w:ascii="Times New Roman" w:hAnsi="Times New Roman" w:cs="Times New Roman"/>
          <w:b/>
          <w:spacing w:val="1"/>
          <w:sz w:val="28"/>
          <w:szCs w:val="28"/>
        </w:rPr>
        <w:t xml:space="preserve"> </w:t>
      </w:r>
      <w:r w:rsidRPr="00FD3972">
        <w:rPr>
          <w:rFonts w:ascii="Times New Roman" w:hAnsi="Times New Roman" w:cs="Times New Roman"/>
          <w:b/>
          <w:sz w:val="28"/>
          <w:szCs w:val="28"/>
        </w:rPr>
        <w:t>thiên</w:t>
      </w:r>
      <w:r w:rsidRPr="00FD3972">
        <w:rPr>
          <w:rFonts w:ascii="Times New Roman" w:hAnsi="Times New Roman" w:cs="Times New Roman"/>
          <w:b/>
          <w:sz w:val="28"/>
          <w:szCs w:val="28"/>
          <w:lang w:val="en-GB"/>
        </w:rPr>
        <w:t xml:space="preserve"> </w:t>
      </w:r>
      <w:r w:rsidRPr="00FD3972">
        <w:rPr>
          <w:rFonts w:ascii="Times New Roman" w:hAnsi="Times New Roman" w:cs="Times New Roman"/>
          <w:b/>
          <w:spacing w:val="-62"/>
          <w:sz w:val="28"/>
          <w:szCs w:val="28"/>
        </w:rPr>
        <w:t xml:space="preserve"> </w:t>
      </w:r>
      <w:r w:rsidRPr="00FD3972">
        <w:rPr>
          <w:rFonts w:ascii="Times New Roman" w:hAnsi="Times New Roman" w:cs="Times New Roman"/>
          <w:b/>
          <w:sz w:val="28"/>
          <w:szCs w:val="28"/>
        </w:rPr>
        <w:t>nhiên</w:t>
      </w:r>
      <w:r w:rsidRPr="00FD3972">
        <w:rPr>
          <w:rFonts w:ascii="Times New Roman" w:hAnsi="Times New Roman" w:cs="Times New Roman"/>
          <w:b/>
          <w:spacing w:val="1"/>
          <w:sz w:val="28"/>
          <w:szCs w:val="28"/>
        </w:rPr>
        <w:t xml:space="preserve"> </w:t>
      </w:r>
      <w:r w:rsidRPr="00FD3972">
        <w:rPr>
          <w:rFonts w:ascii="Times New Roman" w:hAnsi="Times New Roman" w:cs="Times New Roman"/>
          <w:b/>
          <w:sz w:val="28"/>
          <w:szCs w:val="28"/>
        </w:rPr>
        <w:t>ở</w:t>
      </w:r>
      <w:r w:rsidRPr="00FD3972">
        <w:rPr>
          <w:rFonts w:ascii="Times New Roman" w:hAnsi="Times New Roman" w:cs="Times New Roman"/>
          <w:b/>
          <w:spacing w:val="1"/>
          <w:sz w:val="28"/>
          <w:szCs w:val="28"/>
        </w:rPr>
        <w:t xml:space="preserve"> </w:t>
      </w:r>
      <w:r w:rsidRPr="00FD3972">
        <w:rPr>
          <w:rFonts w:ascii="Times New Roman" w:hAnsi="Times New Roman" w:cs="Times New Roman"/>
          <w:b/>
          <w:sz w:val="28"/>
          <w:szCs w:val="28"/>
        </w:rPr>
        <w:t>địa</w:t>
      </w:r>
      <w:r w:rsidRPr="00FD3972">
        <w:rPr>
          <w:rFonts w:ascii="Times New Roman" w:hAnsi="Times New Roman" w:cs="Times New Roman"/>
          <w:b/>
          <w:spacing w:val="1"/>
          <w:sz w:val="28"/>
          <w:szCs w:val="28"/>
        </w:rPr>
        <w:t xml:space="preserve"> </w:t>
      </w:r>
      <w:r w:rsidRPr="00FD3972">
        <w:rPr>
          <w:rFonts w:ascii="Times New Roman" w:hAnsi="Times New Roman" w:cs="Times New Roman"/>
          <w:b/>
          <w:sz w:val="28"/>
          <w:szCs w:val="28"/>
        </w:rPr>
        <w:t>phương</w:t>
      </w:r>
      <w:r w:rsidRPr="004B6179">
        <w:rPr>
          <w:rFonts w:ascii="Times New Roman" w:hAnsi="Times New Roman" w:cs="Times New Roman"/>
          <w:b/>
          <w:sz w:val="28"/>
          <w:szCs w:val="28"/>
        </w:rPr>
        <w:t>.</w:t>
      </w:r>
    </w:p>
    <w:p w14:paraId="61516D96" w14:textId="77777777" w:rsidR="00466C34" w:rsidRPr="001166E7" w:rsidRDefault="00466C34" w:rsidP="00466C34">
      <w:pPr>
        <w:pStyle w:val="ListParagraph"/>
        <w:numPr>
          <w:ilvl w:val="0"/>
          <w:numId w:val="27"/>
        </w:numPr>
        <w:tabs>
          <w:tab w:val="left" w:pos="284"/>
          <w:tab w:val="left" w:pos="1065"/>
        </w:tabs>
        <w:spacing w:after="0"/>
        <w:ind w:left="0" w:firstLine="0"/>
        <w:jc w:val="both"/>
        <w:rPr>
          <w:rStyle w:val="14"/>
          <w:b/>
        </w:rPr>
      </w:pPr>
      <w:r w:rsidRPr="001166E7">
        <w:rPr>
          <w:rStyle w:val="14"/>
          <w:b/>
        </w:rPr>
        <w:t xml:space="preserve">Mục tiêu: </w:t>
      </w:r>
    </w:p>
    <w:p w14:paraId="0BE60E61" w14:textId="77777777" w:rsidR="00466C34" w:rsidRDefault="00466C34" w:rsidP="00466C34">
      <w:pPr>
        <w:tabs>
          <w:tab w:val="left" w:pos="0"/>
        </w:tabs>
        <w:spacing w:after="0"/>
        <w:jc w:val="both"/>
        <w:rPr>
          <w:rStyle w:val="14"/>
        </w:rPr>
      </w:pPr>
      <w:r>
        <w:rPr>
          <w:rStyle w:val="14"/>
        </w:rPr>
        <w:tab/>
        <w:t>+ Tìm hiểu và giới thiệu được cảnh quan thiên nhiên của địa phương thông qua tranh ảnh, video quảng bá, tác phẩm văn học, tạp chí du lịch,…</w:t>
      </w:r>
    </w:p>
    <w:p w14:paraId="13C24E85" w14:textId="77777777" w:rsidR="00466C34" w:rsidRDefault="00466C34" w:rsidP="00466C34">
      <w:pPr>
        <w:tabs>
          <w:tab w:val="left" w:pos="709"/>
          <w:tab w:val="left" w:pos="1042"/>
        </w:tabs>
        <w:spacing w:after="0"/>
        <w:jc w:val="both"/>
      </w:pPr>
      <w:r>
        <w:rPr>
          <w:rStyle w:val="14"/>
        </w:rPr>
        <w:tab/>
        <w:t>+ Yêu cái đẹp, có ý thức giữ gìn và bảo tồn vẻ đẹp thiên nhiên của quê hương, đất nước.</w:t>
      </w:r>
    </w:p>
    <w:p w14:paraId="204B0F66" w14:textId="1ED5BFC8" w:rsidR="00466C34" w:rsidRPr="00466C34" w:rsidRDefault="00466C34" w:rsidP="00466C34">
      <w:pPr>
        <w:tabs>
          <w:tab w:val="left" w:pos="567"/>
          <w:tab w:val="left" w:pos="687"/>
        </w:tabs>
        <w:spacing w:after="0"/>
        <w:jc w:val="both"/>
        <w:rPr>
          <w:rStyle w:val="14"/>
          <w:b/>
        </w:rPr>
      </w:pPr>
      <w:r w:rsidRPr="00466C34">
        <w:rPr>
          <w:rStyle w:val="14"/>
          <w:b/>
        </w:rPr>
        <w:t xml:space="preserve">b) Nội dung hoạt động: </w:t>
      </w:r>
    </w:p>
    <w:p w14:paraId="7A9A6FAD" w14:textId="77777777" w:rsidR="00466C34" w:rsidRPr="00466C34" w:rsidRDefault="00466C34" w:rsidP="00466C34">
      <w:pPr>
        <w:tabs>
          <w:tab w:val="left" w:pos="16"/>
        </w:tabs>
        <w:spacing w:after="0"/>
        <w:ind w:firstLine="426"/>
        <w:jc w:val="both"/>
        <w:rPr>
          <w:rStyle w:val="14"/>
        </w:rPr>
      </w:pPr>
      <w:r w:rsidRPr="00466C34">
        <w:rPr>
          <w:rStyle w:val="14"/>
        </w:rPr>
        <w:t>- HS ổn định vị trí chỗ ngồi, chuẩn bị chào cờ.</w:t>
      </w:r>
    </w:p>
    <w:p w14:paraId="11BB45D3" w14:textId="77777777" w:rsidR="00466C34" w:rsidRPr="00466C34" w:rsidRDefault="00466C34" w:rsidP="00466C34">
      <w:pPr>
        <w:tabs>
          <w:tab w:val="left" w:pos="16"/>
        </w:tabs>
        <w:spacing w:after="0"/>
        <w:ind w:firstLine="426"/>
        <w:jc w:val="both"/>
        <w:rPr>
          <w:rStyle w:val="14"/>
        </w:rPr>
      </w:pPr>
      <w:r w:rsidRPr="00466C34">
        <w:rPr>
          <w:rStyle w:val="14"/>
        </w:rPr>
        <w:t>- Bí thư Đoàn trường giới thiệu và chiếu video.</w:t>
      </w:r>
    </w:p>
    <w:p w14:paraId="58725A6F" w14:textId="77777777" w:rsidR="00466C34" w:rsidRPr="00466C34" w:rsidRDefault="00466C34" w:rsidP="00466C34">
      <w:pPr>
        <w:tabs>
          <w:tab w:val="left" w:pos="16"/>
        </w:tabs>
        <w:spacing w:after="0"/>
        <w:ind w:firstLine="426"/>
        <w:jc w:val="both"/>
      </w:pPr>
      <w:r w:rsidRPr="00466C34">
        <w:rPr>
          <w:rStyle w:val="14"/>
        </w:rPr>
        <w:t>- Học sinh thu thập thông tin, phản hồi thông tin.</w:t>
      </w:r>
    </w:p>
    <w:p w14:paraId="360449AA" w14:textId="77777777" w:rsidR="00466C34" w:rsidRPr="00466C34" w:rsidRDefault="00466C34" w:rsidP="00466C34">
      <w:pPr>
        <w:tabs>
          <w:tab w:val="left" w:pos="16"/>
        </w:tabs>
        <w:spacing w:after="0"/>
        <w:rPr>
          <w:rStyle w:val="14"/>
          <w:b/>
        </w:rPr>
      </w:pPr>
      <w:r w:rsidRPr="00466C34">
        <w:tab/>
      </w:r>
      <w:r w:rsidRPr="00466C34">
        <w:rPr>
          <w:rStyle w:val="14"/>
          <w:b/>
        </w:rPr>
        <w:t xml:space="preserve">c) Sản phẩm: </w:t>
      </w:r>
    </w:p>
    <w:p w14:paraId="5D8AC377" w14:textId="77777777" w:rsidR="00466C34" w:rsidRPr="00466C34" w:rsidRDefault="00466C34" w:rsidP="00466C34">
      <w:pPr>
        <w:tabs>
          <w:tab w:val="left" w:pos="16"/>
        </w:tabs>
        <w:spacing w:after="0"/>
        <w:ind w:firstLine="426"/>
        <w:jc w:val="both"/>
      </w:pPr>
      <w:r w:rsidRPr="00466C34">
        <w:rPr>
          <w:rStyle w:val="14"/>
        </w:rPr>
        <w:t>- Những thông tin phản hồi mà học sinh quan tâm qua câu hỏi thu thập bằng giấy note.</w:t>
      </w:r>
    </w:p>
    <w:p w14:paraId="2F799BBA" w14:textId="77777777" w:rsidR="00466C34" w:rsidRPr="00466C34" w:rsidRDefault="00466C34" w:rsidP="00466C34">
      <w:pPr>
        <w:tabs>
          <w:tab w:val="left" w:pos="0"/>
        </w:tabs>
        <w:spacing w:after="0"/>
        <w:rPr>
          <w:b/>
        </w:rPr>
      </w:pPr>
      <w:r w:rsidRPr="00466C34">
        <w:rPr>
          <w:rStyle w:val="14"/>
          <w:b/>
        </w:rPr>
        <w:t>d) Tổ chức thực hiện:</w:t>
      </w:r>
    </w:p>
    <w:p w14:paraId="6757ECD5" w14:textId="77777777" w:rsidR="00466C34" w:rsidRPr="00466C34" w:rsidRDefault="00466C34" w:rsidP="00466C34">
      <w:pPr>
        <w:pStyle w:val="ListParagraph"/>
        <w:numPr>
          <w:ilvl w:val="0"/>
          <w:numId w:val="19"/>
        </w:numPr>
        <w:tabs>
          <w:tab w:val="left" w:pos="360"/>
        </w:tabs>
        <w:spacing w:after="0"/>
        <w:ind w:left="0" w:firstLine="426"/>
        <w:jc w:val="both"/>
      </w:pPr>
      <w:r w:rsidRPr="00466C34">
        <w:rPr>
          <w:rStyle w:val="14"/>
        </w:rPr>
        <w:t>GV chủ nhiệm yêu cầu HS của lớp mình chuẩn chỉnh trang phục, ổn định vị trí, chuẩn bị làm lễ chào cờ.</w:t>
      </w:r>
    </w:p>
    <w:p w14:paraId="3325A569" w14:textId="77777777" w:rsidR="00466C34" w:rsidRPr="00466C34" w:rsidRDefault="00466C34" w:rsidP="00466C34">
      <w:pPr>
        <w:pStyle w:val="ListParagraph"/>
        <w:numPr>
          <w:ilvl w:val="0"/>
          <w:numId w:val="19"/>
        </w:numPr>
        <w:tabs>
          <w:tab w:val="left" w:pos="360"/>
          <w:tab w:val="left" w:pos="833"/>
        </w:tabs>
        <w:spacing w:after="120"/>
        <w:ind w:left="0" w:firstLine="426"/>
        <w:jc w:val="both"/>
        <w:rPr>
          <w:rStyle w:val="14"/>
        </w:rPr>
      </w:pPr>
      <w:r w:rsidRPr="00466C34">
        <w:rPr>
          <w:rStyle w:val="14"/>
        </w:rPr>
        <w:t>Lễ chào cờ.</w:t>
      </w:r>
    </w:p>
    <w:p w14:paraId="4647748D" w14:textId="77777777" w:rsidR="00466C34" w:rsidRPr="00466C34" w:rsidRDefault="00466C34" w:rsidP="00466C34">
      <w:pPr>
        <w:pStyle w:val="ListParagraph"/>
        <w:numPr>
          <w:ilvl w:val="0"/>
          <w:numId w:val="19"/>
        </w:numPr>
        <w:tabs>
          <w:tab w:val="left" w:pos="16"/>
          <w:tab w:val="left" w:pos="360"/>
        </w:tabs>
        <w:spacing w:after="0"/>
        <w:ind w:left="0" w:firstLine="426"/>
        <w:jc w:val="both"/>
        <w:rPr>
          <w:rStyle w:val="14"/>
        </w:rPr>
      </w:pPr>
      <w:r w:rsidRPr="00466C34">
        <w:rPr>
          <w:rStyle w:val="14"/>
        </w:rPr>
        <w:t>Bí thư Đoàn trường giới thiệu và chiếu video.</w:t>
      </w:r>
    </w:p>
    <w:p w14:paraId="3E4F2309" w14:textId="77777777" w:rsidR="00466C34" w:rsidRPr="00466C34" w:rsidRDefault="00466C34" w:rsidP="00466C34">
      <w:pPr>
        <w:pStyle w:val="ListParagraph"/>
        <w:numPr>
          <w:ilvl w:val="0"/>
          <w:numId w:val="19"/>
        </w:numPr>
        <w:tabs>
          <w:tab w:val="left" w:pos="16"/>
          <w:tab w:val="left" w:pos="360"/>
        </w:tabs>
        <w:spacing w:after="0"/>
        <w:ind w:left="0" w:firstLine="426"/>
        <w:jc w:val="both"/>
        <w:rPr>
          <w:rStyle w:val="14"/>
          <w:rFonts w:asciiTheme="minorHAnsi" w:hAnsiTheme="minorHAnsi"/>
          <w:sz w:val="22"/>
        </w:rPr>
      </w:pPr>
      <w:r w:rsidRPr="00466C34">
        <w:rPr>
          <w:rStyle w:val="14"/>
        </w:rPr>
        <w:t>Yêu cầu học sinh ghi lớp trên phiếu và đặt câu hỏi quan tâm bằng giấy note.</w:t>
      </w:r>
    </w:p>
    <w:p w14:paraId="7CFFD3A0" w14:textId="77777777" w:rsidR="00466C34" w:rsidRPr="00466C34" w:rsidRDefault="00466C34" w:rsidP="00466C34">
      <w:pPr>
        <w:pStyle w:val="ListParagraph"/>
        <w:numPr>
          <w:ilvl w:val="0"/>
          <w:numId w:val="19"/>
        </w:numPr>
        <w:tabs>
          <w:tab w:val="left" w:pos="0"/>
          <w:tab w:val="left" w:pos="360"/>
        </w:tabs>
        <w:spacing w:after="120"/>
        <w:ind w:left="0" w:firstLine="426"/>
        <w:jc w:val="both"/>
        <w:rPr>
          <w:rStyle w:val="14"/>
        </w:rPr>
      </w:pPr>
      <w:r w:rsidRPr="00466C34">
        <w:rPr>
          <w:rStyle w:val="14"/>
        </w:rPr>
        <w:lastRenderedPageBreak/>
        <w:t>Nhóm HS thuộc ban chấp hành Đoàn phối hợp cùng Giáo viên tổ chức thu thập thông tin từ phiếu khảo sát theo lớp, thống kê số phiếu thu được và tổng hợp chọn câu hỏi mà nhiều hs quan tâm.</w:t>
      </w:r>
    </w:p>
    <w:p w14:paraId="7D66ACA3" w14:textId="77777777" w:rsidR="00466C34" w:rsidRPr="00466C34" w:rsidRDefault="00466C34" w:rsidP="00466C34">
      <w:pPr>
        <w:pStyle w:val="ListParagraph"/>
        <w:numPr>
          <w:ilvl w:val="0"/>
          <w:numId w:val="19"/>
        </w:numPr>
        <w:tabs>
          <w:tab w:val="left" w:pos="0"/>
          <w:tab w:val="left" w:pos="360"/>
        </w:tabs>
        <w:spacing w:after="120"/>
        <w:ind w:left="0" w:firstLine="426"/>
        <w:jc w:val="both"/>
        <w:rPr>
          <w:rFonts w:ascii="Times New Roman" w:hAnsi="Times New Roman"/>
          <w:sz w:val="28"/>
        </w:rPr>
      </w:pPr>
      <w:r w:rsidRPr="00466C34">
        <w:rPr>
          <w:rStyle w:val="14"/>
        </w:rPr>
        <w:t>Bí thư Đoàn trường nêu lại các câu hỏi mà HS quan tâm nhất, HS muốn giải đáp thắc mắc.</w:t>
      </w:r>
    </w:p>
    <w:p w14:paraId="46304663" w14:textId="3871746C" w:rsidR="00271461" w:rsidRDefault="00271461" w:rsidP="00217144">
      <w:pPr>
        <w:tabs>
          <w:tab w:val="left" w:pos="833"/>
        </w:tabs>
        <w:spacing w:after="120"/>
        <w:rPr>
          <w:rFonts w:ascii="Times New Roman" w:hAnsi="Times New Roman" w:cs="Times New Roman"/>
          <w:b/>
          <w:bCs/>
          <w:sz w:val="28"/>
          <w:szCs w:val="28"/>
        </w:rPr>
      </w:pPr>
    </w:p>
    <w:p w14:paraId="738C1F6F" w14:textId="77777777" w:rsidR="00271461" w:rsidRDefault="00271461" w:rsidP="00217144">
      <w:pPr>
        <w:tabs>
          <w:tab w:val="left" w:pos="833"/>
        </w:tabs>
        <w:spacing w:after="120"/>
        <w:rPr>
          <w:rFonts w:ascii="Times New Roman" w:hAnsi="Times New Roman" w:cs="Times New Roman"/>
          <w:b/>
          <w:bCs/>
          <w:sz w:val="28"/>
          <w:szCs w:val="28"/>
        </w:rPr>
      </w:pPr>
    </w:p>
    <w:p w14:paraId="7D69A98B" w14:textId="0CC21D67" w:rsidR="00DB4118" w:rsidRDefault="00361EF8" w:rsidP="00361EF8">
      <w:pPr>
        <w:tabs>
          <w:tab w:val="left" w:pos="833"/>
        </w:tabs>
        <w:spacing w:after="120"/>
        <w:jc w:val="center"/>
        <w:rPr>
          <w:rFonts w:ascii="Times New Roman" w:hAnsi="Times New Roman" w:cs="Times New Roman"/>
          <w:b/>
          <w:bCs/>
          <w:sz w:val="28"/>
          <w:szCs w:val="28"/>
        </w:rPr>
      </w:pPr>
      <w:r>
        <w:rPr>
          <w:rFonts w:ascii="Times New Roman" w:hAnsi="Times New Roman" w:cs="Times New Roman"/>
          <w:b/>
          <w:bCs/>
          <w:sz w:val="28"/>
          <w:szCs w:val="28"/>
        </w:rPr>
        <w:t>TUẦN 24</w:t>
      </w:r>
    </w:p>
    <w:p w14:paraId="7BE8437C" w14:textId="7881A866" w:rsidR="00DB4118" w:rsidRPr="00361EF8" w:rsidRDefault="00DB4118" w:rsidP="00271461">
      <w:pPr>
        <w:tabs>
          <w:tab w:val="left" w:pos="1150"/>
        </w:tabs>
        <w:spacing w:after="120"/>
        <w:jc w:val="center"/>
        <w:rPr>
          <w:rFonts w:ascii="Times New Roman" w:hAnsi="Times New Roman" w:cs="Times New Roman"/>
          <w:b/>
          <w:sz w:val="28"/>
          <w:szCs w:val="28"/>
        </w:rPr>
      </w:pPr>
      <w:r w:rsidRPr="00DB4118">
        <w:rPr>
          <w:rFonts w:ascii="Times New Roman" w:hAnsi="Times New Roman" w:cs="Times New Roman"/>
          <w:b/>
          <w:sz w:val="28"/>
          <w:szCs w:val="28"/>
        </w:rPr>
        <w:t>SHDC - TRAO ĐỔI VỀ TRÁCH NHIỆM BẢO VỆ MÔI TRƯỜNG TỰ NHIÊN VÀ CẢNH QUAN THIÊN NHIÊN.</w:t>
      </w:r>
    </w:p>
    <w:p w14:paraId="1871E8BB" w14:textId="172415EB" w:rsidR="00DB4118" w:rsidRPr="00B3507E" w:rsidRDefault="00B3507E" w:rsidP="00B3507E">
      <w:pPr>
        <w:spacing w:after="120"/>
        <w:rPr>
          <w:rFonts w:ascii="Times New Roman" w:hAnsi="Times New Roman" w:cs="Times New Roman"/>
          <w:b/>
          <w:sz w:val="28"/>
          <w:szCs w:val="28"/>
        </w:rPr>
      </w:pPr>
      <w:r>
        <w:rPr>
          <w:rFonts w:ascii="Times New Roman" w:hAnsi="Times New Roman" w:cs="Times New Roman"/>
          <w:b/>
          <w:sz w:val="28"/>
          <w:szCs w:val="28"/>
        </w:rPr>
        <w:t xml:space="preserve">I. </w:t>
      </w:r>
      <w:r w:rsidRPr="00B3507E">
        <w:rPr>
          <w:rFonts w:ascii="Times New Roman" w:hAnsi="Times New Roman" w:cs="Times New Roman"/>
          <w:b/>
          <w:sz w:val="28"/>
          <w:szCs w:val="28"/>
        </w:rPr>
        <w:t>MỤC TIÊU:</w:t>
      </w:r>
    </w:p>
    <w:p w14:paraId="64FA0B00" w14:textId="77777777" w:rsidR="00DB4118" w:rsidRDefault="00DB4118" w:rsidP="00DB4118">
      <w:pPr>
        <w:tabs>
          <w:tab w:val="left" w:pos="0"/>
        </w:tabs>
        <w:spacing w:after="0"/>
        <w:jc w:val="both"/>
        <w:rPr>
          <w:rFonts w:ascii="Times New Roman" w:hAnsi="Times New Roman"/>
          <w:sz w:val="28"/>
        </w:rPr>
      </w:pPr>
      <w:r w:rsidRPr="00FA54C0">
        <w:tab/>
      </w:r>
      <w:r w:rsidRPr="00FA54C0">
        <w:rPr>
          <w:rFonts w:ascii="Times New Roman" w:hAnsi="Times New Roman"/>
          <w:sz w:val="28"/>
        </w:rPr>
        <w:t>Sau khi tham gia hoạt động này HS có khả năng:</w:t>
      </w:r>
    </w:p>
    <w:p w14:paraId="6784DA43" w14:textId="77777777" w:rsidR="00DB4118" w:rsidRDefault="00DB4118" w:rsidP="00DB4118">
      <w:pPr>
        <w:tabs>
          <w:tab w:val="left" w:pos="22"/>
        </w:tabs>
        <w:spacing w:after="0"/>
        <w:jc w:val="both"/>
        <w:rPr>
          <w:rStyle w:val="14"/>
        </w:rPr>
      </w:pPr>
      <w:r>
        <w:t>-</w:t>
      </w:r>
      <w:r>
        <w:tab/>
      </w:r>
      <w:r>
        <w:rPr>
          <w:rStyle w:val="14"/>
        </w:rPr>
        <w:t xml:space="preserve">Nhận xét, đánh giá được các hành vi, việc làm của tổ chức, cá nhân trong việc bảo tổn cảnh quan thiên nhiên. </w:t>
      </w:r>
    </w:p>
    <w:p w14:paraId="6EB61F51" w14:textId="77777777" w:rsidR="00DB4118" w:rsidRPr="00FA54C0" w:rsidRDefault="00DB4118" w:rsidP="00DB4118">
      <w:pPr>
        <w:tabs>
          <w:tab w:val="left" w:pos="31"/>
        </w:tabs>
        <w:spacing w:after="120"/>
        <w:rPr>
          <w:b/>
        </w:rPr>
      </w:pPr>
      <w:r w:rsidRPr="00FA54C0">
        <w:tab/>
      </w:r>
      <w:r w:rsidRPr="00FA54C0">
        <w:rPr>
          <w:rFonts w:ascii="Times New Roman" w:hAnsi="Times New Roman"/>
          <w:b/>
          <w:sz w:val="28"/>
        </w:rPr>
        <w:t>II. Thiết bị dạy học và học liệu:</w:t>
      </w:r>
    </w:p>
    <w:p w14:paraId="5BDC649B" w14:textId="77777777" w:rsidR="00DB4118" w:rsidRPr="00FA54C0" w:rsidRDefault="00DB4118" w:rsidP="00DB4118">
      <w:pPr>
        <w:tabs>
          <w:tab w:val="left" w:pos="47"/>
        </w:tabs>
        <w:spacing w:after="120"/>
        <w:ind w:left="360"/>
        <w:contextualSpacing/>
        <w:rPr>
          <w:rFonts w:ascii="Times New Roman" w:hAnsi="Times New Roman"/>
          <w:b/>
          <w:sz w:val="28"/>
        </w:rPr>
      </w:pPr>
      <w:r>
        <w:rPr>
          <w:rFonts w:ascii="Times New Roman" w:hAnsi="Times New Roman"/>
          <w:b/>
          <w:sz w:val="28"/>
        </w:rPr>
        <w:t xml:space="preserve">* </w:t>
      </w:r>
      <w:r w:rsidRPr="00FA54C0">
        <w:rPr>
          <w:rFonts w:ascii="Times New Roman" w:hAnsi="Times New Roman"/>
          <w:b/>
          <w:sz w:val="28"/>
        </w:rPr>
        <w:t>Đối với Bí thư Đoàn trường, BGH và GV.</w:t>
      </w:r>
    </w:p>
    <w:p w14:paraId="310C63A7" w14:textId="77777777" w:rsidR="00DB4118" w:rsidRPr="00FA54C0" w:rsidRDefault="00DB4118" w:rsidP="00DB4118">
      <w:pPr>
        <w:tabs>
          <w:tab w:val="left" w:pos="687"/>
          <w:tab w:val="left" w:pos="1065"/>
        </w:tabs>
        <w:spacing w:after="0"/>
        <w:ind w:firstLine="426"/>
        <w:jc w:val="both"/>
        <w:rPr>
          <w:rFonts w:ascii="Times New Roman" w:hAnsi="Times New Roman"/>
          <w:sz w:val="28"/>
        </w:rPr>
      </w:pPr>
      <w:r w:rsidRPr="00FA54C0">
        <w:rPr>
          <w:rFonts w:ascii="Times New Roman" w:hAnsi="Times New Roman"/>
          <w:sz w:val="28"/>
        </w:rPr>
        <w:t xml:space="preserve">- </w:t>
      </w:r>
      <w:r>
        <w:rPr>
          <w:rFonts w:ascii="Times New Roman" w:hAnsi="Times New Roman"/>
          <w:sz w:val="28"/>
        </w:rPr>
        <w:t xml:space="preserve">BGH liện hệ doanh nghiệp địa phương: Đ/c Nguyễn Lê Hoàng Nhân , doanh nhân trẻ khởi nghiệp dự án Đà Lạt BamBo “ nói không với rác thải nhựa”, hoặc  trưởng phòng tài nguyên môi trường thuộc UBND, hoặc DN khai thác cát, ban quản lý vườn Quốc gia Cát Tiên </w:t>
      </w:r>
      <w:r w:rsidRPr="00FA54C0">
        <w:rPr>
          <w:rFonts w:ascii="Times New Roman" w:hAnsi="Times New Roman"/>
          <w:sz w:val="28"/>
        </w:rPr>
        <w:t>hiểu,…(tuỳ theo tình hình thực tế địa phương…);</w:t>
      </w:r>
    </w:p>
    <w:p w14:paraId="4357D33C" w14:textId="77777777" w:rsidR="00DB4118" w:rsidRPr="00FA54C0" w:rsidRDefault="00DB4118" w:rsidP="00DB4118">
      <w:pPr>
        <w:tabs>
          <w:tab w:val="left" w:pos="687"/>
          <w:tab w:val="left" w:pos="1065"/>
        </w:tabs>
        <w:spacing w:after="0"/>
        <w:ind w:firstLine="426"/>
        <w:jc w:val="both"/>
        <w:rPr>
          <w:rFonts w:ascii="Times New Roman" w:hAnsi="Times New Roman"/>
          <w:sz w:val="28"/>
        </w:rPr>
      </w:pPr>
      <w:r w:rsidRPr="00FA54C0">
        <w:rPr>
          <w:rFonts w:ascii="Times New Roman" w:hAnsi="Times New Roman"/>
          <w:sz w:val="28"/>
        </w:rPr>
        <w:t>- Chuẩn bị máy chiếu, loa, video, âm ly, loa đài, micro;</w:t>
      </w:r>
    </w:p>
    <w:p w14:paraId="1B4F8F46" w14:textId="77777777" w:rsidR="00DB4118" w:rsidRDefault="00DB4118" w:rsidP="00DB4118">
      <w:pPr>
        <w:tabs>
          <w:tab w:val="left" w:pos="0"/>
        </w:tabs>
        <w:spacing w:after="120"/>
        <w:ind w:left="45"/>
        <w:rPr>
          <w:rStyle w:val="14"/>
          <w:b/>
        </w:rPr>
      </w:pPr>
      <w:r>
        <w:rPr>
          <w:rStyle w:val="14"/>
          <w:b/>
        </w:rPr>
        <w:t xml:space="preserve">* </w:t>
      </w:r>
      <w:r w:rsidRPr="00FA54C0">
        <w:rPr>
          <w:rStyle w:val="14"/>
          <w:b/>
        </w:rPr>
        <w:t>Đối với HS.</w:t>
      </w:r>
    </w:p>
    <w:p w14:paraId="5638282D" w14:textId="77777777" w:rsidR="00DB4118" w:rsidRPr="00CD43F8" w:rsidRDefault="00DB4118" w:rsidP="00DB4118">
      <w:pPr>
        <w:pStyle w:val="ListParagraph"/>
        <w:numPr>
          <w:ilvl w:val="0"/>
          <w:numId w:val="19"/>
        </w:numPr>
        <w:tabs>
          <w:tab w:val="left" w:pos="0"/>
        </w:tabs>
        <w:spacing w:after="120"/>
        <w:rPr>
          <w:rStyle w:val="14"/>
          <w:bCs/>
          <w:color w:val="1F497D" w:themeColor="text2"/>
          <w:u w:val="single"/>
        </w:rPr>
      </w:pPr>
      <w:r>
        <w:rPr>
          <w:rStyle w:val="14"/>
          <w:bCs/>
        </w:rPr>
        <w:t xml:space="preserve">Để chuẩn bị câu hỏi,  HS cần tìm hiểu về vấn đề </w:t>
      </w:r>
      <w:r>
        <w:rPr>
          <w:rFonts w:ascii="Times New Roman" w:hAnsi="Times New Roman"/>
          <w:sz w:val="28"/>
        </w:rPr>
        <w:t>dự án Đà Lạt BamBo “ nói không với rác thải nhựa</w:t>
      </w:r>
      <w:r w:rsidRPr="00CD43F8">
        <w:rPr>
          <w:rFonts w:ascii="Times New Roman" w:hAnsi="Times New Roman"/>
          <w:color w:val="1F497D" w:themeColor="text2"/>
          <w:sz w:val="28"/>
          <w:u w:val="single"/>
        </w:rPr>
        <w:t>”, https://dantri.com.vn/van-hoa/chang-trai-viet-thoi-hon-vao-tre-nang-tam-thanh-cac-san-pham-gia-tri-20210721145227887.htm?fbclid=IwAR2NbqpUgMWiyJqaU08APOPxtb0WbRM9o7K-GvyyN_fy6rVEXzkcS_sBbnw</w:t>
      </w:r>
    </w:p>
    <w:p w14:paraId="436A2595" w14:textId="77777777" w:rsidR="00DB4118" w:rsidRPr="00661512" w:rsidRDefault="00DB4118" w:rsidP="00DB4118">
      <w:pPr>
        <w:pStyle w:val="ListParagraph"/>
        <w:numPr>
          <w:ilvl w:val="0"/>
          <w:numId w:val="19"/>
        </w:numPr>
        <w:tabs>
          <w:tab w:val="left" w:pos="0"/>
        </w:tabs>
        <w:spacing w:after="120"/>
        <w:rPr>
          <w:rStyle w:val="14"/>
          <w:bCs/>
        </w:rPr>
      </w:pPr>
      <w:r>
        <w:rPr>
          <w:rStyle w:val="14"/>
          <w:bCs/>
        </w:rPr>
        <w:t>Chuẩn bị thiết bị ghi âm, quay phim, sổ sách ghi chép</w:t>
      </w:r>
    </w:p>
    <w:p w14:paraId="5A3099CC" w14:textId="18AF7B2C" w:rsidR="00DB4118" w:rsidRPr="004F0DF3" w:rsidRDefault="004F0DF3" w:rsidP="004F0DF3">
      <w:pPr>
        <w:tabs>
          <w:tab w:val="left" w:pos="0"/>
        </w:tabs>
        <w:spacing w:after="120"/>
        <w:rPr>
          <w:rStyle w:val="14"/>
          <w:b/>
        </w:rPr>
      </w:pPr>
      <w:r>
        <w:rPr>
          <w:rStyle w:val="14"/>
          <w:b/>
        </w:rPr>
        <w:t xml:space="preserve">III. </w:t>
      </w:r>
      <w:r w:rsidRPr="004F0DF3">
        <w:rPr>
          <w:rStyle w:val="14"/>
          <w:b/>
        </w:rPr>
        <w:t xml:space="preserve">TIẾN TRÌNH TỔ CHỨC HOẠT ĐỘNG. </w:t>
      </w:r>
    </w:p>
    <w:p w14:paraId="15890AB1" w14:textId="77777777" w:rsidR="00DB4118" w:rsidRPr="004F0DF3" w:rsidRDefault="00DB4118" w:rsidP="00DB4118">
      <w:pPr>
        <w:tabs>
          <w:tab w:val="left" w:pos="1150"/>
        </w:tabs>
        <w:spacing w:after="120"/>
        <w:jc w:val="center"/>
        <w:rPr>
          <w:rFonts w:ascii="Times New Roman" w:hAnsi="Times New Roman" w:cs="Times New Roman"/>
          <w:sz w:val="28"/>
          <w:szCs w:val="28"/>
        </w:rPr>
      </w:pPr>
      <w:r w:rsidRPr="004F0DF3">
        <w:rPr>
          <w:rFonts w:ascii="Times New Roman" w:hAnsi="Times New Roman" w:cs="Times New Roman"/>
          <w:b/>
          <w:sz w:val="28"/>
          <w:szCs w:val="28"/>
        </w:rPr>
        <w:t>Hoạt động :  Phỏng vấn, trao đổi về trách nhiệm bảo vệ môi trường tự nhiên và cảnh quan thiên nhiên.</w:t>
      </w:r>
    </w:p>
    <w:p w14:paraId="456BEB23" w14:textId="77777777" w:rsidR="00DB4118" w:rsidRDefault="00DB4118" w:rsidP="004F0DF3">
      <w:pPr>
        <w:pStyle w:val="ListParagraph"/>
        <w:numPr>
          <w:ilvl w:val="0"/>
          <w:numId w:val="23"/>
        </w:numPr>
        <w:tabs>
          <w:tab w:val="left" w:pos="284"/>
          <w:tab w:val="left" w:pos="1065"/>
        </w:tabs>
        <w:spacing w:after="0"/>
        <w:jc w:val="both"/>
        <w:rPr>
          <w:rStyle w:val="14"/>
          <w:b/>
        </w:rPr>
      </w:pPr>
      <w:r w:rsidRPr="00104631">
        <w:rPr>
          <w:rStyle w:val="14"/>
          <w:b/>
        </w:rPr>
        <w:t>Mục tiêu:</w:t>
      </w:r>
    </w:p>
    <w:p w14:paraId="58287874" w14:textId="77777777" w:rsidR="00DB4118" w:rsidRDefault="00DB4118" w:rsidP="00DB4118">
      <w:pPr>
        <w:pStyle w:val="ListParagraph"/>
        <w:numPr>
          <w:ilvl w:val="0"/>
          <w:numId w:val="19"/>
        </w:numPr>
        <w:tabs>
          <w:tab w:val="left" w:pos="22"/>
        </w:tabs>
        <w:spacing w:after="0"/>
        <w:jc w:val="both"/>
        <w:rPr>
          <w:rStyle w:val="14"/>
        </w:rPr>
      </w:pPr>
      <w:r>
        <w:rPr>
          <w:rStyle w:val="14"/>
        </w:rPr>
        <w:t xml:space="preserve">Phỏng vấn thu thập được thông tin  những hành động ý nghĩa  của tổ chức, cá nhân trong việc bảo tổn cảnh quan thiên nhiên. </w:t>
      </w:r>
    </w:p>
    <w:p w14:paraId="23A1D2B5" w14:textId="77777777" w:rsidR="00DB4118" w:rsidRDefault="00DB4118" w:rsidP="00DB4118">
      <w:pPr>
        <w:pStyle w:val="ListParagraph"/>
        <w:numPr>
          <w:ilvl w:val="0"/>
          <w:numId w:val="18"/>
        </w:numPr>
        <w:rPr>
          <w:rStyle w:val="14"/>
          <w:b/>
        </w:rPr>
      </w:pPr>
      <w:r w:rsidRPr="00104631">
        <w:rPr>
          <w:rStyle w:val="14"/>
          <w:b/>
        </w:rPr>
        <w:t xml:space="preserve">Nội dung hoạt động: </w:t>
      </w:r>
    </w:p>
    <w:p w14:paraId="121D380F" w14:textId="77777777" w:rsidR="00DB4118" w:rsidRDefault="00DB4118" w:rsidP="00DB4118">
      <w:pPr>
        <w:ind w:left="690"/>
      </w:pPr>
      <w:r w:rsidRPr="00104631">
        <w:rPr>
          <w:rFonts w:ascii="Times New Roman" w:hAnsi="Times New Roman" w:cs="Times New Roman"/>
          <w:sz w:val="28"/>
          <w:szCs w:val="28"/>
        </w:rPr>
        <w:lastRenderedPageBreak/>
        <w:tab/>
      </w:r>
      <w:r>
        <w:rPr>
          <w:rFonts w:ascii="Times New Roman" w:hAnsi="Times New Roman" w:cs="Times New Roman"/>
          <w:sz w:val="28"/>
          <w:szCs w:val="28"/>
        </w:rPr>
        <w:t xml:space="preserve">- </w:t>
      </w:r>
      <w:r w:rsidRPr="00104631">
        <w:rPr>
          <w:rFonts w:ascii="Times New Roman" w:hAnsi="Times New Roman" w:cs="Times New Roman"/>
          <w:sz w:val="28"/>
          <w:szCs w:val="28"/>
        </w:rPr>
        <w:t>Phỏng vấn n</w:t>
      </w:r>
      <w:r w:rsidRPr="00104631">
        <w:rPr>
          <w:rStyle w:val="14"/>
          <w:rFonts w:cs="Times New Roman"/>
          <w:szCs w:val="28"/>
        </w:rPr>
        <w:t>ội</w:t>
      </w:r>
      <w:r>
        <w:rPr>
          <w:rStyle w:val="14"/>
        </w:rPr>
        <w:t xml:space="preserve"> dung thông tin cần thu thập: tên của tổ chức, cá nhân; những hành vi, việc làm của tổ chức, cá nhân đó trong việc bảo tồn cảnh quan thiên nhiên;</w:t>
      </w:r>
    </w:p>
    <w:p w14:paraId="05FC43D0" w14:textId="77777777" w:rsidR="00DB4118" w:rsidRDefault="00DB4118" w:rsidP="00DB4118">
      <w:pPr>
        <w:pStyle w:val="ListParagraph"/>
        <w:tabs>
          <w:tab w:val="left" w:pos="16"/>
        </w:tabs>
        <w:spacing w:after="0"/>
        <w:rPr>
          <w:rStyle w:val="14"/>
          <w:b/>
        </w:rPr>
      </w:pPr>
      <w:r w:rsidRPr="00104631">
        <w:rPr>
          <w:rStyle w:val="14"/>
          <w:b/>
        </w:rPr>
        <w:t xml:space="preserve">c) Sản phẩm: </w:t>
      </w:r>
    </w:p>
    <w:p w14:paraId="39C2240E" w14:textId="77777777" w:rsidR="00DB4118" w:rsidRDefault="00DB4118" w:rsidP="00DB4118">
      <w:pPr>
        <w:ind w:left="690"/>
      </w:pPr>
      <w:r w:rsidRPr="00CD43F8">
        <w:rPr>
          <w:rStyle w:val="14"/>
          <w:bCs/>
        </w:rPr>
        <w:t>- video chứa hình ảnh, thông tin</w:t>
      </w:r>
      <w:r>
        <w:rPr>
          <w:rStyle w:val="14"/>
          <w:b/>
        </w:rPr>
        <w:t xml:space="preserve"> </w:t>
      </w:r>
      <w:r>
        <w:rPr>
          <w:rStyle w:val="14"/>
        </w:rPr>
        <w:t>tên của tổ chức, cá nhân; những hành vi, việc làm của tổ chức, cá nhân đó trong việc bảo tồn cảnh quan thiên nhiên;</w:t>
      </w:r>
    </w:p>
    <w:p w14:paraId="67EE0E57" w14:textId="77777777" w:rsidR="00DB4118" w:rsidRPr="00104631" w:rsidRDefault="00DB4118" w:rsidP="00DB4118">
      <w:pPr>
        <w:pStyle w:val="ListParagraph"/>
        <w:tabs>
          <w:tab w:val="left" w:pos="16"/>
        </w:tabs>
        <w:spacing w:after="0"/>
        <w:rPr>
          <w:rStyle w:val="14"/>
          <w:b/>
        </w:rPr>
      </w:pPr>
      <w:r w:rsidRPr="00F4605F">
        <w:rPr>
          <w:rStyle w:val="14"/>
          <w:bCs/>
        </w:rPr>
        <w:t>- Kiến thức mới về</w:t>
      </w:r>
      <w:r>
        <w:rPr>
          <w:rStyle w:val="14"/>
          <w:b/>
        </w:rPr>
        <w:t xml:space="preserve"> </w:t>
      </w:r>
      <w:r>
        <w:rPr>
          <w:rFonts w:ascii="Times New Roman" w:hAnsi="Times New Roman"/>
          <w:sz w:val="28"/>
        </w:rPr>
        <w:t xml:space="preserve">“ nói không với rác thải nhựa”, sản phẩm thay thế rác thải nhựa </w:t>
      </w:r>
      <w:r>
        <w:rPr>
          <w:noProof/>
        </w:rPr>
        <w:drawing>
          <wp:inline distT="0" distB="0" distL="0" distR="0" wp14:anchorId="45DF546C" wp14:editId="23B69505">
            <wp:extent cx="3962263" cy="2276475"/>
            <wp:effectExtent l="0" t="0" r="635" b="0"/>
            <wp:docPr id="2" name="Picture 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table&#10;&#10;Description automatically generated"/>
                    <pic:cNvPicPr/>
                  </pic:nvPicPr>
                  <pic:blipFill>
                    <a:blip r:embed="rId11"/>
                    <a:stretch>
                      <a:fillRect/>
                    </a:stretch>
                  </pic:blipFill>
                  <pic:spPr>
                    <a:xfrm>
                      <a:off x="0" y="0"/>
                      <a:ext cx="3986076" cy="2290156"/>
                    </a:xfrm>
                    <a:prstGeom prst="rect">
                      <a:avLst/>
                    </a:prstGeom>
                  </pic:spPr>
                </pic:pic>
              </a:graphicData>
            </a:graphic>
          </wp:inline>
        </w:drawing>
      </w:r>
    </w:p>
    <w:p w14:paraId="32A916F8" w14:textId="77777777" w:rsidR="00DB4118" w:rsidRPr="00104631" w:rsidRDefault="00DB4118" w:rsidP="00DB4118">
      <w:pPr>
        <w:pStyle w:val="ListParagraph"/>
        <w:numPr>
          <w:ilvl w:val="0"/>
          <w:numId w:val="19"/>
        </w:numPr>
        <w:tabs>
          <w:tab w:val="left" w:pos="0"/>
        </w:tabs>
        <w:spacing w:after="0"/>
        <w:rPr>
          <w:b/>
        </w:rPr>
      </w:pPr>
      <w:r w:rsidRPr="00104631">
        <w:rPr>
          <w:rStyle w:val="14"/>
          <w:b/>
        </w:rPr>
        <w:t>d) Tổ chức thực hiện:</w:t>
      </w:r>
    </w:p>
    <w:p w14:paraId="1BE2E922" w14:textId="77777777" w:rsidR="00DB4118" w:rsidRDefault="00DB4118" w:rsidP="00DB4118">
      <w:pPr>
        <w:tabs>
          <w:tab w:val="left" w:pos="750"/>
          <w:tab w:val="left" w:pos="1071"/>
        </w:tabs>
        <w:spacing w:after="0"/>
        <w:ind w:left="360"/>
      </w:pPr>
      <w:r>
        <w:tab/>
      </w:r>
    </w:p>
    <w:p w14:paraId="6B168A4D" w14:textId="77777777" w:rsidR="00DB4118" w:rsidRDefault="00DB4118" w:rsidP="00DB4118">
      <w:pPr>
        <w:tabs>
          <w:tab w:val="left" w:pos="738"/>
          <w:tab w:val="left" w:pos="1071"/>
        </w:tabs>
        <w:spacing w:after="0"/>
        <w:ind w:left="360"/>
      </w:pPr>
      <w:r>
        <w:tab/>
      </w:r>
      <w:r>
        <w:rPr>
          <w:rStyle w:val="14"/>
        </w:rPr>
        <w:t>+</w:t>
      </w:r>
      <w:r>
        <w:tab/>
      </w:r>
      <w:r>
        <w:rPr>
          <w:rStyle w:val="14"/>
        </w:rPr>
        <w:t xml:space="preserve">Cách thức thu thập thông tin: tra cứu thông tin trên mạng Internet phòng vấn  </w:t>
      </w:r>
      <w:r>
        <w:rPr>
          <w:noProof/>
        </w:rPr>
        <w:drawing>
          <wp:inline distT="0" distB="0" distL="0" distR="0" wp14:anchorId="2E7F95DE" wp14:editId="6FA53033">
            <wp:extent cx="4552950" cy="2577186"/>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2"/>
                    <a:stretch>
                      <a:fillRect/>
                    </a:stretch>
                  </pic:blipFill>
                  <pic:spPr>
                    <a:xfrm>
                      <a:off x="0" y="0"/>
                      <a:ext cx="4571061" cy="2587437"/>
                    </a:xfrm>
                    <a:prstGeom prst="rect">
                      <a:avLst/>
                    </a:prstGeom>
                  </pic:spPr>
                </pic:pic>
              </a:graphicData>
            </a:graphic>
          </wp:inline>
        </w:drawing>
      </w:r>
    </w:p>
    <w:p w14:paraId="5AC49AB7" w14:textId="77777777" w:rsidR="00DB4118" w:rsidRDefault="00DB4118" w:rsidP="00DB4118">
      <w:pPr>
        <w:tabs>
          <w:tab w:val="left" w:pos="1060"/>
        </w:tabs>
        <w:spacing w:after="120"/>
        <w:ind w:left="360"/>
      </w:pPr>
      <w:r>
        <w:tab/>
      </w:r>
      <w:r w:rsidRPr="00CD43F8">
        <w:rPr>
          <w:rFonts w:ascii="Times New Roman" w:hAnsi="Times New Roman" w:cs="Times New Roman"/>
          <w:sz w:val="28"/>
          <w:szCs w:val="28"/>
        </w:rPr>
        <w:t>- Phỏng vấn</w:t>
      </w:r>
      <w:r>
        <w:t xml:space="preserve">  </w:t>
      </w:r>
      <w:r>
        <w:rPr>
          <w:rStyle w:val="14"/>
        </w:rPr>
        <w:t>trực tiếp. quan sát thực tế. chụp ảnh quay video,</w:t>
      </w:r>
    </w:p>
    <w:p w14:paraId="0C9BBA17" w14:textId="43704A4D" w:rsidR="00DB4118" w:rsidRPr="00A164CC" w:rsidRDefault="00DB4118" w:rsidP="00DB4118">
      <w:pPr>
        <w:tabs>
          <w:tab w:val="left" w:pos="833"/>
        </w:tabs>
        <w:spacing w:after="120"/>
        <w:rPr>
          <w:rFonts w:ascii="Times New Roman" w:hAnsi="Times New Roman" w:cs="Times New Roman"/>
          <w:b/>
          <w:bCs/>
          <w:sz w:val="28"/>
          <w:szCs w:val="28"/>
        </w:rPr>
      </w:pPr>
      <w:r>
        <w:tab/>
      </w:r>
      <w:r>
        <w:rPr>
          <w:rStyle w:val="14"/>
        </w:rPr>
        <w:t>- Nhận xét, đánh giá những hành vị, việc làm của các tổ chức cá nhân trong việc bảo tồn</w:t>
      </w:r>
      <w:r>
        <w:t xml:space="preserve"> </w:t>
      </w:r>
      <w:r>
        <w:rPr>
          <w:rStyle w:val="14"/>
        </w:rPr>
        <w:t>cảnh quan thiên nhiên tại địa phương thông qua vấn đáp trực tiếp</w:t>
      </w:r>
      <w:r>
        <w:br/>
      </w:r>
    </w:p>
    <w:sectPr w:rsidR="00DB4118" w:rsidRPr="00A164CC" w:rsidSect="00677D2D">
      <w:pgSz w:w="11906" w:h="16838"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9728FA"/>
    <w:multiLevelType w:val="hybridMultilevel"/>
    <w:tmpl w:val="DC5C69CC"/>
    <w:lvl w:ilvl="0" w:tplc="BF9C78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6110F3"/>
    <w:multiLevelType w:val="hybridMultilevel"/>
    <w:tmpl w:val="09EE6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A33556"/>
    <w:multiLevelType w:val="hybridMultilevel"/>
    <w:tmpl w:val="9DC63E00"/>
    <w:lvl w:ilvl="0" w:tplc="F826634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133020B"/>
    <w:multiLevelType w:val="hybridMultilevel"/>
    <w:tmpl w:val="C6ECDE56"/>
    <w:lvl w:ilvl="0" w:tplc="0A1AE6C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15:restartNumberingAfterBreak="0">
    <w:nsid w:val="1CC01E79"/>
    <w:multiLevelType w:val="hybridMultilevel"/>
    <w:tmpl w:val="50B6AE46"/>
    <w:lvl w:ilvl="0" w:tplc="C32E75E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3E2594C"/>
    <w:multiLevelType w:val="hybridMultilevel"/>
    <w:tmpl w:val="E9AAA20E"/>
    <w:lvl w:ilvl="0" w:tplc="BE7C4F1A">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5" w15:restartNumberingAfterBreak="0">
    <w:nsid w:val="27273944"/>
    <w:multiLevelType w:val="hybridMultilevel"/>
    <w:tmpl w:val="6F72F2C0"/>
    <w:lvl w:ilvl="0" w:tplc="9E5A4D5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3458D4"/>
    <w:multiLevelType w:val="hybridMultilevel"/>
    <w:tmpl w:val="FCE2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61FB9"/>
    <w:multiLevelType w:val="hybridMultilevel"/>
    <w:tmpl w:val="4F1A28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D0EAF"/>
    <w:multiLevelType w:val="hybridMultilevel"/>
    <w:tmpl w:val="BBB49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A4042"/>
    <w:multiLevelType w:val="hybridMultilevel"/>
    <w:tmpl w:val="7078258E"/>
    <w:lvl w:ilvl="0" w:tplc="5B4CE2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1343B"/>
    <w:multiLevelType w:val="hybridMultilevel"/>
    <w:tmpl w:val="596AA140"/>
    <w:lvl w:ilvl="0" w:tplc="2F60C51C">
      <w:start w:val="1"/>
      <w:numFmt w:val="upperRoman"/>
      <w:lvlText w:val="%1."/>
      <w:lvlJc w:val="left"/>
      <w:pPr>
        <w:ind w:left="1080" w:hanging="72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E35A09"/>
    <w:multiLevelType w:val="hybridMultilevel"/>
    <w:tmpl w:val="DDCA3F58"/>
    <w:lvl w:ilvl="0" w:tplc="9E5A4D54">
      <w:start w:val="2"/>
      <w:numFmt w:val="bullet"/>
      <w:lvlText w:val="-"/>
      <w:lvlJc w:val="left"/>
      <w:pPr>
        <w:ind w:left="765" w:hanging="360"/>
      </w:pPr>
      <w:rPr>
        <w:rFonts w:ascii="Times New Roman" w:eastAsiaTheme="minorEastAsia"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3D406E24"/>
    <w:multiLevelType w:val="hybridMultilevel"/>
    <w:tmpl w:val="5636CD4A"/>
    <w:lvl w:ilvl="0" w:tplc="7E9464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A04660"/>
    <w:multiLevelType w:val="hybridMultilevel"/>
    <w:tmpl w:val="0376463C"/>
    <w:lvl w:ilvl="0" w:tplc="D6C4DF38">
      <w:start w:val="1"/>
      <w:numFmt w:val="upperRoman"/>
      <w:lvlText w:val="%1."/>
      <w:lvlJc w:val="left"/>
      <w:pPr>
        <w:ind w:left="1080" w:hanging="72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BD174A"/>
    <w:multiLevelType w:val="hybridMultilevel"/>
    <w:tmpl w:val="10829AA0"/>
    <w:lvl w:ilvl="0" w:tplc="B574A4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F2707"/>
    <w:multiLevelType w:val="hybridMultilevel"/>
    <w:tmpl w:val="AC76C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976011"/>
    <w:multiLevelType w:val="hybridMultilevel"/>
    <w:tmpl w:val="376ED3B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6"/>
  </w:num>
  <w:num w:numId="11">
    <w:abstractNumId w:val="17"/>
  </w:num>
  <w:num w:numId="12">
    <w:abstractNumId w:val="12"/>
  </w:num>
  <w:num w:numId="13">
    <w:abstractNumId w:val="20"/>
  </w:num>
  <w:num w:numId="14">
    <w:abstractNumId w:val="23"/>
  </w:num>
  <w:num w:numId="15">
    <w:abstractNumId w:val="22"/>
  </w:num>
  <w:num w:numId="16">
    <w:abstractNumId w:val="9"/>
  </w:num>
  <w:num w:numId="17">
    <w:abstractNumId w:val="21"/>
  </w:num>
  <w:num w:numId="18">
    <w:abstractNumId w:val="14"/>
  </w:num>
  <w:num w:numId="19">
    <w:abstractNumId w:val="15"/>
  </w:num>
  <w:num w:numId="20">
    <w:abstractNumId w:val="26"/>
  </w:num>
  <w:num w:numId="21">
    <w:abstractNumId w:val="13"/>
  </w:num>
  <w:num w:numId="22">
    <w:abstractNumId w:val="24"/>
  </w:num>
  <w:num w:numId="23">
    <w:abstractNumId w:val="18"/>
  </w:num>
  <w:num w:numId="24">
    <w:abstractNumId w:val="11"/>
  </w:num>
  <w:num w:numId="25">
    <w:abstractNumId w:val="10"/>
  </w:num>
  <w:num w:numId="26">
    <w:abstractNumId w:val="19"/>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4D79"/>
    <w:rsid w:val="00034616"/>
    <w:rsid w:val="00035C1A"/>
    <w:rsid w:val="00055FF2"/>
    <w:rsid w:val="0006063C"/>
    <w:rsid w:val="00072C0C"/>
    <w:rsid w:val="000B0194"/>
    <w:rsid w:val="000E074F"/>
    <w:rsid w:val="000F6868"/>
    <w:rsid w:val="001230FF"/>
    <w:rsid w:val="00124A38"/>
    <w:rsid w:val="0015074B"/>
    <w:rsid w:val="0018381F"/>
    <w:rsid w:val="001A4596"/>
    <w:rsid w:val="001B1292"/>
    <w:rsid w:val="001C295B"/>
    <w:rsid w:val="001D59FC"/>
    <w:rsid w:val="001E45E1"/>
    <w:rsid w:val="001F49DD"/>
    <w:rsid w:val="001F7F73"/>
    <w:rsid w:val="00212A1F"/>
    <w:rsid w:val="00217144"/>
    <w:rsid w:val="00250E86"/>
    <w:rsid w:val="0026216A"/>
    <w:rsid w:val="00265030"/>
    <w:rsid w:val="00271461"/>
    <w:rsid w:val="0029639D"/>
    <w:rsid w:val="002B6C28"/>
    <w:rsid w:val="002C43FC"/>
    <w:rsid w:val="0030762A"/>
    <w:rsid w:val="00326F90"/>
    <w:rsid w:val="00331DE3"/>
    <w:rsid w:val="00337505"/>
    <w:rsid w:val="00361EF8"/>
    <w:rsid w:val="00367594"/>
    <w:rsid w:val="003725F8"/>
    <w:rsid w:val="003837E1"/>
    <w:rsid w:val="003C59CC"/>
    <w:rsid w:val="003D71ED"/>
    <w:rsid w:val="003E2BDC"/>
    <w:rsid w:val="003E5620"/>
    <w:rsid w:val="003F6C40"/>
    <w:rsid w:val="004529E4"/>
    <w:rsid w:val="00464F4D"/>
    <w:rsid w:val="00466C34"/>
    <w:rsid w:val="004A0C88"/>
    <w:rsid w:val="004A11FE"/>
    <w:rsid w:val="004A64F7"/>
    <w:rsid w:val="004B6179"/>
    <w:rsid w:val="004E06A8"/>
    <w:rsid w:val="004F04F9"/>
    <w:rsid w:val="004F0DF3"/>
    <w:rsid w:val="00505A2C"/>
    <w:rsid w:val="00517144"/>
    <w:rsid w:val="005769FE"/>
    <w:rsid w:val="005A7C29"/>
    <w:rsid w:val="005E30E3"/>
    <w:rsid w:val="005E5AD8"/>
    <w:rsid w:val="005F019D"/>
    <w:rsid w:val="005F0530"/>
    <w:rsid w:val="005F093F"/>
    <w:rsid w:val="005F6F6A"/>
    <w:rsid w:val="0060423F"/>
    <w:rsid w:val="00607426"/>
    <w:rsid w:val="00607626"/>
    <w:rsid w:val="00636938"/>
    <w:rsid w:val="00677D2D"/>
    <w:rsid w:val="00682706"/>
    <w:rsid w:val="006A6E1B"/>
    <w:rsid w:val="006B5560"/>
    <w:rsid w:val="006D0CD3"/>
    <w:rsid w:val="0070244E"/>
    <w:rsid w:val="00720E16"/>
    <w:rsid w:val="007464E8"/>
    <w:rsid w:val="007525BD"/>
    <w:rsid w:val="00752E36"/>
    <w:rsid w:val="007676A4"/>
    <w:rsid w:val="007701BA"/>
    <w:rsid w:val="007A30CC"/>
    <w:rsid w:val="007B02F0"/>
    <w:rsid w:val="0081026A"/>
    <w:rsid w:val="00835A94"/>
    <w:rsid w:val="0086119F"/>
    <w:rsid w:val="008A371C"/>
    <w:rsid w:val="008E7FF4"/>
    <w:rsid w:val="008F0EC9"/>
    <w:rsid w:val="0091053B"/>
    <w:rsid w:val="00914D38"/>
    <w:rsid w:val="009242D4"/>
    <w:rsid w:val="009618E5"/>
    <w:rsid w:val="00962FEA"/>
    <w:rsid w:val="00966EEA"/>
    <w:rsid w:val="00992F25"/>
    <w:rsid w:val="00993B76"/>
    <w:rsid w:val="009B1979"/>
    <w:rsid w:val="009B6256"/>
    <w:rsid w:val="00A164CC"/>
    <w:rsid w:val="00A22E24"/>
    <w:rsid w:val="00A25580"/>
    <w:rsid w:val="00A266B8"/>
    <w:rsid w:val="00A30D43"/>
    <w:rsid w:val="00A678F6"/>
    <w:rsid w:val="00A96E69"/>
    <w:rsid w:val="00AA1D8D"/>
    <w:rsid w:val="00AB4594"/>
    <w:rsid w:val="00AB777C"/>
    <w:rsid w:val="00AD595F"/>
    <w:rsid w:val="00B20112"/>
    <w:rsid w:val="00B3507E"/>
    <w:rsid w:val="00B365A5"/>
    <w:rsid w:val="00B47730"/>
    <w:rsid w:val="00B94B09"/>
    <w:rsid w:val="00BC2F23"/>
    <w:rsid w:val="00BE1630"/>
    <w:rsid w:val="00C041C2"/>
    <w:rsid w:val="00C2263D"/>
    <w:rsid w:val="00C32466"/>
    <w:rsid w:val="00C977C3"/>
    <w:rsid w:val="00CB0664"/>
    <w:rsid w:val="00CB2969"/>
    <w:rsid w:val="00CF7A77"/>
    <w:rsid w:val="00D61D3C"/>
    <w:rsid w:val="00D709C0"/>
    <w:rsid w:val="00D841A5"/>
    <w:rsid w:val="00D96856"/>
    <w:rsid w:val="00D976B0"/>
    <w:rsid w:val="00DB4118"/>
    <w:rsid w:val="00DB7D6F"/>
    <w:rsid w:val="00DD6B8B"/>
    <w:rsid w:val="00DE4464"/>
    <w:rsid w:val="00E0037C"/>
    <w:rsid w:val="00E05DA7"/>
    <w:rsid w:val="00E17070"/>
    <w:rsid w:val="00E23CDC"/>
    <w:rsid w:val="00E3564B"/>
    <w:rsid w:val="00EA438C"/>
    <w:rsid w:val="00F14916"/>
    <w:rsid w:val="00F5279A"/>
    <w:rsid w:val="00F64DBE"/>
    <w:rsid w:val="00F855D5"/>
    <w:rsid w:val="00F8598C"/>
    <w:rsid w:val="00FA4B2E"/>
    <w:rsid w:val="00FB403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CFC1FB"/>
  <w14:defaultImageDpi w14:val="300"/>
  <w15:docId w15:val="{20AF1543-3DE6-4B94-9F84-D65ED67A2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461"/>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8">
    <w:name w:val="8"/>
    <w:rPr>
      <w:rFonts w:ascii="Times New Roman" w:hAnsi="Times New Roman"/>
      <w:sz w:val="16"/>
    </w:rPr>
  </w:style>
  <w:style w:type="character" w:customStyle="1" w:styleId="10">
    <w:name w:val="10"/>
    <w:rPr>
      <w:rFonts w:ascii="Times New Roman" w:hAnsi="Times New Roman"/>
      <w:sz w:val="20"/>
    </w:rPr>
  </w:style>
  <w:style w:type="character" w:customStyle="1" w:styleId="14">
    <w:name w:val="14"/>
    <w:rPr>
      <w:rFonts w:ascii="Times New Roman" w:hAnsi="Times New Roman"/>
      <w:sz w:val="28"/>
    </w:rPr>
  </w:style>
  <w:style w:type="character" w:customStyle="1" w:styleId="18">
    <w:name w:val="18"/>
    <w:rPr>
      <w:rFonts w:ascii="Times New Roman" w:hAnsi="Times New Roman"/>
      <w:sz w:val="36"/>
    </w:rPr>
  </w:style>
  <w:style w:type="character" w:customStyle="1" w:styleId="22">
    <w:name w:val="22"/>
    <w:rPr>
      <w:rFonts w:ascii="Times New Roman" w:hAnsi="Times New Roman"/>
      <w:sz w:val="44"/>
    </w:rPr>
  </w:style>
  <w:style w:type="character" w:customStyle="1" w:styleId="26">
    <w:name w:val="26"/>
    <w:rPr>
      <w:rFonts w:ascii="Times New Roman" w:hAnsi="Times New Roman"/>
      <w:sz w:val="52"/>
    </w:rPr>
  </w:style>
  <w:style w:type="character" w:customStyle="1" w:styleId="30">
    <w:name w:val="30"/>
    <w:rPr>
      <w:rFonts w:ascii="Times New Roman" w:hAnsi="Times New Roman"/>
      <w:sz w:val="60"/>
    </w:rPr>
  </w:style>
  <w:style w:type="character" w:customStyle="1" w:styleId="34">
    <w:name w:val="34"/>
    <w:rPr>
      <w:rFonts w:ascii="Times New Roman" w:hAnsi="Times New Roman"/>
      <w:sz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f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ADD7D-A56E-4B11-82CE-1D50FB71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8</Pages>
  <Words>1901</Words>
  <Characters>10837</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2022-09-04T08:55:00Z</dcterms:created>
  <dcterms:modified xsi:type="dcterms:W3CDTF">2022-09-06T14:25:00Z</dcterms:modified>
  <cp:category/>
</cp:coreProperties>
</file>