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nil" w:sz="4" w:color="000000"/>
          <w:left w:val="nil" w:sz="4" w:color="000000"/>
          <w:bottom w:val="nil" w:sz="4" w:color="000000"/>
          <w:right w:val="nil" w:sz="4" w:color="000000"/>
          <w:insideH w:val="nil" w:sz="4" w:color="000000"/>
          <w:insideV w:val="nil" w:sz="4" w:color="000000"/>
        </w:tblBorders>
      </w:tblPr>
      <w:tblGrid>
        <w:gridCol w:w="4139"/>
        <w:gridCol w:w="6401"/>
      </w:tblGrid>
      <w:tr>
        <w:tc>
          <w:tcPr>
            <w:tcW w:type="dxa" w:w="4139"/>
            <w:tcMar>
              <w:top w:w="0" w:type="dxa"/>
              <w:bottom w:w="0" w:type="dxa"/>
              <w:left w:w="30" w:type="dxa"/>
              <w:right w:w="30" w:type="dxa"/>
            </w:tcMar>
            <w:vAlign w:val="top"/>
          </w:tcPr>
          <w:p>
            <w:pPr>
              <w:keepNext/>
              <w:keepLines/>
              <w:widowControl/>
              <w:spacing w:before="0" w:after="0" w:line="240" w:lineRule="auto"/>
              <w:ind w:firstLine="0"/>
              <w:jc w:val="center"/>
            </w:pPr>
            <w:r>
              <w:rPr>
                <w:rFonts w:ascii="Times New Roman" w:hAnsi="Times New Roman" w:eastAsia="Times New Roman" w:cs="Times New Roman"/>
                <w:b/>
                <w:i w:val="0"/>
                <w:color w:val="000000"/>
                <w:sz w:val="24"/>
              </w:rPr>
              <w:t>TRƯỜNG THPT ……………………</w:t>
            </w:r>
          </w:p>
          <w:p>
            <w:pPr>
              <w:keepNext/>
              <w:keepLines/>
              <w:widowControl/>
              <w:spacing w:before="0" w:after="0" w:line="240" w:lineRule="auto"/>
              <w:ind w:firstLine="0"/>
              <w:jc w:val="center"/>
            </w:pPr>
            <w:r>
              <w:rPr>
                <w:rFonts w:ascii="Times New Roman" w:hAnsi="Times New Roman" w:eastAsia="Times New Roman" w:cs="Times New Roman"/>
                <w:b/>
                <w:i w:val="0"/>
                <w:color w:val="000000"/>
                <w:sz w:val="24"/>
              </w:rPr>
              <w:t>ĐỀ KIỂM TRA GIỮA KỲ I</w:t>
            </w:r>
          </w:p>
          <w:p>
            <w:pPr>
              <w:keepNext/>
              <w:keepLines/>
              <w:widowControl/>
              <w:spacing w:before="0" w:after="0" w:line="240" w:lineRule="auto"/>
              <w:ind w:firstLine="0"/>
              <w:jc w:val="center"/>
            </w:pPr>
            <w:r>
              <w:rPr>
                <w:rFonts w:ascii="Times New Roman" w:hAnsi="Times New Roman" w:eastAsia="Times New Roman" w:cs="Times New Roman"/>
                <w:b w:val="0"/>
                <w:i/>
                <w:color w:val="000000"/>
                <w:sz w:val="24"/>
              </w:rPr>
              <w:t>(Đề kiểm tra có 04 trang)</w:t>
            </w:r>
          </w:p>
        </w:tc>
        <w:tc>
          <w:tcPr>
            <w:tcW w:type="dxa" w:w="6401"/>
            <w:tcMar>
              <w:top w:w="0" w:type="dxa"/>
              <w:bottom w:w="0" w:type="dxa"/>
              <w:left w:w="30" w:type="dxa"/>
              <w:right w:w="30" w:type="dxa"/>
            </w:tcMar>
            <w:vAlign w:val="top"/>
          </w:tcPr>
          <w:p>
            <w:pPr>
              <w:pStyle w:val="Title"/>
              <w:keepNext/>
              <w:keepLines/>
              <w:widowControl/>
              <w:spacing w:before="0" w:after="0" w:line="240" w:lineRule="auto"/>
              <w:ind w:firstLine="0"/>
              <w:jc w:val="center"/>
            </w:pPr>
            <w:r>
              <w:rPr>
                <w:rFonts w:ascii="Times New Roman" w:hAnsi="Times New Roman" w:eastAsia="Times New Roman" w:cs="Times New Roman"/>
                <w:b/>
                <w:i w:val="0"/>
                <w:color w:val="000000"/>
                <w:sz w:val="24"/>
              </w:rPr>
              <w:t>KIỂM TRA GIỮA HỌC KỲ I</w:t>
            </w:r>
          </w:p>
          <w:p>
            <w:pPr>
              <w:keepNext/>
              <w:keepLines/>
              <w:widowControl/>
              <w:spacing w:before="0" w:after="0" w:line="240" w:lineRule="auto"/>
              <w:ind w:firstLine="0"/>
              <w:jc w:val="center"/>
            </w:pPr>
            <w:r>
              <w:rPr>
                <w:rFonts w:ascii="Times New Roman" w:hAnsi="Times New Roman" w:eastAsia="Times New Roman" w:cs="Times New Roman"/>
                <w:b/>
                <w:i w:val="0"/>
                <w:color w:val="000000"/>
                <w:sz w:val="24"/>
              </w:rPr>
              <w:t>NĂM HỌC 2026–2027</w:t>
            </w:r>
          </w:p>
          <w:p>
            <w:pPr>
              <w:keepNext/>
              <w:keepLines/>
              <w:widowControl/>
              <w:spacing w:before="0" w:after="0" w:line="240" w:lineRule="auto"/>
              <w:ind w:firstLine="0"/>
              <w:jc w:val="center"/>
            </w:pPr>
            <w:r>
              <w:rPr>
                <w:rFonts w:ascii="Times New Roman" w:hAnsi="Times New Roman" w:eastAsia="Times New Roman" w:cs="Times New Roman"/>
                <w:b/>
                <w:i w:val="0"/>
                <w:color w:val="000000"/>
                <w:sz w:val="24"/>
              </w:rPr>
              <w:t>Môn: TIẾNG ANH LỚP 10</w:t>
            </w:r>
          </w:p>
          <w:p>
            <w:pPr>
              <w:keepNext/>
              <w:keepLines/>
              <w:widowControl/>
              <w:spacing w:before="0" w:after="0" w:line="240" w:lineRule="auto"/>
              <w:ind w:firstLine="0"/>
              <w:jc w:val="center"/>
            </w:pPr>
            <w:r>
              <w:rPr>
                <w:rFonts w:ascii="Times New Roman" w:hAnsi="Times New Roman" w:eastAsia="Times New Roman" w:cs="Times New Roman"/>
                <w:b w:val="0"/>
                <w:i/>
                <w:color w:val="000000"/>
                <w:sz w:val="22"/>
              </w:rPr>
              <w:t>Thời gian làm bài: 50 phút, không kể thời gian phát đề</w:t>
            </w:r>
          </w:p>
        </w:tc>
      </w:tr>
    </w:tbl>
    <w:p>
      <w:pPr>
        <w:keepNext w:val="0"/>
        <w:keepLines/>
        <w:widowControl/>
        <w:spacing w:before="0" w:after="40" w:line="40" w:lineRule="exact"/>
        <w:ind w:firstLine="0"/>
        <w:jc w:val="both"/>
      </w:pPr>
    </w:p>
    <w:tbl>
      <w:tblPr>
        <w:tblW w:type="auto" w:w="0"/>
        <w:jc w:val="center"/>
        <w:tblLayout w:type="fixed"/>
        <w:tblLook w:firstColumn="1" w:firstRow="1" w:lastColumn="0" w:lastRow="0" w:noHBand="0" w:noVBand="1" w:val="04A0"/>
        <w:tblBorders>
          <w:top w:val="nil" w:sz="4" w:color="000000"/>
          <w:left w:val="nil" w:sz="4" w:color="000000"/>
          <w:bottom w:val="nil" w:sz="4" w:color="000000"/>
          <w:right w:val="nil" w:sz="4" w:color="000000"/>
          <w:insideH w:val="nil" w:sz="4" w:color="000000"/>
          <w:insideV w:val="nil" w:sz="4" w:color="000000"/>
        </w:tblBorders>
      </w:tblPr>
      <w:tblGrid>
        <w:gridCol w:w="8073"/>
        <w:gridCol w:w="2466"/>
      </w:tblGrid>
      <w:tr>
        <w:tc>
          <w:tcPr>
            <w:tcW w:type="dxa" w:w="8073"/>
            <w:tcMar>
              <w:top w:w="0" w:type="dxa"/>
              <w:bottom w:w="0" w:type="dxa"/>
              <w:left w:w="0" w:type="dxa"/>
              <w:right w:w="0" w:type="dxa"/>
            </w:tcMar>
          </w:tcPr>
          <w:p>
            <w:pPr>
              <w:keepNext w:val="0"/>
              <w:keepLines/>
              <w:widowControl/>
              <w:spacing w:before="0" w:after="0" w:line="240" w:lineRule="auto"/>
              <w:ind w:firstLine="0"/>
              <w:jc w:val="left"/>
            </w:pPr>
            <w:r>
              <w:rPr>
                <w:rFonts w:ascii="Times New Roman" w:hAnsi="Times New Roman" w:eastAsia="Times New Roman" w:cs="Times New Roman"/>
                <w:color w:val="000000"/>
                <w:sz w:val="24"/>
              </w:rPr>
              <w:t>Họ, tên học sinh: ........................................................................</w:t>
            </w:r>
          </w:p>
          <w:p>
            <w:pPr>
              <w:keepNext w:val="0"/>
              <w:keepLines/>
              <w:widowControl/>
              <w:spacing w:before="0" w:after="0" w:line="240" w:lineRule="auto"/>
              <w:ind w:firstLine="0"/>
              <w:jc w:val="left"/>
            </w:pPr>
            <w:r>
              <w:rPr>
                <w:rFonts w:ascii="Times New Roman" w:hAnsi="Times New Roman" w:eastAsia="Times New Roman" w:cs="Times New Roman"/>
                <w:color w:val="000000"/>
                <w:sz w:val="24"/>
              </w:rPr>
              <w:t>Số báo danh: ..................................  Lớp: ..............................</w:t>
            </w:r>
          </w:p>
        </w:tc>
        <w:tc>
          <w:tcPr>
            <w:tcW w:type="dxa" w:w="2466"/>
            <w:tcMar>
              <w:top w:w="0" w:type="dxa"/>
              <w:bottom w:w="0" w:type="dxa"/>
              <w:left w:w="0" w:type="dxa"/>
              <w:right w:w="0" w:type="dxa"/>
            </w:tcMar>
            <w:vAlign w:val="center"/>
            <w:tcBorders>
              <w:top w:val="single" w:sz="10" w:space="5"/>
              <w:left w:val="single" w:sz="10" w:space="5"/>
              <w:bottom w:val="single" w:sz="10" w:space="5"/>
              <w:right w:val="single" w:sz="10" w:space="5"/>
            </w:tcBorders>
          </w:tcPr>
          <w:p>
            <w:pPr>
              <w:keepNext w:val="0"/>
              <w:keepLines/>
              <w:widowControl/>
              <w:spacing w:before="20" w:after="20" w:line="240" w:lineRule="auto"/>
              <w:ind w:firstLine="0"/>
              <w:jc w:val="center"/>
            </w:pPr>
            <w:r>
              <w:rPr>
                <w:rFonts w:ascii="Times New Roman" w:hAnsi="Times New Roman" w:eastAsia="Times New Roman" w:cs="Times New Roman"/>
                <w:b/>
                <w:color w:val="000000"/>
                <w:sz w:val="24"/>
              </w:rPr>
              <w:t>Mã đề: 502</w:t>
            </w:r>
          </w:p>
        </w:tc>
      </w:tr>
    </w:tbl>
    <w:p>
      <w:pPr>
        <w:keepNext/>
        <w:keepLines/>
        <w:widowControl/>
        <w:spacing w:before="140" w:after="0" w:line="240" w:lineRule="auto"/>
        <w:ind w:firstLine="0"/>
        <w:jc w:val="both"/>
      </w:pPr>
      <w:r>
        <w:rPr>
          <w:rFonts w:ascii="Times New Roman" w:hAnsi="Times New Roman" w:eastAsia="Times New Roman" w:cs="Times New Roman"/>
          <w:b/>
          <w:i/>
          <w:color w:val="000000"/>
          <w:sz w:val="24"/>
        </w:rPr>
        <w:t>Read the following leaflet and choose the best option A, B, C or D for each blank from 1 to 6.</w:t>
      </w:r>
    </w:p>
    <w:p>
      <w:pPr>
        <w:keepNext/>
        <w:keepLines/>
        <w:widowControl/>
        <w:spacing w:before="0" w:after="0" w:line="240" w:lineRule="auto"/>
        <w:ind w:firstLine="0"/>
        <w:jc w:val="center"/>
      </w:pPr>
      <w:r>
        <w:rPr>
          <w:rFonts w:ascii="Times New Roman" w:hAnsi="Times New Roman" w:eastAsia="Times New Roman" w:cs="Times New Roman"/>
          <w:b/>
          <w:color w:val="000000"/>
          <w:sz w:val="24"/>
        </w:rPr>
        <w:t>SCHOOL RADIO MUSIC HOUR</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Would you like to hear your favourite songs at school? Our radio team (1) _____ a music programme every Friday. Students can send the names of songs they like.</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Listen! The team (2) _____ a new song in the studio at the moment. Two students are learning to use the equipment. Our music teacher lets them (3) _____ the songs for next week.</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You do not need to be a good (4) _____ to join the team. You can read short messages or introduce the music. We plan to meet next Tuesday; we (5) _____ make our first programme together. Come along (6) _____ share your ideas!</w:t>
      </w:r>
    </w:p>
    <w:p>
      <w:pPr>
        <w:keepNext w:val="0"/>
        <w:keepLines/>
        <w:widowControl/>
        <w:tabs>
          <w:tab w:pos="1389" w:val="left"/>
          <w:tab w:pos="3657" w:val="left"/>
          <w:tab w:pos="5924" w:val="left"/>
          <w:tab w:pos="8192" w:val="left"/>
        </w:tabs>
        <w:spacing w:before="0" w:after="0" w:line="240" w:lineRule="auto"/>
        <w:ind w:firstLine="0"/>
        <w:jc w:val="left"/>
      </w:pPr>
      <w:r>
        <w:rPr>
          <w:rFonts w:ascii="Times New Roman" w:hAnsi="Times New Roman" w:eastAsia="Times New Roman" w:cs="Times New Roman"/>
          <w:b/>
          <w:color w:val="000000"/>
          <w:sz w:val="24"/>
        </w:rPr>
        <w:t>Question 1.</w:t>
      </w:r>
      <w:r>
        <w:rPr>
          <w:rFonts w:ascii="Times New Roman" w:hAnsi="Times New Roman" w:eastAsia="Times New Roman" w:cs="Times New Roman"/>
          <w:color w:val="000000"/>
          <w:sz w:val="24"/>
        </w:rPr>
        <w:tab/>
        <w:t>A. make</w:t>
      </w:r>
      <w:r>
        <w:rPr>
          <w:rFonts w:ascii="Times New Roman" w:hAnsi="Times New Roman" w:eastAsia="Times New Roman" w:cs="Times New Roman"/>
          <w:color w:val="000000"/>
          <w:sz w:val="24"/>
        </w:rPr>
        <w:tab/>
        <w:t>B. making</w:t>
      </w:r>
      <w:r>
        <w:rPr>
          <w:rFonts w:ascii="Times New Roman" w:hAnsi="Times New Roman" w:eastAsia="Times New Roman" w:cs="Times New Roman"/>
          <w:color w:val="000000"/>
          <w:sz w:val="24"/>
        </w:rPr>
        <w:tab/>
        <w:t>C. are making</w:t>
      </w:r>
      <w:r>
        <w:rPr>
          <w:rFonts w:ascii="Times New Roman" w:hAnsi="Times New Roman" w:eastAsia="Times New Roman" w:cs="Times New Roman"/>
          <w:color w:val="000000"/>
          <w:sz w:val="24"/>
        </w:rPr>
        <w:tab/>
        <w:t>D. makes</w:t>
      </w:r>
    </w:p>
    <w:p>
      <w:pPr>
        <w:keepNext w:val="0"/>
        <w:keepLines/>
        <w:widowControl/>
        <w:tabs>
          <w:tab w:pos="1389" w:val="left"/>
          <w:tab w:pos="3657" w:val="left"/>
          <w:tab w:pos="5924" w:val="left"/>
          <w:tab w:pos="8192" w:val="left"/>
        </w:tabs>
        <w:spacing w:before="0" w:after="0" w:line="240" w:lineRule="auto"/>
        <w:ind w:firstLine="0"/>
        <w:jc w:val="left"/>
      </w:pPr>
      <w:r>
        <w:rPr>
          <w:rFonts w:ascii="Times New Roman" w:hAnsi="Times New Roman" w:eastAsia="Times New Roman" w:cs="Times New Roman"/>
          <w:b/>
          <w:color w:val="000000"/>
          <w:sz w:val="24"/>
        </w:rPr>
        <w:t>Question 2.</w:t>
      </w:r>
      <w:r>
        <w:rPr>
          <w:rFonts w:ascii="Times New Roman" w:hAnsi="Times New Roman" w:eastAsia="Times New Roman" w:cs="Times New Roman"/>
          <w:color w:val="000000"/>
          <w:sz w:val="24"/>
        </w:rPr>
        <w:tab/>
        <w:t>A. is recording</w:t>
      </w:r>
      <w:r>
        <w:rPr>
          <w:rFonts w:ascii="Times New Roman" w:hAnsi="Times New Roman" w:eastAsia="Times New Roman" w:cs="Times New Roman"/>
          <w:color w:val="000000"/>
          <w:sz w:val="24"/>
        </w:rPr>
        <w:tab/>
        <w:t>B. record</w:t>
      </w:r>
      <w:r>
        <w:rPr>
          <w:rFonts w:ascii="Times New Roman" w:hAnsi="Times New Roman" w:eastAsia="Times New Roman" w:cs="Times New Roman"/>
          <w:color w:val="000000"/>
          <w:sz w:val="24"/>
        </w:rPr>
        <w:tab/>
        <w:t>C. are recording</w:t>
      </w:r>
      <w:r>
        <w:rPr>
          <w:rFonts w:ascii="Times New Roman" w:hAnsi="Times New Roman" w:eastAsia="Times New Roman" w:cs="Times New Roman"/>
          <w:color w:val="000000"/>
          <w:sz w:val="24"/>
        </w:rPr>
        <w:tab/>
        <w:t>D. recording</w:t>
      </w:r>
    </w:p>
    <w:p>
      <w:pPr>
        <w:keepNext w:val="0"/>
        <w:keepLines/>
        <w:widowControl/>
        <w:tabs>
          <w:tab w:pos="1389" w:val="left"/>
          <w:tab w:pos="3657" w:val="left"/>
          <w:tab w:pos="5924" w:val="left"/>
          <w:tab w:pos="8192" w:val="left"/>
        </w:tabs>
        <w:spacing w:before="0" w:after="0" w:line="240" w:lineRule="auto"/>
        <w:ind w:firstLine="0"/>
        <w:jc w:val="left"/>
      </w:pPr>
      <w:r>
        <w:rPr>
          <w:rFonts w:ascii="Times New Roman" w:hAnsi="Times New Roman" w:eastAsia="Times New Roman" w:cs="Times New Roman"/>
          <w:b/>
          <w:color w:val="000000"/>
          <w:sz w:val="24"/>
        </w:rPr>
        <w:t>Question 3.</w:t>
      </w:r>
      <w:r>
        <w:rPr>
          <w:rFonts w:ascii="Times New Roman" w:hAnsi="Times New Roman" w:eastAsia="Times New Roman" w:cs="Times New Roman"/>
          <w:color w:val="000000"/>
          <w:sz w:val="24"/>
        </w:rPr>
        <w:tab/>
        <w:t>A. to choose</w:t>
      </w:r>
      <w:r>
        <w:rPr>
          <w:rFonts w:ascii="Times New Roman" w:hAnsi="Times New Roman" w:eastAsia="Times New Roman" w:cs="Times New Roman"/>
          <w:color w:val="000000"/>
          <w:sz w:val="24"/>
        </w:rPr>
        <w:tab/>
        <w:t>B. choosing</w:t>
      </w:r>
      <w:r>
        <w:rPr>
          <w:rFonts w:ascii="Times New Roman" w:hAnsi="Times New Roman" w:eastAsia="Times New Roman" w:cs="Times New Roman"/>
          <w:color w:val="000000"/>
          <w:sz w:val="24"/>
        </w:rPr>
        <w:tab/>
        <w:t>C. chose</w:t>
      </w:r>
      <w:r>
        <w:rPr>
          <w:rFonts w:ascii="Times New Roman" w:hAnsi="Times New Roman" w:eastAsia="Times New Roman" w:cs="Times New Roman"/>
          <w:color w:val="000000"/>
          <w:sz w:val="24"/>
        </w:rPr>
        <w:tab/>
        <w:t>D. choose</w:t>
      </w:r>
    </w:p>
    <w:p>
      <w:pPr>
        <w:keepNext w:val="0"/>
        <w:keepLines/>
        <w:widowControl/>
        <w:tabs>
          <w:tab w:pos="1389" w:val="left"/>
          <w:tab w:pos="3657" w:val="left"/>
          <w:tab w:pos="5924" w:val="left"/>
          <w:tab w:pos="8192" w:val="left"/>
        </w:tabs>
        <w:spacing w:before="0" w:after="0" w:line="240" w:lineRule="auto"/>
        <w:ind w:firstLine="0"/>
        <w:jc w:val="left"/>
      </w:pPr>
      <w:r>
        <w:rPr>
          <w:rFonts w:ascii="Times New Roman" w:hAnsi="Times New Roman" w:eastAsia="Times New Roman" w:cs="Times New Roman"/>
          <w:b/>
          <w:color w:val="000000"/>
          <w:sz w:val="24"/>
        </w:rPr>
        <w:t>Question 4.</w:t>
      </w:r>
      <w:r>
        <w:rPr>
          <w:rFonts w:ascii="Times New Roman" w:hAnsi="Times New Roman" w:eastAsia="Times New Roman" w:cs="Times New Roman"/>
          <w:color w:val="000000"/>
          <w:sz w:val="24"/>
        </w:rPr>
        <w:tab/>
        <w:t>A. sing</w:t>
      </w:r>
      <w:r>
        <w:rPr>
          <w:rFonts w:ascii="Times New Roman" w:hAnsi="Times New Roman" w:eastAsia="Times New Roman" w:cs="Times New Roman"/>
          <w:color w:val="000000"/>
          <w:sz w:val="24"/>
        </w:rPr>
        <w:tab/>
        <w:t>B. singing</w:t>
      </w:r>
      <w:r>
        <w:rPr>
          <w:rFonts w:ascii="Times New Roman" w:hAnsi="Times New Roman" w:eastAsia="Times New Roman" w:cs="Times New Roman"/>
          <w:color w:val="000000"/>
          <w:sz w:val="24"/>
        </w:rPr>
        <w:tab/>
        <w:t>C. singer</w:t>
      </w:r>
      <w:r>
        <w:rPr>
          <w:rFonts w:ascii="Times New Roman" w:hAnsi="Times New Roman" w:eastAsia="Times New Roman" w:cs="Times New Roman"/>
          <w:color w:val="000000"/>
          <w:sz w:val="24"/>
        </w:rPr>
        <w:tab/>
        <w:t>D. sings</w:t>
      </w:r>
    </w:p>
    <w:p>
      <w:pPr>
        <w:keepNext w:val="0"/>
        <w:keepLines/>
        <w:widowControl/>
        <w:tabs>
          <w:tab w:pos="1389" w:val="left"/>
          <w:tab w:pos="3657" w:val="left"/>
          <w:tab w:pos="5924" w:val="left"/>
          <w:tab w:pos="8192" w:val="left"/>
        </w:tabs>
        <w:spacing w:before="0" w:after="0" w:line="240" w:lineRule="auto"/>
        <w:ind w:firstLine="0"/>
        <w:jc w:val="left"/>
      </w:pPr>
      <w:r>
        <w:rPr>
          <w:rFonts w:ascii="Times New Roman" w:hAnsi="Times New Roman" w:eastAsia="Times New Roman" w:cs="Times New Roman"/>
          <w:b/>
          <w:color w:val="000000"/>
          <w:sz w:val="24"/>
        </w:rPr>
        <w:t>Question 5.</w:t>
      </w:r>
      <w:r>
        <w:rPr>
          <w:rFonts w:ascii="Times New Roman" w:hAnsi="Times New Roman" w:eastAsia="Times New Roman" w:cs="Times New Roman"/>
          <w:color w:val="000000"/>
          <w:sz w:val="24"/>
        </w:rPr>
        <w:tab/>
        <w:t>A. going to</w:t>
      </w:r>
      <w:r>
        <w:rPr>
          <w:rFonts w:ascii="Times New Roman" w:hAnsi="Times New Roman" w:eastAsia="Times New Roman" w:cs="Times New Roman"/>
          <w:color w:val="000000"/>
          <w:sz w:val="24"/>
        </w:rPr>
        <w:tab/>
        <w:t>B. is going to</w:t>
      </w:r>
      <w:r>
        <w:rPr>
          <w:rFonts w:ascii="Times New Roman" w:hAnsi="Times New Roman" w:eastAsia="Times New Roman" w:cs="Times New Roman"/>
          <w:color w:val="000000"/>
          <w:sz w:val="24"/>
        </w:rPr>
        <w:tab/>
        <w:t>C. are going to</w:t>
      </w:r>
      <w:r>
        <w:rPr>
          <w:rFonts w:ascii="Times New Roman" w:hAnsi="Times New Roman" w:eastAsia="Times New Roman" w:cs="Times New Roman"/>
          <w:color w:val="000000"/>
          <w:sz w:val="24"/>
        </w:rPr>
        <w:tab/>
        <w:t>D. go to</w:t>
      </w:r>
    </w:p>
    <w:p>
      <w:pPr>
        <w:keepNext w:val="0"/>
        <w:keepLines/>
        <w:widowControl/>
        <w:tabs>
          <w:tab w:pos="1389" w:val="left"/>
          <w:tab w:pos="3657" w:val="left"/>
          <w:tab w:pos="5924" w:val="left"/>
          <w:tab w:pos="8192" w:val="left"/>
        </w:tabs>
        <w:spacing w:before="0" w:after="0" w:line="240" w:lineRule="auto"/>
        <w:ind w:firstLine="0"/>
        <w:jc w:val="left"/>
      </w:pPr>
      <w:r>
        <w:rPr>
          <w:rFonts w:ascii="Times New Roman" w:hAnsi="Times New Roman" w:eastAsia="Times New Roman" w:cs="Times New Roman"/>
          <w:b/>
          <w:color w:val="000000"/>
          <w:sz w:val="24"/>
        </w:rPr>
        <w:t>Question 6.</w:t>
      </w:r>
      <w:r>
        <w:rPr>
          <w:rFonts w:ascii="Times New Roman" w:hAnsi="Times New Roman" w:eastAsia="Times New Roman" w:cs="Times New Roman"/>
          <w:color w:val="000000"/>
          <w:sz w:val="24"/>
        </w:rPr>
        <w:tab/>
        <w:t>A. and</w:t>
      </w:r>
      <w:r>
        <w:rPr>
          <w:rFonts w:ascii="Times New Roman" w:hAnsi="Times New Roman" w:eastAsia="Times New Roman" w:cs="Times New Roman"/>
          <w:color w:val="000000"/>
          <w:sz w:val="24"/>
        </w:rPr>
        <w:tab/>
        <w:t>B. but</w:t>
      </w:r>
      <w:r>
        <w:rPr>
          <w:rFonts w:ascii="Times New Roman" w:hAnsi="Times New Roman" w:eastAsia="Times New Roman" w:cs="Times New Roman"/>
          <w:color w:val="000000"/>
          <w:sz w:val="24"/>
        </w:rPr>
        <w:tab/>
        <w:t>C. because</w:t>
      </w:r>
      <w:r>
        <w:rPr>
          <w:rFonts w:ascii="Times New Roman" w:hAnsi="Times New Roman" w:eastAsia="Times New Roman" w:cs="Times New Roman"/>
          <w:color w:val="000000"/>
          <w:sz w:val="24"/>
        </w:rPr>
        <w:tab/>
        <w:t>D. although</w:t>
      </w:r>
    </w:p>
    <w:p>
      <w:pPr>
        <w:keepNext/>
        <w:keepLines/>
        <w:widowControl/>
        <w:spacing w:before="140" w:after="0" w:line="240" w:lineRule="auto"/>
        <w:ind w:firstLine="0"/>
        <w:jc w:val="both"/>
      </w:pPr>
      <w:r>
        <w:rPr>
          <w:rFonts w:ascii="Times New Roman" w:hAnsi="Times New Roman" w:eastAsia="Times New Roman" w:cs="Times New Roman"/>
          <w:b/>
          <w:i/>
          <w:color w:val="000000"/>
          <w:sz w:val="24"/>
        </w:rPr>
        <w:t>Mark the letter A, B, C or D to indicate the best arrangement of sentences or utterances in each question from 7 to 11.</w:t>
      </w:r>
    </w:p>
    <w:p>
      <w:pPr>
        <w:keepNext/>
        <w:keepLines/>
        <w:widowControl/>
        <w:spacing w:before="0" w:after="0" w:line="240" w:lineRule="auto"/>
        <w:ind w:firstLine="0"/>
        <w:jc w:val="left"/>
      </w:pPr>
      <w:r>
        <w:rPr>
          <w:rFonts w:ascii="Times New Roman" w:hAnsi="Times New Roman" w:eastAsia="Times New Roman" w:cs="Times New Roman"/>
          <w:b/>
          <w:color w:val="000000"/>
          <w:sz w:val="24"/>
        </w:rPr>
        <w:t>Question 7.</w:t>
      </w:r>
    </w:p>
    <w:p>
      <w:pPr>
        <w:keepNext/>
        <w:keepLines/>
        <w:widowControl/>
        <w:spacing w:before="0" w:after="0" w:line="240" w:lineRule="auto"/>
        <w:ind w:firstLine="0"/>
        <w:jc w:val="left"/>
      </w:pPr>
      <w:r>
        <w:rPr>
          <w:rFonts w:ascii="Times New Roman" w:hAnsi="Times New Roman" w:eastAsia="Times New Roman" w:cs="Times New Roman"/>
          <w:color w:val="000000"/>
          <w:sz w:val="24"/>
        </w:rPr>
        <w:t>Dear An,</w:t>
      </w:r>
    </w:p>
    <w:p>
      <w:pPr>
        <w:keepNext/>
        <w:keepLines/>
        <w:widowControl/>
        <w:spacing w:before="0" w:after="0" w:line="240" w:lineRule="auto"/>
        <w:ind w:firstLine="0"/>
        <w:jc w:val="left"/>
      </w:pPr>
      <w:r>
        <w:rPr>
          <w:rFonts w:ascii="Times New Roman" w:hAnsi="Times New Roman" w:eastAsia="Times New Roman" w:cs="Times New Roman"/>
          <w:color w:val="000000"/>
          <w:sz w:val="24"/>
        </w:rPr>
        <w:t>a. After recording, we can listen to the programme together.</w:t>
      </w:r>
    </w:p>
    <w:p>
      <w:pPr>
        <w:keepNext/>
        <w:keepLines/>
        <w:widowControl/>
        <w:spacing w:before="0" w:after="0" w:line="240" w:lineRule="auto"/>
        <w:ind w:firstLine="0"/>
        <w:jc w:val="left"/>
      </w:pPr>
      <w:r>
        <w:rPr>
          <w:rFonts w:ascii="Times New Roman" w:hAnsi="Times New Roman" w:eastAsia="Times New Roman" w:cs="Times New Roman"/>
          <w:color w:val="000000"/>
          <w:sz w:val="24"/>
        </w:rPr>
        <w:t>b. I’m writing to invite you to our school radio room.</w:t>
      </w:r>
    </w:p>
    <w:p>
      <w:pPr>
        <w:keepNext/>
        <w:keepLines/>
        <w:widowControl/>
        <w:spacing w:before="0" w:after="0" w:line="240" w:lineRule="auto"/>
        <w:ind w:firstLine="0"/>
        <w:jc w:val="left"/>
      </w:pPr>
      <w:r>
        <w:rPr>
          <w:rFonts w:ascii="Times New Roman" w:hAnsi="Times New Roman" w:eastAsia="Times New Roman" w:cs="Times New Roman"/>
          <w:color w:val="000000"/>
          <w:sz w:val="24"/>
        </w:rPr>
        <w:t>c. Let me know if you can come on Friday.</w:t>
      </w:r>
    </w:p>
    <w:p>
      <w:pPr>
        <w:keepNext/>
        <w:keepLines/>
        <w:widowControl/>
        <w:spacing w:before="0" w:after="0" w:line="240" w:lineRule="auto"/>
        <w:ind w:firstLine="0"/>
        <w:jc w:val="left"/>
      </w:pPr>
      <w:r>
        <w:rPr>
          <w:rFonts w:ascii="Times New Roman" w:hAnsi="Times New Roman" w:eastAsia="Times New Roman" w:cs="Times New Roman"/>
          <w:color w:val="000000"/>
          <w:sz w:val="24"/>
        </w:rPr>
        <w:t>d. First, our teacher will show us the microphone.</w:t>
      </w:r>
    </w:p>
    <w:p>
      <w:pPr>
        <w:keepNext/>
        <w:keepLines/>
        <w:widowControl/>
        <w:spacing w:before="0" w:after="0" w:line="240" w:lineRule="auto"/>
        <w:ind w:firstLine="0"/>
        <w:jc w:val="left"/>
      </w:pPr>
      <w:r>
        <w:rPr>
          <w:rFonts w:ascii="Times New Roman" w:hAnsi="Times New Roman" w:eastAsia="Times New Roman" w:cs="Times New Roman"/>
          <w:color w:val="000000"/>
          <w:sz w:val="24"/>
        </w:rPr>
        <w:t>e. Then we will record a short message for the music hour.</w:t>
      </w:r>
    </w:p>
    <w:p>
      <w:pPr>
        <w:keepNext/>
        <w:keepLines/>
        <w:widowControl/>
        <w:spacing w:before="0" w:after="0" w:line="240" w:lineRule="auto"/>
        <w:ind w:firstLine="0"/>
        <w:jc w:val="left"/>
      </w:pPr>
      <w:r>
        <w:rPr>
          <w:rFonts w:ascii="Times New Roman" w:hAnsi="Times New Roman" w:eastAsia="Times New Roman" w:cs="Times New Roman"/>
          <w:color w:val="000000"/>
          <w:sz w:val="24"/>
        </w:rPr>
        <w:t>Best wishes,</w:t>
      </w:r>
      <w:r>
        <w:br/>
      </w:r>
      <w:r>
        <w:rPr>
          <w:rFonts w:ascii="Times New Roman" w:hAnsi="Times New Roman" w:eastAsia="Times New Roman" w:cs="Times New Roman"/>
          <w:color w:val="000000"/>
          <w:sz w:val="24"/>
        </w:rPr>
        <w:t>Mai</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d – b – a – c – e</w:t>
      </w:r>
      <w:r>
        <w:rPr>
          <w:rFonts w:ascii="Times New Roman" w:hAnsi="Times New Roman" w:eastAsia="Times New Roman" w:cs="Times New Roman"/>
          <w:color w:val="000000"/>
          <w:sz w:val="24"/>
        </w:rPr>
        <w:tab/>
        <w:t>B. b – a – c – e – d</w:t>
      </w:r>
      <w:r>
        <w:rPr>
          <w:rFonts w:ascii="Times New Roman" w:hAnsi="Times New Roman" w:eastAsia="Times New Roman" w:cs="Times New Roman"/>
          <w:color w:val="000000"/>
          <w:sz w:val="24"/>
        </w:rPr>
        <w:tab/>
        <w:t>C. c – b – e – d – a</w:t>
      </w:r>
      <w:r>
        <w:rPr>
          <w:rFonts w:ascii="Times New Roman" w:hAnsi="Times New Roman" w:eastAsia="Times New Roman" w:cs="Times New Roman"/>
          <w:color w:val="000000"/>
          <w:sz w:val="24"/>
        </w:rPr>
        <w:tab/>
        <w:t>D. b – d – e – a – c</w:t>
      </w:r>
    </w:p>
    <w:p>
      <w:pPr>
        <w:keepNext/>
        <w:keepLines/>
        <w:widowControl/>
        <w:spacing w:before="0" w:after="0" w:line="240" w:lineRule="auto"/>
        <w:ind w:firstLine="0"/>
        <w:jc w:val="left"/>
      </w:pPr>
      <w:r>
        <w:rPr>
          <w:rFonts w:ascii="Times New Roman" w:hAnsi="Times New Roman" w:eastAsia="Times New Roman" w:cs="Times New Roman"/>
          <w:b/>
          <w:color w:val="000000"/>
          <w:sz w:val="24"/>
        </w:rPr>
        <w:t>Question 8.</w:t>
      </w:r>
    </w:p>
    <w:p>
      <w:pPr>
        <w:keepNext/>
        <w:keepLines/>
        <w:widowControl/>
        <w:spacing w:before="0" w:after="0" w:line="240" w:lineRule="auto"/>
        <w:ind w:firstLine="0"/>
        <w:jc w:val="left"/>
      </w:pPr>
      <w:r>
        <w:rPr>
          <w:rFonts w:ascii="Times New Roman" w:hAnsi="Times New Roman" w:eastAsia="Times New Roman" w:cs="Times New Roman"/>
          <w:color w:val="000000"/>
          <w:sz w:val="24"/>
        </w:rPr>
        <w:t>a. Hoa: My brother. It’s his job this week.</w:t>
      </w:r>
    </w:p>
    <w:p>
      <w:pPr>
        <w:keepNext/>
        <w:keepLines/>
        <w:widowControl/>
        <w:spacing w:before="0" w:after="0" w:line="240" w:lineRule="auto"/>
        <w:ind w:firstLine="0"/>
        <w:jc w:val="left"/>
      </w:pPr>
      <w:r>
        <w:rPr>
          <w:rFonts w:ascii="Times New Roman" w:hAnsi="Times New Roman" w:eastAsia="Times New Roman" w:cs="Times New Roman"/>
          <w:color w:val="000000"/>
          <w:sz w:val="24"/>
        </w:rPr>
        <w:t>b. Lan: Who feeds your dog in the evening?</w:t>
      </w:r>
    </w:p>
    <w:p>
      <w:pPr>
        <w:keepNext/>
        <w:keepLines/>
        <w:widowControl/>
        <w:spacing w:before="0" w:after="0" w:line="240" w:lineRule="auto"/>
        <w:ind w:firstLine="0"/>
        <w:jc w:val="left"/>
      </w:pPr>
      <w:r>
        <w:rPr>
          <w:rFonts w:ascii="Times New Roman" w:hAnsi="Times New Roman" w:eastAsia="Times New Roman" w:cs="Times New Roman"/>
          <w:color w:val="000000"/>
          <w:sz w:val="24"/>
        </w:rPr>
        <w:t>c. Lan: That’s good. Everyone should help with pets.</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a – b – c</w:t>
      </w:r>
      <w:r>
        <w:rPr>
          <w:rFonts w:ascii="Times New Roman" w:hAnsi="Times New Roman" w:eastAsia="Times New Roman" w:cs="Times New Roman"/>
          <w:color w:val="000000"/>
          <w:sz w:val="24"/>
        </w:rPr>
        <w:tab/>
        <w:t>B. b – a – c</w:t>
      </w:r>
      <w:r>
        <w:rPr>
          <w:rFonts w:ascii="Times New Roman" w:hAnsi="Times New Roman" w:eastAsia="Times New Roman" w:cs="Times New Roman"/>
          <w:color w:val="000000"/>
          <w:sz w:val="24"/>
        </w:rPr>
        <w:tab/>
        <w:t>C. b – c – a</w:t>
      </w:r>
      <w:r>
        <w:rPr>
          <w:rFonts w:ascii="Times New Roman" w:hAnsi="Times New Roman" w:eastAsia="Times New Roman" w:cs="Times New Roman"/>
          <w:color w:val="000000"/>
          <w:sz w:val="24"/>
        </w:rPr>
        <w:tab/>
        <w:t>D. c – b – a</w:t>
      </w:r>
    </w:p>
    <w:p>
      <w:pPr>
        <w:keepNext/>
        <w:keepLines/>
        <w:widowControl/>
        <w:spacing w:before="0" w:after="0" w:line="240" w:lineRule="auto"/>
        <w:ind w:firstLine="0"/>
        <w:jc w:val="left"/>
      </w:pPr>
      <w:r>
        <w:rPr>
          <w:rFonts w:ascii="Times New Roman" w:hAnsi="Times New Roman" w:eastAsia="Times New Roman" w:cs="Times New Roman"/>
          <w:b/>
          <w:color w:val="000000"/>
          <w:sz w:val="24"/>
        </w:rPr>
        <w:t>Question 9.</w:t>
      </w:r>
    </w:p>
    <w:p>
      <w:pPr>
        <w:keepNext/>
        <w:keepLines/>
        <w:widowControl/>
        <w:spacing w:before="0" w:after="0" w:line="240" w:lineRule="auto"/>
        <w:ind w:firstLine="0"/>
        <w:jc w:val="left"/>
      </w:pPr>
      <w:r>
        <w:rPr>
          <w:rFonts w:ascii="Times New Roman" w:hAnsi="Times New Roman" w:eastAsia="Times New Roman" w:cs="Times New Roman"/>
          <w:color w:val="000000"/>
          <w:sz w:val="24"/>
        </w:rPr>
        <w:t>a. Nam: Yes. We can fill our bottles there.</w:t>
      </w:r>
    </w:p>
    <w:p>
      <w:pPr>
        <w:keepNext/>
        <w:keepLines/>
        <w:widowControl/>
        <w:spacing w:before="0" w:after="0" w:line="240" w:lineRule="auto"/>
        <w:ind w:firstLine="0"/>
        <w:jc w:val="left"/>
      </w:pPr>
      <w:r>
        <w:rPr>
          <w:rFonts w:ascii="Times New Roman" w:hAnsi="Times New Roman" w:eastAsia="Times New Roman" w:cs="Times New Roman"/>
          <w:color w:val="000000"/>
          <w:sz w:val="24"/>
        </w:rPr>
        <w:t>b. Mai: Good idea. Let’s go after lunch.</w:t>
      </w:r>
    </w:p>
    <w:p>
      <w:pPr>
        <w:keepNext/>
        <w:keepLines/>
        <w:widowControl/>
        <w:spacing w:before="0" w:after="0" w:line="240" w:lineRule="auto"/>
        <w:ind w:firstLine="0"/>
        <w:jc w:val="left"/>
      </w:pPr>
      <w:r>
        <w:rPr>
          <w:rFonts w:ascii="Times New Roman" w:hAnsi="Times New Roman" w:eastAsia="Times New Roman" w:cs="Times New Roman"/>
          <w:color w:val="000000"/>
          <w:sz w:val="24"/>
        </w:rPr>
        <w:t>c. Mai: Is the new water station open now?</w:t>
      </w:r>
    </w:p>
    <w:p>
      <w:pPr>
        <w:keepNext/>
        <w:keepLines/>
        <w:widowControl/>
        <w:spacing w:before="0" w:after="0" w:line="240" w:lineRule="auto"/>
        <w:ind w:firstLine="0"/>
        <w:jc w:val="left"/>
      </w:pPr>
      <w:r>
        <w:rPr>
          <w:rFonts w:ascii="Times New Roman" w:hAnsi="Times New Roman" w:eastAsia="Times New Roman" w:cs="Times New Roman"/>
          <w:color w:val="000000"/>
          <w:sz w:val="24"/>
        </w:rPr>
        <w:t>d. Mai: Shall we take our empty bottles with us?</w:t>
      </w:r>
    </w:p>
    <w:p>
      <w:pPr>
        <w:keepNext/>
        <w:keepLines/>
        <w:widowControl/>
        <w:spacing w:before="0" w:after="0" w:line="240" w:lineRule="auto"/>
        <w:ind w:firstLine="0"/>
        <w:jc w:val="left"/>
      </w:pPr>
      <w:r>
        <w:rPr>
          <w:rFonts w:ascii="Times New Roman" w:hAnsi="Times New Roman" w:eastAsia="Times New Roman" w:cs="Times New Roman"/>
          <w:color w:val="000000"/>
          <w:sz w:val="24"/>
        </w:rPr>
        <w:t>e. Nam: Of course. Then we won’t need new plastic ones.</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c – a – d – e – b</w:t>
      </w:r>
      <w:r>
        <w:rPr>
          <w:rFonts w:ascii="Times New Roman" w:hAnsi="Times New Roman" w:eastAsia="Times New Roman" w:cs="Times New Roman"/>
          <w:color w:val="000000"/>
          <w:sz w:val="24"/>
        </w:rPr>
        <w:tab/>
        <w:t>B. c – d – b – a – e</w:t>
      </w:r>
      <w:r>
        <w:rPr>
          <w:rFonts w:ascii="Times New Roman" w:hAnsi="Times New Roman" w:eastAsia="Times New Roman" w:cs="Times New Roman"/>
          <w:color w:val="000000"/>
          <w:sz w:val="24"/>
        </w:rPr>
        <w:tab/>
        <w:t>C. a – c – e – b – d</w:t>
      </w:r>
      <w:r>
        <w:rPr>
          <w:rFonts w:ascii="Times New Roman" w:hAnsi="Times New Roman" w:eastAsia="Times New Roman" w:cs="Times New Roman"/>
          <w:color w:val="000000"/>
          <w:sz w:val="24"/>
        </w:rPr>
        <w:tab/>
        <w:t>D. d – e – c – b – a</w:t>
      </w:r>
    </w:p>
    <w:p>
      <w:pPr>
        <w:keepNext/>
        <w:keepLines/>
        <w:widowControl/>
        <w:spacing w:before="0" w:after="0" w:line="240" w:lineRule="auto"/>
        <w:ind w:firstLine="0"/>
        <w:jc w:val="left"/>
      </w:pPr>
      <w:r>
        <w:rPr>
          <w:rFonts w:ascii="Times New Roman" w:hAnsi="Times New Roman" w:eastAsia="Times New Roman" w:cs="Times New Roman"/>
          <w:b/>
          <w:color w:val="000000"/>
          <w:sz w:val="24"/>
        </w:rPr>
        <w:t>Question 10.</w:t>
      </w:r>
    </w:p>
    <w:p>
      <w:pPr>
        <w:keepNext/>
        <w:keepLines/>
        <w:widowControl/>
        <w:spacing w:before="0" w:after="0" w:line="240" w:lineRule="auto"/>
        <w:ind w:firstLine="0"/>
        <w:jc w:val="left"/>
      </w:pPr>
      <w:r>
        <w:rPr>
          <w:rFonts w:ascii="Times New Roman" w:hAnsi="Times New Roman" w:eastAsia="Times New Roman" w:cs="Times New Roman"/>
          <w:color w:val="000000"/>
          <w:sz w:val="24"/>
        </w:rPr>
        <w:t>a. Finally, we listen once more and choose the best recording.</w:t>
      </w:r>
    </w:p>
    <w:p>
      <w:pPr>
        <w:keepNext/>
        <w:keepLines/>
        <w:widowControl/>
        <w:spacing w:before="0" w:after="0" w:line="240" w:lineRule="auto"/>
        <w:ind w:firstLine="0"/>
        <w:jc w:val="left"/>
      </w:pPr>
      <w:r>
        <w:rPr>
          <w:rFonts w:ascii="Times New Roman" w:hAnsi="Times New Roman" w:eastAsia="Times New Roman" w:cs="Times New Roman"/>
          <w:color w:val="000000"/>
          <w:sz w:val="24"/>
        </w:rPr>
        <w:t>b. First, one student reads the names of the songs.</w:t>
      </w:r>
    </w:p>
    <w:p>
      <w:pPr>
        <w:keepNext/>
        <w:keepLines/>
        <w:widowControl/>
        <w:spacing w:before="0" w:after="0" w:line="240" w:lineRule="auto"/>
        <w:ind w:firstLine="0"/>
        <w:jc w:val="left"/>
      </w:pPr>
      <w:r>
        <w:rPr>
          <w:rFonts w:ascii="Times New Roman" w:hAnsi="Times New Roman" w:eastAsia="Times New Roman" w:cs="Times New Roman"/>
          <w:color w:val="000000"/>
          <w:sz w:val="24"/>
        </w:rPr>
        <w:t>c. Making a radio programme takes a few simple steps.</w:t>
      </w:r>
    </w:p>
    <w:p>
      <w:pPr>
        <w:keepNext/>
        <w:keepLines/>
        <w:widowControl/>
        <w:spacing w:before="0" w:after="0" w:line="240" w:lineRule="auto"/>
        <w:ind w:firstLine="0"/>
        <w:jc w:val="left"/>
      </w:pPr>
      <w:r>
        <w:rPr>
          <w:rFonts w:ascii="Times New Roman" w:hAnsi="Times New Roman" w:eastAsia="Times New Roman" w:cs="Times New Roman"/>
          <w:color w:val="000000"/>
          <w:sz w:val="24"/>
        </w:rPr>
        <w:t>d. Then another student plays the music and records the sound.</w:t>
      </w:r>
    </w:p>
    <w:p>
      <w:pPr>
        <w:keepNext/>
        <w:keepLines/>
        <w:widowControl/>
        <w:spacing w:before="0" w:after="0" w:line="240" w:lineRule="auto"/>
        <w:ind w:firstLine="0"/>
        <w:jc w:val="left"/>
      </w:pPr>
      <w:r>
        <w:rPr>
          <w:rFonts w:ascii="Times New Roman" w:hAnsi="Times New Roman" w:eastAsia="Times New Roman" w:cs="Times New Roman"/>
          <w:color w:val="000000"/>
          <w:sz w:val="24"/>
        </w:rPr>
        <w:t>e. After these steps, the programme is ready for our school.</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b – c – a – e – d</w:t>
      </w:r>
      <w:r>
        <w:rPr>
          <w:rFonts w:ascii="Times New Roman" w:hAnsi="Times New Roman" w:eastAsia="Times New Roman" w:cs="Times New Roman"/>
          <w:color w:val="000000"/>
          <w:sz w:val="24"/>
        </w:rPr>
        <w:tab/>
        <w:t>B. c – a – e – d – b</w:t>
      </w:r>
      <w:r>
        <w:rPr>
          <w:rFonts w:ascii="Times New Roman" w:hAnsi="Times New Roman" w:eastAsia="Times New Roman" w:cs="Times New Roman"/>
          <w:color w:val="000000"/>
          <w:sz w:val="24"/>
        </w:rPr>
        <w:tab/>
        <w:t>C. c – b – d – a – e</w:t>
      </w:r>
      <w:r>
        <w:rPr>
          <w:rFonts w:ascii="Times New Roman" w:hAnsi="Times New Roman" w:eastAsia="Times New Roman" w:cs="Times New Roman"/>
          <w:color w:val="000000"/>
          <w:sz w:val="24"/>
        </w:rPr>
        <w:tab/>
        <w:t>D. e – c – b – a – d</w:t>
      </w:r>
    </w:p>
    <w:p>
      <w:pPr>
        <w:keepNext/>
        <w:keepLines/>
        <w:widowControl/>
        <w:spacing w:before="0" w:after="0" w:line="240" w:lineRule="auto"/>
        <w:ind w:firstLine="0"/>
        <w:jc w:val="left"/>
      </w:pPr>
      <w:r>
        <w:rPr>
          <w:rFonts w:ascii="Times New Roman" w:hAnsi="Times New Roman" w:eastAsia="Times New Roman" w:cs="Times New Roman"/>
          <w:b/>
          <w:color w:val="000000"/>
          <w:sz w:val="24"/>
        </w:rPr>
        <w:t>Question 11.</w:t>
      </w:r>
    </w:p>
    <w:p>
      <w:pPr>
        <w:keepNext/>
        <w:keepLines/>
        <w:widowControl/>
        <w:spacing w:before="0" w:after="0" w:line="240" w:lineRule="auto"/>
        <w:ind w:firstLine="0"/>
        <w:jc w:val="left"/>
      </w:pPr>
      <w:r>
        <w:rPr>
          <w:rFonts w:ascii="Times New Roman" w:hAnsi="Times New Roman" w:eastAsia="Times New Roman" w:cs="Times New Roman"/>
          <w:color w:val="000000"/>
          <w:sz w:val="24"/>
        </w:rPr>
        <w:t>a. Now she can water the plants without wasting clean tap water.</w:t>
      </w:r>
    </w:p>
    <w:p>
      <w:pPr>
        <w:keepNext/>
        <w:keepLines/>
        <w:widowControl/>
        <w:spacing w:before="0" w:after="0" w:line="240" w:lineRule="auto"/>
        <w:ind w:firstLine="0"/>
        <w:jc w:val="left"/>
      </w:pPr>
      <w:r>
        <w:rPr>
          <w:rFonts w:ascii="Times New Roman" w:hAnsi="Times New Roman" w:eastAsia="Times New Roman" w:cs="Times New Roman"/>
          <w:color w:val="000000"/>
          <w:sz w:val="24"/>
        </w:rPr>
        <w:t>b. First, she placed a bucket under the end of the roof.</w:t>
      </w:r>
    </w:p>
    <w:p>
      <w:pPr>
        <w:keepNext/>
        <w:keepLines/>
        <w:widowControl/>
        <w:spacing w:before="0" w:after="0" w:line="240" w:lineRule="auto"/>
        <w:ind w:firstLine="0"/>
        <w:jc w:val="left"/>
      </w:pPr>
      <w:r>
        <w:rPr>
          <w:rFonts w:ascii="Times New Roman" w:hAnsi="Times New Roman" w:eastAsia="Times New Roman" w:cs="Times New Roman"/>
          <w:color w:val="000000"/>
          <w:sz w:val="24"/>
        </w:rPr>
        <w:t>c. My aunt wanted to use rainwater in her garden.</w:t>
      </w:r>
    </w:p>
    <w:p>
      <w:pPr>
        <w:keepNext/>
        <w:keepLines/>
        <w:widowControl/>
        <w:spacing w:before="0" w:after="0" w:line="240" w:lineRule="auto"/>
        <w:ind w:firstLine="0"/>
        <w:jc w:val="left"/>
      </w:pPr>
      <w:r>
        <w:rPr>
          <w:rFonts w:ascii="Times New Roman" w:hAnsi="Times New Roman" w:eastAsia="Times New Roman" w:cs="Times New Roman"/>
          <w:color w:val="000000"/>
          <w:sz w:val="24"/>
        </w:rPr>
        <w:t>d. Next, she covered the bucket to keep leaves out.</w:t>
      </w:r>
    </w:p>
    <w:p>
      <w:pPr>
        <w:keepNext/>
        <w:keepLines/>
        <w:widowControl/>
        <w:spacing w:before="0" w:after="0" w:line="240" w:lineRule="auto"/>
        <w:ind w:firstLine="0"/>
        <w:jc w:val="left"/>
      </w:pPr>
      <w:r>
        <w:rPr>
          <w:rFonts w:ascii="Times New Roman" w:hAnsi="Times New Roman" w:eastAsia="Times New Roman" w:cs="Times New Roman"/>
          <w:color w:val="000000"/>
          <w:sz w:val="24"/>
        </w:rPr>
        <w:t>e. When it rained, the bucket collected water.</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b – c – e – a – d</w:t>
      </w:r>
      <w:r>
        <w:rPr>
          <w:rFonts w:ascii="Times New Roman" w:hAnsi="Times New Roman" w:eastAsia="Times New Roman" w:cs="Times New Roman"/>
          <w:color w:val="000000"/>
          <w:sz w:val="24"/>
        </w:rPr>
        <w:tab/>
        <w:t>B. c – e – a – d – b</w:t>
      </w:r>
      <w:r>
        <w:rPr>
          <w:rFonts w:ascii="Times New Roman" w:hAnsi="Times New Roman" w:eastAsia="Times New Roman" w:cs="Times New Roman"/>
          <w:color w:val="000000"/>
          <w:sz w:val="24"/>
        </w:rPr>
        <w:tab/>
        <w:t>C. a – c – b – e – d</w:t>
      </w:r>
      <w:r>
        <w:rPr>
          <w:rFonts w:ascii="Times New Roman" w:hAnsi="Times New Roman" w:eastAsia="Times New Roman" w:cs="Times New Roman"/>
          <w:color w:val="000000"/>
          <w:sz w:val="24"/>
        </w:rPr>
        <w:tab/>
        <w:t>D. c – b – d – e – a</w:t>
      </w:r>
    </w:p>
    <w:p>
      <w:pPr>
        <w:keepNext/>
        <w:keepLines/>
        <w:widowControl/>
        <w:spacing w:before="140" w:after="0" w:line="240" w:lineRule="auto"/>
        <w:ind w:firstLine="0"/>
        <w:jc w:val="both"/>
      </w:pPr>
      <w:r>
        <w:rPr>
          <w:rFonts w:ascii="Times New Roman" w:hAnsi="Times New Roman" w:eastAsia="Times New Roman" w:cs="Times New Roman"/>
          <w:b/>
          <w:i/>
          <w:color w:val="000000"/>
          <w:sz w:val="24"/>
        </w:rPr>
        <w:t>Read the following passage and choose the best option A, B, C or D for each blank from 12 to 16.</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My mother sometimes works at night. On those days, my brother and I help more at home. We use a timetable because (12) _____. I prepare dinner, and my brother washes the dishes.</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This evening, I am cooking rice while (13) _____. He is using a simple recipe that our father wrote for us. We want (14) _____ before our mother leaves for work.</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The food is nearly ready. My brother cannot find a clean plate. I say, “Don’t worry. (15) _____.” We do not finish every job perfectly, but (16) _____.</w:t>
      </w:r>
    </w:p>
    <w:p>
      <w:pPr>
        <w:keepNext/>
        <w:keepLines/>
        <w:widowControl/>
        <w:tabs>
          <w:tab w:pos="1389" w:val="left"/>
        </w:tabs>
        <w:spacing w:before="0" w:after="0" w:line="240" w:lineRule="auto"/>
        <w:ind w:firstLine="0"/>
        <w:jc w:val="left"/>
      </w:pPr>
      <w:r>
        <w:rPr>
          <w:rFonts w:ascii="Times New Roman" w:hAnsi="Times New Roman" w:eastAsia="Times New Roman" w:cs="Times New Roman"/>
          <w:b/>
          <w:color w:val="000000"/>
          <w:sz w:val="24"/>
        </w:rPr>
        <w:t>Question 12.</w:t>
      </w:r>
      <w:r>
        <w:rPr>
          <w:rFonts w:ascii="Times New Roman" w:hAnsi="Times New Roman" w:eastAsia="Times New Roman" w:cs="Times New Roman"/>
          <w:color w:val="000000"/>
          <w:sz w:val="24"/>
        </w:rPr>
        <w:tab/>
        <w:t>A. it makes all the food taste sweet</w:t>
      </w:r>
    </w:p>
    <w:p>
      <w:pPr>
        <w:keepNext/>
        <w:keepLines/>
        <w:widowControl/>
        <w:spacing w:before="0" w:after="0" w:line="240" w:lineRule="auto"/>
        <w:ind w:firstLine="0" w:left="1389"/>
        <w:jc w:val="left"/>
      </w:pPr>
      <w:r>
        <w:rPr>
          <w:rFonts w:ascii="Times New Roman" w:hAnsi="Times New Roman" w:eastAsia="Times New Roman" w:cs="Times New Roman"/>
          <w:color w:val="000000"/>
          <w:sz w:val="24"/>
        </w:rPr>
        <w:t>B. we never have any jobs to do</w:t>
      </w:r>
    </w:p>
    <w:p>
      <w:pPr>
        <w:keepNext/>
        <w:keepLines/>
        <w:widowControl/>
        <w:spacing w:before="0" w:after="0" w:line="240" w:lineRule="auto"/>
        <w:ind w:firstLine="0" w:left="1389"/>
        <w:jc w:val="left"/>
      </w:pPr>
      <w:r>
        <w:rPr>
          <w:rFonts w:ascii="Times New Roman" w:hAnsi="Times New Roman" w:eastAsia="Times New Roman" w:cs="Times New Roman"/>
          <w:color w:val="000000"/>
          <w:sz w:val="24"/>
        </w:rPr>
        <w:t>C. our mother cannot read any words</w:t>
      </w:r>
    </w:p>
    <w:p>
      <w:pPr>
        <w:keepNext w:val="0"/>
        <w:keepLines/>
        <w:widowControl/>
        <w:spacing w:before="0" w:after="0" w:line="240" w:lineRule="auto"/>
        <w:ind w:firstLine="0" w:left="1389"/>
        <w:jc w:val="left"/>
      </w:pPr>
      <w:r>
        <w:rPr>
          <w:rFonts w:ascii="Times New Roman" w:hAnsi="Times New Roman" w:eastAsia="Times New Roman" w:cs="Times New Roman"/>
          <w:color w:val="000000"/>
          <w:sz w:val="24"/>
        </w:rPr>
        <w:t>D. it shows each person’s job clearly</w:t>
      </w:r>
    </w:p>
    <w:p>
      <w:pPr>
        <w:keepNext/>
        <w:keepLines/>
        <w:widowControl/>
        <w:tabs>
          <w:tab w:pos="1389" w:val="left"/>
        </w:tabs>
        <w:spacing w:before="0" w:after="0" w:line="240" w:lineRule="auto"/>
        <w:ind w:firstLine="0"/>
        <w:jc w:val="left"/>
      </w:pPr>
      <w:r>
        <w:rPr>
          <w:rFonts w:ascii="Times New Roman" w:hAnsi="Times New Roman" w:eastAsia="Times New Roman" w:cs="Times New Roman"/>
          <w:b/>
          <w:color w:val="000000"/>
          <w:sz w:val="24"/>
        </w:rPr>
        <w:t>Question 13.</w:t>
      </w:r>
      <w:r>
        <w:rPr>
          <w:rFonts w:ascii="Times New Roman" w:hAnsi="Times New Roman" w:eastAsia="Times New Roman" w:cs="Times New Roman"/>
          <w:color w:val="000000"/>
          <w:sz w:val="24"/>
        </w:rPr>
        <w:tab/>
        <w:t>A. my brother make soup</w:t>
      </w:r>
    </w:p>
    <w:p>
      <w:pPr>
        <w:keepNext/>
        <w:keepLines/>
        <w:widowControl/>
        <w:spacing w:before="0" w:after="0" w:line="240" w:lineRule="auto"/>
        <w:ind w:firstLine="0" w:left="1389"/>
        <w:jc w:val="left"/>
      </w:pPr>
      <w:r>
        <w:rPr>
          <w:rFonts w:ascii="Times New Roman" w:hAnsi="Times New Roman" w:eastAsia="Times New Roman" w:cs="Times New Roman"/>
          <w:color w:val="000000"/>
          <w:sz w:val="24"/>
        </w:rPr>
        <w:t>B. my brother is making soup</w:t>
      </w:r>
    </w:p>
    <w:p>
      <w:pPr>
        <w:keepNext/>
        <w:keepLines/>
        <w:widowControl/>
        <w:spacing w:before="0" w:after="0" w:line="240" w:lineRule="auto"/>
        <w:ind w:firstLine="0" w:left="1389"/>
        <w:jc w:val="left"/>
      </w:pPr>
      <w:r>
        <w:rPr>
          <w:rFonts w:ascii="Times New Roman" w:hAnsi="Times New Roman" w:eastAsia="Times New Roman" w:cs="Times New Roman"/>
          <w:color w:val="000000"/>
          <w:sz w:val="24"/>
        </w:rPr>
        <w:t>C. my brother making soup</w:t>
      </w:r>
    </w:p>
    <w:p>
      <w:pPr>
        <w:keepNext w:val="0"/>
        <w:keepLines/>
        <w:widowControl/>
        <w:spacing w:before="0" w:after="0" w:line="240" w:lineRule="auto"/>
        <w:ind w:firstLine="0" w:left="1389"/>
        <w:jc w:val="left"/>
      </w:pPr>
      <w:r>
        <w:rPr>
          <w:rFonts w:ascii="Times New Roman" w:hAnsi="Times New Roman" w:eastAsia="Times New Roman" w:cs="Times New Roman"/>
          <w:color w:val="000000"/>
          <w:sz w:val="24"/>
        </w:rPr>
        <w:t>D. my brother are making soup</w:t>
      </w:r>
    </w:p>
    <w:p>
      <w:pPr>
        <w:keepNext/>
        <w:keepLines/>
        <w:widowControl/>
        <w:tabs>
          <w:tab w:pos="1389" w:val="left"/>
        </w:tabs>
        <w:spacing w:before="0" w:after="0" w:line="240" w:lineRule="auto"/>
        <w:ind w:firstLine="0"/>
        <w:jc w:val="left"/>
      </w:pPr>
      <w:r>
        <w:rPr>
          <w:rFonts w:ascii="Times New Roman" w:hAnsi="Times New Roman" w:eastAsia="Times New Roman" w:cs="Times New Roman"/>
          <w:b/>
          <w:color w:val="000000"/>
          <w:sz w:val="24"/>
        </w:rPr>
        <w:t>Question 14.</w:t>
      </w:r>
      <w:r>
        <w:rPr>
          <w:rFonts w:ascii="Times New Roman" w:hAnsi="Times New Roman" w:eastAsia="Times New Roman" w:cs="Times New Roman"/>
          <w:color w:val="000000"/>
          <w:sz w:val="24"/>
        </w:rPr>
        <w:tab/>
        <w:t>A. having dinner together</w:t>
      </w:r>
    </w:p>
    <w:p>
      <w:pPr>
        <w:keepNext/>
        <w:keepLines/>
        <w:widowControl/>
        <w:spacing w:before="0" w:after="0" w:line="240" w:lineRule="auto"/>
        <w:ind w:firstLine="0" w:left="1389"/>
        <w:jc w:val="left"/>
      </w:pPr>
      <w:r>
        <w:rPr>
          <w:rFonts w:ascii="Times New Roman" w:hAnsi="Times New Roman" w:eastAsia="Times New Roman" w:cs="Times New Roman"/>
          <w:color w:val="000000"/>
          <w:sz w:val="24"/>
        </w:rPr>
        <w:t>B. had dinner together</w:t>
      </w:r>
    </w:p>
    <w:p>
      <w:pPr>
        <w:keepNext/>
        <w:keepLines/>
        <w:widowControl/>
        <w:spacing w:before="0" w:after="0" w:line="240" w:lineRule="auto"/>
        <w:ind w:firstLine="0" w:left="1389"/>
        <w:jc w:val="left"/>
      </w:pPr>
      <w:r>
        <w:rPr>
          <w:rFonts w:ascii="Times New Roman" w:hAnsi="Times New Roman" w:eastAsia="Times New Roman" w:cs="Times New Roman"/>
          <w:color w:val="000000"/>
          <w:sz w:val="24"/>
        </w:rPr>
        <w:t>C. to have dinner together</w:t>
      </w:r>
    </w:p>
    <w:p>
      <w:pPr>
        <w:keepNext w:val="0"/>
        <w:keepLines/>
        <w:widowControl/>
        <w:spacing w:before="0" w:after="0" w:line="240" w:lineRule="auto"/>
        <w:ind w:firstLine="0" w:left="1389"/>
        <w:jc w:val="left"/>
      </w:pPr>
      <w:r>
        <w:rPr>
          <w:rFonts w:ascii="Times New Roman" w:hAnsi="Times New Roman" w:eastAsia="Times New Roman" w:cs="Times New Roman"/>
          <w:color w:val="000000"/>
          <w:sz w:val="24"/>
        </w:rPr>
        <w:t>D. has dinner together</w:t>
      </w:r>
    </w:p>
    <w:p>
      <w:pPr>
        <w:keepNext/>
        <w:keepLines/>
        <w:widowControl/>
        <w:tabs>
          <w:tab w:pos="1389" w:val="left"/>
        </w:tabs>
        <w:spacing w:before="0" w:after="0" w:line="240" w:lineRule="auto"/>
        <w:ind w:firstLine="0"/>
        <w:jc w:val="left"/>
      </w:pPr>
      <w:r>
        <w:rPr>
          <w:rFonts w:ascii="Times New Roman" w:hAnsi="Times New Roman" w:eastAsia="Times New Roman" w:cs="Times New Roman"/>
          <w:b/>
          <w:color w:val="000000"/>
          <w:sz w:val="24"/>
        </w:rPr>
        <w:t>Question 15.</w:t>
      </w:r>
      <w:r>
        <w:rPr>
          <w:rFonts w:ascii="Times New Roman" w:hAnsi="Times New Roman" w:eastAsia="Times New Roman" w:cs="Times New Roman"/>
          <w:color w:val="000000"/>
          <w:sz w:val="24"/>
        </w:rPr>
        <w:tab/>
        <w:t>A. I washed one for you yesterday</w:t>
      </w:r>
    </w:p>
    <w:p>
      <w:pPr>
        <w:keepNext/>
        <w:keepLines/>
        <w:widowControl/>
        <w:spacing w:before="0" w:after="0" w:line="240" w:lineRule="auto"/>
        <w:ind w:firstLine="0" w:left="1389"/>
        <w:jc w:val="left"/>
      </w:pPr>
      <w:r>
        <w:rPr>
          <w:rFonts w:ascii="Times New Roman" w:hAnsi="Times New Roman" w:eastAsia="Times New Roman" w:cs="Times New Roman"/>
          <w:color w:val="000000"/>
          <w:sz w:val="24"/>
        </w:rPr>
        <w:t>B. I wash one for you every Monday</w:t>
      </w:r>
    </w:p>
    <w:p>
      <w:pPr>
        <w:keepNext/>
        <w:keepLines/>
        <w:widowControl/>
        <w:spacing w:before="0" w:after="0" w:line="240" w:lineRule="auto"/>
        <w:ind w:firstLine="0" w:left="1389"/>
        <w:jc w:val="left"/>
      </w:pPr>
      <w:r>
        <w:rPr>
          <w:rFonts w:ascii="Times New Roman" w:hAnsi="Times New Roman" w:eastAsia="Times New Roman" w:cs="Times New Roman"/>
          <w:color w:val="000000"/>
          <w:sz w:val="24"/>
        </w:rPr>
        <w:t>C. I was washing one last year</w:t>
      </w:r>
    </w:p>
    <w:p>
      <w:pPr>
        <w:keepNext w:val="0"/>
        <w:keepLines/>
        <w:widowControl/>
        <w:spacing w:before="0" w:after="0" w:line="240" w:lineRule="auto"/>
        <w:ind w:firstLine="0" w:left="1389"/>
        <w:jc w:val="left"/>
      </w:pPr>
      <w:r>
        <w:rPr>
          <w:rFonts w:ascii="Times New Roman" w:hAnsi="Times New Roman" w:eastAsia="Times New Roman" w:cs="Times New Roman"/>
          <w:color w:val="000000"/>
          <w:sz w:val="24"/>
        </w:rPr>
        <w:t>D. I will wash one for you</w:t>
      </w:r>
    </w:p>
    <w:p>
      <w:pPr>
        <w:keepNext/>
        <w:keepLines/>
        <w:widowControl/>
        <w:tabs>
          <w:tab w:pos="1389" w:val="left"/>
        </w:tabs>
        <w:spacing w:before="0" w:after="0" w:line="240" w:lineRule="auto"/>
        <w:ind w:firstLine="0"/>
        <w:jc w:val="left"/>
      </w:pPr>
      <w:r>
        <w:rPr>
          <w:rFonts w:ascii="Times New Roman" w:hAnsi="Times New Roman" w:eastAsia="Times New Roman" w:cs="Times New Roman"/>
          <w:b/>
          <w:color w:val="000000"/>
          <w:sz w:val="24"/>
        </w:rPr>
        <w:t>Question 16.</w:t>
      </w:r>
      <w:r>
        <w:rPr>
          <w:rFonts w:ascii="Times New Roman" w:hAnsi="Times New Roman" w:eastAsia="Times New Roman" w:cs="Times New Roman"/>
          <w:color w:val="000000"/>
          <w:sz w:val="24"/>
        </w:rPr>
        <w:tab/>
        <w:t>A. we are learning to look after our home</w:t>
      </w:r>
    </w:p>
    <w:p>
      <w:pPr>
        <w:keepNext/>
        <w:keepLines/>
        <w:widowControl/>
        <w:spacing w:before="0" w:after="0" w:line="240" w:lineRule="auto"/>
        <w:ind w:firstLine="0" w:left="1389"/>
        <w:jc w:val="left"/>
      </w:pPr>
      <w:r>
        <w:rPr>
          <w:rFonts w:ascii="Times New Roman" w:hAnsi="Times New Roman" w:eastAsia="Times New Roman" w:cs="Times New Roman"/>
          <w:color w:val="000000"/>
          <w:sz w:val="24"/>
        </w:rPr>
        <w:t>B. we refuse to help our mother again</w:t>
      </w:r>
    </w:p>
    <w:p>
      <w:pPr>
        <w:keepNext/>
        <w:keepLines/>
        <w:widowControl/>
        <w:spacing w:before="0" w:after="0" w:line="240" w:lineRule="auto"/>
        <w:ind w:firstLine="0" w:left="1389"/>
        <w:jc w:val="left"/>
      </w:pPr>
      <w:r>
        <w:rPr>
          <w:rFonts w:ascii="Times New Roman" w:hAnsi="Times New Roman" w:eastAsia="Times New Roman" w:cs="Times New Roman"/>
          <w:color w:val="000000"/>
          <w:sz w:val="24"/>
        </w:rPr>
        <w:t>C. we leave all the dishes for our neighbours</w:t>
      </w:r>
    </w:p>
    <w:p>
      <w:pPr>
        <w:keepNext w:val="0"/>
        <w:keepLines/>
        <w:widowControl/>
        <w:spacing w:before="0" w:after="0" w:line="240" w:lineRule="auto"/>
        <w:ind w:firstLine="0" w:left="1389"/>
        <w:jc w:val="left"/>
      </w:pPr>
      <w:r>
        <w:rPr>
          <w:rFonts w:ascii="Times New Roman" w:hAnsi="Times New Roman" w:eastAsia="Times New Roman" w:cs="Times New Roman"/>
          <w:color w:val="000000"/>
          <w:sz w:val="24"/>
        </w:rPr>
        <w:t>D. we never listen to any cooking advice</w:t>
      </w:r>
    </w:p>
    <w:p>
      <w:r>
        <w:br w:type="page"/>
      </w:r>
    </w:p>
    <w:p>
      <w:pPr>
        <w:keepNext/>
        <w:keepLines/>
        <w:widowControl/>
        <w:spacing w:before="140" w:after="0" w:line="240" w:lineRule="auto"/>
        <w:ind w:firstLine="0"/>
        <w:jc w:val="both"/>
      </w:pPr>
      <w:r>
        <w:rPr>
          <w:rFonts w:ascii="Times New Roman" w:hAnsi="Times New Roman" w:eastAsia="Times New Roman" w:cs="Times New Roman"/>
          <w:b/>
          <w:i/>
          <w:color w:val="000000"/>
          <w:sz w:val="24"/>
        </w:rPr>
        <w:t>Read the passage and choose the best answer A, B, C or D for each question from 17 to 26.</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Linh joined the school drum group in September. She could sing, but she had never played a drum. At the first lesson, she felt nervous. She was afraid of making a mistake while the others were listening.</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The teacher gave Linh a small drum and showed her a simple beat. She practised slowly. Her friend Binh counted with her. After a few tries, Linh could follow the beat without help. She began to smile.</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 xml:space="preserve">The group practises in a room behind the hall. The sound is loud, so they close the door during lessons. </w:t>
      </w:r>
      <w:r>
        <w:rPr>
          <w:rFonts w:ascii="Times New Roman" w:hAnsi="Times New Roman" w:eastAsia="Times New Roman" w:cs="Times New Roman"/>
          <w:color w:val="000000"/>
          <w:sz w:val="24"/>
          <w:u w:val="single"/>
        </w:rPr>
        <w:t>They stop practising before the other students begin their tests.</w:t>
      </w:r>
      <w:r>
        <w:rPr>
          <w:rFonts w:ascii="Times New Roman" w:hAnsi="Times New Roman" w:eastAsia="Times New Roman" w:cs="Times New Roman"/>
          <w:color w:val="000000"/>
          <w:sz w:val="24"/>
        </w:rPr>
        <w:t xml:space="preserve"> They want to enjoy music without disturbing anyone.</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Next month, the group is going to play at a school event. Linh will play one short part with Binh. She practises for ten minutes each evening. She is still a beginner, but she is excited about her first show.</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17. </w:t>
      </w:r>
      <w:r>
        <w:rPr>
          <w:rFonts w:ascii="Times New Roman" w:hAnsi="Times New Roman" w:eastAsia="Times New Roman" w:cs="Times New Roman"/>
          <w:color w:val="000000"/>
          <w:sz w:val="24"/>
        </w:rPr>
        <w:t>Which activity is NOT mentioned in Linh’s story?</w:t>
      </w:r>
    </w:p>
    <w:p>
      <w:pPr>
        <w:keepNext/>
        <w:keepLines/>
        <w:widowControl/>
        <w:tabs>
          <w:tab w:pos="5411" w:val="left"/>
        </w:tabs>
        <w:spacing w:before="0" w:after="0" w:line="240" w:lineRule="auto"/>
        <w:ind w:firstLine="0" w:left="283"/>
        <w:jc w:val="left"/>
      </w:pPr>
      <w:r>
        <w:rPr>
          <w:rFonts w:ascii="Times New Roman" w:hAnsi="Times New Roman" w:eastAsia="Times New Roman" w:cs="Times New Roman"/>
          <w:color w:val="000000"/>
          <w:sz w:val="24"/>
        </w:rPr>
        <w:t>A. counting the beat</w:t>
      </w:r>
      <w:r>
        <w:rPr>
          <w:rFonts w:ascii="Times New Roman" w:hAnsi="Times New Roman" w:eastAsia="Times New Roman" w:cs="Times New Roman"/>
          <w:color w:val="000000"/>
          <w:sz w:val="24"/>
        </w:rPr>
        <w:tab/>
        <w:t>B. learning to play the violin</w:t>
      </w:r>
    </w:p>
    <w:p>
      <w:pPr>
        <w:keepNext w:val="0"/>
        <w:keepLines/>
        <w:widowControl/>
        <w:tabs>
          <w:tab w:pos="5411" w:val="left"/>
        </w:tabs>
        <w:spacing w:before="0" w:after="0" w:line="240" w:lineRule="auto"/>
        <w:ind w:firstLine="0" w:left="283"/>
        <w:jc w:val="left"/>
      </w:pPr>
      <w:r>
        <w:rPr>
          <w:rFonts w:ascii="Times New Roman" w:hAnsi="Times New Roman" w:eastAsia="Times New Roman" w:cs="Times New Roman"/>
          <w:color w:val="000000"/>
          <w:sz w:val="24"/>
        </w:rPr>
        <w:t>C. playing a drum</w:t>
      </w:r>
      <w:r>
        <w:rPr>
          <w:rFonts w:ascii="Times New Roman" w:hAnsi="Times New Roman" w:eastAsia="Times New Roman" w:cs="Times New Roman"/>
          <w:color w:val="000000"/>
          <w:sz w:val="24"/>
        </w:rPr>
        <w:tab/>
        <w:t>D. practising in the evening</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18. </w:t>
      </w:r>
      <w:r>
        <w:rPr>
          <w:rFonts w:ascii="Times New Roman" w:hAnsi="Times New Roman" w:eastAsia="Times New Roman" w:cs="Times New Roman"/>
          <w:color w:val="000000"/>
          <w:sz w:val="24"/>
        </w:rPr>
        <w:t xml:space="preserve">The word </w:t>
      </w:r>
      <w:r>
        <w:rPr>
          <w:rFonts w:ascii="Times New Roman" w:hAnsi="Times New Roman" w:eastAsia="Times New Roman" w:cs="Times New Roman"/>
          <w:b/>
          <w:color w:val="000000"/>
          <w:sz w:val="24"/>
        </w:rPr>
        <w:t>nervous</w:t>
      </w:r>
      <w:r>
        <w:rPr>
          <w:rFonts w:ascii="Times New Roman" w:hAnsi="Times New Roman" w:eastAsia="Times New Roman" w:cs="Times New Roman"/>
          <w:color w:val="000000"/>
          <w:sz w:val="24"/>
        </w:rPr>
        <w:t xml:space="preserve"> in paragraph 1 is </w:t>
      </w:r>
      <w:r>
        <w:rPr>
          <w:rFonts w:ascii="Times New Roman" w:hAnsi="Times New Roman" w:eastAsia="Times New Roman" w:cs="Times New Roman"/>
          <w:b/>
          <w:color w:val="000000"/>
          <w:sz w:val="24"/>
        </w:rPr>
        <w:t>CLOSEST</w:t>
      </w:r>
      <w:r>
        <w:rPr>
          <w:rFonts w:ascii="Times New Roman" w:hAnsi="Times New Roman" w:eastAsia="Times New Roman" w:cs="Times New Roman"/>
          <w:color w:val="000000"/>
          <w:sz w:val="24"/>
        </w:rPr>
        <w:t xml:space="preserve"> in meaning to _____.</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worried</w:t>
      </w:r>
      <w:r>
        <w:rPr>
          <w:rFonts w:ascii="Times New Roman" w:hAnsi="Times New Roman" w:eastAsia="Times New Roman" w:cs="Times New Roman"/>
          <w:color w:val="000000"/>
          <w:sz w:val="24"/>
        </w:rPr>
        <w:tab/>
        <w:t>B. sleepy</w:t>
      </w:r>
      <w:r>
        <w:rPr>
          <w:rFonts w:ascii="Times New Roman" w:hAnsi="Times New Roman" w:eastAsia="Times New Roman" w:cs="Times New Roman"/>
          <w:color w:val="000000"/>
          <w:sz w:val="24"/>
        </w:rPr>
        <w:tab/>
        <w:t>C. hungry</w:t>
      </w:r>
      <w:r>
        <w:rPr>
          <w:rFonts w:ascii="Times New Roman" w:hAnsi="Times New Roman" w:eastAsia="Times New Roman" w:cs="Times New Roman"/>
          <w:color w:val="000000"/>
          <w:sz w:val="24"/>
        </w:rPr>
        <w:tab/>
        <w:t>D. angry</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19. </w:t>
      </w:r>
      <w:r>
        <w:rPr>
          <w:rFonts w:ascii="Times New Roman" w:hAnsi="Times New Roman" w:eastAsia="Times New Roman" w:cs="Times New Roman"/>
          <w:color w:val="000000"/>
          <w:sz w:val="24"/>
        </w:rPr>
        <w:t xml:space="preserve">The word </w:t>
      </w:r>
      <w:r>
        <w:rPr>
          <w:rFonts w:ascii="Times New Roman" w:hAnsi="Times New Roman" w:eastAsia="Times New Roman" w:cs="Times New Roman"/>
          <w:b/>
          <w:color w:val="000000"/>
          <w:sz w:val="24"/>
        </w:rPr>
        <w:t>They</w:t>
      </w:r>
      <w:r>
        <w:rPr>
          <w:rFonts w:ascii="Times New Roman" w:hAnsi="Times New Roman" w:eastAsia="Times New Roman" w:cs="Times New Roman"/>
          <w:color w:val="000000"/>
          <w:sz w:val="24"/>
        </w:rPr>
        <w:t xml:space="preserve"> in paragraph 3 refers to _____.</w:t>
      </w:r>
    </w:p>
    <w:p>
      <w:pPr>
        <w:keepNext/>
        <w:keepLines/>
        <w:widowControl/>
        <w:tabs>
          <w:tab w:pos="5411" w:val="left"/>
        </w:tabs>
        <w:spacing w:before="0" w:after="0" w:line="240" w:lineRule="auto"/>
        <w:ind w:firstLine="0" w:left="283"/>
        <w:jc w:val="left"/>
      </w:pPr>
      <w:r>
        <w:rPr>
          <w:rFonts w:ascii="Times New Roman" w:hAnsi="Times New Roman" w:eastAsia="Times New Roman" w:cs="Times New Roman"/>
          <w:color w:val="000000"/>
          <w:sz w:val="24"/>
        </w:rPr>
        <w:t>A. the other students taking tests</w:t>
      </w:r>
      <w:r>
        <w:rPr>
          <w:rFonts w:ascii="Times New Roman" w:hAnsi="Times New Roman" w:eastAsia="Times New Roman" w:cs="Times New Roman"/>
          <w:color w:val="000000"/>
          <w:sz w:val="24"/>
        </w:rPr>
        <w:tab/>
        <w:t>B. the drums in the room</w:t>
      </w:r>
    </w:p>
    <w:p>
      <w:pPr>
        <w:keepNext w:val="0"/>
        <w:keepLines/>
        <w:widowControl/>
        <w:tabs>
          <w:tab w:pos="5411" w:val="left"/>
        </w:tabs>
        <w:spacing w:before="0" w:after="0" w:line="240" w:lineRule="auto"/>
        <w:ind w:firstLine="0" w:left="283"/>
        <w:jc w:val="left"/>
      </w:pPr>
      <w:r>
        <w:rPr>
          <w:rFonts w:ascii="Times New Roman" w:hAnsi="Times New Roman" w:eastAsia="Times New Roman" w:cs="Times New Roman"/>
          <w:color w:val="000000"/>
          <w:sz w:val="24"/>
        </w:rPr>
        <w:t>C. the people outside the school</w:t>
      </w:r>
      <w:r>
        <w:rPr>
          <w:rFonts w:ascii="Times New Roman" w:hAnsi="Times New Roman" w:eastAsia="Times New Roman" w:cs="Times New Roman"/>
          <w:color w:val="000000"/>
          <w:sz w:val="24"/>
        </w:rPr>
        <w:tab/>
        <w:t>D. Linh and Binh’s group</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20. </w:t>
      </w:r>
      <w:r>
        <w:rPr>
          <w:rFonts w:ascii="Times New Roman" w:hAnsi="Times New Roman" w:eastAsia="Times New Roman" w:cs="Times New Roman"/>
          <w:color w:val="000000"/>
          <w:sz w:val="24"/>
        </w:rPr>
        <w:t xml:space="preserve">The word </w:t>
      </w:r>
      <w:r>
        <w:rPr>
          <w:rFonts w:ascii="Times New Roman" w:hAnsi="Times New Roman" w:eastAsia="Times New Roman" w:cs="Times New Roman"/>
          <w:b/>
          <w:color w:val="000000"/>
          <w:sz w:val="24"/>
        </w:rPr>
        <w:t>loud</w:t>
      </w:r>
      <w:r>
        <w:rPr>
          <w:rFonts w:ascii="Times New Roman" w:hAnsi="Times New Roman" w:eastAsia="Times New Roman" w:cs="Times New Roman"/>
          <w:color w:val="000000"/>
          <w:sz w:val="24"/>
        </w:rPr>
        <w:t xml:space="preserve"> in paragraph 3 is </w:t>
      </w:r>
      <w:r>
        <w:rPr>
          <w:rFonts w:ascii="Times New Roman" w:hAnsi="Times New Roman" w:eastAsia="Times New Roman" w:cs="Times New Roman"/>
          <w:b/>
          <w:color w:val="000000"/>
          <w:sz w:val="24"/>
        </w:rPr>
        <w:t>OPPOSITE</w:t>
      </w:r>
      <w:r>
        <w:rPr>
          <w:rFonts w:ascii="Times New Roman" w:hAnsi="Times New Roman" w:eastAsia="Times New Roman" w:cs="Times New Roman"/>
          <w:color w:val="000000"/>
          <w:sz w:val="24"/>
        </w:rPr>
        <w:t xml:space="preserve"> in meaning to _____.</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fast</w:t>
      </w:r>
      <w:r>
        <w:rPr>
          <w:rFonts w:ascii="Times New Roman" w:hAnsi="Times New Roman" w:eastAsia="Times New Roman" w:cs="Times New Roman"/>
          <w:color w:val="000000"/>
          <w:sz w:val="24"/>
        </w:rPr>
        <w:tab/>
        <w:t>B. strong</w:t>
      </w:r>
      <w:r>
        <w:rPr>
          <w:rFonts w:ascii="Times New Roman" w:hAnsi="Times New Roman" w:eastAsia="Times New Roman" w:cs="Times New Roman"/>
          <w:color w:val="000000"/>
          <w:sz w:val="24"/>
        </w:rPr>
        <w:tab/>
        <w:t>C. happy</w:t>
      </w:r>
      <w:r>
        <w:rPr>
          <w:rFonts w:ascii="Times New Roman" w:hAnsi="Times New Roman" w:eastAsia="Times New Roman" w:cs="Times New Roman"/>
          <w:color w:val="000000"/>
          <w:sz w:val="24"/>
        </w:rPr>
        <w:tab/>
        <w:t>D. quiet</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21. </w:t>
      </w:r>
      <w:r>
        <w:rPr>
          <w:rFonts w:ascii="Times New Roman" w:hAnsi="Times New Roman" w:eastAsia="Times New Roman" w:cs="Times New Roman"/>
          <w:color w:val="000000"/>
          <w:sz w:val="24"/>
        </w:rPr>
        <w:t xml:space="preserve">Which statement is </w:t>
      </w:r>
      <w:r>
        <w:rPr>
          <w:rFonts w:ascii="Times New Roman" w:hAnsi="Times New Roman" w:eastAsia="Times New Roman" w:cs="Times New Roman"/>
          <w:b/>
          <w:color w:val="000000"/>
          <w:sz w:val="24"/>
        </w:rPr>
        <w:t>TRUE</w:t>
      </w:r>
      <w:r>
        <w:rPr>
          <w:rFonts w:ascii="Times New Roman" w:hAnsi="Times New Roman" w:eastAsia="Times New Roman" w:cs="Times New Roman"/>
          <w:color w:val="000000"/>
          <w:sz w:val="24"/>
        </w:rPr>
        <w:t xml:space="preserve"> about the drum group?</w:t>
      </w:r>
    </w:p>
    <w:p>
      <w:pPr>
        <w:keepNext/>
        <w:keepLines/>
        <w:widowControl/>
        <w:tabs>
          <w:tab w:pos="5411" w:val="left"/>
        </w:tabs>
        <w:spacing w:before="0" w:after="0" w:line="240" w:lineRule="auto"/>
        <w:ind w:firstLine="0" w:left="283"/>
        <w:jc w:val="left"/>
      </w:pPr>
      <w:r>
        <w:rPr>
          <w:rFonts w:ascii="Times New Roman" w:hAnsi="Times New Roman" w:eastAsia="Times New Roman" w:cs="Times New Roman"/>
          <w:color w:val="000000"/>
          <w:sz w:val="24"/>
        </w:rPr>
        <w:t>A. Linh was an expert drummer before September.</w:t>
      </w:r>
      <w:r>
        <w:rPr>
          <w:rFonts w:ascii="Times New Roman" w:hAnsi="Times New Roman" w:eastAsia="Times New Roman" w:cs="Times New Roman"/>
          <w:color w:val="000000"/>
          <w:sz w:val="24"/>
        </w:rPr>
        <w:tab/>
        <w:t>B. The group leaves the door open in every lesson.</w:t>
      </w:r>
    </w:p>
    <w:p>
      <w:pPr>
        <w:keepNext w:val="0"/>
        <w:keepLines/>
        <w:widowControl/>
        <w:tabs>
          <w:tab w:pos="5411" w:val="left"/>
        </w:tabs>
        <w:spacing w:before="0" w:after="0" w:line="240" w:lineRule="auto"/>
        <w:ind w:firstLine="0" w:left="283"/>
        <w:jc w:val="left"/>
      </w:pPr>
      <w:r>
        <w:rPr>
          <w:rFonts w:ascii="Times New Roman" w:hAnsi="Times New Roman" w:eastAsia="Times New Roman" w:cs="Times New Roman"/>
          <w:color w:val="000000"/>
          <w:sz w:val="24"/>
        </w:rPr>
        <w:t>C. Linh will play a short part with Binh.</w:t>
      </w:r>
      <w:r>
        <w:rPr>
          <w:rFonts w:ascii="Times New Roman" w:hAnsi="Times New Roman" w:eastAsia="Times New Roman" w:cs="Times New Roman"/>
          <w:color w:val="000000"/>
          <w:sz w:val="24"/>
        </w:rPr>
        <w:tab/>
        <w:t>D. The first show took place last month.</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22. </w:t>
      </w:r>
      <w:r>
        <w:rPr>
          <w:rFonts w:ascii="Times New Roman" w:hAnsi="Times New Roman" w:eastAsia="Times New Roman" w:cs="Times New Roman"/>
          <w:color w:val="000000"/>
          <w:sz w:val="24"/>
        </w:rPr>
        <w:t>Which sentence best paraphrases the underlined sentence in paragraph 3?</w:t>
      </w:r>
    </w:p>
    <w:p>
      <w:pPr>
        <w:keepNext/>
        <w:keepLines/>
        <w:widowControl/>
        <w:spacing w:before="0" w:after="0" w:line="240" w:lineRule="auto"/>
        <w:ind w:firstLine="0" w:left="283"/>
        <w:jc w:val="left"/>
      </w:pPr>
      <w:r>
        <w:rPr>
          <w:rFonts w:ascii="Times New Roman" w:hAnsi="Times New Roman" w:eastAsia="Times New Roman" w:cs="Times New Roman"/>
          <w:color w:val="000000"/>
          <w:sz w:val="24"/>
        </w:rPr>
        <w:t>A. They play throughout every test.</w:t>
      </w:r>
    </w:p>
    <w:p>
      <w:pPr>
        <w:keepNext/>
        <w:keepLines/>
        <w:widowControl/>
        <w:spacing w:before="0" w:after="0" w:line="240" w:lineRule="auto"/>
        <w:ind w:firstLine="0" w:left="283"/>
        <w:jc w:val="left"/>
      </w:pPr>
      <w:r>
        <w:rPr>
          <w:rFonts w:ascii="Times New Roman" w:hAnsi="Times New Roman" w:eastAsia="Times New Roman" w:cs="Times New Roman"/>
          <w:color w:val="000000"/>
          <w:sz w:val="24"/>
        </w:rPr>
        <w:t>B. Their practice ends before the tests start.</w:t>
      </w:r>
    </w:p>
    <w:p>
      <w:pPr>
        <w:keepNext/>
        <w:keepLines/>
        <w:widowControl/>
        <w:spacing w:before="0" w:after="0" w:line="240" w:lineRule="auto"/>
        <w:ind w:firstLine="0" w:left="283"/>
        <w:jc w:val="left"/>
      </w:pPr>
      <w:r>
        <w:rPr>
          <w:rFonts w:ascii="Times New Roman" w:hAnsi="Times New Roman" w:eastAsia="Times New Roman" w:cs="Times New Roman"/>
          <w:color w:val="000000"/>
          <w:sz w:val="24"/>
        </w:rPr>
        <w:t>C. They only practise while tests are taking place.</w:t>
      </w:r>
    </w:p>
    <w:p>
      <w:pPr>
        <w:keepNext w:val="0"/>
        <w:keepLines/>
        <w:widowControl/>
        <w:spacing w:before="0" w:after="0" w:line="240" w:lineRule="auto"/>
        <w:ind w:firstLine="0" w:left="283"/>
        <w:jc w:val="left"/>
      </w:pPr>
      <w:r>
        <w:rPr>
          <w:rFonts w:ascii="Times New Roman" w:hAnsi="Times New Roman" w:eastAsia="Times New Roman" w:cs="Times New Roman"/>
          <w:color w:val="000000"/>
          <w:sz w:val="24"/>
        </w:rPr>
        <w:t>D. The other students join their practice during tests.</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23. </w:t>
      </w:r>
      <w:r>
        <w:rPr>
          <w:rFonts w:ascii="Times New Roman" w:hAnsi="Times New Roman" w:eastAsia="Times New Roman" w:cs="Times New Roman"/>
          <w:color w:val="000000"/>
          <w:sz w:val="24"/>
        </w:rPr>
        <w:t>In which paragraph does Linh receive help with a beat?</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Paragraph 1</w:t>
      </w:r>
      <w:r>
        <w:rPr>
          <w:rFonts w:ascii="Times New Roman" w:hAnsi="Times New Roman" w:eastAsia="Times New Roman" w:cs="Times New Roman"/>
          <w:color w:val="000000"/>
          <w:sz w:val="24"/>
        </w:rPr>
        <w:tab/>
        <w:t>B. Paragraph 2</w:t>
      </w:r>
      <w:r>
        <w:rPr>
          <w:rFonts w:ascii="Times New Roman" w:hAnsi="Times New Roman" w:eastAsia="Times New Roman" w:cs="Times New Roman"/>
          <w:color w:val="000000"/>
          <w:sz w:val="24"/>
        </w:rPr>
        <w:tab/>
        <w:t>C. Paragraph 3</w:t>
      </w:r>
      <w:r>
        <w:rPr>
          <w:rFonts w:ascii="Times New Roman" w:hAnsi="Times New Roman" w:eastAsia="Times New Roman" w:cs="Times New Roman"/>
          <w:color w:val="000000"/>
          <w:sz w:val="24"/>
        </w:rPr>
        <w:tab/>
        <w:t>D. Paragraph 4</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24. </w:t>
      </w:r>
      <w:r>
        <w:rPr>
          <w:rFonts w:ascii="Times New Roman" w:hAnsi="Times New Roman" w:eastAsia="Times New Roman" w:cs="Times New Roman"/>
          <w:color w:val="000000"/>
          <w:sz w:val="24"/>
        </w:rPr>
        <w:t>In which paragraph is a future performance planned?</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Paragraph 4</w:t>
      </w:r>
      <w:r>
        <w:rPr>
          <w:rFonts w:ascii="Times New Roman" w:hAnsi="Times New Roman" w:eastAsia="Times New Roman" w:cs="Times New Roman"/>
          <w:color w:val="000000"/>
          <w:sz w:val="24"/>
        </w:rPr>
        <w:tab/>
        <w:t>B. Paragraph 1</w:t>
      </w:r>
      <w:r>
        <w:rPr>
          <w:rFonts w:ascii="Times New Roman" w:hAnsi="Times New Roman" w:eastAsia="Times New Roman" w:cs="Times New Roman"/>
          <w:color w:val="000000"/>
          <w:sz w:val="24"/>
        </w:rPr>
        <w:tab/>
        <w:t>C. Paragraph 2</w:t>
      </w:r>
      <w:r>
        <w:rPr>
          <w:rFonts w:ascii="Times New Roman" w:hAnsi="Times New Roman" w:eastAsia="Times New Roman" w:cs="Times New Roman"/>
          <w:color w:val="000000"/>
          <w:sz w:val="24"/>
        </w:rPr>
        <w:tab/>
        <w:t>D. Paragraph 3</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25. </w:t>
      </w:r>
      <w:r>
        <w:rPr>
          <w:rFonts w:ascii="Times New Roman" w:hAnsi="Times New Roman" w:eastAsia="Times New Roman" w:cs="Times New Roman"/>
          <w:color w:val="000000"/>
          <w:sz w:val="24"/>
        </w:rPr>
        <w:t>How long does Linh practise each evening?</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five minutes</w:t>
      </w:r>
      <w:r>
        <w:rPr>
          <w:rFonts w:ascii="Times New Roman" w:hAnsi="Times New Roman" w:eastAsia="Times New Roman" w:cs="Times New Roman"/>
          <w:color w:val="000000"/>
          <w:sz w:val="24"/>
        </w:rPr>
        <w:tab/>
        <w:t>B. thirty minutes</w:t>
      </w:r>
      <w:r>
        <w:rPr>
          <w:rFonts w:ascii="Times New Roman" w:hAnsi="Times New Roman" w:eastAsia="Times New Roman" w:cs="Times New Roman"/>
          <w:color w:val="000000"/>
          <w:sz w:val="24"/>
        </w:rPr>
        <w:tab/>
        <w:t>C. ten minutes</w:t>
      </w:r>
      <w:r>
        <w:rPr>
          <w:rFonts w:ascii="Times New Roman" w:hAnsi="Times New Roman" w:eastAsia="Times New Roman" w:cs="Times New Roman"/>
          <w:color w:val="000000"/>
          <w:sz w:val="24"/>
        </w:rPr>
        <w:tab/>
        <w:t>D. one hour</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26. </w:t>
      </w:r>
      <w:r>
        <w:rPr>
          <w:rFonts w:ascii="Times New Roman" w:hAnsi="Times New Roman" w:eastAsia="Times New Roman" w:cs="Times New Roman"/>
          <w:color w:val="000000"/>
          <w:sz w:val="24"/>
        </w:rPr>
        <w:t>What is the main idea of the passage?</w:t>
      </w:r>
    </w:p>
    <w:p>
      <w:pPr>
        <w:keepNext/>
        <w:keepLines/>
        <w:widowControl/>
        <w:spacing w:before="0" w:after="0" w:line="240" w:lineRule="auto"/>
        <w:ind w:firstLine="0" w:left="283"/>
        <w:jc w:val="left"/>
      </w:pPr>
      <w:r>
        <w:rPr>
          <w:rFonts w:ascii="Times New Roman" w:hAnsi="Times New Roman" w:eastAsia="Times New Roman" w:cs="Times New Roman"/>
          <w:color w:val="000000"/>
          <w:sz w:val="24"/>
        </w:rPr>
        <w:t>A. A teacher closes the school music room forever.</w:t>
      </w:r>
    </w:p>
    <w:p>
      <w:pPr>
        <w:keepNext/>
        <w:keepLines/>
        <w:widowControl/>
        <w:spacing w:before="0" w:after="0" w:line="240" w:lineRule="auto"/>
        <w:ind w:firstLine="0" w:left="283"/>
        <w:jc w:val="left"/>
      </w:pPr>
      <w:r>
        <w:rPr>
          <w:rFonts w:ascii="Times New Roman" w:hAnsi="Times New Roman" w:eastAsia="Times New Roman" w:cs="Times New Roman"/>
          <w:color w:val="000000"/>
          <w:sz w:val="24"/>
        </w:rPr>
        <w:t>B. A singer decides never to perform again.</w:t>
      </w:r>
    </w:p>
    <w:p>
      <w:pPr>
        <w:keepNext/>
        <w:keepLines/>
        <w:widowControl/>
        <w:spacing w:before="0" w:after="0" w:line="240" w:lineRule="auto"/>
        <w:ind w:firstLine="0" w:left="283"/>
        <w:jc w:val="left"/>
      </w:pPr>
      <w:r>
        <w:rPr>
          <w:rFonts w:ascii="Times New Roman" w:hAnsi="Times New Roman" w:eastAsia="Times New Roman" w:cs="Times New Roman"/>
          <w:color w:val="000000"/>
          <w:sz w:val="24"/>
        </w:rPr>
        <w:t>C. A school replaces every lesson with a concert.</w:t>
      </w:r>
    </w:p>
    <w:p>
      <w:pPr>
        <w:keepNext w:val="0"/>
        <w:keepLines/>
        <w:widowControl/>
        <w:spacing w:before="0" w:after="0" w:line="240" w:lineRule="auto"/>
        <w:ind w:firstLine="0" w:left="283"/>
        <w:jc w:val="left"/>
      </w:pPr>
      <w:r>
        <w:rPr>
          <w:rFonts w:ascii="Times New Roman" w:hAnsi="Times New Roman" w:eastAsia="Times New Roman" w:cs="Times New Roman"/>
          <w:color w:val="000000"/>
          <w:sz w:val="24"/>
        </w:rPr>
        <w:t>D. A beginner learns to enjoy playing the drum.</w:t>
      </w:r>
    </w:p>
    <w:p>
      <w:r>
        <w:br w:type="page"/>
      </w:r>
    </w:p>
    <w:p>
      <w:pPr>
        <w:keepNext/>
        <w:keepLines/>
        <w:widowControl/>
        <w:spacing w:before="140" w:after="0" w:line="240" w:lineRule="auto"/>
        <w:ind w:firstLine="0"/>
        <w:jc w:val="both"/>
      </w:pPr>
      <w:r>
        <w:rPr>
          <w:rFonts w:ascii="Times New Roman" w:hAnsi="Times New Roman" w:eastAsia="Times New Roman" w:cs="Times New Roman"/>
          <w:b/>
          <w:i/>
          <w:color w:val="000000"/>
          <w:sz w:val="24"/>
        </w:rPr>
        <w:t>Read the following advertisement and choose the best option A, B, C or D for each blank from 27 to 32.</w:t>
      </w:r>
    </w:p>
    <w:p>
      <w:pPr>
        <w:keepNext/>
        <w:keepLines/>
        <w:widowControl/>
        <w:spacing w:before="0" w:after="0" w:line="240" w:lineRule="auto"/>
        <w:ind w:firstLine="0"/>
        <w:jc w:val="center"/>
      </w:pPr>
      <w:r>
        <w:rPr>
          <w:rFonts w:ascii="Times New Roman" w:hAnsi="Times New Roman" w:eastAsia="Times New Roman" w:cs="Times New Roman"/>
          <w:b/>
          <w:color w:val="000000"/>
          <w:sz w:val="24"/>
        </w:rPr>
        <w:t>REFILL YOUR BOTTLE HERE</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Our new water station is open! Students can (27) _____ their bottles near the canteen. The water station (28) _____ every morning by the school staff.</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Please bring your own bottle. A reusable bottle helps you use (29) _____ plastic. Do not leave it behind when you go back (30) _____ your classroom.</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The station is easy to use, but ask a teacher if you need (31) _____. We hope more students will choose this simple green (32) _____. Try it today!</w:t>
      </w:r>
    </w:p>
    <w:p>
      <w:pPr>
        <w:keepNext w:val="0"/>
        <w:keepLines/>
        <w:widowControl/>
        <w:tabs>
          <w:tab w:pos="1389" w:val="left"/>
          <w:tab w:pos="3657" w:val="left"/>
          <w:tab w:pos="5924" w:val="left"/>
          <w:tab w:pos="8192" w:val="left"/>
        </w:tabs>
        <w:spacing w:before="0" w:after="0" w:line="240" w:lineRule="auto"/>
        <w:ind w:firstLine="0"/>
        <w:jc w:val="left"/>
      </w:pPr>
      <w:r>
        <w:rPr>
          <w:rFonts w:ascii="Times New Roman" w:hAnsi="Times New Roman" w:eastAsia="Times New Roman" w:cs="Times New Roman"/>
          <w:b/>
          <w:color w:val="000000"/>
          <w:sz w:val="24"/>
        </w:rPr>
        <w:t>Question 27.</w:t>
      </w:r>
      <w:r>
        <w:rPr>
          <w:rFonts w:ascii="Times New Roman" w:hAnsi="Times New Roman" w:eastAsia="Times New Roman" w:cs="Times New Roman"/>
          <w:color w:val="000000"/>
          <w:sz w:val="24"/>
        </w:rPr>
        <w:tab/>
        <w:t>A. sing</w:t>
      </w:r>
      <w:r>
        <w:rPr>
          <w:rFonts w:ascii="Times New Roman" w:hAnsi="Times New Roman" w:eastAsia="Times New Roman" w:cs="Times New Roman"/>
          <w:color w:val="000000"/>
          <w:sz w:val="24"/>
        </w:rPr>
        <w:tab/>
        <w:t>B. fold</w:t>
      </w:r>
      <w:r>
        <w:rPr>
          <w:rFonts w:ascii="Times New Roman" w:hAnsi="Times New Roman" w:eastAsia="Times New Roman" w:cs="Times New Roman"/>
          <w:color w:val="000000"/>
          <w:sz w:val="24"/>
        </w:rPr>
        <w:tab/>
        <w:t>C. fill</w:t>
      </w:r>
      <w:r>
        <w:rPr>
          <w:rFonts w:ascii="Times New Roman" w:hAnsi="Times New Roman" w:eastAsia="Times New Roman" w:cs="Times New Roman"/>
          <w:color w:val="000000"/>
          <w:sz w:val="24"/>
        </w:rPr>
        <w:tab/>
        <w:t>D. sweep</w:t>
      </w:r>
    </w:p>
    <w:p>
      <w:pPr>
        <w:keepNext w:val="0"/>
        <w:keepLines/>
        <w:widowControl/>
        <w:tabs>
          <w:tab w:pos="1389" w:val="left"/>
          <w:tab w:pos="3657" w:val="left"/>
          <w:tab w:pos="5924" w:val="left"/>
          <w:tab w:pos="8192" w:val="left"/>
        </w:tabs>
        <w:spacing w:before="0" w:after="0" w:line="240" w:lineRule="auto"/>
        <w:ind w:firstLine="0"/>
        <w:jc w:val="left"/>
      </w:pPr>
      <w:r>
        <w:rPr>
          <w:rFonts w:ascii="Times New Roman" w:hAnsi="Times New Roman" w:eastAsia="Times New Roman" w:cs="Times New Roman"/>
          <w:b/>
          <w:color w:val="000000"/>
          <w:sz w:val="24"/>
        </w:rPr>
        <w:t>Question 28.</w:t>
      </w:r>
      <w:r>
        <w:rPr>
          <w:rFonts w:ascii="Times New Roman" w:hAnsi="Times New Roman" w:eastAsia="Times New Roman" w:cs="Times New Roman"/>
          <w:color w:val="000000"/>
          <w:sz w:val="24"/>
        </w:rPr>
        <w:tab/>
        <w:t>A. cleans</w:t>
      </w:r>
      <w:r>
        <w:rPr>
          <w:rFonts w:ascii="Times New Roman" w:hAnsi="Times New Roman" w:eastAsia="Times New Roman" w:cs="Times New Roman"/>
          <w:color w:val="000000"/>
          <w:sz w:val="24"/>
        </w:rPr>
        <w:tab/>
        <w:t>B. is cleaned</w:t>
      </w:r>
      <w:r>
        <w:rPr>
          <w:rFonts w:ascii="Times New Roman" w:hAnsi="Times New Roman" w:eastAsia="Times New Roman" w:cs="Times New Roman"/>
          <w:color w:val="000000"/>
          <w:sz w:val="24"/>
        </w:rPr>
        <w:tab/>
        <w:t>C. are cleaned</w:t>
      </w:r>
      <w:r>
        <w:rPr>
          <w:rFonts w:ascii="Times New Roman" w:hAnsi="Times New Roman" w:eastAsia="Times New Roman" w:cs="Times New Roman"/>
          <w:color w:val="000000"/>
          <w:sz w:val="24"/>
        </w:rPr>
        <w:tab/>
        <w:t>D. cleaning</w:t>
      </w:r>
    </w:p>
    <w:p>
      <w:pPr>
        <w:keepNext w:val="0"/>
        <w:keepLines/>
        <w:widowControl/>
        <w:tabs>
          <w:tab w:pos="1389" w:val="left"/>
          <w:tab w:pos="3657" w:val="left"/>
          <w:tab w:pos="5924" w:val="left"/>
          <w:tab w:pos="8192" w:val="left"/>
        </w:tabs>
        <w:spacing w:before="0" w:after="0" w:line="240" w:lineRule="auto"/>
        <w:ind w:firstLine="0"/>
        <w:jc w:val="left"/>
      </w:pPr>
      <w:r>
        <w:rPr>
          <w:rFonts w:ascii="Times New Roman" w:hAnsi="Times New Roman" w:eastAsia="Times New Roman" w:cs="Times New Roman"/>
          <w:b/>
          <w:color w:val="000000"/>
          <w:sz w:val="24"/>
        </w:rPr>
        <w:t>Question 29.</w:t>
      </w:r>
      <w:r>
        <w:rPr>
          <w:rFonts w:ascii="Times New Roman" w:hAnsi="Times New Roman" w:eastAsia="Times New Roman" w:cs="Times New Roman"/>
          <w:color w:val="000000"/>
          <w:sz w:val="24"/>
        </w:rPr>
        <w:tab/>
        <w:t>A. less</w:t>
      </w:r>
      <w:r>
        <w:rPr>
          <w:rFonts w:ascii="Times New Roman" w:hAnsi="Times New Roman" w:eastAsia="Times New Roman" w:cs="Times New Roman"/>
          <w:color w:val="000000"/>
          <w:sz w:val="24"/>
        </w:rPr>
        <w:tab/>
        <w:t>B. fewer</w:t>
      </w:r>
      <w:r>
        <w:rPr>
          <w:rFonts w:ascii="Times New Roman" w:hAnsi="Times New Roman" w:eastAsia="Times New Roman" w:cs="Times New Roman"/>
          <w:color w:val="000000"/>
          <w:sz w:val="24"/>
        </w:rPr>
        <w:tab/>
        <w:t>C. many</w:t>
      </w:r>
      <w:r>
        <w:rPr>
          <w:rFonts w:ascii="Times New Roman" w:hAnsi="Times New Roman" w:eastAsia="Times New Roman" w:cs="Times New Roman"/>
          <w:color w:val="000000"/>
          <w:sz w:val="24"/>
        </w:rPr>
        <w:tab/>
        <w:t>D. a few</w:t>
      </w:r>
    </w:p>
    <w:p>
      <w:pPr>
        <w:keepNext w:val="0"/>
        <w:keepLines/>
        <w:widowControl/>
        <w:tabs>
          <w:tab w:pos="1389" w:val="left"/>
          <w:tab w:pos="3657" w:val="left"/>
          <w:tab w:pos="5924" w:val="left"/>
          <w:tab w:pos="8192" w:val="left"/>
        </w:tabs>
        <w:spacing w:before="0" w:after="0" w:line="240" w:lineRule="auto"/>
        <w:ind w:firstLine="0"/>
        <w:jc w:val="left"/>
      </w:pPr>
      <w:r>
        <w:rPr>
          <w:rFonts w:ascii="Times New Roman" w:hAnsi="Times New Roman" w:eastAsia="Times New Roman" w:cs="Times New Roman"/>
          <w:b/>
          <w:color w:val="000000"/>
          <w:sz w:val="24"/>
        </w:rPr>
        <w:t>Question 30.</w:t>
      </w:r>
      <w:r>
        <w:rPr>
          <w:rFonts w:ascii="Times New Roman" w:hAnsi="Times New Roman" w:eastAsia="Times New Roman" w:cs="Times New Roman"/>
          <w:color w:val="000000"/>
          <w:sz w:val="24"/>
        </w:rPr>
        <w:tab/>
        <w:t>A. at</w:t>
      </w:r>
      <w:r>
        <w:rPr>
          <w:rFonts w:ascii="Times New Roman" w:hAnsi="Times New Roman" w:eastAsia="Times New Roman" w:cs="Times New Roman"/>
          <w:color w:val="000000"/>
          <w:sz w:val="24"/>
        </w:rPr>
        <w:tab/>
        <w:t>B. to</w:t>
      </w:r>
      <w:r>
        <w:rPr>
          <w:rFonts w:ascii="Times New Roman" w:hAnsi="Times New Roman" w:eastAsia="Times New Roman" w:cs="Times New Roman"/>
          <w:color w:val="000000"/>
          <w:sz w:val="24"/>
        </w:rPr>
        <w:tab/>
        <w:t>C. on</w:t>
      </w:r>
      <w:r>
        <w:rPr>
          <w:rFonts w:ascii="Times New Roman" w:hAnsi="Times New Roman" w:eastAsia="Times New Roman" w:cs="Times New Roman"/>
          <w:color w:val="000000"/>
          <w:sz w:val="24"/>
        </w:rPr>
        <w:tab/>
        <w:t>D. by</w:t>
      </w:r>
    </w:p>
    <w:p>
      <w:pPr>
        <w:keepNext w:val="0"/>
        <w:keepLines/>
        <w:widowControl/>
        <w:tabs>
          <w:tab w:pos="1389" w:val="left"/>
          <w:tab w:pos="3657" w:val="left"/>
          <w:tab w:pos="5924" w:val="left"/>
          <w:tab w:pos="8192" w:val="left"/>
        </w:tabs>
        <w:spacing w:before="0" w:after="0" w:line="240" w:lineRule="auto"/>
        <w:ind w:firstLine="0"/>
        <w:jc w:val="left"/>
      </w:pPr>
      <w:r>
        <w:rPr>
          <w:rFonts w:ascii="Times New Roman" w:hAnsi="Times New Roman" w:eastAsia="Times New Roman" w:cs="Times New Roman"/>
          <w:b/>
          <w:color w:val="000000"/>
          <w:sz w:val="24"/>
        </w:rPr>
        <w:t>Question 31.</w:t>
      </w:r>
      <w:r>
        <w:rPr>
          <w:rFonts w:ascii="Times New Roman" w:hAnsi="Times New Roman" w:eastAsia="Times New Roman" w:cs="Times New Roman"/>
          <w:color w:val="000000"/>
          <w:sz w:val="24"/>
        </w:rPr>
        <w:tab/>
        <w:t>A. help</w:t>
      </w:r>
      <w:r>
        <w:rPr>
          <w:rFonts w:ascii="Times New Roman" w:hAnsi="Times New Roman" w:eastAsia="Times New Roman" w:cs="Times New Roman"/>
          <w:color w:val="000000"/>
          <w:sz w:val="24"/>
        </w:rPr>
        <w:tab/>
        <w:t>B. helpful</w:t>
      </w:r>
      <w:r>
        <w:rPr>
          <w:rFonts w:ascii="Times New Roman" w:hAnsi="Times New Roman" w:eastAsia="Times New Roman" w:cs="Times New Roman"/>
          <w:color w:val="000000"/>
          <w:sz w:val="24"/>
        </w:rPr>
        <w:tab/>
        <w:t>C. helpfully</w:t>
      </w:r>
      <w:r>
        <w:rPr>
          <w:rFonts w:ascii="Times New Roman" w:hAnsi="Times New Roman" w:eastAsia="Times New Roman" w:cs="Times New Roman"/>
          <w:color w:val="000000"/>
          <w:sz w:val="24"/>
        </w:rPr>
        <w:tab/>
        <w:t>D. helping</w:t>
      </w:r>
    </w:p>
    <w:p>
      <w:pPr>
        <w:keepNext w:val="0"/>
        <w:keepLines/>
        <w:widowControl/>
        <w:tabs>
          <w:tab w:pos="1389" w:val="left"/>
          <w:tab w:pos="3657" w:val="left"/>
          <w:tab w:pos="5924" w:val="left"/>
          <w:tab w:pos="8192" w:val="left"/>
        </w:tabs>
        <w:spacing w:before="0" w:after="0" w:line="240" w:lineRule="auto"/>
        <w:ind w:firstLine="0"/>
        <w:jc w:val="left"/>
      </w:pPr>
      <w:r>
        <w:rPr>
          <w:rFonts w:ascii="Times New Roman" w:hAnsi="Times New Roman" w:eastAsia="Times New Roman" w:cs="Times New Roman"/>
          <w:b/>
          <w:color w:val="000000"/>
          <w:sz w:val="24"/>
        </w:rPr>
        <w:t>Question 32.</w:t>
      </w:r>
      <w:r>
        <w:rPr>
          <w:rFonts w:ascii="Times New Roman" w:hAnsi="Times New Roman" w:eastAsia="Times New Roman" w:cs="Times New Roman"/>
          <w:color w:val="000000"/>
          <w:sz w:val="24"/>
        </w:rPr>
        <w:tab/>
        <w:t>A. habit</w:t>
      </w:r>
      <w:r>
        <w:rPr>
          <w:rFonts w:ascii="Times New Roman" w:hAnsi="Times New Roman" w:eastAsia="Times New Roman" w:cs="Times New Roman"/>
          <w:color w:val="000000"/>
          <w:sz w:val="24"/>
        </w:rPr>
        <w:tab/>
        <w:t>B. instrument</w:t>
      </w:r>
      <w:r>
        <w:rPr>
          <w:rFonts w:ascii="Times New Roman" w:hAnsi="Times New Roman" w:eastAsia="Times New Roman" w:cs="Times New Roman"/>
          <w:color w:val="000000"/>
          <w:sz w:val="24"/>
        </w:rPr>
        <w:tab/>
        <w:t>C. melody</w:t>
      </w:r>
      <w:r>
        <w:rPr>
          <w:rFonts w:ascii="Times New Roman" w:hAnsi="Times New Roman" w:eastAsia="Times New Roman" w:cs="Times New Roman"/>
          <w:color w:val="000000"/>
          <w:sz w:val="24"/>
        </w:rPr>
        <w:tab/>
        <w:t>D. album</w:t>
      </w:r>
    </w:p>
    <w:p>
      <w:pPr>
        <w:keepNext/>
        <w:keepLines/>
        <w:widowControl/>
        <w:spacing w:before="140" w:after="0" w:line="240" w:lineRule="auto"/>
        <w:ind w:firstLine="0"/>
        <w:jc w:val="both"/>
      </w:pPr>
      <w:r>
        <w:rPr>
          <w:rFonts w:ascii="Times New Roman" w:hAnsi="Times New Roman" w:eastAsia="Times New Roman" w:cs="Times New Roman"/>
          <w:b/>
          <w:i/>
          <w:color w:val="000000"/>
          <w:sz w:val="24"/>
        </w:rPr>
        <w:t>Read the passage and choose the best answer A, B, C or D for each question from 33 to 40.</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The Pham family has a dog called Lucky. They made a daily care plan before bringing him home. Their daughter, My, gives Lucky food in the morning. Her father takes him for a short walk before work.</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In the afternoon, My’s brother, Phuc, plays with Lucky in the yard. He checks the water bowl and fills it when necessary. The family puts the care plan on the fridge so nobody forgets a job.</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 xml:space="preserve">My’s mother shows the children how to brush Lucky carefully. She helps them clean his sleeping place once a week. </w:t>
      </w:r>
      <w:r>
        <w:rPr>
          <w:rFonts w:ascii="Times New Roman" w:hAnsi="Times New Roman" w:eastAsia="Times New Roman" w:cs="Times New Roman"/>
          <w:color w:val="000000"/>
          <w:sz w:val="24"/>
          <w:u w:val="single"/>
        </w:rPr>
        <w:t>The children share these jobs instead of leaving them all to their parents.</w:t>
      </w:r>
    </w:p>
    <w:p>
      <w:pPr>
        <w:keepNext w:val="0"/>
        <w:keepLines/>
        <w:widowControl/>
        <w:spacing w:before="0" w:after="0" w:line="240" w:lineRule="auto"/>
        <w:ind w:firstLine="567"/>
        <w:jc w:val="both"/>
      </w:pPr>
      <w:r>
        <w:rPr>
          <w:rFonts w:ascii="Times New Roman" w:hAnsi="Times New Roman" w:eastAsia="Times New Roman" w:cs="Times New Roman"/>
          <w:color w:val="000000"/>
          <w:sz w:val="24"/>
        </w:rPr>
        <w:t>When My has extra homework, Phuc feeds Lucky for her. My helps Phuc on his busy days, too. Their parents say that caring for a pet teaches responsibility. The children agree because Lucky needs them every day.</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33. </w:t>
      </w:r>
      <w:r>
        <w:rPr>
          <w:rFonts w:ascii="Times New Roman" w:hAnsi="Times New Roman" w:eastAsia="Times New Roman" w:cs="Times New Roman"/>
          <w:color w:val="000000"/>
          <w:sz w:val="24"/>
        </w:rPr>
        <w:t>What does paragraph 1 mainly introduce?</w:t>
      </w:r>
    </w:p>
    <w:p>
      <w:pPr>
        <w:keepNext/>
        <w:keepLines/>
        <w:widowControl/>
        <w:tabs>
          <w:tab w:pos="5411" w:val="left"/>
        </w:tabs>
        <w:spacing w:before="0" w:after="0" w:line="240" w:lineRule="auto"/>
        <w:ind w:firstLine="0" w:left="283"/>
        <w:jc w:val="left"/>
      </w:pPr>
      <w:r>
        <w:rPr>
          <w:rFonts w:ascii="Times New Roman" w:hAnsi="Times New Roman" w:eastAsia="Times New Roman" w:cs="Times New Roman"/>
          <w:color w:val="000000"/>
          <w:sz w:val="24"/>
        </w:rPr>
        <w:t>A. a shop selling expensive pet food</w:t>
      </w:r>
      <w:r>
        <w:rPr>
          <w:rFonts w:ascii="Times New Roman" w:hAnsi="Times New Roman" w:eastAsia="Times New Roman" w:cs="Times New Roman"/>
          <w:color w:val="000000"/>
          <w:sz w:val="24"/>
        </w:rPr>
        <w:tab/>
        <w:t>B. the family’s plan for looking after Lucky</w:t>
      </w:r>
    </w:p>
    <w:p>
      <w:pPr>
        <w:keepNext w:val="0"/>
        <w:keepLines/>
        <w:widowControl/>
        <w:tabs>
          <w:tab w:pos="5411" w:val="left"/>
        </w:tabs>
        <w:spacing w:before="0" w:after="0" w:line="240" w:lineRule="auto"/>
        <w:ind w:firstLine="0" w:left="283"/>
        <w:jc w:val="left"/>
      </w:pPr>
      <w:r>
        <w:rPr>
          <w:rFonts w:ascii="Times New Roman" w:hAnsi="Times New Roman" w:eastAsia="Times New Roman" w:cs="Times New Roman"/>
          <w:color w:val="000000"/>
          <w:sz w:val="24"/>
        </w:rPr>
        <w:t>C. the reason My dislikes all dogs</w:t>
      </w:r>
      <w:r>
        <w:rPr>
          <w:rFonts w:ascii="Times New Roman" w:hAnsi="Times New Roman" w:eastAsia="Times New Roman" w:cs="Times New Roman"/>
          <w:color w:val="000000"/>
          <w:sz w:val="24"/>
        </w:rPr>
        <w:tab/>
        <w:t>D. the family’s trip to a zoo</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34. </w:t>
      </w:r>
      <w:r>
        <w:rPr>
          <w:rFonts w:ascii="Times New Roman" w:hAnsi="Times New Roman" w:eastAsia="Times New Roman" w:cs="Times New Roman"/>
          <w:color w:val="000000"/>
          <w:sz w:val="24"/>
        </w:rPr>
        <w:t xml:space="preserve">The word </w:t>
      </w:r>
      <w:r>
        <w:rPr>
          <w:rFonts w:ascii="Times New Roman" w:hAnsi="Times New Roman" w:eastAsia="Times New Roman" w:cs="Times New Roman"/>
          <w:b/>
          <w:color w:val="000000"/>
          <w:sz w:val="24"/>
        </w:rPr>
        <w:t>it</w:t>
      </w:r>
      <w:r>
        <w:rPr>
          <w:rFonts w:ascii="Times New Roman" w:hAnsi="Times New Roman" w:eastAsia="Times New Roman" w:cs="Times New Roman"/>
          <w:color w:val="000000"/>
          <w:sz w:val="24"/>
        </w:rPr>
        <w:t xml:space="preserve"> in paragraph 2 refers to _____.</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the fridge</w:t>
      </w:r>
      <w:r>
        <w:rPr>
          <w:rFonts w:ascii="Times New Roman" w:hAnsi="Times New Roman" w:eastAsia="Times New Roman" w:cs="Times New Roman"/>
          <w:color w:val="000000"/>
          <w:sz w:val="24"/>
        </w:rPr>
        <w:tab/>
        <w:t>B. the yard</w:t>
      </w:r>
      <w:r>
        <w:rPr>
          <w:rFonts w:ascii="Times New Roman" w:hAnsi="Times New Roman" w:eastAsia="Times New Roman" w:cs="Times New Roman"/>
          <w:color w:val="000000"/>
          <w:sz w:val="24"/>
        </w:rPr>
        <w:tab/>
        <w:t>C. the water bowl</w:t>
      </w:r>
      <w:r>
        <w:rPr>
          <w:rFonts w:ascii="Times New Roman" w:hAnsi="Times New Roman" w:eastAsia="Times New Roman" w:cs="Times New Roman"/>
          <w:color w:val="000000"/>
          <w:sz w:val="24"/>
        </w:rPr>
        <w:tab/>
        <w:t>D. the care plan</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35. </w:t>
      </w:r>
      <w:r>
        <w:rPr>
          <w:rFonts w:ascii="Times New Roman" w:hAnsi="Times New Roman" w:eastAsia="Times New Roman" w:cs="Times New Roman"/>
          <w:color w:val="000000"/>
          <w:sz w:val="24"/>
        </w:rPr>
        <w:t>Which sentence best paraphrases the underlined sentence in paragraph 3?</w:t>
      </w:r>
    </w:p>
    <w:p>
      <w:pPr>
        <w:keepNext/>
        <w:keepLines/>
        <w:widowControl/>
        <w:spacing w:before="0" w:after="0" w:line="240" w:lineRule="auto"/>
        <w:ind w:firstLine="0" w:left="283"/>
        <w:jc w:val="left"/>
      </w:pPr>
      <w:r>
        <w:rPr>
          <w:rFonts w:ascii="Times New Roman" w:hAnsi="Times New Roman" w:eastAsia="Times New Roman" w:cs="Times New Roman"/>
          <w:color w:val="000000"/>
          <w:sz w:val="24"/>
        </w:rPr>
        <w:t>A. The parents must do every job alone.</w:t>
      </w:r>
    </w:p>
    <w:p>
      <w:pPr>
        <w:keepNext/>
        <w:keepLines/>
        <w:widowControl/>
        <w:spacing w:before="0" w:after="0" w:line="240" w:lineRule="auto"/>
        <w:ind w:firstLine="0" w:left="283"/>
        <w:jc w:val="left"/>
      </w:pPr>
      <w:r>
        <w:rPr>
          <w:rFonts w:ascii="Times New Roman" w:hAnsi="Times New Roman" w:eastAsia="Times New Roman" w:cs="Times New Roman"/>
          <w:color w:val="000000"/>
          <w:sz w:val="24"/>
        </w:rPr>
        <w:t>B. The children never clean anything.</w:t>
      </w:r>
    </w:p>
    <w:p>
      <w:pPr>
        <w:keepNext/>
        <w:keepLines/>
        <w:widowControl/>
        <w:spacing w:before="0" w:after="0" w:line="240" w:lineRule="auto"/>
        <w:ind w:firstLine="0" w:left="283"/>
        <w:jc w:val="left"/>
      </w:pPr>
      <w:r>
        <w:rPr>
          <w:rFonts w:ascii="Times New Roman" w:hAnsi="Times New Roman" w:eastAsia="Times New Roman" w:cs="Times New Roman"/>
          <w:color w:val="000000"/>
          <w:sz w:val="24"/>
        </w:rPr>
        <w:t>C. The children do some of the pet care themselves.</w:t>
      </w:r>
    </w:p>
    <w:p>
      <w:pPr>
        <w:keepNext w:val="0"/>
        <w:keepLines/>
        <w:widowControl/>
        <w:spacing w:before="0" w:after="0" w:line="240" w:lineRule="auto"/>
        <w:ind w:firstLine="0" w:left="283"/>
        <w:jc w:val="left"/>
      </w:pPr>
      <w:r>
        <w:rPr>
          <w:rFonts w:ascii="Times New Roman" w:hAnsi="Times New Roman" w:eastAsia="Times New Roman" w:cs="Times New Roman"/>
          <w:color w:val="000000"/>
          <w:sz w:val="24"/>
        </w:rPr>
        <w:t>D. Lucky is looked after only by a neighbour.</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36. </w:t>
      </w:r>
      <w:r>
        <w:rPr>
          <w:rFonts w:ascii="Times New Roman" w:hAnsi="Times New Roman" w:eastAsia="Times New Roman" w:cs="Times New Roman"/>
          <w:color w:val="000000"/>
          <w:sz w:val="24"/>
        </w:rPr>
        <w:t xml:space="preserve">The word </w:t>
      </w:r>
      <w:r>
        <w:rPr>
          <w:rFonts w:ascii="Times New Roman" w:hAnsi="Times New Roman" w:eastAsia="Times New Roman" w:cs="Times New Roman"/>
          <w:b/>
          <w:color w:val="000000"/>
          <w:sz w:val="24"/>
        </w:rPr>
        <w:t>carefully</w:t>
      </w:r>
      <w:r>
        <w:rPr>
          <w:rFonts w:ascii="Times New Roman" w:hAnsi="Times New Roman" w:eastAsia="Times New Roman" w:cs="Times New Roman"/>
          <w:color w:val="000000"/>
          <w:sz w:val="24"/>
        </w:rPr>
        <w:t xml:space="preserve"> in paragraph 3 is </w:t>
      </w:r>
      <w:r>
        <w:rPr>
          <w:rFonts w:ascii="Times New Roman" w:hAnsi="Times New Roman" w:eastAsia="Times New Roman" w:cs="Times New Roman"/>
          <w:b/>
          <w:color w:val="000000"/>
          <w:sz w:val="24"/>
        </w:rPr>
        <w:t>OPPOSITE</w:t>
      </w:r>
      <w:r>
        <w:rPr>
          <w:rFonts w:ascii="Times New Roman" w:hAnsi="Times New Roman" w:eastAsia="Times New Roman" w:cs="Times New Roman"/>
          <w:color w:val="000000"/>
          <w:sz w:val="24"/>
        </w:rPr>
        <w:t xml:space="preserve"> in meaning to _____.</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carelessly</w:t>
      </w:r>
      <w:r>
        <w:rPr>
          <w:rFonts w:ascii="Times New Roman" w:hAnsi="Times New Roman" w:eastAsia="Times New Roman" w:cs="Times New Roman"/>
          <w:color w:val="000000"/>
          <w:sz w:val="24"/>
        </w:rPr>
        <w:tab/>
        <w:t>B. happily</w:t>
      </w:r>
      <w:r>
        <w:rPr>
          <w:rFonts w:ascii="Times New Roman" w:hAnsi="Times New Roman" w:eastAsia="Times New Roman" w:cs="Times New Roman"/>
          <w:color w:val="000000"/>
          <w:sz w:val="24"/>
        </w:rPr>
        <w:tab/>
        <w:t>C. quietly</w:t>
      </w:r>
      <w:r>
        <w:rPr>
          <w:rFonts w:ascii="Times New Roman" w:hAnsi="Times New Roman" w:eastAsia="Times New Roman" w:cs="Times New Roman"/>
          <w:color w:val="000000"/>
          <w:sz w:val="24"/>
        </w:rPr>
        <w:tab/>
        <w:t>D. regularly</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37. </w:t>
      </w:r>
      <w:r>
        <w:rPr>
          <w:rFonts w:ascii="Times New Roman" w:hAnsi="Times New Roman" w:eastAsia="Times New Roman" w:cs="Times New Roman"/>
          <w:color w:val="000000"/>
          <w:sz w:val="24"/>
        </w:rPr>
        <w:t xml:space="preserve">The word </w:t>
      </w:r>
      <w:r>
        <w:rPr>
          <w:rFonts w:ascii="Times New Roman" w:hAnsi="Times New Roman" w:eastAsia="Times New Roman" w:cs="Times New Roman"/>
          <w:b/>
          <w:color w:val="000000"/>
          <w:sz w:val="24"/>
        </w:rPr>
        <w:t>daily</w:t>
      </w:r>
      <w:r>
        <w:rPr>
          <w:rFonts w:ascii="Times New Roman" w:hAnsi="Times New Roman" w:eastAsia="Times New Roman" w:cs="Times New Roman"/>
          <w:color w:val="000000"/>
          <w:sz w:val="24"/>
        </w:rPr>
        <w:t xml:space="preserve"> in paragraph 1 is </w:t>
      </w:r>
      <w:r>
        <w:rPr>
          <w:rFonts w:ascii="Times New Roman" w:hAnsi="Times New Roman" w:eastAsia="Times New Roman" w:cs="Times New Roman"/>
          <w:b/>
          <w:color w:val="000000"/>
          <w:sz w:val="24"/>
        </w:rPr>
        <w:t>CLOSEST</w:t>
      </w:r>
      <w:r>
        <w:rPr>
          <w:rFonts w:ascii="Times New Roman" w:hAnsi="Times New Roman" w:eastAsia="Times New Roman" w:cs="Times New Roman"/>
          <w:color w:val="000000"/>
          <w:sz w:val="24"/>
        </w:rPr>
        <w:t xml:space="preserve"> in meaning to _____.</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once a month</w:t>
      </w:r>
      <w:r>
        <w:rPr>
          <w:rFonts w:ascii="Times New Roman" w:hAnsi="Times New Roman" w:eastAsia="Times New Roman" w:cs="Times New Roman"/>
          <w:color w:val="000000"/>
          <w:sz w:val="24"/>
        </w:rPr>
        <w:tab/>
        <w:t>B. every day</w:t>
      </w:r>
      <w:r>
        <w:rPr>
          <w:rFonts w:ascii="Times New Roman" w:hAnsi="Times New Roman" w:eastAsia="Times New Roman" w:cs="Times New Roman"/>
          <w:color w:val="000000"/>
          <w:sz w:val="24"/>
        </w:rPr>
        <w:tab/>
        <w:t>C. only at night</w:t>
      </w:r>
      <w:r>
        <w:rPr>
          <w:rFonts w:ascii="Times New Roman" w:hAnsi="Times New Roman" w:eastAsia="Times New Roman" w:cs="Times New Roman"/>
          <w:color w:val="000000"/>
          <w:sz w:val="24"/>
        </w:rPr>
        <w:tab/>
        <w:t>D. twice a year</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38. </w:t>
      </w:r>
      <w:r>
        <w:rPr>
          <w:rFonts w:ascii="Times New Roman" w:hAnsi="Times New Roman" w:eastAsia="Times New Roman" w:cs="Times New Roman"/>
          <w:color w:val="000000"/>
          <w:sz w:val="24"/>
        </w:rPr>
        <w:t xml:space="preserve">Which of the following is </w:t>
      </w:r>
      <w:r>
        <w:rPr>
          <w:rFonts w:ascii="Times New Roman" w:hAnsi="Times New Roman" w:eastAsia="Times New Roman" w:cs="Times New Roman"/>
          <w:b/>
          <w:color w:val="000000"/>
          <w:sz w:val="24"/>
        </w:rPr>
        <w:t>NOT TRUE</w:t>
      </w:r>
      <w:r>
        <w:rPr>
          <w:rFonts w:ascii="Times New Roman" w:hAnsi="Times New Roman" w:eastAsia="Times New Roman" w:cs="Times New Roman"/>
          <w:color w:val="000000"/>
          <w:sz w:val="24"/>
        </w:rPr>
        <w:t xml:space="preserve"> about Lucky’s care?</w:t>
      </w:r>
    </w:p>
    <w:p>
      <w:pPr>
        <w:keepNext/>
        <w:keepLines/>
        <w:widowControl/>
        <w:tabs>
          <w:tab w:pos="5411" w:val="left"/>
        </w:tabs>
        <w:spacing w:before="0" w:after="0" w:line="240" w:lineRule="auto"/>
        <w:ind w:firstLine="0" w:left="283"/>
        <w:jc w:val="left"/>
      </w:pPr>
      <w:r>
        <w:rPr>
          <w:rFonts w:ascii="Times New Roman" w:hAnsi="Times New Roman" w:eastAsia="Times New Roman" w:cs="Times New Roman"/>
          <w:color w:val="000000"/>
          <w:sz w:val="24"/>
        </w:rPr>
        <w:t>A. Phuc checks Lucky’s water bowl.</w:t>
      </w:r>
      <w:r>
        <w:rPr>
          <w:rFonts w:ascii="Times New Roman" w:hAnsi="Times New Roman" w:eastAsia="Times New Roman" w:cs="Times New Roman"/>
          <w:color w:val="000000"/>
          <w:sz w:val="24"/>
        </w:rPr>
        <w:tab/>
        <w:t>B. My’s mother walks Lucky before work.</w:t>
      </w:r>
    </w:p>
    <w:p>
      <w:pPr>
        <w:keepNext w:val="0"/>
        <w:keepLines/>
        <w:widowControl/>
        <w:tabs>
          <w:tab w:pos="5411" w:val="left"/>
        </w:tabs>
        <w:spacing w:before="0" w:after="0" w:line="240" w:lineRule="auto"/>
        <w:ind w:firstLine="0" w:left="283"/>
        <w:jc w:val="left"/>
      </w:pPr>
      <w:r>
        <w:rPr>
          <w:rFonts w:ascii="Times New Roman" w:hAnsi="Times New Roman" w:eastAsia="Times New Roman" w:cs="Times New Roman"/>
          <w:color w:val="000000"/>
          <w:sz w:val="24"/>
        </w:rPr>
        <w:t>C. The plan is on the fridge.</w:t>
      </w:r>
      <w:r>
        <w:rPr>
          <w:rFonts w:ascii="Times New Roman" w:hAnsi="Times New Roman" w:eastAsia="Times New Roman" w:cs="Times New Roman"/>
          <w:color w:val="000000"/>
          <w:sz w:val="24"/>
        </w:rPr>
        <w:tab/>
        <w:t>D. My and Phuc help each other.</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39. </w:t>
      </w:r>
      <w:r>
        <w:rPr>
          <w:rFonts w:ascii="Times New Roman" w:hAnsi="Times New Roman" w:eastAsia="Times New Roman" w:cs="Times New Roman"/>
          <w:color w:val="000000"/>
          <w:sz w:val="24"/>
        </w:rPr>
        <w:t>In which paragraph is cleaning Lucky’s sleeping place mentioned?</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Paragraph 1</w:t>
      </w:r>
      <w:r>
        <w:rPr>
          <w:rFonts w:ascii="Times New Roman" w:hAnsi="Times New Roman" w:eastAsia="Times New Roman" w:cs="Times New Roman"/>
          <w:color w:val="000000"/>
          <w:sz w:val="24"/>
        </w:rPr>
        <w:tab/>
        <w:t>B. Paragraph 2</w:t>
      </w:r>
      <w:r>
        <w:rPr>
          <w:rFonts w:ascii="Times New Roman" w:hAnsi="Times New Roman" w:eastAsia="Times New Roman" w:cs="Times New Roman"/>
          <w:color w:val="000000"/>
          <w:sz w:val="24"/>
        </w:rPr>
        <w:tab/>
        <w:t>C. Paragraph 3</w:t>
      </w:r>
      <w:r>
        <w:rPr>
          <w:rFonts w:ascii="Times New Roman" w:hAnsi="Times New Roman" w:eastAsia="Times New Roman" w:cs="Times New Roman"/>
          <w:color w:val="000000"/>
          <w:sz w:val="24"/>
        </w:rPr>
        <w:tab/>
        <w:t>D. Paragraph 4</w:t>
      </w:r>
    </w:p>
    <w:p>
      <w:pPr>
        <w:keepNext/>
        <w:keepLines/>
        <w:widowControl/>
        <w:spacing w:before="0" w:after="0" w:line="240" w:lineRule="auto"/>
        <w:ind w:firstLine="0"/>
        <w:jc w:val="left"/>
      </w:pPr>
      <w:r>
        <w:rPr>
          <w:rFonts w:ascii="Times New Roman" w:hAnsi="Times New Roman" w:eastAsia="Times New Roman" w:cs="Times New Roman"/>
          <w:b/>
          <w:color w:val="000000"/>
          <w:sz w:val="24"/>
        </w:rPr>
        <w:t xml:space="preserve">Question 40. </w:t>
      </w:r>
      <w:r>
        <w:rPr>
          <w:rFonts w:ascii="Times New Roman" w:hAnsi="Times New Roman" w:eastAsia="Times New Roman" w:cs="Times New Roman"/>
          <w:color w:val="000000"/>
          <w:sz w:val="24"/>
        </w:rPr>
        <w:t>In which paragraph do the parents mention responsibility?</w:t>
      </w:r>
    </w:p>
    <w:p>
      <w:pPr>
        <w:keepNext w:val="0"/>
        <w:keepLines/>
        <w:widowControl/>
        <w:tabs>
          <w:tab w:pos="2847" w:val="left"/>
          <w:tab w:pos="5411" w:val="left"/>
          <w:tab w:pos="7975" w:val="left"/>
        </w:tabs>
        <w:spacing w:before="0" w:after="0" w:line="240" w:lineRule="auto"/>
        <w:ind w:firstLine="0" w:left="283"/>
        <w:jc w:val="left"/>
      </w:pPr>
      <w:r>
        <w:rPr>
          <w:rFonts w:ascii="Times New Roman" w:hAnsi="Times New Roman" w:eastAsia="Times New Roman" w:cs="Times New Roman"/>
          <w:color w:val="000000"/>
          <w:sz w:val="24"/>
        </w:rPr>
        <w:t>A. Paragraph 1</w:t>
      </w:r>
      <w:r>
        <w:rPr>
          <w:rFonts w:ascii="Times New Roman" w:hAnsi="Times New Roman" w:eastAsia="Times New Roman" w:cs="Times New Roman"/>
          <w:color w:val="000000"/>
          <w:sz w:val="24"/>
        </w:rPr>
        <w:tab/>
        <w:t>B. Paragraph 2</w:t>
      </w:r>
      <w:r>
        <w:rPr>
          <w:rFonts w:ascii="Times New Roman" w:hAnsi="Times New Roman" w:eastAsia="Times New Roman" w:cs="Times New Roman"/>
          <w:color w:val="000000"/>
          <w:sz w:val="24"/>
        </w:rPr>
        <w:tab/>
        <w:t>C. Paragraph 3</w:t>
      </w:r>
      <w:r>
        <w:rPr>
          <w:rFonts w:ascii="Times New Roman" w:hAnsi="Times New Roman" w:eastAsia="Times New Roman" w:cs="Times New Roman"/>
          <w:color w:val="000000"/>
          <w:sz w:val="24"/>
        </w:rPr>
        <w:tab/>
        <w:t>D. Paragraph 4</w:t>
      </w:r>
    </w:p>
    <w:p>
      <w:pPr>
        <w:keepNext/>
        <w:keepLines/>
        <w:widowControl/>
        <w:spacing w:before="60" w:after="0" w:line="240" w:lineRule="auto"/>
        <w:ind w:firstLine="0"/>
        <w:jc w:val="center"/>
      </w:pPr>
      <w:r>
        <w:rPr>
          <w:rFonts w:ascii="Times New Roman" w:hAnsi="Times New Roman" w:eastAsia="Times New Roman" w:cs="Times New Roman"/>
          <w:b/>
          <w:color w:val="000000"/>
          <w:sz w:val="24"/>
        </w:rPr>
        <w:t>THE END</w:t>
      </w:r>
    </w:p>
    <w:p>
      <w:pPr>
        <w:keepNext w:val="0"/>
        <w:keepLines/>
        <w:widowControl/>
        <w:spacing w:before="0" w:after="0" w:line="240" w:lineRule="auto"/>
        <w:ind w:firstLine="0"/>
        <w:jc w:val="left"/>
      </w:pPr>
      <w:r>
        <w:rPr>
          <w:rFonts w:ascii="Times New Roman" w:hAnsi="Times New Roman" w:eastAsia="Times New Roman" w:cs="Times New Roman"/>
          <w:color w:val="000000"/>
          <w:sz w:val="24"/>
        </w:rPr>
        <w:t>– Thí sinh không được sử dụng tài liệu.</w:t>
      </w:r>
      <w:r>
        <w:br/>
      </w:r>
      <w:r>
        <w:rPr>
          <w:rFonts w:ascii="Times New Roman" w:hAnsi="Times New Roman" w:eastAsia="Times New Roman" w:cs="Times New Roman"/>
          <w:color w:val="000000"/>
          <w:sz w:val="24"/>
        </w:rPr>
        <w:t>– Giám thị không giải thích gì thêm.</w:t>
      </w:r>
    </w:p>
    <w:sectPr w:rsidR="00FC693F" w:rsidRPr="0006063C" w:rsidSect="00034616">
      <w:footerReference w:type="default" r:id="rId9"/>
      <w:pgSz w:w="12240" w:h="15840"/>
      <w:pgMar w:top="794" w:right="850" w:bottom="794" w:left="850" w:header="283" w:footer="31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keepLines/>
      <w:widowControl/>
      <w:spacing w:before="0" w:after="0" w:line="240" w:lineRule="auto"/>
      <w:ind w:firstLine="0"/>
      <w:jc w:val="right"/>
    </w:pPr>
    <w:r>
      <w:rPr>
        <w:rFonts w:ascii="Times New Roman" w:hAnsi="Times New Roman" w:eastAsia="Times New Roman" w:cs="Times New Roman"/>
        <w:color w:val="000000"/>
        <w:sz w:val="20"/>
      </w:rPr>
      <w:t xml:space="preserve">Trang </w:t>
    </w:r>
    <w:r>
      <w:rPr>
        <w:rFonts w:ascii="Times New Roman" w:hAnsi="Times New Roman" w:eastAsia="Times New Roman" w:cs="Times New Roman"/>
        <w:color w:val="000000"/>
        <w:sz w:val="20"/>
      </w:rPr>
      <w:fldChar w:fldCharType="begin"/>
      <w:instrText xml:space="preserve"> PAGE </w:instrText>
      <w:fldChar w:fldCharType="separate"/>
      <w:t>1</w:t>
      <w:fldChar w:fldCharType="end"/>
    </w:r>
    <w:r>
      <w:rPr>
        <w:rFonts w:ascii="Times New Roman" w:hAnsi="Times New Roman" w:eastAsia="Times New Roman" w:cs="Times New Roman"/>
        <w:color w:val="000000"/>
        <w:sz w:val="20"/>
      </w:rPr>
      <w:t>/</w:t>
    </w:r>
    <w:r>
      <w:rPr>
        <w:rFonts w:ascii="Times New Roman" w:hAnsi="Times New Roman" w:eastAsia="Times New Roman" w:cs="Times New Roman"/>
        <w:color w:val="000000"/>
        <w:sz w:val="20"/>
      </w:rPr>
      <w:fldChar w:fldCharType="begin"/>
      <w:instrText xml:space="preserve"> NUMPAGES </w:instrText>
      <w:fldChar w:fldCharType="separate"/>
      <w:t>4</w:t>
      <w:fldChar w:fldCharType="end"/>
    </w:r>
    <w:r>
      <w:rPr>
        <w:rFonts w:ascii="Times New Roman" w:hAnsi="Times New Roman" w:eastAsia="Times New Roman" w:cs="Times New Roman"/>
        <w:color w:val="000000"/>
        <w:sz w:val="20"/>
      </w:rPr>
      <w:t xml:space="preserve"> – Mã đề 502</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line="276" w:lineRule="auto"/>
    </w:pPr>
    <w:rPr>
      <w:rFonts w:ascii="Times New Roman" w:hAnsi="Times New Roman" w:eastAsia="Times New Roma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line="276" w:lineRule="auto"/>
      <w:outlineLvl w:val="0"/>
    </w:pPr>
    <w:rPr>
      <w:rFonts w:asciiTheme="majorHAnsi" w:eastAsiaTheme="majorEastAsia" w:hAnsiTheme="majorHAnsi" w:cstheme="majorBidi" w:ascii="Times New Roman" w:hAnsi="Times New Roman" w:eastAsia="Times New Roman" w:cs="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0" w:after="0" w:line="276" w:lineRule="auto"/>
      <w:outlineLvl w:val="1"/>
    </w:pPr>
    <w:rPr>
      <w:rFonts w:asciiTheme="majorHAnsi" w:eastAsiaTheme="majorEastAsia" w:hAnsiTheme="majorHAnsi" w:cstheme="majorBidi" w:ascii="Times New Roman" w:hAnsi="Times New Roman" w:eastAsia="Times New Roman" w:cs="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0" w:after="0" w:line="276" w:lineRule="auto"/>
      <w:outlineLvl w:val="2"/>
    </w:pPr>
    <w:rPr>
      <w:rFonts w:asciiTheme="majorHAnsi" w:eastAsiaTheme="majorEastAsia" w:hAnsiTheme="majorHAnsi" w:cstheme="majorBidi" w:ascii="Times New Roman" w:hAnsi="Times New Roman" w:eastAsia="Times New Roman" w:cs="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0" w:line="276" w:lineRule="auto" w:before="0"/>
      <w:contextualSpacing/>
    </w:pPr>
    <w:rPr>
      <w:rFonts w:asciiTheme="majorHAnsi" w:eastAsiaTheme="majorEastAsia" w:hAnsiTheme="majorHAnsi" w:cstheme="majorBidi" w:ascii="Times New Roman" w:hAnsi="Times New Roman" w:eastAsia="Times New Roman" w:cs="Times New Roman"/>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Đề kiểm tra giữa học kỳ I Tiếng Anh 10 Global Success</dc:title>
  <dc:subject>Unit 1 Family life; Unit 2 Humans and the environment; Unit 3 Music; A1–A2</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