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4A0" w:firstRow="1" w:lastRow="0" w:firstColumn="1" w:lastColumn="0" w:noHBand="0" w:noVBand="1"/>
      </w:tblPr>
      <w:tblGrid>
        <w:gridCol w:w="10488"/>
      </w:tblGrid>
      <w:tr w:rsidR="004C4412" w:rsidRPr="004C4412" w14:paraId="45640A02" w14:textId="77777777">
        <w:trPr>
          <w:cantSplit/>
          <w:jc w:val="center"/>
        </w:trPr>
        <w:tc>
          <w:tcPr>
            <w:tcW w:w="10488" w:type="dxa"/>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tcPr>
          <w:p w14:paraId="32A0297A" w14:textId="77777777" w:rsidR="0094187B" w:rsidRPr="004C4412" w:rsidRDefault="005D5559">
            <w:pPr>
              <w:spacing w:after="0"/>
              <w:jc w:val="center"/>
              <w:rPr>
                <w:color w:val="auto"/>
                <w:sz w:val="32"/>
                <w:szCs w:val="32"/>
              </w:rPr>
            </w:pPr>
            <w:r w:rsidRPr="004C4412">
              <w:rPr>
                <w:b/>
                <w:color w:val="FFFFFF" w:themeColor="background1"/>
                <w:sz w:val="32"/>
                <w:szCs w:val="32"/>
              </w:rPr>
              <w:t>GLOBAL SUCCESS 8</w:t>
            </w:r>
          </w:p>
        </w:tc>
      </w:tr>
      <w:tr w:rsidR="004C4412" w:rsidRPr="004C4412" w14:paraId="2DB228E9" w14:textId="77777777">
        <w:trPr>
          <w:cantSplit/>
          <w:jc w:val="center"/>
        </w:trPr>
        <w:tc>
          <w:tcPr>
            <w:tcW w:w="10488" w:type="dxa"/>
            <w:tcBorders>
              <w:top w:val="single" w:sz="8" w:space="0" w:color="DDBD55"/>
              <w:left w:val="single" w:sz="8" w:space="0" w:color="DDBD55"/>
              <w:bottom w:val="single" w:sz="8" w:space="0" w:color="DDBD55"/>
              <w:right w:val="single" w:sz="8" w:space="0" w:color="DDBD55"/>
            </w:tcBorders>
            <w:shd w:val="clear" w:color="auto" w:fill="FFF7D6"/>
            <w:tcMar>
              <w:top w:w="70" w:type="dxa"/>
              <w:left w:w="80" w:type="dxa"/>
              <w:bottom w:w="70" w:type="dxa"/>
              <w:right w:w="80" w:type="dxa"/>
            </w:tcMar>
          </w:tcPr>
          <w:p w14:paraId="29E0BCA7" w14:textId="77777777" w:rsidR="0094187B" w:rsidRPr="004C4412" w:rsidRDefault="005D5559">
            <w:pPr>
              <w:spacing w:after="0"/>
              <w:jc w:val="center"/>
              <w:rPr>
                <w:color w:val="auto"/>
                <w:sz w:val="32"/>
                <w:szCs w:val="32"/>
              </w:rPr>
            </w:pPr>
            <w:r w:rsidRPr="004C4412">
              <w:rPr>
                <w:b/>
                <w:color w:val="auto"/>
                <w:sz w:val="32"/>
                <w:szCs w:val="32"/>
              </w:rPr>
              <w:t>UNIT 3: TEENAGERS</w:t>
            </w:r>
          </w:p>
        </w:tc>
      </w:tr>
    </w:tbl>
    <w:p w14:paraId="26D84F1C" w14:textId="77777777" w:rsidR="0094187B" w:rsidRPr="004C4412" w:rsidRDefault="0094187B">
      <w:pPr>
        <w:spacing w:after="0" w:line="20" w:lineRule="exact"/>
        <w:rPr>
          <w:color w:val="auto"/>
          <w:sz w:val="28"/>
          <w:szCs w:val="28"/>
        </w:rPr>
      </w:pPr>
    </w:p>
    <w:tbl>
      <w:tblPr>
        <w:tblW w:w="0" w:type="auto"/>
        <w:jc w:val="center"/>
        <w:tblLayout w:type="fixed"/>
        <w:tblLook w:val="04A0" w:firstRow="1" w:lastRow="0" w:firstColumn="1" w:lastColumn="0" w:noHBand="0" w:noVBand="1"/>
      </w:tblPr>
      <w:tblGrid>
        <w:gridCol w:w="3496"/>
        <w:gridCol w:w="3496"/>
        <w:gridCol w:w="3496"/>
      </w:tblGrid>
      <w:tr w:rsidR="004C4412" w:rsidRPr="004C4412" w14:paraId="332E15D9" w14:textId="77777777">
        <w:trPr>
          <w:cantSplit/>
          <w:jc w:val="center"/>
        </w:trPr>
        <w:tc>
          <w:tcPr>
            <w:tcW w:w="3496" w:type="dxa"/>
            <w:tcBorders>
              <w:top w:val="single" w:sz="5" w:space="0" w:color="B7DAD8"/>
              <w:left w:val="single" w:sz="5" w:space="0" w:color="B7DAD8"/>
              <w:bottom w:val="single" w:sz="5" w:space="0" w:color="B7DAD8"/>
              <w:right w:val="single" w:sz="5" w:space="0" w:color="B7DAD8"/>
            </w:tcBorders>
            <w:shd w:val="clear" w:color="auto" w:fill="F7FBFB"/>
            <w:tcMar>
              <w:top w:w="70" w:type="dxa"/>
              <w:left w:w="80" w:type="dxa"/>
              <w:bottom w:w="70" w:type="dxa"/>
              <w:right w:w="80" w:type="dxa"/>
            </w:tcMar>
          </w:tcPr>
          <w:p w14:paraId="535F9E31" w14:textId="1D000BD6" w:rsidR="0094187B" w:rsidRPr="004C4412" w:rsidRDefault="005D5559">
            <w:pPr>
              <w:spacing w:after="0"/>
              <w:rPr>
                <w:color w:val="auto"/>
                <w:sz w:val="28"/>
                <w:szCs w:val="28"/>
              </w:rPr>
            </w:pPr>
            <w:r w:rsidRPr="004C4412">
              <w:rPr>
                <w:color w:val="auto"/>
                <w:sz w:val="28"/>
                <w:szCs w:val="28"/>
              </w:rPr>
              <w:t>Name: _________________</w:t>
            </w:r>
          </w:p>
        </w:tc>
        <w:tc>
          <w:tcPr>
            <w:tcW w:w="3496" w:type="dxa"/>
            <w:tcBorders>
              <w:top w:val="single" w:sz="5" w:space="0" w:color="B7DAD8"/>
              <w:left w:val="single" w:sz="5" w:space="0" w:color="B7DAD8"/>
              <w:bottom w:val="single" w:sz="5" w:space="0" w:color="B7DAD8"/>
              <w:right w:val="single" w:sz="5" w:space="0" w:color="B7DAD8"/>
            </w:tcBorders>
            <w:shd w:val="clear" w:color="auto" w:fill="F7FBFB"/>
            <w:tcMar>
              <w:top w:w="70" w:type="dxa"/>
              <w:left w:w="80" w:type="dxa"/>
              <w:bottom w:w="70" w:type="dxa"/>
              <w:right w:w="80" w:type="dxa"/>
            </w:tcMar>
          </w:tcPr>
          <w:p w14:paraId="1644A069" w14:textId="77777777" w:rsidR="0094187B" w:rsidRPr="004C4412" w:rsidRDefault="005D5559">
            <w:pPr>
              <w:spacing w:after="0"/>
              <w:rPr>
                <w:color w:val="auto"/>
                <w:sz w:val="28"/>
                <w:szCs w:val="28"/>
              </w:rPr>
            </w:pPr>
            <w:r w:rsidRPr="004C4412">
              <w:rPr>
                <w:color w:val="auto"/>
                <w:sz w:val="28"/>
                <w:szCs w:val="28"/>
              </w:rPr>
              <w:t>Class: ____________</w:t>
            </w:r>
          </w:p>
        </w:tc>
        <w:tc>
          <w:tcPr>
            <w:tcW w:w="3496" w:type="dxa"/>
            <w:tcBorders>
              <w:top w:val="single" w:sz="5" w:space="0" w:color="B7DAD8"/>
              <w:left w:val="single" w:sz="5" w:space="0" w:color="B7DAD8"/>
              <w:bottom w:val="single" w:sz="5" w:space="0" w:color="B7DAD8"/>
              <w:right w:val="single" w:sz="5" w:space="0" w:color="B7DAD8"/>
            </w:tcBorders>
            <w:shd w:val="clear" w:color="auto" w:fill="F7FBFB"/>
            <w:tcMar>
              <w:top w:w="70" w:type="dxa"/>
              <w:left w:w="80" w:type="dxa"/>
              <w:bottom w:w="70" w:type="dxa"/>
              <w:right w:w="80" w:type="dxa"/>
            </w:tcMar>
          </w:tcPr>
          <w:p w14:paraId="61CA911E" w14:textId="77777777" w:rsidR="0094187B" w:rsidRPr="004C4412" w:rsidRDefault="005D5559">
            <w:pPr>
              <w:spacing w:after="0"/>
              <w:rPr>
                <w:color w:val="auto"/>
                <w:sz w:val="28"/>
                <w:szCs w:val="28"/>
              </w:rPr>
            </w:pPr>
            <w:r w:rsidRPr="004C4412">
              <w:rPr>
                <w:color w:val="auto"/>
                <w:sz w:val="28"/>
                <w:szCs w:val="28"/>
              </w:rPr>
              <w:t>Date: ____________</w:t>
            </w:r>
          </w:p>
        </w:tc>
      </w:tr>
    </w:tbl>
    <w:p w14:paraId="0A08F988" w14:textId="77777777" w:rsidR="0094187B" w:rsidRPr="004C4412" w:rsidRDefault="0094187B">
      <w:pPr>
        <w:spacing w:after="0" w:line="20" w:lineRule="exact"/>
        <w:rPr>
          <w:color w:val="auto"/>
          <w:sz w:val="28"/>
          <w:szCs w:val="28"/>
        </w:rPr>
      </w:pPr>
    </w:p>
    <w:tbl>
      <w:tblPr>
        <w:tblW w:w="0" w:type="auto"/>
        <w:jc w:val="center"/>
        <w:tblLayout w:type="fixed"/>
        <w:tblLook w:val="04A0" w:firstRow="1" w:lastRow="0" w:firstColumn="1" w:lastColumn="0" w:noHBand="0" w:noVBand="1"/>
      </w:tblPr>
      <w:tblGrid>
        <w:gridCol w:w="5244"/>
        <w:gridCol w:w="5244"/>
      </w:tblGrid>
      <w:tr w:rsidR="004C4412" w:rsidRPr="004C4412" w14:paraId="4C6AE955" w14:textId="77777777">
        <w:trPr>
          <w:cantSplit/>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vAlign w:val="center"/>
          </w:tcPr>
          <w:p w14:paraId="155985C4" w14:textId="77777777" w:rsidR="0094187B" w:rsidRPr="004C4412" w:rsidRDefault="005D5559">
            <w:pPr>
              <w:jc w:val="center"/>
              <w:rPr>
                <w:color w:val="auto"/>
                <w:sz w:val="28"/>
                <w:szCs w:val="28"/>
              </w:rPr>
            </w:pPr>
            <w:r w:rsidRPr="004C4412">
              <w:rPr>
                <w:b/>
                <w:color w:val="FFFFFF" w:themeColor="background1"/>
                <w:sz w:val="28"/>
                <w:szCs w:val="28"/>
              </w:rPr>
              <w:t>PART I</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70" w:type="dxa"/>
              <w:left w:w="80" w:type="dxa"/>
              <w:bottom w:w="70" w:type="dxa"/>
              <w:right w:w="80" w:type="dxa"/>
            </w:tcMar>
            <w:vAlign w:val="center"/>
          </w:tcPr>
          <w:p w14:paraId="266D5BE3" w14:textId="77777777" w:rsidR="0094187B" w:rsidRPr="004C4412" w:rsidRDefault="005D5559">
            <w:pPr>
              <w:keepNext/>
              <w:rPr>
                <w:color w:val="auto"/>
                <w:sz w:val="28"/>
                <w:szCs w:val="28"/>
              </w:rPr>
            </w:pPr>
            <w:r w:rsidRPr="004C4412">
              <w:rPr>
                <w:b/>
                <w:color w:val="auto"/>
                <w:sz w:val="28"/>
                <w:szCs w:val="28"/>
              </w:rPr>
              <w:t>LISTENING  (1.25 pts)</w:t>
            </w:r>
          </w:p>
        </w:tc>
      </w:tr>
    </w:tbl>
    <w:p w14:paraId="3C8641DD" w14:textId="77777777" w:rsidR="0094187B" w:rsidRPr="004C4412" w:rsidRDefault="0094187B">
      <w:pPr>
        <w:spacing w:after="0" w:line="20" w:lineRule="exact"/>
        <w:rPr>
          <w:color w:val="auto"/>
          <w:sz w:val="28"/>
          <w:szCs w:val="28"/>
        </w:rPr>
      </w:pPr>
    </w:p>
    <w:p w14:paraId="059988EA" w14:textId="77777777" w:rsidR="0094187B" w:rsidRPr="004C4412" w:rsidRDefault="005D5559">
      <w:pPr>
        <w:keepNext/>
        <w:spacing w:before="60" w:after="60"/>
        <w:rPr>
          <w:color w:val="auto"/>
          <w:sz w:val="28"/>
          <w:szCs w:val="28"/>
        </w:rPr>
      </w:pPr>
      <w:r w:rsidRPr="004C4412">
        <w:rPr>
          <w:color w:val="auto"/>
          <w:sz w:val="28"/>
          <w:szCs w:val="28"/>
        </w:rPr>
        <w:t>Listen to a talk about teenage stress and school clubs. Choose the best answer A, B, or C. You will listen twice.</w:t>
      </w:r>
    </w:p>
    <w:p w14:paraId="6E263360" w14:textId="77777777" w:rsidR="0094187B" w:rsidRPr="004C4412" w:rsidRDefault="005D5559">
      <w:pPr>
        <w:keepLines/>
        <w:spacing w:after="20" w:line="240" w:lineRule="auto"/>
        <w:rPr>
          <w:color w:val="auto"/>
          <w:sz w:val="28"/>
          <w:szCs w:val="28"/>
        </w:rPr>
      </w:pPr>
      <w:r w:rsidRPr="004C4412">
        <w:rPr>
          <w:b/>
          <w:color w:val="auto"/>
          <w:sz w:val="28"/>
          <w:szCs w:val="28"/>
        </w:rPr>
        <w:t>1.</w:t>
      </w:r>
      <w:r w:rsidRPr="004C4412">
        <w:rPr>
          <w:color w:val="auto"/>
          <w:sz w:val="28"/>
          <w:szCs w:val="28"/>
        </w:rPr>
        <w:t xml:space="preserve"> What is the talk mainly about?</w:t>
      </w:r>
    </w:p>
    <w:tbl>
      <w:tblPr>
        <w:tblW w:w="0" w:type="auto"/>
        <w:jc w:val="center"/>
        <w:tblLayout w:type="fixed"/>
        <w:tblLook w:val="04A0" w:firstRow="1" w:lastRow="0" w:firstColumn="1" w:lastColumn="0" w:noHBand="0" w:noVBand="1"/>
      </w:tblPr>
      <w:tblGrid>
        <w:gridCol w:w="3496"/>
        <w:gridCol w:w="3496"/>
        <w:gridCol w:w="3496"/>
      </w:tblGrid>
      <w:tr w:rsidR="004C4412" w:rsidRPr="004C4412" w14:paraId="153EBDAA" w14:textId="77777777">
        <w:trPr>
          <w:cantSplit/>
          <w:jc w:val="center"/>
        </w:trPr>
        <w:tc>
          <w:tcPr>
            <w:tcW w:w="3496" w:type="dxa"/>
            <w:tcBorders>
              <w:top w:val="nil"/>
              <w:left w:val="nil"/>
              <w:bottom w:val="nil"/>
              <w:right w:val="nil"/>
            </w:tcBorders>
            <w:tcMar>
              <w:top w:w="70" w:type="dxa"/>
              <w:left w:w="80" w:type="dxa"/>
              <w:bottom w:w="70" w:type="dxa"/>
              <w:right w:w="80" w:type="dxa"/>
            </w:tcMar>
          </w:tcPr>
          <w:p w14:paraId="4A8DD6D2" w14:textId="77777777" w:rsidR="0094187B" w:rsidRPr="004C4412" w:rsidRDefault="005D5559">
            <w:pPr>
              <w:spacing w:after="0" w:line="240" w:lineRule="auto"/>
              <w:rPr>
                <w:color w:val="auto"/>
                <w:sz w:val="28"/>
                <w:szCs w:val="28"/>
              </w:rPr>
            </w:pPr>
            <w:r w:rsidRPr="004C4412">
              <w:rPr>
                <w:color w:val="auto"/>
                <w:sz w:val="28"/>
                <w:szCs w:val="28"/>
              </w:rPr>
              <w:t>A. Rules for using a school website</w:t>
            </w:r>
          </w:p>
        </w:tc>
        <w:tc>
          <w:tcPr>
            <w:tcW w:w="3496" w:type="dxa"/>
            <w:tcBorders>
              <w:top w:val="nil"/>
              <w:left w:val="nil"/>
              <w:bottom w:val="nil"/>
              <w:right w:val="nil"/>
            </w:tcBorders>
            <w:tcMar>
              <w:top w:w="70" w:type="dxa"/>
              <w:left w:w="80" w:type="dxa"/>
              <w:bottom w:w="70" w:type="dxa"/>
              <w:right w:w="80" w:type="dxa"/>
            </w:tcMar>
          </w:tcPr>
          <w:p w14:paraId="3E771453" w14:textId="77777777" w:rsidR="0094187B" w:rsidRPr="004C4412" w:rsidRDefault="005D5559">
            <w:pPr>
              <w:spacing w:after="0" w:line="240" w:lineRule="auto"/>
              <w:rPr>
                <w:color w:val="auto"/>
                <w:sz w:val="28"/>
                <w:szCs w:val="28"/>
              </w:rPr>
            </w:pPr>
            <w:r w:rsidRPr="004C4412">
              <w:rPr>
                <w:color w:val="auto"/>
                <w:sz w:val="28"/>
                <w:szCs w:val="28"/>
              </w:rPr>
              <w:t>B. Ways to manage stress and enjoy school life</w:t>
            </w:r>
          </w:p>
        </w:tc>
        <w:tc>
          <w:tcPr>
            <w:tcW w:w="3496" w:type="dxa"/>
            <w:tcBorders>
              <w:top w:val="nil"/>
              <w:left w:val="nil"/>
              <w:bottom w:val="nil"/>
              <w:right w:val="nil"/>
            </w:tcBorders>
            <w:tcMar>
              <w:top w:w="70" w:type="dxa"/>
              <w:left w:w="80" w:type="dxa"/>
              <w:bottom w:w="70" w:type="dxa"/>
              <w:right w:w="80" w:type="dxa"/>
            </w:tcMar>
          </w:tcPr>
          <w:p w14:paraId="79538C6A" w14:textId="77777777" w:rsidR="0094187B" w:rsidRPr="004C4412" w:rsidRDefault="005D5559">
            <w:pPr>
              <w:spacing w:after="0" w:line="240" w:lineRule="auto"/>
              <w:rPr>
                <w:color w:val="auto"/>
                <w:sz w:val="28"/>
                <w:szCs w:val="28"/>
              </w:rPr>
            </w:pPr>
            <w:r w:rsidRPr="004C4412">
              <w:rPr>
                <w:color w:val="auto"/>
                <w:sz w:val="28"/>
                <w:szCs w:val="28"/>
              </w:rPr>
              <w:t>C. How to organise a sports competition</w:t>
            </w:r>
          </w:p>
        </w:tc>
      </w:tr>
    </w:tbl>
    <w:p w14:paraId="22FEDFAD" w14:textId="77777777" w:rsidR="0094187B" w:rsidRPr="004C4412" w:rsidRDefault="005D5559">
      <w:pPr>
        <w:keepLines/>
        <w:spacing w:after="20" w:line="240" w:lineRule="auto"/>
        <w:rPr>
          <w:color w:val="auto"/>
          <w:sz w:val="28"/>
          <w:szCs w:val="28"/>
        </w:rPr>
      </w:pPr>
      <w:r w:rsidRPr="004C4412">
        <w:rPr>
          <w:b/>
          <w:color w:val="auto"/>
          <w:sz w:val="28"/>
          <w:szCs w:val="28"/>
        </w:rPr>
        <w:t>2.</w:t>
      </w:r>
      <w:r w:rsidRPr="004C4412">
        <w:rPr>
          <w:color w:val="auto"/>
          <w:sz w:val="28"/>
          <w:szCs w:val="28"/>
        </w:rPr>
        <w:t xml:space="preserve"> What causes the speaker the most pressure?</w:t>
      </w:r>
    </w:p>
    <w:tbl>
      <w:tblPr>
        <w:tblW w:w="0" w:type="auto"/>
        <w:jc w:val="center"/>
        <w:tblLayout w:type="fixed"/>
        <w:tblLook w:val="04A0" w:firstRow="1" w:lastRow="0" w:firstColumn="1" w:lastColumn="0" w:noHBand="0" w:noVBand="1"/>
      </w:tblPr>
      <w:tblGrid>
        <w:gridCol w:w="3496"/>
        <w:gridCol w:w="3496"/>
        <w:gridCol w:w="3496"/>
      </w:tblGrid>
      <w:tr w:rsidR="004C4412" w:rsidRPr="004C4412" w14:paraId="033D5A2E" w14:textId="77777777">
        <w:trPr>
          <w:cantSplit/>
          <w:jc w:val="center"/>
        </w:trPr>
        <w:tc>
          <w:tcPr>
            <w:tcW w:w="3496" w:type="dxa"/>
            <w:tcBorders>
              <w:top w:val="nil"/>
              <w:left w:val="nil"/>
              <w:bottom w:val="nil"/>
              <w:right w:val="nil"/>
            </w:tcBorders>
            <w:tcMar>
              <w:top w:w="70" w:type="dxa"/>
              <w:left w:w="80" w:type="dxa"/>
              <w:bottom w:w="70" w:type="dxa"/>
              <w:right w:w="80" w:type="dxa"/>
            </w:tcMar>
          </w:tcPr>
          <w:p w14:paraId="26D7BD2D" w14:textId="77777777" w:rsidR="0094187B" w:rsidRPr="004C4412" w:rsidRDefault="005D5559">
            <w:pPr>
              <w:spacing w:after="0" w:line="240" w:lineRule="auto"/>
              <w:rPr>
                <w:color w:val="auto"/>
                <w:sz w:val="28"/>
                <w:szCs w:val="28"/>
              </w:rPr>
            </w:pPr>
            <w:r w:rsidRPr="004C4412">
              <w:rPr>
                <w:color w:val="auto"/>
                <w:sz w:val="28"/>
                <w:szCs w:val="28"/>
              </w:rPr>
              <w:t>A. Club meetings</w:t>
            </w:r>
          </w:p>
        </w:tc>
        <w:tc>
          <w:tcPr>
            <w:tcW w:w="3496" w:type="dxa"/>
            <w:tcBorders>
              <w:top w:val="nil"/>
              <w:left w:val="nil"/>
              <w:bottom w:val="nil"/>
              <w:right w:val="nil"/>
            </w:tcBorders>
            <w:tcMar>
              <w:top w:w="70" w:type="dxa"/>
              <w:left w:w="80" w:type="dxa"/>
              <w:bottom w:w="70" w:type="dxa"/>
              <w:right w:w="80" w:type="dxa"/>
            </w:tcMar>
          </w:tcPr>
          <w:p w14:paraId="3D812C35" w14:textId="77777777" w:rsidR="0094187B" w:rsidRPr="004C4412" w:rsidRDefault="005D5559">
            <w:pPr>
              <w:spacing w:after="0" w:line="240" w:lineRule="auto"/>
              <w:rPr>
                <w:color w:val="auto"/>
                <w:sz w:val="28"/>
                <w:szCs w:val="28"/>
              </w:rPr>
            </w:pPr>
            <w:r w:rsidRPr="004C4412">
              <w:rPr>
                <w:color w:val="auto"/>
                <w:sz w:val="28"/>
                <w:szCs w:val="28"/>
              </w:rPr>
              <w:t>B. Social media advertisements</w:t>
            </w:r>
          </w:p>
        </w:tc>
        <w:tc>
          <w:tcPr>
            <w:tcW w:w="3496" w:type="dxa"/>
            <w:tcBorders>
              <w:top w:val="nil"/>
              <w:left w:val="nil"/>
              <w:bottom w:val="nil"/>
              <w:right w:val="nil"/>
            </w:tcBorders>
            <w:tcMar>
              <w:top w:w="70" w:type="dxa"/>
              <w:left w:w="80" w:type="dxa"/>
              <w:bottom w:w="70" w:type="dxa"/>
              <w:right w:w="80" w:type="dxa"/>
            </w:tcMar>
          </w:tcPr>
          <w:p w14:paraId="1F89C453" w14:textId="77777777" w:rsidR="0094187B" w:rsidRPr="004C4412" w:rsidRDefault="005D5559">
            <w:pPr>
              <w:spacing w:after="0" w:line="240" w:lineRule="auto"/>
              <w:rPr>
                <w:color w:val="auto"/>
                <w:sz w:val="28"/>
                <w:szCs w:val="28"/>
              </w:rPr>
            </w:pPr>
            <w:r w:rsidRPr="004C4412">
              <w:rPr>
                <w:color w:val="auto"/>
                <w:sz w:val="28"/>
                <w:szCs w:val="28"/>
              </w:rPr>
              <w:t>C. Tests and other people’s expectations</w:t>
            </w:r>
          </w:p>
        </w:tc>
      </w:tr>
    </w:tbl>
    <w:p w14:paraId="63B948C3" w14:textId="77777777" w:rsidR="0094187B" w:rsidRPr="004C4412" w:rsidRDefault="005D5559">
      <w:pPr>
        <w:keepLines/>
        <w:spacing w:after="20" w:line="240" w:lineRule="auto"/>
        <w:rPr>
          <w:color w:val="auto"/>
          <w:sz w:val="28"/>
          <w:szCs w:val="28"/>
        </w:rPr>
      </w:pPr>
      <w:r w:rsidRPr="004C4412">
        <w:rPr>
          <w:b/>
          <w:color w:val="auto"/>
          <w:sz w:val="28"/>
          <w:szCs w:val="28"/>
        </w:rPr>
        <w:t>3.</w:t>
      </w:r>
      <w:r w:rsidRPr="004C4412">
        <w:rPr>
          <w:color w:val="auto"/>
          <w:sz w:val="28"/>
          <w:szCs w:val="28"/>
        </w:rPr>
        <w:t xml:space="preserve"> What does the school counsellor advise the speaker to do first?</w:t>
      </w:r>
    </w:p>
    <w:tbl>
      <w:tblPr>
        <w:tblW w:w="0" w:type="auto"/>
        <w:jc w:val="center"/>
        <w:tblLayout w:type="fixed"/>
        <w:tblLook w:val="04A0" w:firstRow="1" w:lastRow="0" w:firstColumn="1" w:lastColumn="0" w:noHBand="0" w:noVBand="1"/>
      </w:tblPr>
      <w:tblGrid>
        <w:gridCol w:w="3496"/>
        <w:gridCol w:w="3496"/>
        <w:gridCol w:w="3496"/>
      </w:tblGrid>
      <w:tr w:rsidR="004C4412" w:rsidRPr="004C4412" w14:paraId="35F4304F" w14:textId="77777777">
        <w:trPr>
          <w:cantSplit/>
          <w:jc w:val="center"/>
        </w:trPr>
        <w:tc>
          <w:tcPr>
            <w:tcW w:w="3496" w:type="dxa"/>
            <w:tcBorders>
              <w:top w:val="nil"/>
              <w:left w:val="nil"/>
              <w:bottom w:val="nil"/>
              <w:right w:val="nil"/>
            </w:tcBorders>
            <w:tcMar>
              <w:top w:w="70" w:type="dxa"/>
              <w:left w:w="80" w:type="dxa"/>
              <w:bottom w:w="70" w:type="dxa"/>
              <w:right w:w="80" w:type="dxa"/>
            </w:tcMar>
          </w:tcPr>
          <w:p w14:paraId="56294791" w14:textId="77777777" w:rsidR="0094187B" w:rsidRPr="004C4412" w:rsidRDefault="005D5559">
            <w:pPr>
              <w:spacing w:after="0" w:line="240" w:lineRule="auto"/>
              <w:rPr>
                <w:color w:val="auto"/>
                <w:sz w:val="28"/>
                <w:szCs w:val="28"/>
              </w:rPr>
            </w:pPr>
            <w:r w:rsidRPr="004C4412">
              <w:rPr>
                <w:color w:val="auto"/>
                <w:sz w:val="28"/>
                <w:szCs w:val="28"/>
              </w:rPr>
              <w:t>A. Make a realistic study plan</w:t>
            </w:r>
          </w:p>
        </w:tc>
        <w:tc>
          <w:tcPr>
            <w:tcW w:w="3496" w:type="dxa"/>
            <w:tcBorders>
              <w:top w:val="nil"/>
              <w:left w:val="nil"/>
              <w:bottom w:val="nil"/>
              <w:right w:val="nil"/>
            </w:tcBorders>
            <w:tcMar>
              <w:top w:w="70" w:type="dxa"/>
              <w:left w:w="80" w:type="dxa"/>
              <w:bottom w:w="70" w:type="dxa"/>
              <w:right w:w="80" w:type="dxa"/>
            </w:tcMar>
          </w:tcPr>
          <w:p w14:paraId="08AB77A5" w14:textId="77777777" w:rsidR="0094187B" w:rsidRPr="004C4412" w:rsidRDefault="005D5559">
            <w:pPr>
              <w:spacing w:after="0" w:line="240" w:lineRule="auto"/>
              <w:rPr>
                <w:color w:val="auto"/>
                <w:sz w:val="28"/>
                <w:szCs w:val="28"/>
              </w:rPr>
            </w:pPr>
            <w:r w:rsidRPr="004C4412">
              <w:rPr>
                <w:color w:val="auto"/>
                <w:sz w:val="28"/>
                <w:szCs w:val="28"/>
              </w:rPr>
              <w:t>B. Leave all school clubs</w:t>
            </w:r>
          </w:p>
        </w:tc>
        <w:tc>
          <w:tcPr>
            <w:tcW w:w="3496" w:type="dxa"/>
            <w:tcBorders>
              <w:top w:val="nil"/>
              <w:left w:val="nil"/>
              <w:bottom w:val="nil"/>
              <w:right w:val="nil"/>
            </w:tcBorders>
            <w:tcMar>
              <w:top w:w="70" w:type="dxa"/>
              <w:left w:w="80" w:type="dxa"/>
              <w:bottom w:w="70" w:type="dxa"/>
              <w:right w:w="80" w:type="dxa"/>
            </w:tcMar>
          </w:tcPr>
          <w:p w14:paraId="3519B2FC" w14:textId="77777777" w:rsidR="0094187B" w:rsidRPr="004C4412" w:rsidRDefault="005D5559">
            <w:pPr>
              <w:spacing w:after="0" w:line="240" w:lineRule="auto"/>
              <w:rPr>
                <w:color w:val="auto"/>
                <w:sz w:val="28"/>
                <w:szCs w:val="28"/>
              </w:rPr>
            </w:pPr>
            <w:r w:rsidRPr="004C4412">
              <w:rPr>
                <w:color w:val="auto"/>
                <w:sz w:val="28"/>
                <w:szCs w:val="28"/>
              </w:rPr>
              <w:t>C. Stop talking to friends</w:t>
            </w:r>
          </w:p>
        </w:tc>
      </w:tr>
    </w:tbl>
    <w:p w14:paraId="73EE1A77" w14:textId="77777777" w:rsidR="0094187B" w:rsidRPr="004C4412" w:rsidRDefault="005D5559">
      <w:pPr>
        <w:keepLines/>
        <w:spacing w:after="20" w:line="240" w:lineRule="auto"/>
        <w:rPr>
          <w:color w:val="auto"/>
          <w:sz w:val="28"/>
          <w:szCs w:val="28"/>
        </w:rPr>
      </w:pPr>
      <w:r w:rsidRPr="004C4412">
        <w:rPr>
          <w:b/>
          <w:color w:val="auto"/>
          <w:sz w:val="28"/>
          <w:szCs w:val="28"/>
        </w:rPr>
        <w:t>4.</w:t>
      </w:r>
      <w:r w:rsidRPr="004C4412">
        <w:rPr>
          <w:color w:val="auto"/>
          <w:sz w:val="28"/>
          <w:szCs w:val="28"/>
        </w:rPr>
        <w:t xml:space="preserve"> Which club does the speaker decide to join?</w:t>
      </w:r>
    </w:p>
    <w:tbl>
      <w:tblPr>
        <w:tblW w:w="0" w:type="auto"/>
        <w:jc w:val="center"/>
        <w:tblLayout w:type="fixed"/>
        <w:tblLook w:val="04A0" w:firstRow="1" w:lastRow="0" w:firstColumn="1" w:lastColumn="0" w:noHBand="0" w:noVBand="1"/>
      </w:tblPr>
      <w:tblGrid>
        <w:gridCol w:w="3496"/>
        <w:gridCol w:w="3496"/>
        <w:gridCol w:w="3496"/>
      </w:tblGrid>
      <w:tr w:rsidR="004C4412" w:rsidRPr="004C4412" w14:paraId="3076AA5D" w14:textId="77777777">
        <w:trPr>
          <w:cantSplit/>
          <w:jc w:val="center"/>
        </w:trPr>
        <w:tc>
          <w:tcPr>
            <w:tcW w:w="3496" w:type="dxa"/>
            <w:tcBorders>
              <w:top w:val="nil"/>
              <w:left w:val="nil"/>
              <w:bottom w:val="nil"/>
              <w:right w:val="nil"/>
            </w:tcBorders>
            <w:tcMar>
              <w:top w:w="70" w:type="dxa"/>
              <w:left w:w="80" w:type="dxa"/>
              <w:bottom w:w="70" w:type="dxa"/>
              <w:right w:w="80" w:type="dxa"/>
            </w:tcMar>
          </w:tcPr>
          <w:p w14:paraId="107A4A49" w14:textId="77777777" w:rsidR="0094187B" w:rsidRPr="004C4412" w:rsidRDefault="005D5559">
            <w:pPr>
              <w:spacing w:after="0" w:line="240" w:lineRule="auto"/>
              <w:rPr>
                <w:color w:val="auto"/>
                <w:sz w:val="28"/>
                <w:szCs w:val="28"/>
              </w:rPr>
            </w:pPr>
            <w:r w:rsidRPr="004C4412">
              <w:rPr>
                <w:color w:val="auto"/>
                <w:sz w:val="28"/>
                <w:szCs w:val="28"/>
              </w:rPr>
              <w:t>A. The chess club</w:t>
            </w:r>
          </w:p>
        </w:tc>
        <w:tc>
          <w:tcPr>
            <w:tcW w:w="3496" w:type="dxa"/>
            <w:tcBorders>
              <w:top w:val="nil"/>
              <w:left w:val="nil"/>
              <w:bottom w:val="nil"/>
              <w:right w:val="nil"/>
            </w:tcBorders>
            <w:tcMar>
              <w:top w:w="70" w:type="dxa"/>
              <w:left w:w="80" w:type="dxa"/>
              <w:bottom w:w="70" w:type="dxa"/>
              <w:right w:w="80" w:type="dxa"/>
            </w:tcMar>
          </w:tcPr>
          <w:p w14:paraId="3E807A28" w14:textId="77777777" w:rsidR="0094187B" w:rsidRPr="004C4412" w:rsidRDefault="005D5559">
            <w:pPr>
              <w:spacing w:after="0" w:line="240" w:lineRule="auto"/>
              <w:rPr>
                <w:color w:val="auto"/>
                <w:sz w:val="28"/>
                <w:szCs w:val="28"/>
              </w:rPr>
            </w:pPr>
            <w:r w:rsidRPr="004C4412">
              <w:rPr>
                <w:color w:val="auto"/>
                <w:sz w:val="28"/>
                <w:szCs w:val="28"/>
              </w:rPr>
              <w:t>B. The language club</w:t>
            </w:r>
          </w:p>
        </w:tc>
        <w:tc>
          <w:tcPr>
            <w:tcW w:w="3496" w:type="dxa"/>
            <w:tcBorders>
              <w:top w:val="nil"/>
              <w:left w:val="nil"/>
              <w:bottom w:val="nil"/>
              <w:right w:val="nil"/>
            </w:tcBorders>
            <w:tcMar>
              <w:top w:w="70" w:type="dxa"/>
              <w:left w:w="80" w:type="dxa"/>
              <w:bottom w:w="70" w:type="dxa"/>
              <w:right w:w="80" w:type="dxa"/>
            </w:tcMar>
          </w:tcPr>
          <w:p w14:paraId="61DB2DBE" w14:textId="77777777" w:rsidR="0094187B" w:rsidRPr="004C4412" w:rsidRDefault="005D5559">
            <w:pPr>
              <w:spacing w:after="0" w:line="240" w:lineRule="auto"/>
              <w:rPr>
                <w:color w:val="auto"/>
                <w:sz w:val="28"/>
                <w:szCs w:val="28"/>
              </w:rPr>
            </w:pPr>
            <w:r w:rsidRPr="004C4412">
              <w:rPr>
                <w:color w:val="auto"/>
                <w:sz w:val="28"/>
                <w:szCs w:val="28"/>
              </w:rPr>
              <w:t>C. The arts and crafts club</w:t>
            </w:r>
          </w:p>
        </w:tc>
      </w:tr>
    </w:tbl>
    <w:p w14:paraId="5372918B" w14:textId="77777777" w:rsidR="0094187B" w:rsidRPr="004C4412" w:rsidRDefault="005D5559">
      <w:pPr>
        <w:keepLines/>
        <w:spacing w:after="20" w:line="240" w:lineRule="auto"/>
        <w:rPr>
          <w:color w:val="auto"/>
          <w:sz w:val="28"/>
          <w:szCs w:val="28"/>
        </w:rPr>
      </w:pPr>
      <w:r w:rsidRPr="004C4412">
        <w:rPr>
          <w:b/>
          <w:color w:val="auto"/>
          <w:sz w:val="28"/>
          <w:szCs w:val="28"/>
        </w:rPr>
        <w:t>5.</w:t>
      </w:r>
      <w:r w:rsidRPr="004C4412">
        <w:rPr>
          <w:color w:val="auto"/>
          <w:sz w:val="28"/>
          <w:szCs w:val="28"/>
        </w:rPr>
        <w:t xml:space="preserve"> Why does the speaker like the club?</w:t>
      </w:r>
    </w:p>
    <w:tbl>
      <w:tblPr>
        <w:tblW w:w="0" w:type="auto"/>
        <w:jc w:val="center"/>
        <w:tblLayout w:type="fixed"/>
        <w:tblLook w:val="04A0" w:firstRow="1" w:lastRow="0" w:firstColumn="1" w:lastColumn="0" w:noHBand="0" w:noVBand="1"/>
      </w:tblPr>
      <w:tblGrid>
        <w:gridCol w:w="5244"/>
        <w:gridCol w:w="5244"/>
        <w:gridCol w:w="113"/>
      </w:tblGrid>
      <w:tr w:rsidR="004C4412" w:rsidRPr="004C4412" w14:paraId="3FF3FADD" w14:textId="77777777">
        <w:trPr>
          <w:gridAfter w:val="1"/>
          <w:wAfter w:w="113" w:type="dxa"/>
          <w:cantSplit/>
          <w:jc w:val="center"/>
        </w:trPr>
        <w:tc>
          <w:tcPr>
            <w:tcW w:w="10488" w:type="dxa"/>
            <w:gridSpan w:val="2"/>
            <w:tcBorders>
              <w:top w:val="nil"/>
              <w:left w:val="nil"/>
              <w:bottom w:val="nil"/>
              <w:right w:val="nil"/>
            </w:tcBorders>
            <w:tcMar>
              <w:top w:w="70" w:type="dxa"/>
              <w:left w:w="80" w:type="dxa"/>
              <w:bottom w:w="70" w:type="dxa"/>
              <w:right w:w="80" w:type="dxa"/>
            </w:tcMar>
          </w:tcPr>
          <w:p w14:paraId="6D466094" w14:textId="77777777" w:rsidR="0094187B" w:rsidRPr="004C4412" w:rsidRDefault="005D5559">
            <w:pPr>
              <w:spacing w:after="0" w:line="240" w:lineRule="auto"/>
              <w:rPr>
                <w:color w:val="auto"/>
                <w:sz w:val="28"/>
                <w:szCs w:val="28"/>
              </w:rPr>
            </w:pPr>
            <w:r w:rsidRPr="004C4412">
              <w:rPr>
                <w:color w:val="auto"/>
                <w:sz w:val="28"/>
                <w:szCs w:val="28"/>
              </w:rPr>
              <w:t>A. It gives extra homework.</w:t>
            </w:r>
          </w:p>
        </w:tc>
      </w:tr>
      <w:tr w:rsidR="004C4412" w:rsidRPr="004C4412" w14:paraId="26A8227A" w14:textId="77777777">
        <w:trPr>
          <w:gridAfter w:val="1"/>
          <w:wAfter w:w="113" w:type="dxa"/>
          <w:cantSplit/>
          <w:jc w:val="center"/>
        </w:trPr>
        <w:tc>
          <w:tcPr>
            <w:tcW w:w="10488" w:type="dxa"/>
            <w:gridSpan w:val="2"/>
            <w:tcBorders>
              <w:top w:val="nil"/>
              <w:left w:val="nil"/>
              <w:bottom w:val="nil"/>
              <w:right w:val="nil"/>
            </w:tcBorders>
            <w:tcMar>
              <w:top w:w="70" w:type="dxa"/>
              <w:left w:w="80" w:type="dxa"/>
              <w:bottom w:w="70" w:type="dxa"/>
              <w:right w:w="80" w:type="dxa"/>
            </w:tcMar>
          </w:tcPr>
          <w:p w14:paraId="0DEBB5BF" w14:textId="77777777" w:rsidR="0094187B" w:rsidRPr="004C4412" w:rsidRDefault="005D5559">
            <w:pPr>
              <w:spacing w:after="0" w:line="240" w:lineRule="auto"/>
              <w:rPr>
                <w:color w:val="auto"/>
                <w:sz w:val="28"/>
                <w:szCs w:val="28"/>
              </w:rPr>
            </w:pPr>
            <w:r w:rsidRPr="004C4412">
              <w:rPr>
                <w:color w:val="auto"/>
                <w:sz w:val="28"/>
                <w:szCs w:val="28"/>
              </w:rPr>
              <w:t>B. It helps the speaker relax and make friends.</w:t>
            </w:r>
          </w:p>
        </w:tc>
      </w:tr>
      <w:tr w:rsidR="004C4412" w:rsidRPr="004C4412" w14:paraId="68FBF712" w14:textId="77777777">
        <w:trPr>
          <w:gridAfter w:val="1"/>
          <w:wAfter w:w="113" w:type="dxa"/>
          <w:cantSplit/>
          <w:jc w:val="center"/>
        </w:trPr>
        <w:tc>
          <w:tcPr>
            <w:tcW w:w="10488" w:type="dxa"/>
            <w:gridSpan w:val="2"/>
            <w:tcBorders>
              <w:top w:val="nil"/>
              <w:left w:val="nil"/>
              <w:bottom w:val="nil"/>
              <w:right w:val="nil"/>
            </w:tcBorders>
            <w:tcMar>
              <w:top w:w="70" w:type="dxa"/>
              <w:left w:w="80" w:type="dxa"/>
              <w:bottom w:w="70" w:type="dxa"/>
              <w:right w:w="80" w:type="dxa"/>
            </w:tcMar>
          </w:tcPr>
          <w:p w14:paraId="1B3F5DBE" w14:textId="77777777" w:rsidR="0094187B" w:rsidRPr="004C4412" w:rsidRDefault="005D5559">
            <w:pPr>
              <w:spacing w:after="0" w:line="240" w:lineRule="auto"/>
              <w:rPr>
                <w:color w:val="auto"/>
                <w:sz w:val="28"/>
                <w:szCs w:val="28"/>
              </w:rPr>
            </w:pPr>
            <w:r w:rsidRPr="004C4412">
              <w:rPr>
                <w:color w:val="auto"/>
                <w:sz w:val="28"/>
                <w:szCs w:val="28"/>
              </w:rPr>
              <w:t>C. It allows students to miss lessons.</w:t>
            </w:r>
          </w:p>
        </w:tc>
      </w:tr>
      <w:tr w:rsidR="004C4412" w:rsidRPr="004C4412" w14:paraId="58A79B5B" w14:textId="77777777">
        <w:trPr>
          <w:cantSplit/>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vAlign w:val="center"/>
          </w:tcPr>
          <w:p w14:paraId="25425E75" w14:textId="77777777" w:rsidR="0094187B" w:rsidRPr="004C4412" w:rsidRDefault="005D5559">
            <w:pPr>
              <w:jc w:val="center"/>
              <w:rPr>
                <w:color w:val="auto"/>
                <w:sz w:val="28"/>
                <w:szCs w:val="28"/>
              </w:rPr>
            </w:pPr>
            <w:r w:rsidRPr="004C4412">
              <w:rPr>
                <w:b/>
                <w:color w:val="FFFFFF" w:themeColor="background1"/>
                <w:sz w:val="28"/>
                <w:szCs w:val="28"/>
              </w:rPr>
              <w:t>PART II</w:t>
            </w:r>
          </w:p>
        </w:tc>
        <w:tc>
          <w:tcPr>
            <w:tcW w:w="5244" w:type="dxa"/>
            <w:gridSpan w:val="2"/>
            <w:tcBorders>
              <w:top w:val="single" w:sz="8" w:space="0" w:color="1E7A78"/>
              <w:left w:val="single" w:sz="8" w:space="0" w:color="1E7A78"/>
              <w:bottom w:val="single" w:sz="8" w:space="0" w:color="1E7A78"/>
              <w:right w:val="single" w:sz="8" w:space="0" w:color="1E7A78"/>
            </w:tcBorders>
            <w:shd w:val="clear" w:color="auto" w:fill="E8F5F4"/>
            <w:tcMar>
              <w:top w:w="70" w:type="dxa"/>
              <w:left w:w="80" w:type="dxa"/>
              <w:bottom w:w="70" w:type="dxa"/>
              <w:right w:w="80" w:type="dxa"/>
            </w:tcMar>
            <w:vAlign w:val="center"/>
          </w:tcPr>
          <w:p w14:paraId="7E2E7E13" w14:textId="77777777" w:rsidR="0094187B" w:rsidRPr="004C4412" w:rsidRDefault="005D5559">
            <w:pPr>
              <w:keepNext/>
              <w:rPr>
                <w:color w:val="auto"/>
                <w:sz w:val="28"/>
                <w:szCs w:val="28"/>
              </w:rPr>
            </w:pPr>
            <w:r w:rsidRPr="004C4412">
              <w:rPr>
                <w:b/>
                <w:color w:val="auto"/>
                <w:sz w:val="28"/>
                <w:szCs w:val="28"/>
              </w:rPr>
              <w:t>PHONETICS  (1.0 pt)</w:t>
            </w:r>
          </w:p>
        </w:tc>
      </w:tr>
    </w:tbl>
    <w:p w14:paraId="30FFE706" w14:textId="77777777" w:rsidR="0094187B" w:rsidRPr="004C4412" w:rsidRDefault="0094187B">
      <w:pPr>
        <w:spacing w:after="0" w:line="20" w:lineRule="exact"/>
        <w:rPr>
          <w:color w:val="auto"/>
          <w:sz w:val="28"/>
          <w:szCs w:val="28"/>
        </w:rPr>
      </w:pPr>
    </w:p>
    <w:p w14:paraId="644E9969" w14:textId="77777777" w:rsidR="0094187B" w:rsidRPr="004C4412" w:rsidRDefault="005D5559">
      <w:pPr>
        <w:keepNext/>
        <w:spacing w:before="60" w:after="60"/>
        <w:rPr>
          <w:color w:val="auto"/>
          <w:sz w:val="28"/>
          <w:szCs w:val="28"/>
        </w:rPr>
      </w:pPr>
      <w:r w:rsidRPr="004C4412">
        <w:rPr>
          <w:b/>
          <w:color w:val="auto"/>
          <w:sz w:val="28"/>
          <w:szCs w:val="28"/>
        </w:rPr>
        <w:t>Task 1. Choose the word whose bold part is pronounced differently from the others.</w:t>
      </w:r>
    </w:p>
    <w:p w14:paraId="36602EE1" w14:textId="15B40B31" w:rsidR="0094187B" w:rsidRPr="004C4412" w:rsidRDefault="005D5559">
      <w:pPr>
        <w:spacing w:after="20" w:line="240" w:lineRule="auto"/>
        <w:rPr>
          <w:color w:val="auto"/>
          <w:sz w:val="28"/>
          <w:szCs w:val="28"/>
        </w:rPr>
      </w:pPr>
      <w:r w:rsidRPr="004C4412">
        <w:rPr>
          <w:b/>
          <w:color w:val="auto"/>
          <w:sz w:val="28"/>
          <w:szCs w:val="28"/>
        </w:rPr>
        <w:t xml:space="preserve">6. </w:t>
      </w:r>
      <w:r w:rsidRPr="004C4412">
        <w:rPr>
          <w:color w:val="auto"/>
          <w:sz w:val="28"/>
          <w:szCs w:val="28"/>
        </w:rPr>
        <w:t xml:space="preserve">A. </w:t>
      </w:r>
      <w:r w:rsidR="004C4412" w:rsidRPr="004C4412">
        <w:rPr>
          <w:color w:val="auto"/>
          <w:sz w:val="28"/>
          <w:szCs w:val="28"/>
        </w:rPr>
        <w:t>t</w:t>
      </w:r>
      <w:r w:rsidR="004C4412" w:rsidRPr="004C4412">
        <w:rPr>
          <w:b/>
          <w:color w:val="auto"/>
          <w:sz w:val="28"/>
          <w:szCs w:val="28"/>
        </w:rPr>
        <w:t>our</w:t>
      </w:r>
      <w:r w:rsidRPr="004C4412">
        <w:rPr>
          <w:color w:val="auto"/>
          <w:sz w:val="28"/>
          <w:szCs w:val="28"/>
        </w:rPr>
        <w:t xml:space="preserve">    B. t</w:t>
      </w:r>
      <w:r w:rsidRPr="004C4412">
        <w:rPr>
          <w:b/>
          <w:color w:val="auto"/>
          <w:sz w:val="28"/>
          <w:szCs w:val="28"/>
        </w:rPr>
        <w:t>oy</w:t>
      </w:r>
      <w:r w:rsidRPr="004C4412">
        <w:rPr>
          <w:color w:val="auto"/>
          <w:sz w:val="28"/>
          <w:szCs w:val="28"/>
        </w:rPr>
        <w:t xml:space="preserve">    C. enj</w:t>
      </w:r>
      <w:r w:rsidRPr="004C4412">
        <w:rPr>
          <w:b/>
          <w:color w:val="auto"/>
          <w:sz w:val="28"/>
          <w:szCs w:val="28"/>
        </w:rPr>
        <w:t>oy</w:t>
      </w:r>
      <w:r w:rsidRPr="004C4412">
        <w:rPr>
          <w:color w:val="auto"/>
          <w:sz w:val="28"/>
          <w:szCs w:val="28"/>
        </w:rPr>
        <w:t xml:space="preserve">    D. </w:t>
      </w:r>
      <w:r w:rsidR="004C4412" w:rsidRPr="004C4412">
        <w:rPr>
          <w:color w:val="auto"/>
          <w:sz w:val="28"/>
          <w:szCs w:val="28"/>
        </w:rPr>
        <w:t>b</w:t>
      </w:r>
      <w:r w:rsidR="004C4412" w:rsidRPr="004C4412">
        <w:rPr>
          <w:b/>
          <w:color w:val="auto"/>
          <w:sz w:val="28"/>
          <w:szCs w:val="28"/>
        </w:rPr>
        <w:t>oy</w:t>
      </w:r>
    </w:p>
    <w:p w14:paraId="22F3507F" w14:textId="77777777" w:rsidR="0094187B" w:rsidRPr="004C4412" w:rsidRDefault="005D5559">
      <w:pPr>
        <w:spacing w:after="20" w:line="240" w:lineRule="auto"/>
        <w:rPr>
          <w:color w:val="auto"/>
          <w:sz w:val="28"/>
          <w:szCs w:val="28"/>
        </w:rPr>
      </w:pPr>
      <w:r w:rsidRPr="004C4412">
        <w:rPr>
          <w:b/>
          <w:color w:val="auto"/>
          <w:sz w:val="28"/>
          <w:szCs w:val="28"/>
        </w:rPr>
        <w:t xml:space="preserve">7. </w:t>
      </w:r>
      <w:r w:rsidRPr="004C4412">
        <w:rPr>
          <w:color w:val="auto"/>
          <w:sz w:val="28"/>
          <w:szCs w:val="28"/>
        </w:rPr>
        <w:t>A. t</w:t>
      </w:r>
      <w:r w:rsidRPr="004C4412">
        <w:rPr>
          <w:b/>
          <w:color w:val="auto"/>
          <w:sz w:val="28"/>
          <w:szCs w:val="28"/>
        </w:rPr>
        <w:t>our</w:t>
      </w:r>
      <w:r w:rsidRPr="004C4412">
        <w:rPr>
          <w:color w:val="auto"/>
          <w:sz w:val="28"/>
          <w:szCs w:val="28"/>
        </w:rPr>
        <w:t>ist    B. ens</w:t>
      </w:r>
      <w:r w:rsidRPr="004C4412">
        <w:rPr>
          <w:b/>
          <w:color w:val="auto"/>
          <w:sz w:val="28"/>
          <w:szCs w:val="28"/>
        </w:rPr>
        <w:t>ure</w:t>
      </w:r>
      <w:r w:rsidRPr="004C4412">
        <w:rPr>
          <w:color w:val="auto"/>
          <w:sz w:val="28"/>
          <w:szCs w:val="28"/>
        </w:rPr>
        <w:t xml:space="preserve">    C. t</w:t>
      </w:r>
      <w:r w:rsidRPr="004C4412">
        <w:rPr>
          <w:b/>
          <w:color w:val="auto"/>
          <w:sz w:val="28"/>
          <w:szCs w:val="28"/>
        </w:rPr>
        <w:t>our</w:t>
      </w:r>
      <w:r w:rsidRPr="004C4412">
        <w:rPr>
          <w:color w:val="auto"/>
          <w:sz w:val="28"/>
          <w:szCs w:val="28"/>
        </w:rPr>
        <w:t>nament    D. av</w:t>
      </w:r>
      <w:r w:rsidRPr="004C4412">
        <w:rPr>
          <w:b/>
          <w:color w:val="auto"/>
          <w:sz w:val="28"/>
          <w:szCs w:val="28"/>
        </w:rPr>
        <w:t>oi</w:t>
      </w:r>
      <w:r w:rsidRPr="004C4412">
        <w:rPr>
          <w:color w:val="auto"/>
          <w:sz w:val="28"/>
          <w:szCs w:val="28"/>
        </w:rPr>
        <w:t>d</w:t>
      </w:r>
    </w:p>
    <w:p w14:paraId="6B63DB0C" w14:textId="77777777" w:rsidR="0094187B" w:rsidRPr="004C4412" w:rsidRDefault="005D5559">
      <w:pPr>
        <w:keepNext/>
        <w:spacing w:before="20" w:line="240" w:lineRule="auto"/>
        <w:rPr>
          <w:color w:val="auto"/>
          <w:sz w:val="28"/>
          <w:szCs w:val="28"/>
        </w:rPr>
      </w:pPr>
      <w:r w:rsidRPr="004C4412">
        <w:rPr>
          <w:b/>
          <w:color w:val="auto"/>
          <w:sz w:val="28"/>
          <w:szCs w:val="28"/>
        </w:rPr>
        <w:t>Task 2. Choose the word whose stress pattern is different from the others.</w:t>
      </w:r>
    </w:p>
    <w:tbl>
      <w:tblPr>
        <w:tblW w:w="0" w:type="auto"/>
        <w:jc w:val="center"/>
        <w:tblLayout w:type="fixed"/>
        <w:tblLook w:val="04A0" w:firstRow="1" w:lastRow="0" w:firstColumn="1" w:lastColumn="0" w:noHBand="0" w:noVBand="1"/>
      </w:tblPr>
      <w:tblGrid>
        <w:gridCol w:w="2622"/>
        <w:gridCol w:w="2622"/>
        <w:gridCol w:w="2622"/>
        <w:gridCol w:w="2622"/>
        <w:gridCol w:w="113"/>
      </w:tblGrid>
      <w:tr w:rsidR="004C4412" w:rsidRPr="004C4412" w14:paraId="30916A9A" w14:textId="77777777">
        <w:trPr>
          <w:gridAfter w:val="1"/>
          <w:wAfter w:w="113" w:type="dxa"/>
          <w:cantSplit/>
          <w:jc w:val="center"/>
        </w:trPr>
        <w:tc>
          <w:tcPr>
            <w:tcW w:w="2622" w:type="dxa"/>
            <w:tcBorders>
              <w:top w:val="nil"/>
              <w:left w:val="nil"/>
              <w:bottom w:val="nil"/>
              <w:right w:val="nil"/>
            </w:tcBorders>
            <w:tcMar>
              <w:top w:w="70" w:type="dxa"/>
              <w:left w:w="80" w:type="dxa"/>
              <w:bottom w:w="70" w:type="dxa"/>
              <w:right w:w="80" w:type="dxa"/>
            </w:tcMar>
          </w:tcPr>
          <w:p w14:paraId="0C4E89A0" w14:textId="192938B0" w:rsidR="0094187B" w:rsidRPr="004C4412" w:rsidRDefault="005D5559">
            <w:pPr>
              <w:spacing w:after="0" w:line="240" w:lineRule="auto"/>
              <w:rPr>
                <w:color w:val="auto"/>
                <w:sz w:val="28"/>
                <w:szCs w:val="28"/>
              </w:rPr>
            </w:pPr>
            <w:r w:rsidRPr="004C4412">
              <w:rPr>
                <w:b/>
                <w:color w:val="auto"/>
                <w:sz w:val="28"/>
                <w:szCs w:val="28"/>
              </w:rPr>
              <w:t>8.</w:t>
            </w:r>
            <w:r w:rsidR="004C4412">
              <w:rPr>
                <w:b/>
                <w:color w:val="auto"/>
                <w:sz w:val="28"/>
                <w:szCs w:val="28"/>
              </w:rPr>
              <w:t xml:space="preserve"> </w:t>
            </w:r>
            <w:r w:rsidRPr="004C4412">
              <w:rPr>
                <w:color w:val="auto"/>
                <w:sz w:val="28"/>
                <w:szCs w:val="28"/>
              </w:rPr>
              <w:t>A. pressure</w:t>
            </w:r>
          </w:p>
        </w:tc>
        <w:tc>
          <w:tcPr>
            <w:tcW w:w="2622" w:type="dxa"/>
            <w:tcBorders>
              <w:top w:val="nil"/>
              <w:left w:val="nil"/>
              <w:bottom w:val="nil"/>
              <w:right w:val="nil"/>
            </w:tcBorders>
            <w:tcMar>
              <w:top w:w="70" w:type="dxa"/>
              <w:left w:w="80" w:type="dxa"/>
              <w:bottom w:w="70" w:type="dxa"/>
              <w:right w:w="80" w:type="dxa"/>
            </w:tcMar>
          </w:tcPr>
          <w:p w14:paraId="3C026783" w14:textId="77777777" w:rsidR="0094187B" w:rsidRPr="004C4412" w:rsidRDefault="005D5559">
            <w:pPr>
              <w:spacing w:after="0" w:line="240" w:lineRule="auto"/>
              <w:rPr>
                <w:color w:val="auto"/>
                <w:sz w:val="28"/>
                <w:szCs w:val="28"/>
              </w:rPr>
            </w:pPr>
            <w:r w:rsidRPr="004C4412">
              <w:rPr>
                <w:color w:val="auto"/>
                <w:sz w:val="28"/>
                <w:szCs w:val="28"/>
              </w:rPr>
              <w:t>B. forum</w:t>
            </w:r>
          </w:p>
        </w:tc>
        <w:tc>
          <w:tcPr>
            <w:tcW w:w="2622" w:type="dxa"/>
            <w:tcBorders>
              <w:top w:val="nil"/>
              <w:left w:val="nil"/>
              <w:bottom w:val="nil"/>
              <w:right w:val="nil"/>
            </w:tcBorders>
            <w:tcMar>
              <w:top w:w="70" w:type="dxa"/>
              <w:left w:w="80" w:type="dxa"/>
              <w:bottom w:w="70" w:type="dxa"/>
              <w:right w:w="80" w:type="dxa"/>
            </w:tcMar>
          </w:tcPr>
          <w:p w14:paraId="4349E2C2" w14:textId="77777777" w:rsidR="0094187B" w:rsidRPr="004C4412" w:rsidRDefault="005D5559">
            <w:pPr>
              <w:spacing w:after="0" w:line="240" w:lineRule="auto"/>
              <w:rPr>
                <w:color w:val="auto"/>
                <w:sz w:val="28"/>
                <w:szCs w:val="28"/>
              </w:rPr>
            </w:pPr>
            <w:r w:rsidRPr="004C4412">
              <w:rPr>
                <w:color w:val="auto"/>
                <w:sz w:val="28"/>
                <w:szCs w:val="28"/>
              </w:rPr>
              <w:t>C. advice</w:t>
            </w:r>
          </w:p>
        </w:tc>
        <w:tc>
          <w:tcPr>
            <w:tcW w:w="2622" w:type="dxa"/>
            <w:tcBorders>
              <w:top w:val="nil"/>
              <w:left w:val="nil"/>
              <w:bottom w:val="nil"/>
              <w:right w:val="nil"/>
            </w:tcBorders>
            <w:tcMar>
              <w:top w:w="70" w:type="dxa"/>
              <w:left w:w="80" w:type="dxa"/>
              <w:bottom w:w="70" w:type="dxa"/>
              <w:right w:w="80" w:type="dxa"/>
            </w:tcMar>
          </w:tcPr>
          <w:p w14:paraId="048D01F9" w14:textId="77777777" w:rsidR="0094187B" w:rsidRPr="004C4412" w:rsidRDefault="005D5559">
            <w:pPr>
              <w:spacing w:after="0" w:line="240" w:lineRule="auto"/>
              <w:rPr>
                <w:color w:val="auto"/>
                <w:sz w:val="28"/>
                <w:szCs w:val="28"/>
              </w:rPr>
            </w:pPr>
            <w:r w:rsidRPr="004C4412">
              <w:rPr>
                <w:color w:val="auto"/>
                <w:sz w:val="28"/>
                <w:szCs w:val="28"/>
              </w:rPr>
              <w:t>D. bully</w:t>
            </w:r>
          </w:p>
        </w:tc>
      </w:tr>
      <w:tr w:rsidR="004C4412" w:rsidRPr="004C4412" w14:paraId="1AC5A2D6" w14:textId="77777777" w:rsidTr="006A7274">
        <w:trPr>
          <w:gridAfter w:val="1"/>
          <w:wAfter w:w="113" w:type="dxa"/>
          <w:cantSplit/>
          <w:jc w:val="center"/>
        </w:trPr>
        <w:tc>
          <w:tcPr>
            <w:tcW w:w="2622" w:type="dxa"/>
            <w:tcBorders>
              <w:top w:val="nil"/>
              <w:left w:val="nil"/>
              <w:bottom w:val="nil"/>
              <w:right w:val="nil"/>
            </w:tcBorders>
            <w:tcMar>
              <w:top w:w="70" w:type="dxa"/>
              <w:left w:w="80" w:type="dxa"/>
              <w:bottom w:w="70" w:type="dxa"/>
              <w:right w:w="80" w:type="dxa"/>
            </w:tcMar>
          </w:tcPr>
          <w:p w14:paraId="32732532" w14:textId="2B049A6D" w:rsidR="004C4412" w:rsidRPr="004C4412" w:rsidRDefault="005D5559" w:rsidP="006A7274">
            <w:pPr>
              <w:spacing w:after="0" w:line="240" w:lineRule="auto"/>
              <w:rPr>
                <w:color w:val="auto"/>
                <w:sz w:val="28"/>
                <w:szCs w:val="28"/>
              </w:rPr>
            </w:pPr>
            <w:r w:rsidRPr="004C4412">
              <w:rPr>
                <w:b/>
                <w:color w:val="auto"/>
                <w:sz w:val="28"/>
                <w:szCs w:val="28"/>
              </w:rPr>
              <w:t>9.</w:t>
            </w:r>
            <w:r w:rsidR="004C4412">
              <w:rPr>
                <w:b/>
                <w:color w:val="auto"/>
                <w:sz w:val="28"/>
                <w:szCs w:val="28"/>
              </w:rPr>
              <w:t xml:space="preserve"> </w:t>
            </w:r>
            <w:r w:rsidR="004C4412" w:rsidRPr="004C4412">
              <w:rPr>
                <w:color w:val="auto"/>
                <w:sz w:val="28"/>
                <w:szCs w:val="28"/>
              </w:rPr>
              <w:t>A. account</w:t>
            </w:r>
          </w:p>
        </w:tc>
        <w:tc>
          <w:tcPr>
            <w:tcW w:w="2622" w:type="dxa"/>
            <w:tcBorders>
              <w:top w:val="nil"/>
              <w:left w:val="nil"/>
              <w:bottom w:val="nil"/>
              <w:right w:val="nil"/>
            </w:tcBorders>
            <w:tcMar>
              <w:top w:w="70" w:type="dxa"/>
              <w:left w:w="80" w:type="dxa"/>
              <w:bottom w:w="70" w:type="dxa"/>
              <w:right w:w="80" w:type="dxa"/>
            </w:tcMar>
          </w:tcPr>
          <w:p w14:paraId="0666C3E9" w14:textId="77777777" w:rsidR="004C4412" w:rsidRPr="004C4412" w:rsidRDefault="004C4412" w:rsidP="006A7274">
            <w:pPr>
              <w:spacing w:after="0" w:line="240" w:lineRule="auto"/>
              <w:rPr>
                <w:color w:val="auto"/>
                <w:sz w:val="28"/>
                <w:szCs w:val="28"/>
              </w:rPr>
            </w:pPr>
            <w:r w:rsidRPr="004C4412">
              <w:rPr>
                <w:color w:val="auto"/>
                <w:sz w:val="28"/>
                <w:szCs w:val="28"/>
              </w:rPr>
              <w:t>B. connect</w:t>
            </w:r>
          </w:p>
        </w:tc>
        <w:tc>
          <w:tcPr>
            <w:tcW w:w="2622" w:type="dxa"/>
            <w:tcBorders>
              <w:top w:val="nil"/>
              <w:left w:val="nil"/>
              <w:bottom w:val="nil"/>
              <w:right w:val="nil"/>
            </w:tcBorders>
            <w:tcMar>
              <w:top w:w="70" w:type="dxa"/>
              <w:left w:w="80" w:type="dxa"/>
              <w:bottom w:w="70" w:type="dxa"/>
              <w:right w:w="80" w:type="dxa"/>
            </w:tcMar>
          </w:tcPr>
          <w:p w14:paraId="2F7685D5" w14:textId="77777777" w:rsidR="004C4412" w:rsidRPr="004C4412" w:rsidRDefault="004C4412" w:rsidP="006A7274">
            <w:pPr>
              <w:spacing w:after="0" w:line="240" w:lineRule="auto"/>
              <w:rPr>
                <w:color w:val="auto"/>
                <w:sz w:val="28"/>
                <w:szCs w:val="28"/>
              </w:rPr>
            </w:pPr>
            <w:r w:rsidRPr="004C4412">
              <w:rPr>
                <w:color w:val="auto"/>
                <w:sz w:val="28"/>
                <w:szCs w:val="28"/>
              </w:rPr>
              <w:t>C. discuss</w:t>
            </w:r>
          </w:p>
        </w:tc>
        <w:tc>
          <w:tcPr>
            <w:tcW w:w="2622" w:type="dxa"/>
            <w:tcBorders>
              <w:top w:val="nil"/>
              <w:left w:val="nil"/>
              <w:bottom w:val="nil"/>
              <w:right w:val="nil"/>
            </w:tcBorders>
            <w:tcMar>
              <w:top w:w="70" w:type="dxa"/>
              <w:left w:w="80" w:type="dxa"/>
              <w:bottom w:w="70" w:type="dxa"/>
              <w:right w:w="80" w:type="dxa"/>
            </w:tcMar>
          </w:tcPr>
          <w:p w14:paraId="70F8FB17" w14:textId="77777777" w:rsidR="004C4412" w:rsidRPr="004C4412" w:rsidRDefault="004C4412" w:rsidP="006A7274">
            <w:pPr>
              <w:spacing w:after="0" w:line="240" w:lineRule="auto"/>
              <w:rPr>
                <w:color w:val="auto"/>
                <w:sz w:val="28"/>
                <w:szCs w:val="28"/>
              </w:rPr>
            </w:pPr>
            <w:r w:rsidRPr="004C4412">
              <w:rPr>
                <w:color w:val="auto"/>
                <w:sz w:val="28"/>
                <w:szCs w:val="28"/>
              </w:rPr>
              <w:t>D. website</w:t>
            </w:r>
          </w:p>
        </w:tc>
      </w:tr>
      <w:tr w:rsidR="004C4412" w:rsidRPr="004C4412" w14:paraId="40A5DD55" w14:textId="77777777" w:rsidTr="004C4412">
        <w:trPr>
          <w:cantSplit/>
          <w:jc w:val="center"/>
        </w:trPr>
        <w:tc>
          <w:tcPr>
            <w:tcW w:w="5244" w:type="dxa"/>
            <w:gridSpan w:val="2"/>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vAlign w:val="center"/>
          </w:tcPr>
          <w:p w14:paraId="0E431C66" w14:textId="3628EA82" w:rsidR="004C4412" w:rsidRPr="004C4412" w:rsidRDefault="004C4412" w:rsidP="006A7274">
            <w:pPr>
              <w:jc w:val="center"/>
              <w:rPr>
                <w:color w:val="auto"/>
                <w:sz w:val="28"/>
                <w:szCs w:val="28"/>
              </w:rPr>
            </w:pPr>
            <w:r w:rsidRPr="004C4412">
              <w:rPr>
                <w:b/>
                <w:color w:val="FFFFFF" w:themeColor="background1"/>
                <w:sz w:val="28"/>
                <w:szCs w:val="28"/>
              </w:rPr>
              <w:t>PART II</w:t>
            </w:r>
            <w:r>
              <w:rPr>
                <w:b/>
                <w:color w:val="FFFFFF" w:themeColor="background1"/>
                <w:sz w:val="28"/>
                <w:szCs w:val="28"/>
              </w:rPr>
              <w:t>I</w:t>
            </w:r>
          </w:p>
        </w:tc>
        <w:tc>
          <w:tcPr>
            <w:tcW w:w="5357" w:type="dxa"/>
            <w:gridSpan w:val="3"/>
            <w:tcBorders>
              <w:top w:val="single" w:sz="8" w:space="0" w:color="1E7A78"/>
              <w:left w:val="single" w:sz="8" w:space="0" w:color="1E7A78"/>
              <w:bottom w:val="single" w:sz="8" w:space="0" w:color="1E7A78"/>
              <w:right w:val="single" w:sz="8" w:space="0" w:color="1E7A78"/>
            </w:tcBorders>
            <w:shd w:val="clear" w:color="auto" w:fill="E8F5F4"/>
            <w:tcMar>
              <w:top w:w="70" w:type="dxa"/>
              <w:left w:w="80" w:type="dxa"/>
              <w:bottom w:w="70" w:type="dxa"/>
              <w:right w:w="80" w:type="dxa"/>
            </w:tcMar>
            <w:vAlign w:val="center"/>
          </w:tcPr>
          <w:p w14:paraId="3FA539C4" w14:textId="12FA9C9A" w:rsidR="004C4412" w:rsidRPr="004C4412" w:rsidRDefault="004C4412" w:rsidP="006A7274">
            <w:pPr>
              <w:keepNext/>
              <w:rPr>
                <w:color w:val="auto"/>
                <w:sz w:val="28"/>
                <w:szCs w:val="28"/>
              </w:rPr>
            </w:pPr>
            <w:r w:rsidRPr="004C4412">
              <w:rPr>
                <w:b/>
                <w:color w:val="auto"/>
                <w:sz w:val="28"/>
                <w:szCs w:val="28"/>
              </w:rPr>
              <w:t>PHONETICS  (1.</w:t>
            </w:r>
            <w:r>
              <w:rPr>
                <w:b/>
                <w:color w:val="auto"/>
                <w:sz w:val="28"/>
                <w:szCs w:val="28"/>
              </w:rPr>
              <w:t>5</w:t>
            </w:r>
            <w:r w:rsidRPr="004C4412">
              <w:rPr>
                <w:b/>
                <w:color w:val="auto"/>
                <w:sz w:val="28"/>
                <w:szCs w:val="28"/>
              </w:rPr>
              <w:t xml:space="preserve"> pt)</w:t>
            </w:r>
          </w:p>
        </w:tc>
      </w:tr>
    </w:tbl>
    <w:p w14:paraId="6F0EC3A7" w14:textId="77777777" w:rsidR="0094187B" w:rsidRPr="004C4412" w:rsidRDefault="0094187B">
      <w:pPr>
        <w:spacing w:after="0" w:line="20" w:lineRule="exact"/>
        <w:rPr>
          <w:color w:val="auto"/>
          <w:sz w:val="28"/>
          <w:szCs w:val="28"/>
        </w:rPr>
      </w:pPr>
    </w:p>
    <w:p w14:paraId="2474DCD3" w14:textId="77777777" w:rsidR="0094187B" w:rsidRPr="004C4412" w:rsidRDefault="005D5559">
      <w:pPr>
        <w:keepNext/>
        <w:spacing w:before="60" w:after="60"/>
        <w:rPr>
          <w:b/>
          <w:bCs/>
          <w:iCs/>
          <w:color w:val="auto"/>
          <w:sz w:val="28"/>
          <w:szCs w:val="28"/>
        </w:rPr>
      </w:pPr>
      <w:r w:rsidRPr="004C4412">
        <w:rPr>
          <w:b/>
          <w:bCs/>
          <w:iCs/>
          <w:color w:val="auto"/>
          <w:sz w:val="28"/>
          <w:szCs w:val="28"/>
        </w:rPr>
        <w:t>Choose the best answer A, B, C, or D to complete each sentence.</w:t>
      </w:r>
    </w:p>
    <w:p w14:paraId="32484792" w14:textId="77777777" w:rsidR="0094187B" w:rsidRPr="004C4412" w:rsidRDefault="005D5559">
      <w:pPr>
        <w:keepLines/>
        <w:spacing w:after="20" w:line="240" w:lineRule="auto"/>
        <w:rPr>
          <w:color w:val="auto"/>
          <w:sz w:val="28"/>
          <w:szCs w:val="28"/>
        </w:rPr>
      </w:pPr>
      <w:r w:rsidRPr="004C4412">
        <w:rPr>
          <w:b/>
          <w:color w:val="auto"/>
          <w:sz w:val="28"/>
          <w:szCs w:val="28"/>
        </w:rPr>
        <w:t>10.</w:t>
      </w:r>
      <w:r w:rsidRPr="004C4412">
        <w:rPr>
          <w:color w:val="auto"/>
          <w:sz w:val="28"/>
          <w:szCs w:val="28"/>
        </w:rPr>
        <w:t xml:space="preserve"> Students use the school ________ to discuss club activities online.</w:t>
      </w:r>
    </w:p>
    <w:tbl>
      <w:tblPr>
        <w:tblW w:w="0" w:type="auto"/>
        <w:jc w:val="center"/>
        <w:tblLayout w:type="fixed"/>
        <w:tblLook w:val="04A0" w:firstRow="1" w:lastRow="0" w:firstColumn="1" w:lastColumn="0" w:noHBand="0" w:noVBand="1"/>
      </w:tblPr>
      <w:tblGrid>
        <w:gridCol w:w="2622"/>
        <w:gridCol w:w="2622"/>
        <w:gridCol w:w="2622"/>
        <w:gridCol w:w="2622"/>
      </w:tblGrid>
      <w:tr w:rsidR="004C4412" w:rsidRPr="004C4412" w14:paraId="35A66382"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19EE795E" w14:textId="77777777" w:rsidR="0094187B" w:rsidRPr="004C4412" w:rsidRDefault="005D5559">
            <w:pPr>
              <w:spacing w:after="0" w:line="240" w:lineRule="auto"/>
              <w:rPr>
                <w:color w:val="auto"/>
                <w:sz w:val="28"/>
                <w:szCs w:val="28"/>
              </w:rPr>
            </w:pPr>
            <w:r w:rsidRPr="004C4412">
              <w:rPr>
                <w:color w:val="auto"/>
                <w:sz w:val="28"/>
                <w:szCs w:val="28"/>
              </w:rPr>
              <w:t>A. pressure</w:t>
            </w:r>
          </w:p>
        </w:tc>
        <w:tc>
          <w:tcPr>
            <w:tcW w:w="2622" w:type="dxa"/>
            <w:tcBorders>
              <w:top w:val="nil"/>
              <w:left w:val="nil"/>
              <w:bottom w:val="nil"/>
              <w:right w:val="nil"/>
            </w:tcBorders>
            <w:tcMar>
              <w:top w:w="70" w:type="dxa"/>
              <w:left w:w="80" w:type="dxa"/>
              <w:bottom w:w="70" w:type="dxa"/>
              <w:right w:w="80" w:type="dxa"/>
            </w:tcMar>
          </w:tcPr>
          <w:p w14:paraId="6CB2D001" w14:textId="77777777" w:rsidR="0094187B" w:rsidRPr="004C4412" w:rsidRDefault="005D5559">
            <w:pPr>
              <w:spacing w:after="0" w:line="240" w:lineRule="auto"/>
              <w:rPr>
                <w:color w:val="auto"/>
                <w:sz w:val="28"/>
                <w:szCs w:val="28"/>
              </w:rPr>
            </w:pPr>
            <w:r w:rsidRPr="004C4412">
              <w:rPr>
                <w:color w:val="auto"/>
                <w:sz w:val="28"/>
                <w:szCs w:val="28"/>
              </w:rPr>
              <w:t>B. forum</w:t>
            </w:r>
          </w:p>
        </w:tc>
        <w:tc>
          <w:tcPr>
            <w:tcW w:w="2622" w:type="dxa"/>
            <w:tcBorders>
              <w:top w:val="nil"/>
              <w:left w:val="nil"/>
              <w:bottom w:val="nil"/>
              <w:right w:val="nil"/>
            </w:tcBorders>
            <w:tcMar>
              <w:top w:w="70" w:type="dxa"/>
              <w:left w:w="80" w:type="dxa"/>
              <w:bottom w:w="70" w:type="dxa"/>
              <w:right w:w="80" w:type="dxa"/>
            </w:tcMar>
          </w:tcPr>
          <w:p w14:paraId="22E2B3CC" w14:textId="77777777" w:rsidR="0094187B" w:rsidRPr="004C4412" w:rsidRDefault="005D5559">
            <w:pPr>
              <w:spacing w:after="0" w:line="240" w:lineRule="auto"/>
              <w:rPr>
                <w:color w:val="auto"/>
                <w:sz w:val="28"/>
                <w:szCs w:val="28"/>
              </w:rPr>
            </w:pPr>
            <w:r w:rsidRPr="004C4412">
              <w:rPr>
                <w:color w:val="auto"/>
                <w:sz w:val="28"/>
                <w:szCs w:val="28"/>
              </w:rPr>
              <w:t>C. bully</w:t>
            </w:r>
          </w:p>
        </w:tc>
        <w:tc>
          <w:tcPr>
            <w:tcW w:w="2622" w:type="dxa"/>
            <w:tcBorders>
              <w:top w:val="nil"/>
              <w:left w:val="nil"/>
              <w:bottom w:val="nil"/>
              <w:right w:val="nil"/>
            </w:tcBorders>
            <w:tcMar>
              <w:top w:w="70" w:type="dxa"/>
              <w:left w:w="80" w:type="dxa"/>
              <w:bottom w:w="70" w:type="dxa"/>
              <w:right w:w="80" w:type="dxa"/>
            </w:tcMar>
          </w:tcPr>
          <w:p w14:paraId="6E184F48" w14:textId="77777777" w:rsidR="0094187B" w:rsidRPr="004C4412" w:rsidRDefault="005D5559">
            <w:pPr>
              <w:spacing w:after="0" w:line="240" w:lineRule="auto"/>
              <w:rPr>
                <w:color w:val="auto"/>
                <w:sz w:val="28"/>
                <w:szCs w:val="28"/>
              </w:rPr>
            </w:pPr>
            <w:r w:rsidRPr="004C4412">
              <w:rPr>
                <w:color w:val="auto"/>
                <w:sz w:val="28"/>
                <w:szCs w:val="28"/>
              </w:rPr>
              <w:t>D. expectation</w:t>
            </w:r>
          </w:p>
        </w:tc>
      </w:tr>
    </w:tbl>
    <w:p w14:paraId="4B4450DC" w14:textId="77777777" w:rsidR="0094187B" w:rsidRPr="004C4412" w:rsidRDefault="005D5559">
      <w:pPr>
        <w:keepLines/>
        <w:spacing w:after="20" w:line="240" w:lineRule="auto"/>
        <w:rPr>
          <w:color w:val="auto"/>
          <w:sz w:val="28"/>
          <w:szCs w:val="28"/>
        </w:rPr>
      </w:pPr>
      <w:r w:rsidRPr="004C4412">
        <w:rPr>
          <w:b/>
          <w:color w:val="auto"/>
          <w:sz w:val="28"/>
          <w:szCs w:val="28"/>
        </w:rPr>
        <w:t>11.</w:t>
      </w:r>
      <w:r w:rsidRPr="004C4412">
        <w:rPr>
          <w:color w:val="auto"/>
          <w:sz w:val="28"/>
          <w:szCs w:val="28"/>
        </w:rPr>
        <w:t xml:space="preserve"> I usually ________ my notifications before replying to messages.</w:t>
      </w:r>
    </w:p>
    <w:tbl>
      <w:tblPr>
        <w:tblW w:w="0" w:type="auto"/>
        <w:jc w:val="center"/>
        <w:tblLayout w:type="fixed"/>
        <w:tblLook w:val="04A0" w:firstRow="1" w:lastRow="0" w:firstColumn="1" w:lastColumn="0" w:noHBand="0" w:noVBand="1"/>
      </w:tblPr>
      <w:tblGrid>
        <w:gridCol w:w="2622"/>
        <w:gridCol w:w="2622"/>
        <w:gridCol w:w="2622"/>
        <w:gridCol w:w="2622"/>
      </w:tblGrid>
      <w:tr w:rsidR="004C4412" w:rsidRPr="004C4412" w14:paraId="5191ADC2"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16DEF193" w14:textId="77777777" w:rsidR="0094187B" w:rsidRPr="004C4412" w:rsidRDefault="005D5559">
            <w:pPr>
              <w:spacing w:after="0" w:line="240" w:lineRule="auto"/>
              <w:rPr>
                <w:color w:val="auto"/>
                <w:sz w:val="28"/>
                <w:szCs w:val="28"/>
              </w:rPr>
            </w:pPr>
            <w:r w:rsidRPr="004C4412">
              <w:rPr>
                <w:color w:val="auto"/>
                <w:sz w:val="28"/>
                <w:szCs w:val="28"/>
              </w:rPr>
              <w:t>A. browse</w:t>
            </w:r>
          </w:p>
        </w:tc>
        <w:tc>
          <w:tcPr>
            <w:tcW w:w="2622" w:type="dxa"/>
            <w:tcBorders>
              <w:top w:val="nil"/>
              <w:left w:val="nil"/>
              <w:bottom w:val="nil"/>
              <w:right w:val="nil"/>
            </w:tcBorders>
            <w:tcMar>
              <w:top w:w="70" w:type="dxa"/>
              <w:left w:w="80" w:type="dxa"/>
              <w:bottom w:w="70" w:type="dxa"/>
              <w:right w:w="80" w:type="dxa"/>
            </w:tcMar>
          </w:tcPr>
          <w:p w14:paraId="01E64C3A" w14:textId="77777777" w:rsidR="0094187B" w:rsidRPr="004C4412" w:rsidRDefault="005D5559">
            <w:pPr>
              <w:spacing w:after="0" w:line="240" w:lineRule="auto"/>
              <w:rPr>
                <w:color w:val="auto"/>
                <w:sz w:val="28"/>
                <w:szCs w:val="28"/>
              </w:rPr>
            </w:pPr>
            <w:r w:rsidRPr="004C4412">
              <w:rPr>
                <w:color w:val="auto"/>
                <w:sz w:val="28"/>
                <w:szCs w:val="28"/>
              </w:rPr>
              <w:t>B. connect</w:t>
            </w:r>
          </w:p>
        </w:tc>
        <w:tc>
          <w:tcPr>
            <w:tcW w:w="2622" w:type="dxa"/>
            <w:tcBorders>
              <w:top w:val="nil"/>
              <w:left w:val="nil"/>
              <w:bottom w:val="nil"/>
              <w:right w:val="nil"/>
            </w:tcBorders>
            <w:tcMar>
              <w:top w:w="70" w:type="dxa"/>
              <w:left w:w="80" w:type="dxa"/>
              <w:bottom w:w="70" w:type="dxa"/>
              <w:right w:w="80" w:type="dxa"/>
            </w:tcMar>
          </w:tcPr>
          <w:p w14:paraId="7B070CE8" w14:textId="77777777" w:rsidR="0094187B" w:rsidRPr="004C4412" w:rsidRDefault="005D5559">
            <w:pPr>
              <w:spacing w:after="0" w:line="240" w:lineRule="auto"/>
              <w:rPr>
                <w:color w:val="auto"/>
                <w:sz w:val="28"/>
                <w:szCs w:val="28"/>
              </w:rPr>
            </w:pPr>
            <w:r w:rsidRPr="004C4412">
              <w:rPr>
                <w:color w:val="auto"/>
                <w:sz w:val="28"/>
                <w:szCs w:val="28"/>
              </w:rPr>
              <w:t>C. upload</w:t>
            </w:r>
          </w:p>
        </w:tc>
        <w:tc>
          <w:tcPr>
            <w:tcW w:w="2622" w:type="dxa"/>
            <w:tcBorders>
              <w:top w:val="nil"/>
              <w:left w:val="nil"/>
              <w:bottom w:val="nil"/>
              <w:right w:val="nil"/>
            </w:tcBorders>
            <w:tcMar>
              <w:top w:w="70" w:type="dxa"/>
              <w:left w:w="80" w:type="dxa"/>
              <w:bottom w:w="70" w:type="dxa"/>
              <w:right w:w="80" w:type="dxa"/>
            </w:tcMar>
          </w:tcPr>
          <w:p w14:paraId="58871732" w14:textId="77777777" w:rsidR="0094187B" w:rsidRPr="004C4412" w:rsidRDefault="005D5559">
            <w:pPr>
              <w:spacing w:after="0" w:line="240" w:lineRule="auto"/>
              <w:rPr>
                <w:color w:val="auto"/>
                <w:sz w:val="28"/>
                <w:szCs w:val="28"/>
              </w:rPr>
            </w:pPr>
            <w:r w:rsidRPr="004C4412">
              <w:rPr>
                <w:color w:val="auto"/>
                <w:sz w:val="28"/>
                <w:szCs w:val="28"/>
              </w:rPr>
              <w:t>D. check</w:t>
            </w:r>
          </w:p>
        </w:tc>
      </w:tr>
    </w:tbl>
    <w:p w14:paraId="5CC3C816" w14:textId="77777777" w:rsidR="0094187B" w:rsidRPr="004C4412" w:rsidRDefault="005D5559">
      <w:pPr>
        <w:keepLines/>
        <w:spacing w:after="20" w:line="240" w:lineRule="auto"/>
        <w:rPr>
          <w:color w:val="auto"/>
          <w:sz w:val="28"/>
          <w:szCs w:val="28"/>
        </w:rPr>
      </w:pPr>
      <w:r w:rsidRPr="004C4412">
        <w:rPr>
          <w:b/>
          <w:color w:val="auto"/>
          <w:sz w:val="28"/>
          <w:szCs w:val="28"/>
        </w:rPr>
        <w:t>12.</w:t>
      </w:r>
      <w:r w:rsidRPr="004C4412">
        <w:rPr>
          <w:color w:val="auto"/>
          <w:sz w:val="28"/>
          <w:szCs w:val="28"/>
        </w:rPr>
        <w:t xml:space="preserve"> Many teenagers feel a lot of ________ before important examinations.</w:t>
      </w:r>
    </w:p>
    <w:tbl>
      <w:tblPr>
        <w:tblW w:w="0" w:type="auto"/>
        <w:jc w:val="center"/>
        <w:tblLayout w:type="fixed"/>
        <w:tblLook w:val="04A0" w:firstRow="1" w:lastRow="0" w:firstColumn="1" w:lastColumn="0" w:noHBand="0" w:noVBand="1"/>
      </w:tblPr>
      <w:tblGrid>
        <w:gridCol w:w="2622"/>
        <w:gridCol w:w="2622"/>
        <w:gridCol w:w="2622"/>
        <w:gridCol w:w="2622"/>
      </w:tblGrid>
      <w:tr w:rsidR="004C4412" w:rsidRPr="004C4412" w14:paraId="2859A87B"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66DCC4C7" w14:textId="77777777" w:rsidR="0094187B" w:rsidRDefault="005D5559">
            <w:pPr>
              <w:spacing w:after="0" w:line="240" w:lineRule="auto"/>
              <w:rPr>
                <w:color w:val="auto"/>
                <w:sz w:val="28"/>
                <w:szCs w:val="28"/>
              </w:rPr>
            </w:pPr>
            <w:r w:rsidRPr="004C4412">
              <w:rPr>
                <w:color w:val="auto"/>
                <w:sz w:val="28"/>
                <w:szCs w:val="28"/>
              </w:rPr>
              <w:lastRenderedPageBreak/>
              <w:t>A. pressure</w:t>
            </w:r>
          </w:p>
          <w:p w14:paraId="5DDFE150" w14:textId="62516000" w:rsidR="00F21B64" w:rsidRPr="00F21B64" w:rsidRDefault="00F21B64" w:rsidP="00F21B64">
            <w:pPr>
              <w:rPr>
                <w:sz w:val="28"/>
                <w:szCs w:val="28"/>
              </w:rPr>
            </w:pPr>
          </w:p>
        </w:tc>
        <w:tc>
          <w:tcPr>
            <w:tcW w:w="2622" w:type="dxa"/>
            <w:tcBorders>
              <w:top w:val="nil"/>
              <w:left w:val="nil"/>
              <w:bottom w:val="nil"/>
              <w:right w:val="nil"/>
            </w:tcBorders>
            <w:tcMar>
              <w:top w:w="70" w:type="dxa"/>
              <w:left w:w="80" w:type="dxa"/>
              <w:bottom w:w="70" w:type="dxa"/>
              <w:right w:w="80" w:type="dxa"/>
            </w:tcMar>
          </w:tcPr>
          <w:p w14:paraId="70D3946C" w14:textId="77777777" w:rsidR="0094187B" w:rsidRPr="004C4412" w:rsidRDefault="005D5559">
            <w:pPr>
              <w:spacing w:after="0" w:line="240" w:lineRule="auto"/>
              <w:rPr>
                <w:color w:val="auto"/>
                <w:sz w:val="28"/>
                <w:szCs w:val="28"/>
              </w:rPr>
            </w:pPr>
            <w:r w:rsidRPr="004C4412">
              <w:rPr>
                <w:color w:val="auto"/>
                <w:sz w:val="28"/>
                <w:szCs w:val="28"/>
              </w:rPr>
              <w:t>B. website</w:t>
            </w:r>
          </w:p>
        </w:tc>
        <w:tc>
          <w:tcPr>
            <w:tcW w:w="2622" w:type="dxa"/>
            <w:tcBorders>
              <w:top w:val="nil"/>
              <w:left w:val="nil"/>
              <w:bottom w:val="nil"/>
              <w:right w:val="nil"/>
            </w:tcBorders>
            <w:tcMar>
              <w:top w:w="70" w:type="dxa"/>
              <w:left w:w="80" w:type="dxa"/>
              <w:bottom w:w="70" w:type="dxa"/>
              <w:right w:w="80" w:type="dxa"/>
            </w:tcMar>
          </w:tcPr>
          <w:p w14:paraId="7FF1F5AE" w14:textId="77777777" w:rsidR="0094187B" w:rsidRPr="004C4412" w:rsidRDefault="005D5559">
            <w:pPr>
              <w:spacing w:after="0" w:line="240" w:lineRule="auto"/>
              <w:rPr>
                <w:color w:val="auto"/>
                <w:sz w:val="28"/>
                <w:szCs w:val="28"/>
              </w:rPr>
            </w:pPr>
            <w:r w:rsidRPr="004C4412">
              <w:rPr>
                <w:color w:val="auto"/>
                <w:sz w:val="28"/>
                <w:szCs w:val="28"/>
              </w:rPr>
              <w:t>C. clip</w:t>
            </w:r>
          </w:p>
        </w:tc>
        <w:tc>
          <w:tcPr>
            <w:tcW w:w="2622" w:type="dxa"/>
            <w:tcBorders>
              <w:top w:val="nil"/>
              <w:left w:val="nil"/>
              <w:bottom w:val="nil"/>
              <w:right w:val="nil"/>
            </w:tcBorders>
            <w:tcMar>
              <w:top w:w="70" w:type="dxa"/>
              <w:left w:w="80" w:type="dxa"/>
              <w:bottom w:w="70" w:type="dxa"/>
              <w:right w:w="80" w:type="dxa"/>
            </w:tcMar>
          </w:tcPr>
          <w:p w14:paraId="006B1D8F" w14:textId="77777777" w:rsidR="0094187B" w:rsidRPr="004C4412" w:rsidRDefault="005D5559">
            <w:pPr>
              <w:spacing w:after="0" w:line="240" w:lineRule="auto"/>
              <w:rPr>
                <w:color w:val="auto"/>
                <w:sz w:val="28"/>
                <w:szCs w:val="28"/>
              </w:rPr>
            </w:pPr>
            <w:r w:rsidRPr="004C4412">
              <w:rPr>
                <w:color w:val="auto"/>
                <w:sz w:val="28"/>
                <w:szCs w:val="28"/>
              </w:rPr>
              <w:t>D. club</w:t>
            </w:r>
          </w:p>
        </w:tc>
      </w:tr>
    </w:tbl>
    <w:p w14:paraId="12A12CA3" w14:textId="77777777" w:rsidR="0094187B" w:rsidRPr="004C4412" w:rsidRDefault="005D5559">
      <w:pPr>
        <w:keepLines/>
        <w:spacing w:after="20" w:line="240" w:lineRule="auto"/>
        <w:rPr>
          <w:color w:val="auto"/>
          <w:sz w:val="28"/>
          <w:szCs w:val="28"/>
        </w:rPr>
      </w:pPr>
      <w:r w:rsidRPr="004C4412">
        <w:rPr>
          <w:b/>
          <w:color w:val="auto"/>
          <w:sz w:val="28"/>
          <w:szCs w:val="28"/>
        </w:rPr>
        <w:t>13.</w:t>
      </w:r>
      <w:r w:rsidRPr="004C4412">
        <w:rPr>
          <w:color w:val="auto"/>
          <w:sz w:val="28"/>
          <w:szCs w:val="28"/>
        </w:rPr>
        <w:t xml:space="preserve"> A student who frightens or hurts weaker classmates is a ________.</w:t>
      </w:r>
    </w:p>
    <w:tbl>
      <w:tblPr>
        <w:tblW w:w="0" w:type="auto"/>
        <w:jc w:val="center"/>
        <w:tblLayout w:type="fixed"/>
        <w:tblLook w:val="04A0" w:firstRow="1" w:lastRow="0" w:firstColumn="1" w:lastColumn="0" w:noHBand="0" w:noVBand="1"/>
      </w:tblPr>
      <w:tblGrid>
        <w:gridCol w:w="2622"/>
        <w:gridCol w:w="2622"/>
        <w:gridCol w:w="2622"/>
        <w:gridCol w:w="2622"/>
      </w:tblGrid>
      <w:tr w:rsidR="004C4412" w:rsidRPr="004C4412" w14:paraId="1FE666D0"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4C3A1FCD" w14:textId="77777777" w:rsidR="0094187B" w:rsidRPr="004C4412" w:rsidRDefault="005D5559">
            <w:pPr>
              <w:spacing w:after="0" w:line="240" w:lineRule="auto"/>
              <w:rPr>
                <w:color w:val="auto"/>
                <w:sz w:val="28"/>
                <w:szCs w:val="28"/>
              </w:rPr>
            </w:pPr>
            <w:r w:rsidRPr="004C4412">
              <w:rPr>
                <w:color w:val="auto"/>
                <w:sz w:val="28"/>
                <w:szCs w:val="28"/>
              </w:rPr>
              <w:t>A. coach</w:t>
            </w:r>
          </w:p>
        </w:tc>
        <w:tc>
          <w:tcPr>
            <w:tcW w:w="2622" w:type="dxa"/>
            <w:tcBorders>
              <w:top w:val="nil"/>
              <w:left w:val="nil"/>
              <w:bottom w:val="nil"/>
              <w:right w:val="nil"/>
            </w:tcBorders>
            <w:tcMar>
              <w:top w:w="70" w:type="dxa"/>
              <w:left w:w="80" w:type="dxa"/>
              <w:bottom w:w="70" w:type="dxa"/>
              <w:right w:w="80" w:type="dxa"/>
            </w:tcMar>
          </w:tcPr>
          <w:p w14:paraId="6CE2CE9A" w14:textId="77777777" w:rsidR="0094187B" w:rsidRPr="004C4412" w:rsidRDefault="005D5559">
            <w:pPr>
              <w:spacing w:after="0" w:line="240" w:lineRule="auto"/>
              <w:rPr>
                <w:color w:val="auto"/>
                <w:sz w:val="28"/>
                <w:szCs w:val="28"/>
              </w:rPr>
            </w:pPr>
            <w:r w:rsidRPr="004C4412">
              <w:rPr>
                <w:color w:val="auto"/>
                <w:sz w:val="28"/>
                <w:szCs w:val="28"/>
              </w:rPr>
              <w:t>B. leader</w:t>
            </w:r>
          </w:p>
        </w:tc>
        <w:tc>
          <w:tcPr>
            <w:tcW w:w="2622" w:type="dxa"/>
            <w:tcBorders>
              <w:top w:val="nil"/>
              <w:left w:val="nil"/>
              <w:bottom w:val="nil"/>
              <w:right w:val="nil"/>
            </w:tcBorders>
            <w:tcMar>
              <w:top w:w="70" w:type="dxa"/>
              <w:left w:w="80" w:type="dxa"/>
              <w:bottom w:w="70" w:type="dxa"/>
              <w:right w:w="80" w:type="dxa"/>
            </w:tcMar>
          </w:tcPr>
          <w:p w14:paraId="541CEB45" w14:textId="77777777" w:rsidR="0094187B" w:rsidRPr="004C4412" w:rsidRDefault="005D5559">
            <w:pPr>
              <w:spacing w:after="0" w:line="240" w:lineRule="auto"/>
              <w:rPr>
                <w:color w:val="auto"/>
                <w:sz w:val="28"/>
                <w:szCs w:val="28"/>
              </w:rPr>
            </w:pPr>
            <w:r w:rsidRPr="004C4412">
              <w:rPr>
                <w:color w:val="auto"/>
                <w:sz w:val="28"/>
                <w:szCs w:val="28"/>
              </w:rPr>
              <w:t>C. bully</w:t>
            </w:r>
          </w:p>
        </w:tc>
        <w:tc>
          <w:tcPr>
            <w:tcW w:w="2622" w:type="dxa"/>
            <w:tcBorders>
              <w:top w:val="nil"/>
              <w:left w:val="nil"/>
              <w:bottom w:val="nil"/>
              <w:right w:val="nil"/>
            </w:tcBorders>
            <w:tcMar>
              <w:top w:w="70" w:type="dxa"/>
              <w:left w:w="80" w:type="dxa"/>
              <w:bottom w:w="70" w:type="dxa"/>
              <w:right w:w="80" w:type="dxa"/>
            </w:tcMar>
          </w:tcPr>
          <w:p w14:paraId="747AA3AF" w14:textId="77777777" w:rsidR="0094187B" w:rsidRPr="004C4412" w:rsidRDefault="005D5559">
            <w:pPr>
              <w:spacing w:after="0" w:line="240" w:lineRule="auto"/>
              <w:rPr>
                <w:color w:val="auto"/>
                <w:sz w:val="28"/>
                <w:szCs w:val="28"/>
              </w:rPr>
            </w:pPr>
            <w:r w:rsidRPr="004C4412">
              <w:rPr>
                <w:color w:val="auto"/>
                <w:sz w:val="28"/>
                <w:szCs w:val="28"/>
              </w:rPr>
              <w:t>D. tourist</w:t>
            </w:r>
          </w:p>
        </w:tc>
      </w:tr>
    </w:tbl>
    <w:p w14:paraId="65030550" w14:textId="77777777" w:rsidR="0094187B" w:rsidRPr="004C4412" w:rsidRDefault="005D5559">
      <w:pPr>
        <w:keepLines/>
        <w:spacing w:after="20" w:line="240" w:lineRule="auto"/>
        <w:rPr>
          <w:color w:val="auto"/>
          <w:sz w:val="28"/>
          <w:szCs w:val="28"/>
        </w:rPr>
      </w:pPr>
      <w:r w:rsidRPr="004C4412">
        <w:rPr>
          <w:b/>
          <w:color w:val="auto"/>
          <w:sz w:val="28"/>
          <w:szCs w:val="28"/>
        </w:rPr>
        <w:t>14.</w:t>
      </w:r>
      <w:r w:rsidRPr="004C4412">
        <w:rPr>
          <w:color w:val="auto"/>
          <w:sz w:val="28"/>
          <w:szCs w:val="28"/>
        </w:rPr>
        <w:t xml:space="preserve"> Nam wanted to reduce stress, ________ he joined the sports club.</w:t>
      </w:r>
    </w:p>
    <w:tbl>
      <w:tblPr>
        <w:tblW w:w="0" w:type="auto"/>
        <w:jc w:val="center"/>
        <w:tblLayout w:type="fixed"/>
        <w:tblLook w:val="04A0" w:firstRow="1" w:lastRow="0" w:firstColumn="1" w:lastColumn="0" w:noHBand="0" w:noVBand="1"/>
      </w:tblPr>
      <w:tblGrid>
        <w:gridCol w:w="2622"/>
        <w:gridCol w:w="2622"/>
        <w:gridCol w:w="2622"/>
        <w:gridCol w:w="2622"/>
      </w:tblGrid>
      <w:tr w:rsidR="004C4412" w:rsidRPr="004C4412" w14:paraId="4F5D6CF3"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3FEFC067" w14:textId="77777777" w:rsidR="0094187B" w:rsidRPr="004C4412" w:rsidRDefault="005D5559">
            <w:pPr>
              <w:spacing w:after="0" w:line="240" w:lineRule="auto"/>
              <w:rPr>
                <w:color w:val="auto"/>
                <w:sz w:val="28"/>
                <w:szCs w:val="28"/>
              </w:rPr>
            </w:pPr>
            <w:r w:rsidRPr="004C4412">
              <w:rPr>
                <w:color w:val="auto"/>
                <w:sz w:val="28"/>
                <w:szCs w:val="28"/>
              </w:rPr>
              <w:t>A. but</w:t>
            </w:r>
          </w:p>
        </w:tc>
        <w:tc>
          <w:tcPr>
            <w:tcW w:w="2622" w:type="dxa"/>
            <w:tcBorders>
              <w:top w:val="nil"/>
              <w:left w:val="nil"/>
              <w:bottom w:val="nil"/>
              <w:right w:val="nil"/>
            </w:tcBorders>
            <w:tcMar>
              <w:top w:w="70" w:type="dxa"/>
              <w:left w:w="80" w:type="dxa"/>
              <w:bottom w:w="70" w:type="dxa"/>
              <w:right w:w="80" w:type="dxa"/>
            </w:tcMar>
          </w:tcPr>
          <w:p w14:paraId="6BB5104C" w14:textId="77777777" w:rsidR="0094187B" w:rsidRPr="004C4412" w:rsidRDefault="005D5559">
            <w:pPr>
              <w:spacing w:after="0" w:line="240" w:lineRule="auto"/>
              <w:rPr>
                <w:color w:val="auto"/>
                <w:sz w:val="28"/>
                <w:szCs w:val="28"/>
              </w:rPr>
            </w:pPr>
            <w:r w:rsidRPr="004C4412">
              <w:rPr>
                <w:color w:val="auto"/>
                <w:sz w:val="28"/>
                <w:szCs w:val="28"/>
              </w:rPr>
              <w:t>B. so</w:t>
            </w:r>
          </w:p>
        </w:tc>
        <w:tc>
          <w:tcPr>
            <w:tcW w:w="2622" w:type="dxa"/>
            <w:tcBorders>
              <w:top w:val="nil"/>
              <w:left w:val="nil"/>
              <w:bottom w:val="nil"/>
              <w:right w:val="nil"/>
            </w:tcBorders>
            <w:tcMar>
              <w:top w:w="70" w:type="dxa"/>
              <w:left w:w="80" w:type="dxa"/>
              <w:bottom w:w="70" w:type="dxa"/>
              <w:right w:w="80" w:type="dxa"/>
            </w:tcMar>
          </w:tcPr>
          <w:p w14:paraId="1C3F2E7F" w14:textId="77777777" w:rsidR="0094187B" w:rsidRPr="004C4412" w:rsidRDefault="005D5559">
            <w:pPr>
              <w:spacing w:after="0" w:line="240" w:lineRule="auto"/>
              <w:rPr>
                <w:color w:val="auto"/>
                <w:sz w:val="28"/>
                <w:szCs w:val="28"/>
              </w:rPr>
            </w:pPr>
            <w:r w:rsidRPr="004C4412">
              <w:rPr>
                <w:color w:val="auto"/>
                <w:sz w:val="28"/>
                <w:szCs w:val="28"/>
              </w:rPr>
              <w:t>C. or</w:t>
            </w:r>
          </w:p>
        </w:tc>
        <w:tc>
          <w:tcPr>
            <w:tcW w:w="2622" w:type="dxa"/>
            <w:tcBorders>
              <w:top w:val="nil"/>
              <w:left w:val="nil"/>
              <w:bottom w:val="nil"/>
              <w:right w:val="nil"/>
            </w:tcBorders>
            <w:tcMar>
              <w:top w:w="70" w:type="dxa"/>
              <w:left w:w="80" w:type="dxa"/>
              <w:bottom w:w="70" w:type="dxa"/>
              <w:right w:w="80" w:type="dxa"/>
            </w:tcMar>
          </w:tcPr>
          <w:p w14:paraId="3EE76D6B" w14:textId="77777777" w:rsidR="0094187B" w:rsidRPr="004C4412" w:rsidRDefault="005D5559">
            <w:pPr>
              <w:spacing w:after="0" w:line="240" w:lineRule="auto"/>
              <w:rPr>
                <w:color w:val="auto"/>
                <w:sz w:val="28"/>
                <w:szCs w:val="28"/>
              </w:rPr>
            </w:pPr>
            <w:r w:rsidRPr="004C4412">
              <w:rPr>
                <w:color w:val="auto"/>
                <w:sz w:val="28"/>
                <w:szCs w:val="28"/>
              </w:rPr>
              <w:t>D. for</w:t>
            </w:r>
          </w:p>
        </w:tc>
      </w:tr>
    </w:tbl>
    <w:p w14:paraId="4E298044" w14:textId="77777777" w:rsidR="0094187B" w:rsidRDefault="005D5559">
      <w:pPr>
        <w:keepLines/>
        <w:spacing w:after="20" w:line="240" w:lineRule="auto"/>
        <w:rPr>
          <w:color w:val="auto"/>
          <w:sz w:val="28"/>
          <w:szCs w:val="28"/>
        </w:rPr>
      </w:pPr>
      <w:r w:rsidRPr="004C4412">
        <w:rPr>
          <w:b/>
          <w:color w:val="auto"/>
          <w:sz w:val="28"/>
          <w:szCs w:val="28"/>
        </w:rPr>
        <w:t>15.</w:t>
      </w:r>
      <w:r w:rsidRPr="004C4412">
        <w:rPr>
          <w:color w:val="auto"/>
          <w:sz w:val="28"/>
          <w:szCs w:val="28"/>
        </w:rPr>
        <w:t xml:space="preserve"> Social media is useful; ________, teenagers should protect their private information.</w:t>
      </w:r>
    </w:p>
    <w:tbl>
      <w:tblPr>
        <w:tblW w:w="0" w:type="auto"/>
        <w:jc w:val="center"/>
        <w:tblLayout w:type="fixed"/>
        <w:tblLook w:val="04A0" w:firstRow="1" w:lastRow="0" w:firstColumn="1" w:lastColumn="0" w:noHBand="0" w:noVBand="1"/>
      </w:tblPr>
      <w:tblGrid>
        <w:gridCol w:w="2622"/>
        <w:gridCol w:w="2622"/>
        <w:gridCol w:w="2622"/>
        <w:gridCol w:w="2622"/>
      </w:tblGrid>
      <w:tr w:rsidR="004C4412" w:rsidRPr="004C4412" w14:paraId="675CE818" w14:textId="77777777" w:rsidTr="006A7274">
        <w:trPr>
          <w:cantSplit/>
          <w:jc w:val="center"/>
        </w:trPr>
        <w:tc>
          <w:tcPr>
            <w:tcW w:w="2622" w:type="dxa"/>
            <w:tcBorders>
              <w:top w:val="nil"/>
              <w:left w:val="nil"/>
              <w:bottom w:val="nil"/>
              <w:right w:val="nil"/>
            </w:tcBorders>
            <w:tcMar>
              <w:top w:w="70" w:type="dxa"/>
              <w:left w:w="80" w:type="dxa"/>
              <w:bottom w:w="70" w:type="dxa"/>
              <w:right w:w="80" w:type="dxa"/>
            </w:tcMar>
          </w:tcPr>
          <w:p w14:paraId="2BFD8110" w14:textId="77777777" w:rsidR="004C4412" w:rsidRPr="004C4412" w:rsidRDefault="004C4412" w:rsidP="006A7274">
            <w:pPr>
              <w:spacing w:after="0" w:line="240" w:lineRule="auto"/>
              <w:rPr>
                <w:color w:val="auto"/>
                <w:sz w:val="28"/>
                <w:szCs w:val="28"/>
              </w:rPr>
            </w:pPr>
            <w:r w:rsidRPr="004C4412">
              <w:rPr>
                <w:color w:val="auto"/>
                <w:sz w:val="28"/>
                <w:szCs w:val="28"/>
              </w:rPr>
              <w:t>A. however</w:t>
            </w:r>
          </w:p>
        </w:tc>
        <w:tc>
          <w:tcPr>
            <w:tcW w:w="2622" w:type="dxa"/>
            <w:tcBorders>
              <w:top w:val="nil"/>
              <w:left w:val="nil"/>
              <w:bottom w:val="nil"/>
              <w:right w:val="nil"/>
            </w:tcBorders>
            <w:tcMar>
              <w:top w:w="70" w:type="dxa"/>
              <w:left w:w="80" w:type="dxa"/>
              <w:bottom w:w="70" w:type="dxa"/>
              <w:right w:w="80" w:type="dxa"/>
            </w:tcMar>
          </w:tcPr>
          <w:p w14:paraId="374D12C3" w14:textId="77777777" w:rsidR="004C4412" w:rsidRPr="004C4412" w:rsidRDefault="004C4412" w:rsidP="006A7274">
            <w:pPr>
              <w:spacing w:after="0" w:line="240" w:lineRule="auto"/>
              <w:rPr>
                <w:color w:val="auto"/>
                <w:sz w:val="28"/>
                <w:szCs w:val="28"/>
              </w:rPr>
            </w:pPr>
            <w:r w:rsidRPr="004C4412">
              <w:rPr>
                <w:color w:val="auto"/>
                <w:sz w:val="28"/>
                <w:szCs w:val="28"/>
              </w:rPr>
              <w:t>B. therefore</w:t>
            </w:r>
          </w:p>
        </w:tc>
        <w:tc>
          <w:tcPr>
            <w:tcW w:w="2622" w:type="dxa"/>
            <w:tcBorders>
              <w:top w:val="nil"/>
              <w:left w:val="nil"/>
              <w:bottom w:val="nil"/>
              <w:right w:val="nil"/>
            </w:tcBorders>
            <w:tcMar>
              <w:top w:w="70" w:type="dxa"/>
              <w:left w:w="80" w:type="dxa"/>
              <w:bottom w:w="70" w:type="dxa"/>
              <w:right w:w="80" w:type="dxa"/>
            </w:tcMar>
          </w:tcPr>
          <w:p w14:paraId="22D5956A" w14:textId="77777777" w:rsidR="004C4412" w:rsidRPr="004C4412" w:rsidRDefault="004C4412" w:rsidP="006A7274">
            <w:pPr>
              <w:spacing w:after="0" w:line="240" w:lineRule="auto"/>
              <w:rPr>
                <w:color w:val="auto"/>
                <w:sz w:val="28"/>
                <w:szCs w:val="28"/>
              </w:rPr>
            </w:pPr>
            <w:r w:rsidRPr="004C4412">
              <w:rPr>
                <w:color w:val="auto"/>
                <w:sz w:val="28"/>
                <w:szCs w:val="28"/>
              </w:rPr>
              <w:t>C. otherwise</w:t>
            </w:r>
          </w:p>
        </w:tc>
        <w:tc>
          <w:tcPr>
            <w:tcW w:w="2622" w:type="dxa"/>
            <w:tcBorders>
              <w:top w:val="nil"/>
              <w:left w:val="nil"/>
              <w:bottom w:val="nil"/>
              <w:right w:val="nil"/>
            </w:tcBorders>
            <w:tcMar>
              <w:top w:w="70" w:type="dxa"/>
              <w:left w:w="80" w:type="dxa"/>
              <w:bottom w:w="70" w:type="dxa"/>
              <w:right w:w="80" w:type="dxa"/>
            </w:tcMar>
          </w:tcPr>
          <w:p w14:paraId="76D1BD6D" w14:textId="77777777" w:rsidR="004C4412" w:rsidRPr="004C4412" w:rsidRDefault="004C4412" w:rsidP="006A7274">
            <w:pPr>
              <w:spacing w:after="0" w:line="240" w:lineRule="auto"/>
              <w:rPr>
                <w:color w:val="auto"/>
                <w:sz w:val="28"/>
                <w:szCs w:val="28"/>
              </w:rPr>
            </w:pPr>
            <w:r w:rsidRPr="004C4412">
              <w:rPr>
                <w:color w:val="auto"/>
                <w:sz w:val="28"/>
                <w:szCs w:val="28"/>
              </w:rPr>
              <w:t>D. and</w:t>
            </w:r>
          </w:p>
        </w:tc>
      </w:tr>
    </w:tbl>
    <w:p w14:paraId="140EBD66" w14:textId="77777777" w:rsidR="0094187B" w:rsidRPr="004C4412" w:rsidRDefault="005D5559">
      <w:pPr>
        <w:keepLines/>
        <w:spacing w:after="20" w:line="240" w:lineRule="auto"/>
        <w:rPr>
          <w:color w:val="auto"/>
          <w:sz w:val="28"/>
          <w:szCs w:val="28"/>
        </w:rPr>
      </w:pPr>
      <w:r w:rsidRPr="004C4412">
        <w:rPr>
          <w:b/>
          <w:color w:val="auto"/>
          <w:sz w:val="28"/>
          <w:szCs w:val="28"/>
        </w:rPr>
        <w:t>16.</w:t>
      </w:r>
      <w:r w:rsidRPr="004C4412">
        <w:rPr>
          <w:color w:val="auto"/>
          <w:sz w:val="28"/>
          <w:szCs w:val="28"/>
        </w:rPr>
        <w:t xml:space="preserve"> The chess club meets on Friday, ________ I cannot attend because I have a music lesson.</w:t>
      </w:r>
    </w:p>
    <w:tbl>
      <w:tblPr>
        <w:tblW w:w="0" w:type="auto"/>
        <w:jc w:val="center"/>
        <w:tblLayout w:type="fixed"/>
        <w:tblLook w:val="04A0" w:firstRow="1" w:lastRow="0" w:firstColumn="1" w:lastColumn="0" w:noHBand="0" w:noVBand="1"/>
      </w:tblPr>
      <w:tblGrid>
        <w:gridCol w:w="2622"/>
        <w:gridCol w:w="2622"/>
        <w:gridCol w:w="2622"/>
        <w:gridCol w:w="2622"/>
      </w:tblGrid>
      <w:tr w:rsidR="004C4412" w:rsidRPr="004C4412" w14:paraId="1E322FF4"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1484BBB6" w14:textId="77777777" w:rsidR="0094187B" w:rsidRPr="004C4412" w:rsidRDefault="005D5559">
            <w:pPr>
              <w:spacing w:after="0" w:line="240" w:lineRule="auto"/>
              <w:rPr>
                <w:color w:val="auto"/>
                <w:sz w:val="28"/>
                <w:szCs w:val="28"/>
              </w:rPr>
            </w:pPr>
            <w:r w:rsidRPr="004C4412">
              <w:rPr>
                <w:color w:val="auto"/>
                <w:sz w:val="28"/>
                <w:szCs w:val="28"/>
              </w:rPr>
              <w:t>A. so</w:t>
            </w:r>
          </w:p>
        </w:tc>
        <w:tc>
          <w:tcPr>
            <w:tcW w:w="2622" w:type="dxa"/>
            <w:tcBorders>
              <w:top w:val="nil"/>
              <w:left w:val="nil"/>
              <w:bottom w:val="nil"/>
              <w:right w:val="nil"/>
            </w:tcBorders>
            <w:tcMar>
              <w:top w:w="70" w:type="dxa"/>
              <w:left w:w="80" w:type="dxa"/>
              <w:bottom w:w="70" w:type="dxa"/>
              <w:right w:w="80" w:type="dxa"/>
            </w:tcMar>
          </w:tcPr>
          <w:p w14:paraId="4321FDCC" w14:textId="77777777" w:rsidR="0094187B" w:rsidRPr="004C4412" w:rsidRDefault="005D5559">
            <w:pPr>
              <w:spacing w:after="0" w:line="240" w:lineRule="auto"/>
              <w:rPr>
                <w:color w:val="auto"/>
                <w:sz w:val="28"/>
                <w:szCs w:val="28"/>
              </w:rPr>
            </w:pPr>
            <w:r w:rsidRPr="004C4412">
              <w:rPr>
                <w:color w:val="auto"/>
                <w:sz w:val="28"/>
                <w:szCs w:val="28"/>
              </w:rPr>
              <w:t>B. for</w:t>
            </w:r>
          </w:p>
        </w:tc>
        <w:tc>
          <w:tcPr>
            <w:tcW w:w="2622" w:type="dxa"/>
            <w:tcBorders>
              <w:top w:val="nil"/>
              <w:left w:val="nil"/>
              <w:bottom w:val="nil"/>
              <w:right w:val="nil"/>
            </w:tcBorders>
            <w:tcMar>
              <w:top w:w="70" w:type="dxa"/>
              <w:left w:w="80" w:type="dxa"/>
              <w:bottom w:w="70" w:type="dxa"/>
              <w:right w:w="80" w:type="dxa"/>
            </w:tcMar>
          </w:tcPr>
          <w:p w14:paraId="0A125C4C" w14:textId="77777777" w:rsidR="0094187B" w:rsidRPr="004C4412" w:rsidRDefault="005D5559">
            <w:pPr>
              <w:spacing w:after="0" w:line="240" w:lineRule="auto"/>
              <w:rPr>
                <w:color w:val="auto"/>
                <w:sz w:val="28"/>
                <w:szCs w:val="28"/>
              </w:rPr>
            </w:pPr>
            <w:r w:rsidRPr="004C4412">
              <w:rPr>
                <w:color w:val="auto"/>
                <w:sz w:val="28"/>
                <w:szCs w:val="28"/>
              </w:rPr>
              <w:t>C. but</w:t>
            </w:r>
          </w:p>
        </w:tc>
        <w:tc>
          <w:tcPr>
            <w:tcW w:w="2622" w:type="dxa"/>
            <w:tcBorders>
              <w:top w:val="nil"/>
              <w:left w:val="nil"/>
              <w:bottom w:val="nil"/>
              <w:right w:val="nil"/>
            </w:tcBorders>
            <w:tcMar>
              <w:top w:w="70" w:type="dxa"/>
              <w:left w:w="80" w:type="dxa"/>
              <w:bottom w:w="70" w:type="dxa"/>
              <w:right w:w="80" w:type="dxa"/>
            </w:tcMar>
          </w:tcPr>
          <w:p w14:paraId="7D6B7346" w14:textId="77777777" w:rsidR="0094187B" w:rsidRPr="004C4412" w:rsidRDefault="005D5559">
            <w:pPr>
              <w:spacing w:after="0" w:line="240" w:lineRule="auto"/>
              <w:rPr>
                <w:color w:val="auto"/>
                <w:sz w:val="28"/>
                <w:szCs w:val="28"/>
              </w:rPr>
            </w:pPr>
            <w:r w:rsidRPr="004C4412">
              <w:rPr>
                <w:color w:val="auto"/>
                <w:sz w:val="28"/>
                <w:szCs w:val="28"/>
              </w:rPr>
              <w:t>D. and</w:t>
            </w:r>
          </w:p>
        </w:tc>
      </w:tr>
    </w:tbl>
    <w:p w14:paraId="0666704C" w14:textId="77777777" w:rsidR="0094187B" w:rsidRPr="004C4412" w:rsidRDefault="0094187B">
      <w:pPr>
        <w:spacing w:after="0" w:line="20" w:lineRule="exact"/>
        <w:rPr>
          <w:color w:val="auto"/>
          <w:sz w:val="28"/>
          <w:szCs w:val="28"/>
        </w:rPr>
      </w:pPr>
    </w:p>
    <w:p w14:paraId="22EEC01E" w14:textId="77777777" w:rsidR="0094187B" w:rsidRPr="004C4412" w:rsidRDefault="0094187B">
      <w:pPr>
        <w:spacing w:after="0" w:line="20" w:lineRule="exact"/>
        <w:rPr>
          <w:color w:val="auto"/>
          <w:sz w:val="28"/>
          <w:szCs w:val="28"/>
        </w:rPr>
      </w:pPr>
    </w:p>
    <w:p w14:paraId="3C4D14B1" w14:textId="77777777" w:rsidR="0094187B" w:rsidRPr="004C4412" w:rsidRDefault="005D5559">
      <w:pPr>
        <w:keepLines/>
        <w:spacing w:before="60" w:after="60"/>
        <w:rPr>
          <w:color w:val="auto"/>
          <w:sz w:val="28"/>
          <w:szCs w:val="28"/>
        </w:rPr>
      </w:pPr>
      <w:r w:rsidRPr="004C4412">
        <w:rPr>
          <w:b/>
          <w:color w:val="auto"/>
          <w:sz w:val="28"/>
          <w:szCs w:val="28"/>
        </w:rPr>
        <w:t>17.</w:t>
      </w:r>
      <w:r w:rsidRPr="004C4412">
        <w:rPr>
          <w:color w:val="auto"/>
          <w:sz w:val="28"/>
          <w:szCs w:val="28"/>
        </w:rPr>
        <w:t xml:space="preserve"> </w:t>
      </w:r>
      <w:r w:rsidRPr="00F7310A">
        <w:rPr>
          <w:b/>
          <w:bCs/>
          <w:color w:val="auto"/>
          <w:sz w:val="28"/>
          <w:szCs w:val="28"/>
        </w:rPr>
        <w:t>Choose the best response to complete the dialogue.</w:t>
      </w:r>
      <w:r w:rsidRPr="004C4412">
        <w:rPr>
          <w:color w:val="auto"/>
          <w:sz w:val="28"/>
          <w:szCs w:val="28"/>
        </w:rPr>
        <w:br/>
        <w:t>Mai: “Could you help me upload this photo to the school forum?”</w:t>
      </w:r>
      <w:r w:rsidRPr="004C4412">
        <w:rPr>
          <w:color w:val="auto"/>
          <w:sz w:val="28"/>
          <w:szCs w:val="28"/>
        </w:rPr>
        <w:br/>
        <w:t>Linh: “________________________”</w:t>
      </w:r>
      <w:r w:rsidRPr="004C4412">
        <w:rPr>
          <w:color w:val="auto"/>
          <w:sz w:val="28"/>
          <w:szCs w:val="28"/>
        </w:rPr>
        <w:br/>
        <w:t>Mai: “Thanks a lot.”</w:t>
      </w:r>
    </w:p>
    <w:tbl>
      <w:tblPr>
        <w:tblW w:w="0" w:type="auto"/>
        <w:jc w:val="center"/>
        <w:tblLayout w:type="fixed"/>
        <w:tblLook w:val="04A0" w:firstRow="1" w:lastRow="0" w:firstColumn="1" w:lastColumn="0" w:noHBand="0" w:noVBand="1"/>
      </w:tblPr>
      <w:tblGrid>
        <w:gridCol w:w="10488"/>
      </w:tblGrid>
      <w:tr w:rsidR="004C4412" w:rsidRPr="004C4412" w14:paraId="7CC92C2B" w14:textId="77777777">
        <w:trPr>
          <w:cantSplit/>
          <w:jc w:val="center"/>
        </w:trPr>
        <w:tc>
          <w:tcPr>
            <w:tcW w:w="10488" w:type="dxa"/>
            <w:tcBorders>
              <w:top w:val="nil"/>
              <w:left w:val="nil"/>
              <w:bottom w:val="nil"/>
              <w:right w:val="nil"/>
            </w:tcBorders>
            <w:tcMar>
              <w:top w:w="70" w:type="dxa"/>
              <w:left w:w="80" w:type="dxa"/>
              <w:bottom w:w="70" w:type="dxa"/>
              <w:right w:w="80" w:type="dxa"/>
            </w:tcMar>
          </w:tcPr>
          <w:p w14:paraId="741FA350" w14:textId="77777777" w:rsidR="0094187B" w:rsidRPr="004C4412" w:rsidRDefault="005D5559">
            <w:pPr>
              <w:spacing w:after="0" w:line="240" w:lineRule="auto"/>
              <w:rPr>
                <w:color w:val="auto"/>
                <w:sz w:val="28"/>
                <w:szCs w:val="28"/>
              </w:rPr>
            </w:pPr>
            <w:r w:rsidRPr="004C4412">
              <w:rPr>
                <w:color w:val="auto"/>
                <w:sz w:val="28"/>
                <w:szCs w:val="28"/>
              </w:rPr>
              <w:t>A. I upload photos every day.</w:t>
            </w:r>
          </w:p>
        </w:tc>
      </w:tr>
      <w:tr w:rsidR="004C4412" w:rsidRPr="004C4412" w14:paraId="286EFE05" w14:textId="77777777">
        <w:trPr>
          <w:cantSplit/>
          <w:jc w:val="center"/>
        </w:trPr>
        <w:tc>
          <w:tcPr>
            <w:tcW w:w="10488" w:type="dxa"/>
            <w:tcBorders>
              <w:top w:val="nil"/>
              <w:left w:val="nil"/>
              <w:bottom w:val="nil"/>
              <w:right w:val="nil"/>
            </w:tcBorders>
            <w:tcMar>
              <w:top w:w="70" w:type="dxa"/>
              <w:left w:w="80" w:type="dxa"/>
              <w:bottom w:w="70" w:type="dxa"/>
              <w:right w:w="80" w:type="dxa"/>
            </w:tcMar>
          </w:tcPr>
          <w:p w14:paraId="4CB0746B" w14:textId="77777777" w:rsidR="0094187B" w:rsidRPr="004C4412" w:rsidRDefault="005D5559">
            <w:pPr>
              <w:spacing w:after="0" w:line="240" w:lineRule="auto"/>
              <w:rPr>
                <w:color w:val="auto"/>
                <w:sz w:val="28"/>
                <w:szCs w:val="28"/>
              </w:rPr>
            </w:pPr>
            <w:r w:rsidRPr="004C4412">
              <w:rPr>
                <w:color w:val="auto"/>
                <w:sz w:val="28"/>
                <w:szCs w:val="28"/>
              </w:rPr>
              <w:t>B. You should leave the club.</w:t>
            </w:r>
          </w:p>
        </w:tc>
      </w:tr>
      <w:tr w:rsidR="004C4412" w:rsidRPr="004C4412" w14:paraId="24D73475" w14:textId="77777777">
        <w:trPr>
          <w:cantSplit/>
          <w:jc w:val="center"/>
        </w:trPr>
        <w:tc>
          <w:tcPr>
            <w:tcW w:w="10488" w:type="dxa"/>
            <w:tcBorders>
              <w:top w:val="nil"/>
              <w:left w:val="nil"/>
              <w:bottom w:val="nil"/>
              <w:right w:val="nil"/>
            </w:tcBorders>
            <w:tcMar>
              <w:top w:w="70" w:type="dxa"/>
              <w:left w:w="80" w:type="dxa"/>
              <w:bottom w:w="70" w:type="dxa"/>
              <w:right w:w="80" w:type="dxa"/>
            </w:tcMar>
          </w:tcPr>
          <w:p w14:paraId="4513D4CA" w14:textId="77777777" w:rsidR="0094187B" w:rsidRPr="004C4412" w:rsidRDefault="005D5559">
            <w:pPr>
              <w:spacing w:after="0" w:line="240" w:lineRule="auto"/>
              <w:rPr>
                <w:color w:val="auto"/>
                <w:sz w:val="28"/>
                <w:szCs w:val="28"/>
              </w:rPr>
            </w:pPr>
            <w:r w:rsidRPr="004C4412">
              <w:rPr>
                <w:color w:val="auto"/>
                <w:sz w:val="28"/>
                <w:szCs w:val="28"/>
              </w:rPr>
              <w:t>C. That is not my account.</w:t>
            </w:r>
          </w:p>
        </w:tc>
      </w:tr>
      <w:tr w:rsidR="004C4412" w:rsidRPr="004C4412" w14:paraId="0F8A6C7C" w14:textId="77777777">
        <w:trPr>
          <w:cantSplit/>
          <w:jc w:val="center"/>
        </w:trPr>
        <w:tc>
          <w:tcPr>
            <w:tcW w:w="10488" w:type="dxa"/>
            <w:tcBorders>
              <w:top w:val="nil"/>
              <w:left w:val="nil"/>
              <w:bottom w:val="nil"/>
              <w:right w:val="nil"/>
            </w:tcBorders>
            <w:tcMar>
              <w:top w:w="70" w:type="dxa"/>
              <w:left w:w="80" w:type="dxa"/>
              <w:bottom w:w="70" w:type="dxa"/>
              <w:right w:w="80" w:type="dxa"/>
            </w:tcMar>
          </w:tcPr>
          <w:p w14:paraId="6F0435A2" w14:textId="77777777" w:rsidR="0094187B" w:rsidRPr="004C4412" w:rsidRDefault="005D5559">
            <w:pPr>
              <w:spacing w:after="0" w:line="240" w:lineRule="auto"/>
              <w:rPr>
                <w:color w:val="auto"/>
                <w:sz w:val="28"/>
                <w:szCs w:val="28"/>
              </w:rPr>
            </w:pPr>
            <w:r w:rsidRPr="004C4412">
              <w:rPr>
                <w:color w:val="auto"/>
                <w:sz w:val="28"/>
                <w:szCs w:val="28"/>
              </w:rPr>
              <w:t>D. Of course. Let me show you.</w:t>
            </w:r>
          </w:p>
        </w:tc>
      </w:tr>
    </w:tbl>
    <w:p w14:paraId="4C70826D" w14:textId="77777777" w:rsidR="0094187B" w:rsidRPr="00F7310A" w:rsidRDefault="005D5559">
      <w:pPr>
        <w:keepNext/>
        <w:spacing w:before="60" w:after="60"/>
        <w:rPr>
          <w:b/>
          <w:bCs/>
          <w:color w:val="auto"/>
          <w:sz w:val="28"/>
          <w:szCs w:val="28"/>
        </w:rPr>
      </w:pPr>
      <w:r w:rsidRPr="00F7310A">
        <w:rPr>
          <w:b/>
          <w:bCs/>
          <w:color w:val="auto"/>
          <w:sz w:val="28"/>
          <w:szCs w:val="28"/>
        </w:rPr>
        <w:t>Choose the sentence that is closest in meaning to the original one.</w:t>
      </w:r>
    </w:p>
    <w:p w14:paraId="13485DFA" w14:textId="77777777" w:rsidR="0094187B" w:rsidRPr="004C4412" w:rsidRDefault="005D5559">
      <w:pPr>
        <w:keepLines/>
        <w:spacing w:after="20" w:line="240" w:lineRule="auto"/>
        <w:rPr>
          <w:color w:val="auto"/>
          <w:sz w:val="28"/>
          <w:szCs w:val="28"/>
        </w:rPr>
      </w:pPr>
      <w:r w:rsidRPr="004C4412">
        <w:rPr>
          <w:b/>
          <w:color w:val="auto"/>
          <w:sz w:val="28"/>
          <w:szCs w:val="28"/>
        </w:rPr>
        <w:t>18.</w:t>
      </w:r>
      <w:r w:rsidRPr="004C4412">
        <w:rPr>
          <w:color w:val="auto"/>
          <w:sz w:val="28"/>
          <w:szCs w:val="28"/>
        </w:rPr>
        <w:t xml:space="preserve"> Minh was tired, but he completed his club project.</w:t>
      </w:r>
    </w:p>
    <w:tbl>
      <w:tblPr>
        <w:tblW w:w="0" w:type="auto"/>
        <w:jc w:val="center"/>
        <w:tblLayout w:type="fixed"/>
        <w:tblLook w:val="04A0" w:firstRow="1" w:lastRow="0" w:firstColumn="1" w:lastColumn="0" w:noHBand="0" w:noVBand="1"/>
      </w:tblPr>
      <w:tblGrid>
        <w:gridCol w:w="5244"/>
        <w:gridCol w:w="5244"/>
      </w:tblGrid>
      <w:tr w:rsidR="004C4412" w:rsidRPr="004C4412" w14:paraId="77AADBC3"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5A49F325" w14:textId="77777777" w:rsidR="0094187B" w:rsidRPr="004C4412" w:rsidRDefault="005D5559">
            <w:pPr>
              <w:spacing w:after="0" w:line="240" w:lineRule="auto"/>
              <w:rPr>
                <w:color w:val="auto"/>
                <w:sz w:val="28"/>
                <w:szCs w:val="28"/>
              </w:rPr>
            </w:pPr>
            <w:r w:rsidRPr="004C4412">
              <w:rPr>
                <w:color w:val="auto"/>
                <w:sz w:val="28"/>
                <w:szCs w:val="28"/>
              </w:rPr>
              <w:t>A. Minh was tired, so he stopped working on the project.</w:t>
            </w:r>
          </w:p>
        </w:tc>
        <w:tc>
          <w:tcPr>
            <w:tcW w:w="5244" w:type="dxa"/>
            <w:tcBorders>
              <w:top w:val="nil"/>
              <w:left w:val="nil"/>
              <w:bottom w:val="nil"/>
              <w:right w:val="nil"/>
            </w:tcBorders>
            <w:tcMar>
              <w:top w:w="70" w:type="dxa"/>
              <w:left w:w="80" w:type="dxa"/>
              <w:bottom w:w="70" w:type="dxa"/>
              <w:right w:w="80" w:type="dxa"/>
            </w:tcMar>
          </w:tcPr>
          <w:p w14:paraId="6201BC8A" w14:textId="77777777" w:rsidR="0094187B" w:rsidRPr="004C4412" w:rsidRDefault="005D5559">
            <w:pPr>
              <w:spacing w:after="0" w:line="240" w:lineRule="auto"/>
              <w:rPr>
                <w:color w:val="auto"/>
                <w:sz w:val="28"/>
                <w:szCs w:val="28"/>
              </w:rPr>
            </w:pPr>
            <w:r w:rsidRPr="004C4412">
              <w:rPr>
                <w:color w:val="auto"/>
                <w:sz w:val="28"/>
                <w:szCs w:val="28"/>
              </w:rPr>
              <w:t>B. Minh was tired; however, he completed his club project.</w:t>
            </w:r>
          </w:p>
        </w:tc>
      </w:tr>
      <w:tr w:rsidR="004C4412" w:rsidRPr="004C4412" w14:paraId="5B5F3C5E"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70BDBBAD" w14:textId="77777777" w:rsidR="0094187B" w:rsidRPr="004C4412" w:rsidRDefault="005D5559">
            <w:pPr>
              <w:spacing w:after="0" w:line="240" w:lineRule="auto"/>
              <w:rPr>
                <w:color w:val="auto"/>
                <w:sz w:val="28"/>
                <w:szCs w:val="28"/>
              </w:rPr>
            </w:pPr>
            <w:r w:rsidRPr="004C4412">
              <w:rPr>
                <w:color w:val="auto"/>
                <w:sz w:val="28"/>
                <w:szCs w:val="28"/>
              </w:rPr>
              <w:t>C. Minh completed the project because he was not tired.</w:t>
            </w:r>
          </w:p>
        </w:tc>
        <w:tc>
          <w:tcPr>
            <w:tcW w:w="5244" w:type="dxa"/>
            <w:tcBorders>
              <w:top w:val="nil"/>
              <w:left w:val="nil"/>
              <w:bottom w:val="nil"/>
              <w:right w:val="nil"/>
            </w:tcBorders>
            <w:tcMar>
              <w:top w:w="70" w:type="dxa"/>
              <w:left w:w="80" w:type="dxa"/>
              <w:bottom w:w="70" w:type="dxa"/>
              <w:right w:w="80" w:type="dxa"/>
            </w:tcMar>
          </w:tcPr>
          <w:p w14:paraId="39D5D528" w14:textId="77777777" w:rsidR="0094187B" w:rsidRPr="004C4412" w:rsidRDefault="005D5559">
            <w:pPr>
              <w:spacing w:after="0" w:line="240" w:lineRule="auto"/>
              <w:rPr>
                <w:color w:val="auto"/>
                <w:sz w:val="28"/>
                <w:szCs w:val="28"/>
              </w:rPr>
            </w:pPr>
            <w:r w:rsidRPr="004C4412">
              <w:rPr>
                <w:color w:val="auto"/>
                <w:sz w:val="28"/>
                <w:szCs w:val="28"/>
              </w:rPr>
              <w:t>D. Minh was tired, and he did not have a club project.</w:t>
            </w:r>
          </w:p>
        </w:tc>
      </w:tr>
    </w:tbl>
    <w:p w14:paraId="6F9BBE02" w14:textId="77777777" w:rsidR="0094187B" w:rsidRPr="004C4412" w:rsidRDefault="005D5559">
      <w:pPr>
        <w:keepLines/>
        <w:spacing w:after="20" w:line="240" w:lineRule="auto"/>
        <w:rPr>
          <w:color w:val="auto"/>
          <w:sz w:val="28"/>
          <w:szCs w:val="28"/>
        </w:rPr>
      </w:pPr>
      <w:r w:rsidRPr="004C4412">
        <w:rPr>
          <w:b/>
          <w:color w:val="auto"/>
          <w:sz w:val="28"/>
          <w:szCs w:val="28"/>
        </w:rPr>
        <w:t>19.</w:t>
      </w:r>
      <w:r w:rsidRPr="004C4412">
        <w:rPr>
          <w:color w:val="auto"/>
          <w:sz w:val="28"/>
          <w:szCs w:val="28"/>
        </w:rPr>
        <w:t xml:space="preserve"> Lan should turn off her notifications; otherwise, she may lose concentration.</w:t>
      </w:r>
    </w:p>
    <w:tbl>
      <w:tblPr>
        <w:tblW w:w="0" w:type="auto"/>
        <w:jc w:val="center"/>
        <w:tblLayout w:type="fixed"/>
        <w:tblLook w:val="04A0" w:firstRow="1" w:lastRow="0" w:firstColumn="1" w:lastColumn="0" w:noHBand="0" w:noVBand="1"/>
      </w:tblPr>
      <w:tblGrid>
        <w:gridCol w:w="5244"/>
        <w:gridCol w:w="5244"/>
      </w:tblGrid>
      <w:tr w:rsidR="004C4412" w:rsidRPr="004C4412" w14:paraId="55ABE4E3"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44D54717" w14:textId="77777777" w:rsidR="0094187B" w:rsidRPr="004C4412" w:rsidRDefault="005D5559">
            <w:pPr>
              <w:spacing w:after="0" w:line="240" w:lineRule="auto"/>
              <w:rPr>
                <w:color w:val="auto"/>
                <w:sz w:val="28"/>
                <w:szCs w:val="28"/>
              </w:rPr>
            </w:pPr>
            <w:r w:rsidRPr="004C4412">
              <w:rPr>
                <w:color w:val="auto"/>
                <w:sz w:val="28"/>
                <w:szCs w:val="28"/>
              </w:rPr>
              <w:t>A. If Lan does not turn off her notifications, she may lose concentration.</w:t>
            </w:r>
          </w:p>
        </w:tc>
        <w:tc>
          <w:tcPr>
            <w:tcW w:w="5244" w:type="dxa"/>
            <w:tcBorders>
              <w:top w:val="nil"/>
              <w:left w:val="nil"/>
              <w:bottom w:val="nil"/>
              <w:right w:val="nil"/>
            </w:tcBorders>
            <w:tcMar>
              <w:top w:w="70" w:type="dxa"/>
              <w:left w:w="80" w:type="dxa"/>
              <w:bottom w:w="70" w:type="dxa"/>
              <w:right w:w="80" w:type="dxa"/>
            </w:tcMar>
          </w:tcPr>
          <w:p w14:paraId="45151AA4" w14:textId="77777777" w:rsidR="0094187B" w:rsidRPr="004C4412" w:rsidRDefault="005D5559">
            <w:pPr>
              <w:spacing w:after="0" w:line="240" w:lineRule="auto"/>
              <w:rPr>
                <w:color w:val="auto"/>
                <w:sz w:val="28"/>
                <w:szCs w:val="28"/>
              </w:rPr>
            </w:pPr>
            <w:r w:rsidRPr="004C4412">
              <w:rPr>
                <w:color w:val="auto"/>
                <w:sz w:val="28"/>
                <w:szCs w:val="28"/>
              </w:rPr>
              <w:t>B. Lan may lose concentration because she always turns off notifications.</w:t>
            </w:r>
          </w:p>
        </w:tc>
      </w:tr>
      <w:tr w:rsidR="004C4412" w:rsidRPr="004C4412" w14:paraId="63080F7D"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3E78B41A" w14:textId="77777777" w:rsidR="0094187B" w:rsidRPr="004C4412" w:rsidRDefault="005D5559">
            <w:pPr>
              <w:spacing w:after="0" w:line="240" w:lineRule="auto"/>
              <w:rPr>
                <w:color w:val="auto"/>
                <w:sz w:val="28"/>
                <w:szCs w:val="28"/>
              </w:rPr>
            </w:pPr>
            <w:r w:rsidRPr="004C4412">
              <w:rPr>
                <w:color w:val="auto"/>
                <w:sz w:val="28"/>
                <w:szCs w:val="28"/>
              </w:rPr>
              <w:t>C. Lan should keep all notifications on to concentrate better.</w:t>
            </w:r>
          </w:p>
        </w:tc>
        <w:tc>
          <w:tcPr>
            <w:tcW w:w="5244" w:type="dxa"/>
            <w:tcBorders>
              <w:top w:val="nil"/>
              <w:left w:val="nil"/>
              <w:bottom w:val="nil"/>
              <w:right w:val="nil"/>
            </w:tcBorders>
            <w:tcMar>
              <w:top w:w="70" w:type="dxa"/>
              <w:left w:w="80" w:type="dxa"/>
              <w:bottom w:w="70" w:type="dxa"/>
              <w:right w:w="80" w:type="dxa"/>
            </w:tcMar>
          </w:tcPr>
          <w:p w14:paraId="37A228E8" w14:textId="77777777" w:rsidR="0094187B" w:rsidRPr="004C4412" w:rsidRDefault="005D5559">
            <w:pPr>
              <w:spacing w:after="0" w:line="240" w:lineRule="auto"/>
              <w:rPr>
                <w:color w:val="auto"/>
                <w:sz w:val="28"/>
                <w:szCs w:val="28"/>
              </w:rPr>
            </w:pPr>
            <w:r w:rsidRPr="004C4412">
              <w:rPr>
                <w:color w:val="auto"/>
                <w:sz w:val="28"/>
                <w:szCs w:val="28"/>
              </w:rPr>
              <w:t>D. Lan never loses concentration when notifications appear.</w:t>
            </w:r>
          </w:p>
        </w:tc>
      </w:tr>
    </w:tbl>
    <w:p w14:paraId="2AF3D592" w14:textId="77777777" w:rsidR="0094187B" w:rsidRDefault="0094187B">
      <w:pPr>
        <w:spacing w:after="0" w:line="20" w:lineRule="exact"/>
        <w:rPr>
          <w:color w:val="auto"/>
          <w:sz w:val="28"/>
          <w:szCs w:val="28"/>
        </w:rPr>
      </w:pPr>
    </w:p>
    <w:p w14:paraId="5C7F98F7" w14:textId="77777777" w:rsidR="00F7310A" w:rsidRDefault="00F7310A">
      <w:pPr>
        <w:spacing w:after="0" w:line="20" w:lineRule="exact"/>
        <w:rPr>
          <w:color w:val="auto"/>
          <w:sz w:val="28"/>
          <w:szCs w:val="28"/>
        </w:rPr>
      </w:pPr>
    </w:p>
    <w:p w14:paraId="21EF6B9F" w14:textId="77777777" w:rsidR="00F7310A" w:rsidRDefault="00F7310A">
      <w:pPr>
        <w:spacing w:after="0" w:line="20" w:lineRule="exact"/>
        <w:rPr>
          <w:color w:val="auto"/>
          <w:sz w:val="28"/>
          <w:szCs w:val="28"/>
        </w:rPr>
      </w:pPr>
    </w:p>
    <w:p w14:paraId="2352D650" w14:textId="77777777" w:rsidR="00F7310A" w:rsidRDefault="00F7310A">
      <w:pPr>
        <w:spacing w:after="0" w:line="20" w:lineRule="exact"/>
        <w:rPr>
          <w:color w:val="auto"/>
          <w:sz w:val="28"/>
          <w:szCs w:val="28"/>
        </w:rPr>
      </w:pPr>
    </w:p>
    <w:p w14:paraId="2C49E9E8" w14:textId="77777777" w:rsidR="00F7310A" w:rsidRDefault="00F7310A">
      <w:pPr>
        <w:spacing w:after="0" w:line="20" w:lineRule="exact"/>
        <w:rPr>
          <w:color w:val="auto"/>
          <w:sz w:val="28"/>
          <w:szCs w:val="28"/>
        </w:rPr>
      </w:pPr>
    </w:p>
    <w:p w14:paraId="3B7A06F3" w14:textId="77777777" w:rsidR="00F7310A" w:rsidRDefault="00F7310A">
      <w:pPr>
        <w:spacing w:after="0" w:line="20" w:lineRule="exact"/>
        <w:rPr>
          <w:color w:val="auto"/>
          <w:sz w:val="28"/>
          <w:szCs w:val="28"/>
        </w:rPr>
      </w:pPr>
    </w:p>
    <w:p w14:paraId="105FAE29" w14:textId="77777777" w:rsidR="00F7310A" w:rsidRDefault="00F7310A">
      <w:pPr>
        <w:spacing w:after="0" w:line="20" w:lineRule="exact"/>
        <w:rPr>
          <w:color w:val="auto"/>
          <w:sz w:val="28"/>
          <w:szCs w:val="28"/>
        </w:rPr>
      </w:pPr>
    </w:p>
    <w:tbl>
      <w:tblPr>
        <w:tblW w:w="0" w:type="auto"/>
        <w:jc w:val="center"/>
        <w:tblLayout w:type="fixed"/>
        <w:tblLook w:val="04A0" w:firstRow="1" w:lastRow="0" w:firstColumn="1" w:lastColumn="0" w:noHBand="0" w:noVBand="1"/>
      </w:tblPr>
      <w:tblGrid>
        <w:gridCol w:w="5244"/>
        <w:gridCol w:w="5244"/>
      </w:tblGrid>
      <w:tr w:rsidR="00F7310A" w:rsidRPr="004C4412" w14:paraId="57359C01" w14:textId="77777777" w:rsidTr="006A7274">
        <w:trPr>
          <w:cantSplit/>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vAlign w:val="center"/>
          </w:tcPr>
          <w:p w14:paraId="45654E9D" w14:textId="77777777" w:rsidR="00F7310A" w:rsidRPr="004C4412" w:rsidRDefault="00F7310A" w:rsidP="006A7274">
            <w:pPr>
              <w:jc w:val="center"/>
              <w:rPr>
                <w:color w:val="auto"/>
                <w:sz w:val="28"/>
                <w:szCs w:val="28"/>
              </w:rPr>
            </w:pPr>
            <w:r w:rsidRPr="00F7310A">
              <w:rPr>
                <w:b/>
                <w:color w:val="FFFFFF" w:themeColor="background1"/>
                <w:sz w:val="28"/>
                <w:szCs w:val="28"/>
              </w:rPr>
              <w:t>PART IV</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70" w:type="dxa"/>
              <w:left w:w="80" w:type="dxa"/>
              <w:bottom w:w="70" w:type="dxa"/>
              <w:right w:w="80" w:type="dxa"/>
            </w:tcMar>
            <w:vAlign w:val="center"/>
          </w:tcPr>
          <w:p w14:paraId="5A85B9CC" w14:textId="77777777" w:rsidR="00F7310A" w:rsidRPr="004C4412" w:rsidRDefault="00F7310A" w:rsidP="006A7274">
            <w:pPr>
              <w:keepNext/>
              <w:rPr>
                <w:color w:val="auto"/>
                <w:sz w:val="28"/>
                <w:szCs w:val="28"/>
              </w:rPr>
            </w:pPr>
            <w:r w:rsidRPr="004C4412">
              <w:rPr>
                <w:b/>
                <w:color w:val="auto"/>
                <w:sz w:val="28"/>
                <w:szCs w:val="28"/>
              </w:rPr>
              <w:t>PRACTICAL SKILLS  (1.0 pt)</w:t>
            </w:r>
          </w:p>
        </w:tc>
      </w:tr>
    </w:tbl>
    <w:p w14:paraId="675515F5" w14:textId="77777777" w:rsidR="0094187B" w:rsidRPr="00F7310A" w:rsidRDefault="005D5559">
      <w:pPr>
        <w:keepNext/>
        <w:spacing w:before="60" w:after="60"/>
        <w:rPr>
          <w:b/>
          <w:bCs/>
          <w:color w:val="auto"/>
          <w:sz w:val="28"/>
          <w:szCs w:val="28"/>
        </w:rPr>
      </w:pPr>
      <w:r w:rsidRPr="00F7310A">
        <w:rPr>
          <w:b/>
          <w:bCs/>
          <w:color w:val="auto"/>
          <w:sz w:val="28"/>
          <w:szCs w:val="28"/>
        </w:rPr>
        <w:lastRenderedPageBreak/>
        <w:t>Task 1. Look at the signs and choose the best answer.</w:t>
      </w:r>
    </w:p>
    <w:tbl>
      <w:tblPr>
        <w:tblW w:w="0" w:type="auto"/>
        <w:jc w:val="center"/>
        <w:tblLayout w:type="fixed"/>
        <w:tblLook w:val="04A0" w:firstRow="1" w:lastRow="0" w:firstColumn="1" w:lastColumn="0" w:noHBand="0" w:noVBand="1"/>
      </w:tblPr>
      <w:tblGrid>
        <w:gridCol w:w="4962"/>
        <w:gridCol w:w="5526"/>
      </w:tblGrid>
      <w:tr w:rsidR="004C4412" w:rsidRPr="004C4412" w14:paraId="4CCD399F" w14:textId="77777777" w:rsidTr="009356A5">
        <w:trPr>
          <w:cantSplit/>
          <w:jc w:val="center"/>
        </w:trPr>
        <w:tc>
          <w:tcPr>
            <w:tcW w:w="4962" w:type="dxa"/>
            <w:tcBorders>
              <w:top w:val="single" w:sz="5" w:space="0" w:color="B7DAD8"/>
              <w:left w:val="single" w:sz="5" w:space="0" w:color="B7DAD8"/>
              <w:bottom w:val="single" w:sz="5" w:space="0" w:color="B7DAD8"/>
              <w:right w:val="single" w:sz="5" w:space="0" w:color="B7DAD8"/>
            </w:tcBorders>
            <w:shd w:val="clear" w:color="auto" w:fill="FBFEFE"/>
            <w:tcMar>
              <w:top w:w="100" w:type="dxa"/>
              <w:left w:w="80" w:type="dxa"/>
              <w:bottom w:w="100" w:type="dxa"/>
              <w:right w:w="80" w:type="dxa"/>
            </w:tcMar>
          </w:tcPr>
          <w:p w14:paraId="463842A0" w14:textId="13BD9176" w:rsidR="0094187B" w:rsidRPr="004C4412" w:rsidRDefault="005D5559">
            <w:pPr>
              <w:spacing w:after="20" w:line="240" w:lineRule="auto"/>
              <w:rPr>
                <w:color w:val="auto"/>
                <w:sz w:val="28"/>
                <w:szCs w:val="28"/>
              </w:rPr>
            </w:pPr>
            <w:r w:rsidRPr="004C4412">
              <w:rPr>
                <w:b/>
                <w:color w:val="auto"/>
                <w:sz w:val="28"/>
                <w:szCs w:val="28"/>
              </w:rPr>
              <w:t>20.</w:t>
            </w:r>
            <w:r w:rsidRPr="004C4412">
              <w:rPr>
                <w:color w:val="auto"/>
                <w:sz w:val="28"/>
                <w:szCs w:val="28"/>
              </w:rPr>
              <w:t xml:space="preserve"> What should students do in this area?</w:t>
            </w:r>
          </w:p>
          <w:p w14:paraId="7760E02B" w14:textId="6A82181B" w:rsidR="0094187B" w:rsidRDefault="009356A5">
            <w:pPr>
              <w:spacing w:after="20"/>
              <w:jc w:val="center"/>
              <w:rPr>
                <w:noProof/>
                <w:color w:val="auto"/>
                <w:sz w:val="28"/>
                <w:szCs w:val="28"/>
              </w:rPr>
            </w:pPr>
            <w:r>
              <w:rPr>
                <w:noProof/>
              </w:rPr>
              <w:drawing>
                <wp:anchor distT="0" distB="0" distL="114300" distR="114300" simplePos="0" relativeHeight="251658752" behindDoc="0" locked="0" layoutInCell="1" allowOverlap="1" wp14:anchorId="1172F4A6" wp14:editId="1831D9EA">
                  <wp:simplePos x="0" y="0"/>
                  <wp:positionH relativeFrom="column">
                    <wp:posOffset>851535</wp:posOffset>
                  </wp:positionH>
                  <wp:positionV relativeFrom="paragraph">
                    <wp:posOffset>4445</wp:posOffset>
                  </wp:positionV>
                  <wp:extent cx="1314450" cy="1314450"/>
                  <wp:effectExtent l="0" t="0" r="0" b="0"/>
                  <wp:wrapNone/>
                  <wp:docPr id="1310909710" name="Picture 1" descr="Phone Etiquette Instagram Ad Template | PosterMy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ne Etiquette Instagram Ad Template | PosterMyW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ED8950" w14:textId="6FAD5CCE" w:rsidR="009356A5" w:rsidRDefault="009356A5">
            <w:pPr>
              <w:spacing w:after="20"/>
              <w:jc w:val="center"/>
              <w:rPr>
                <w:noProof/>
                <w:color w:val="auto"/>
                <w:sz w:val="28"/>
                <w:szCs w:val="28"/>
              </w:rPr>
            </w:pPr>
          </w:p>
          <w:p w14:paraId="3DB42AC9" w14:textId="77777777" w:rsidR="009356A5" w:rsidRDefault="009356A5">
            <w:pPr>
              <w:spacing w:after="20"/>
              <w:jc w:val="center"/>
              <w:rPr>
                <w:noProof/>
                <w:color w:val="auto"/>
                <w:sz w:val="28"/>
                <w:szCs w:val="28"/>
              </w:rPr>
            </w:pPr>
          </w:p>
          <w:p w14:paraId="22F49F6B" w14:textId="77777777" w:rsidR="009356A5" w:rsidRDefault="009356A5">
            <w:pPr>
              <w:spacing w:after="20"/>
              <w:jc w:val="center"/>
              <w:rPr>
                <w:noProof/>
                <w:color w:val="auto"/>
                <w:sz w:val="28"/>
                <w:szCs w:val="28"/>
              </w:rPr>
            </w:pPr>
          </w:p>
          <w:p w14:paraId="692D79BB" w14:textId="77777777" w:rsidR="009356A5" w:rsidRDefault="009356A5">
            <w:pPr>
              <w:spacing w:after="20"/>
              <w:jc w:val="center"/>
              <w:rPr>
                <w:noProof/>
                <w:color w:val="auto"/>
                <w:sz w:val="28"/>
                <w:szCs w:val="28"/>
              </w:rPr>
            </w:pPr>
          </w:p>
          <w:p w14:paraId="787F9D97" w14:textId="77777777" w:rsidR="009356A5" w:rsidRDefault="009356A5">
            <w:pPr>
              <w:spacing w:after="20"/>
              <w:jc w:val="center"/>
              <w:rPr>
                <w:noProof/>
                <w:color w:val="auto"/>
                <w:sz w:val="28"/>
                <w:szCs w:val="28"/>
              </w:rPr>
            </w:pPr>
          </w:p>
          <w:p w14:paraId="5A84CEFA" w14:textId="77777777" w:rsidR="0094187B" w:rsidRPr="004C4412" w:rsidRDefault="005D5559">
            <w:pPr>
              <w:spacing w:after="0" w:line="228" w:lineRule="auto"/>
              <w:rPr>
                <w:color w:val="auto"/>
                <w:sz w:val="28"/>
                <w:szCs w:val="28"/>
              </w:rPr>
            </w:pPr>
            <w:r w:rsidRPr="004C4412">
              <w:rPr>
                <w:color w:val="auto"/>
                <w:sz w:val="28"/>
                <w:szCs w:val="28"/>
              </w:rPr>
              <w:t>A. Use their phones to record lessons.</w:t>
            </w:r>
          </w:p>
          <w:p w14:paraId="34052251" w14:textId="77777777" w:rsidR="0094187B" w:rsidRPr="004C4412" w:rsidRDefault="005D5559">
            <w:pPr>
              <w:spacing w:after="0" w:line="228" w:lineRule="auto"/>
              <w:rPr>
                <w:color w:val="auto"/>
                <w:sz w:val="28"/>
                <w:szCs w:val="28"/>
              </w:rPr>
            </w:pPr>
            <w:r w:rsidRPr="004C4412">
              <w:rPr>
                <w:color w:val="auto"/>
                <w:sz w:val="28"/>
                <w:szCs w:val="28"/>
              </w:rPr>
              <w:t>B. Upload videos to the school forum.</w:t>
            </w:r>
          </w:p>
          <w:p w14:paraId="44023A91" w14:textId="77777777" w:rsidR="0094187B" w:rsidRPr="004C4412" w:rsidRDefault="005D5559">
            <w:pPr>
              <w:spacing w:after="0" w:line="228" w:lineRule="auto"/>
              <w:rPr>
                <w:color w:val="auto"/>
                <w:sz w:val="28"/>
                <w:szCs w:val="28"/>
              </w:rPr>
            </w:pPr>
            <w:r w:rsidRPr="004C4412">
              <w:rPr>
                <w:color w:val="auto"/>
                <w:sz w:val="28"/>
                <w:szCs w:val="28"/>
              </w:rPr>
              <w:t>C. Silence their phones and focus on studying.</w:t>
            </w:r>
          </w:p>
          <w:p w14:paraId="248DAEE9" w14:textId="77777777" w:rsidR="0094187B" w:rsidRPr="004C4412" w:rsidRDefault="005D5559">
            <w:pPr>
              <w:spacing w:after="0" w:line="228" w:lineRule="auto"/>
              <w:rPr>
                <w:color w:val="auto"/>
                <w:sz w:val="28"/>
                <w:szCs w:val="28"/>
              </w:rPr>
            </w:pPr>
            <w:r w:rsidRPr="004C4412">
              <w:rPr>
                <w:color w:val="auto"/>
                <w:sz w:val="28"/>
                <w:szCs w:val="28"/>
              </w:rPr>
              <w:t>D. Check every notification immediately.</w:t>
            </w:r>
          </w:p>
        </w:tc>
        <w:tc>
          <w:tcPr>
            <w:tcW w:w="5526" w:type="dxa"/>
            <w:tcBorders>
              <w:top w:val="single" w:sz="5" w:space="0" w:color="B7DAD8"/>
              <w:left w:val="single" w:sz="5" w:space="0" w:color="B7DAD8"/>
              <w:bottom w:val="single" w:sz="5" w:space="0" w:color="B7DAD8"/>
              <w:right w:val="single" w:sz="5" w:space="0" w:color="B7DAD8"/>
            </w:tcBorders>
            <w:shd w:val="clear" w:color="auto" w:fill="FBFEFE"/>
            <w:tcMar>
              <w:top w:w="100" w:type="dxa"/>
              <w:left w:w="80" w:type="dxa"/>
              <w:bottom w:w="100" w:type="dxa"/>
              <w:right w:w="80" w:type="dxa"/>
            </w:tcMar>
          </w:tcPr>
          <w:p w14:paraId="6A7BD923" w14:textId="77777777" w:rsidR="0094187B" w:rsidRPr="004C4412" w:rsidRDefault="005D5559">
            <w:pPr>
              <w:spacing w:after="20" w:line="240" w:lineRule="auto"/>
              <w:rPr>
                <w:color w:val="auto"/>
                <w:sz w:val="28"/>
                <w:szCs w:val="28"/>
              </w:rPr>
            </w:pPr>
            <w:r w:rsidRPr="004C4412">
              <w:rPr>
                <w:b/>
                <w:color w:val="auto"/>
                <w:sz w:val="28"/>
                <w:szCs w:val="28"/>
              </w:rPr>
              <w:t>21.</w:t>
            </w:r>
            <w:r w:rsidRPr="004C4412">
              <w:rPr>
                <w:color w:val="auto"/>
                <w:sz w:val="28"/>
                <w:szCs w:val="28"/>
              </w:rPr>
              <w:t xml:space="preserve"> What is the main message of this sign?</w:t>
            </w:r>
          </w:p>
          <w:p w14:paraId="2C461245" w14:textId="1195C404" w:rsidR="0094187B" w:rsidRDefault="009356A5">
            <w:pPr>
              <w:spacing w:after="20"/>
              <w:jc w:val="center"/>
              <w:rPr>
                <w:noProof/>
                <w:color w:val="auto"/>
                <w:sz w:val="28"/>
                <w:szCs w:val="28"/>
              </w:rPr>
            </w:pPr>
            <w:r>
              <w:rPr>
                <w:noProof/>
              </w:rPr>
              <w:drawing>
                <wp:anchor distT="0" distB="0" distL="114300" distR="114300" simplePos="0" relativeHeight="251659776" behindDoc="0" locked="0" layoutInCell="1" allowOverlap="1" wp14:anchorId="3809F76C" wp14:editId="06192ACF">
                  <wp:simplePos x="0" y="0"/>
                  <wp:positionH relativeFrom="column">
                    <wp:posOffset>891540</wp:posOffset>
                  </wp:positionH>
                  <wp:positionV relativeFrom="paragraph">
                    <wp:posOffset>5080</wp:posOffset>
                  </wp:positionV>
                  <wp:extent cx="1511935" cy="1083310"/>
                  <wp:effectExtent l="0" t="0" r="0" b="2540"/>
                  <wp:wrapNone/>
                  <wp:docPr id="168927996" name="Picture 2" descr="Stop Bullying Now Sign - Get 10% Off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p Bullying Now Sign - Get 10% Off No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935" cy="1083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F88645" w14:textId="77777777" w:rsidR="009356A5" w:rsidRDefault="009356A5">
            <w:pPr>
              <w:spacing w:after="20"/>
              <w:jc w:val="center"/>
              <w:rPr>
                <w:noProof/>
                <w:color w:val="auto"/>
                <w:sz w:val="28"/>
                <w:szCs w:val="28"/>
              </w:rPr>
            </w:pPr>
          </w:p>
          <w:p w14:paraId="484AA250" w14:textId="77777777" w:rsidR="009356A5" w:rsidRDefault="009356A5">
            <w:pPr>
              <w:spacing w:after="20"/>
              <w:jc w:val="center"/>
              <w:rPr>
                <w:noProof/>
                <w:color w:val="auto"/>
                <w:sz w:val="28"/>
                <w:szCs w:val="28"/>
              </w:rPr>
            </w:pPr>
          </w:p>
          <w:p w14:paraId="5EECCB6A" w14:textId="77777777" w:rsidR="009356A5" w:rsidRDefault="009356A5">
            <w:pPr>
              <w:spacing w:after="20"/>
              <w:jc w:val="center"/>
              <w:rPr>
                <w:noProof/>
                <w:color w:val="auto"/>
                <w:sz w:val="28"/>
                <w:szCs w:val="28"/>
              </w:rPr>
            </w:pPr>
          </w:p>
          <w:p w14:paraId="0895C77D" w14:textId="7581DA04" w:rsidR="009356A5" w:rsidRPr="004C4412" w:rsidRDefault="009356A5">
            <w:pPr>
              <w:spacing w:after="20"/>
              <w:jc w:val="center"/>
              <w:rPr>
                <w:color w:val="auto"/>
                <w:sz w:val="28"/>
                <w:szCs w:val="28"/>
              </w:rPr>
            </w:pPr>
          </w:p>
          <w:p w14:paraId="1737B2E4" w14:textId="77777777" w:rsidR="0094187B" w:rsidRPr="004C4412" w:rsidRDefault="005D5559">
            <w:pPr>
              <w:spacing w:after="0" w:line="228" w:lineRule="auto"/>
              <w:rPr>
                <w:color w:val="auto"/>
                <w:sz w:val="28"/>
                <w:szCs w:val="28"/>
              </w:rPr>
            </w:pPr>
            <w:r w:rsidRPr="004C4412">
              <w:rPr>
                <w:color w:val="auto"/>
                <w:sz w:val="28"/>
                <w:szCs w:val="28"/>
              </w:rPr>
              <w:t>A. Tell a trusted adult if someone is bullying you.</w:t>
            </w:r>
          </w:p>
          <w:p w14:paraId="4ED695CA" w14:textId="77777777" w:rsidR="0094187B" w:rsidRPr="004C4412" w:rsidRDefault="005D5559">
            <w:pPr>
              <w:spacing w:after="0" w:line="228" w:lineRule="auto"/>
              <w:rPr>
                <w:color w:val="auto"/>
                <w:sz w:val="28"/>
                <w:szCs w:val="28"/>
              </w:rPr>
            </w:pPr>
            <w:r w:rsidRPr="004C4412">
              <w:rPr>
                <w:color w:val="auto"/>
                <w:sz w:val="28"/>
                <w:szCs w:val="28"/>
              </w:rPr>
              <w:t>B. Solve bullying problems without telling anyone.</w:t>
            </w:r>
          </w:p>
          <w:p w14:paraId="193D52BB" w14:textId="77777777" w:rsidR="0094187B" w:rsidRPr="004C4412" w:rsidRDefault="005D5559">
            <w:pPr>
              <w:spacing w:after="0" w:line="228" w:lineRule="auto"/>
              <w:rPr>
                <w:color w:val="auto"/>
                <w:sz w:val="28"/>
                <w:szCs w:val="28"/>
              </w:rPr>
            </w:pPr>
            <w:r w:rsidRPr="004C4412">
              <w:rPr>
                <w:color w:val="auto"/>
                <w:sz w:val="28"/>
                <w:szCs w:val="28"/>
              </w:rPr>
              <w:t>C. Post information about bullies on social media.</w:t>
            </w:r>
          </w:p>
          <w:p w14:paraId="609B9C6F" w14:textId="77777777" w:rsidR="0094187B" w:rsidRPr="004C4412" w:rsidRDefault="005D5559">
            <w:pPr>
              <w:spacing w:after="0" w:line="228" w:lineRule="auto"/>
              <w:rPr>
                <w:color w:val="auto"/>
                <w:sz w:val="28"/>
                <w:szCs w:val="28"/>
              </w:rPr>
            </w:pPr>
            <w:r w:rsidRPr="004C4412">
              <w:rPr>
                <w:color w:val="auto"/>
                <w:sz w:val="28"/>
                <w:szCs w:val="28"/>
              </w:rPr>
              <w:t>D. Leave school clubs when you feel worried.</w:t>
            </w:r>
          </w:p>
        </w:tc>
      </w:tr>
    </w:tbl>
    <w:p w14:paraId="782866CB" w14:textId="77777777" w:rsidR="0094187B" w:rsidRPr="004C4412" w:rsidRDefault="0094187B">
      <w:pPr>
        <w:spacing w:after="0" w:line="20" w:lineRule="exact"/>
        <w:rPr>
          <w:color w:val="auto"/>
          <w:sz w:val="28"/>
          <w:szCs w:val="28"/>
        </w:rPr>
      </w:pPr>
    </w:p>
    <w:p w14:paraId="40FC7860" w14:textId="77777777" w:rsidR="0094187B" w:rsidRPr="004C4412" w:rsidRDefault="005D5559">
      <w:pPr>
        <w:keepNext/>
        <w:spacing w:before="20" w:after="20"/>
        <w:rPr>
          <w:color w:val="auto"/>
          <w:sz w:val="28"/>
          <w:szCs w:val="28"/>
        </w:rPr>
      </w:pPr>
      <w:r w:rsidRPr="004C4412">
        <w:rPr>
          <w:b/>
          <w:color w:val="auto"/>
          <w:sz w:val="28"/>
          <w:szCs w:val="28"/>
        </w:rPr>
        <w:t>Task 2. Read the notice and choose the best answer.</w:t>
      </w:r>
    </w:p>
    <w:tbl>
      <w:tblPr>
        <w:tblW w:w="0" w:type="auto"/>
        <w:jc w:val="center"/>
        <w:tblLayout w:type="fixed"/>
        <w:tblLook w:val="04A0" w:firstRow="1" w:lastRow="0" w:firstColumn="1" w:lastColumn="0" w:noHBand="0" w:noVBand="1"/>
      </w:tblPr>
      <w:tblGrid>
        <w:gridCol w:w="10488"/>
      </w:tblGrid>
      <w:tr w:rsidR="004C4412" w:rsidRPr="004C4412" w14:paraId="71A4C3B4" w14:textId="77777777">
        <w:trPr>
          <w:cantSplit/>
          <w:jc w:val="center"/>
        </w:trPr>
        <w:tc>
          <w:tcPr>
            <w:tcW w:w="10488" w:type="dxa"/>
            <w:tcBorders>
              <w:top w:val="single" w:sz="6" w:space="0" w:color="90C5C2"/>
              <w:left w:val="single" w:sz="6" w:space="0" w:color="90C5C2"/>
              <w:bottom w:val="single" w:sz="6" w:space="0" w:color="90C5C2"/>
              <w:right w:val="single" w:sz="6" w:space="0" w:color="90C5C2"/>
            </w:tcBorders>
            <w:shd w:val="clear" w:color="auto" w:fill="1E7A78"/>
            <w:tcMar>
              <w:top w:w="100" w:type="dxa"/>
              <w:left w:w="80" w:type="dxa"/>
              <w:bottom w:w="100" w:type="dxa"/>
              <w:right w:w="80" w:type="dxa"/>
            </w:tcMar>
            <w:vAlign w:val="center"/>
          </w:tcPr>
          <w:p w14:paraId="30A2D3D1" w14:textId="77777777" w:rsidR="0094187B" w:rsidRPr="004C4412" w:rsidRDefault="005D5559">
            <w:pPr>
              <w:spacing w:after="0" w:line="240" w:lineRule="auto"/>
              <w:jc w:val="center"/>
              <w:rPr>
                <w:color w:val="auto"/>
                <w:sz w:val="28"/>
                <w:szCs w:val="28"/>
              </w:rPr>
            </w:pPr>
            <w:r w:rsidRPr="009356A5">
              <w:rPr>
                <w:b/>
                <w:color w:val="FFFFFF" w:themeColor="background1"/>
                <w:sz w:val="28"/>
                <w:szCs w:val="28"/>
              </w:rPr>
              <w:t>GREEN VALLEY LOWER SECONDARY SCHOOL</w:t>
            </w:r>
          </w:p>
        </w:tc>
      </w:tr>
      <w:tr w:rsidR="004C4412" w:rsidRPr="004C4412" w14:paraId="3ECB98D1" w14:textId="77777777">
        <w:trPr>
          <w:cantSplit/>
          <w:jc w:val="center"/>
        </w:trPr>
        <w:tc>
          <w:tcPr>
            <w:tcW w:w="10488" w:type="dxa"/>
            <w:tcBorders>
              <w:top w:val="single" w:sz="6" w:space="0" w:color="90C5C2"/>
              <w:left w:val="single" w:sz="6" w:space="0" w:color="90C5C2"/>
              <w:bottom w:val="single" w:sz="6" w:space="0" w:color="90C5C2"/>
              <w:right w:val="single" w:sz="6" w:space="0" w:color="90C5C2"/>
            </w:tcBorders>
            <w:shd w:val="clear" w:color="auto" w:fill="FFF7D6"/>
            <w:tcMar>
              <w:top w:w="100" w:type="dxa"/>
              <w:left w:w="80" w:type="dxa"/>
              <w:bottom w:w="100" w:type="dxa"/>
              <w:right w:w="80" w:type="dxa"/>
            </w:tcMar>
            <w:vAlign w:val="center"/>
          </w:tcPr>
          <w:p w14:paraId="58F4B4DE" w14:textId="77777777" w:rsidR="0094187B" w:rsidRPr="004C4412" w:rsidRDefault="005D5559">
            <w:pPr>
              <w:spacing w:after="0" w:line="240" w:lineRule="auto"/>
              <w:jc w:val="center"/>
              <w:rPr>
                <w:color w:val="auto"/>
                <w:sz w:val="28"/>
                <w:szCs w:val="28"/>
              </w:rPr>
            </w:pPr>
            <w:r w:rsidRPr="004C4412">
              <w:rPr>
                <w:b/>
                <w:color w:val="auto"/>
                <w:sz w:val="28"/>
                <w:szCs w:val="28"/>
              </w:rPr>
              <w:t>TEEN WELL-BEING WORKSHOP</w:t>
            </w:r>
          </w:p>
        </w:tc>
      </w:tr>
      <w:tr w:rsidR="004C4412" w:rsidRPr="004C4412" w14:paraId="0D2E8D70" w14:textId="77777777">
        <w:trPr>
          <w:cantSplit/>
          <w:jc w:val="center"/>
        </w:trPr>
        <w:tc>
          <w:tcPr>
            <w:tcW w:w="10488" w:type="dxa"/>
            <w:tcBorders>
              <w:top w:val="single" w:sz="6" w:space="0" w:color="90C5C2"/>
              <w:left w:val="single" w:sz="6" w:space="0" w:color="90C5C2"/>
              <w:bottom w:val="single" w:sz="6" w:space="0" w:color="90C5C2"/>
              <w:right w:val="single" w:sz="6" w:space="0" w:color="90C5C2"/>
            </w:tcBorders>
            <w:tcMar>
              <w:top w:w="100" w:type="dxa"/>
              <w:left w:w="80" w:type="dxa"/>
              <w:bottom w:w="100" w:type="dxa"/>
              <w:right w:w="80" w:type="dxa"/>
            </w:tcMar>
            <w:vAlign w:val="center"/>
          </w:tcPr>
          <w:p w14:paraId="23B2608C" w14:textId="77777777" w:rsidR="0094187B" w:rsidRPr="004C4412" w:rsidRDefault="005D5559">
            <w:pPr>
              <w:spacing w:after="0" w:line="240" w:lineRule="auto"/>
              <w:rPr>
                <w:color w:val="auto"/>
                <w:sz w:val="28"/>
                <w:szCs w:val="28"/>
              </w:rPr>
            </w:pPr>
            <w:r w:rsidRPr="004C4412">
              <w:rPr>
                <w:color w:val="auto"/>
                <w:sz w:val="28"/>
                <w:szCs w:val="28"/>
              </w:rPr>
              <w:t>Learn practical ways to manage school pressure and use social media safely.</w:t>
            </w:r>
          </w:p>
        </w:tc>
      </w:tr>
      <w:tr w:rsidR="004C4412" w:rsidRPr="004C4412" w14:paraId="4354D5B6" w14:textId="77777777">
        <w:trPr>
          <w:cantSplit/>
          <w:jc w:val="center"/>
        </w:trPr>
        <w:tc>
          <w:tcPr>
            <w:tcW w:w="10488" w:type="dxa"/>
            <w:tcBorders>
              <w:top w:val="single" w:sz="6" w:space="0" w:color="90C5C2"/>
              <w:left w:val="single" w:sz="6" w:space="0" w:color="90C5C2"/>
              <w:bottom w:val="single" w:sz="6" w:space="0" w:color="90C5C2"/>
              <w:right w:val="single" w:sz="6" w:space="0" w:color="90C5C2"/>
            </w:tcBorders>
            <w:tcMar>
              <w:top w:w="100" w:type="dxa"/>
              <w:left w:w="80" w:type="dxa"/>
              <w:bottom w:w="100" w:type="dxa"/>
              <w:right w:w="80" w:type="dxa"/>
            </w:tcMar>
            <w:vAlign w:val="center"/>
          </w:tcPr>
          <w:p w14:paraId="4DF4CC77" w14:textId="77777777" w:rsidR="0094187B" w:rsidRPr="004C4412" w:rsidRDefault="005D5559">
            <w:pPr>
              <w:spacing w:after="0" w:line="240" w:lineRule="auto"/>
              <w:rPr>
                <w:color w:val="auto"/>
                <w:sz w:val="28"/>
                <w:szCs w:val="28"/>
              </w:rPr>
            </w:pPr>
            <w:r w:rsidRPr="004C4412">
              <w:rPr>
                <w:color w:val="auto"/>
                <w:sz w:val="28"/>
                <w:szCs w:val="28"/>
              </w:rPr>
              <w:t>Activities: stress-management tips, a school club fair, and a talk with the counsellor</w:t>
            </w:r>
          </w:p>
        </w:tc>
      </w:tr>
      <w:tr w:rsidR="004C4412" w:rsidRPr="004C4412" w14:paraId="54D1047B" w14:textId="77777777">
        <w:trPr>
          <w:cantSplit/>
          <w:jc w:val="center"/>
        </w:trPr>
        <w:tc>
          <w:tcPr>
            <w:tcW w:w="10488" w:type="dxa"/>
            <w:tcBorders>
              <w:top w:val="single" w:sz="6" w:space="0" w:color="90C5C2"/>
              <w:left w:val="single" w:sz="6" w:space="0" w:color="90C5C2"/>
              <w:bottom w:val="single" w:sz="6" w:space="0" w:color="90C5C2"/>
              <w:right w:val="single" w:sz="6" w:space="0" w:color="90C5C2"/>
            </w:tcBorders>
            <w:tcMar>
              <w:top w:w="100" w:type="dxa"/>
              <w:left w:w="80" w:type="dxa"/>
              <w:bottom w:w="100" w:type="dxa"/>
              <w:right w:w="80" w:type="dxa"/>
            </w:tcMar>
            <w:vAlign w:val="center"/>
          </w:tcPr>
          <w:p w14:paraId="289770D9" w14:textId="77777777" w:rsidR="0094187B" w:rsidRPr="004C4412" w:rsidRDefault="005D5559">
            <w:pPr>
              <w:spacing w:after="0" w:line="240" w:lineRule="auto"/>
              <w:rPr>
                <w:color w:val="auto"/>
                <w:sz w:val="28"/>
                <w:szCs w:val="28"/>
              </w:rPr>
            </w:pPr>
            <w:r w:rsidRPr="004C4412">
              <w:rPr>
                <w:color w:val="auto"/>
                <w:sz w:val="28"/>
                <w:szCs w:val="28"/>
              </w:rPr>
              <w:t>Time: 2.00 p.m.–4.00 p.m., Friday, 18 October</w:t>
            </w:r>
          </w:p>
        </w:tc>
      </w:tr>
      <w:tr w:rsidR="004C4412" w:rsidRPr="004C4412" w14:paraId="7EB9CCC9" w14:textId="77777777">
        <w:trPr>
          <w:cantSplit/>
          <w:jc w:val="center"/>
        </w:trPr>
        <w:tc>
          <w:tcPr>
            <w:tcW w:w="10488" w:type="dxa"/>
            <w:tcBorders>
              <w:top w:val="single" w:sz="6" w:space="0" w:color="90C5C2"/>
              <w:left w:val="single" w:sz="6" w:space="0" w:color="90C5C2"/>
              <w:bottom w:val="single" w:sz="6" w:space="0" w:color="90C5C2"/>
              <w:right w:val="single" w:sz="6" w:space="0" w:color="90C5C2"/>
            </w:tcBorders>
            <w:tcMar>
              <w:top w:w="100" w:type="dxa"/>
              <w:left w:w="80" w:type="dxa"/>
              <w:bottom w:w="100" w:type="dxa"/>
              <w:right w:w="80" w:type="dxa"/>
            </w:tcMar>
            <w:vAlign w:val="center"/>
          </w:tcPr>
          <w:p w14:paraId="71A5BFBE" w14:textId="77777777" w:rsidR="0094187B" w:rsidRPr="004C4412" w:rsidRDefault="005D5559">
            <w:pPr>
              <w:spacing w:after="0" w:line="240" w:lineRule="auto"/>
              <w:rPr>
                <w:color w:val="auto"/>
                <w:sz w:val="28"/>
                <w:szCs w:val="28"/>
              </w:rPr>
            </w:pPr>
            <w:r w:rsidRPr="004C4412">
              <w:rPr>
                <w:color w:val="auto"/>
                <w:sz w:val="28"/>
                <w:szCs w:val="28"/>
              </w:rPr>
              <w:t>Place: School Hall | Bring: a notebook and a pen</w:t>
            </w:r>
          </w:p>
        </w:tc>
      </w:tr>
      <w:tr w:rsidR="004C4412" w:rsidRPr="004C4412" w14:paraId="41F8F2E2" w14:textId="77777777">
        <w:trPr>
          <w:cantSplit/>
          <w:jc w:val="center"/>
        </w:trPr>
        <w:tc>
          <w:tcPr>
            <w:tcW w:w="10488" w:type="dxa"/>
            <w:tcBorders>
              <w:top w:val="single" w:sz="6" w:space="0" w:color="90C5C2"/>
              <w:left w:val="single" w:sz="6" w:space="0" w:color="90C5C2"/>
              <w:bottom w:val="single" w:sz="6" w:space="0" w:color="90C5C2"/>
              <w:right w:val="single" w:sz="6" w:space="0" w:color="90C5C2"/>
            </w:tcBorders>
            <w:tcMar>
              <w:top w:w="100" w:type="dxa"/>
              <w:left w:w="80" w:type="dxa"/>
              <w:bottom w:w="100" w:type="dxa"/>
              <w:right w:w="80" w:type="dxa"/>
            </w:tcMar>
            <w:vAlign w:val="center"/>
          </w:tcPr>
          <w:p w14:paraId="38F24975" w14:textId="77777777" w:rsidR="0094187B" w:rsidRPr="004C4412" w:rsidRDefault="005D5559">
            <w:pPr>
              <w:spacing w:after="0" w:line="240" w:lineRule="auto"/>
              <w:rPr>
                <w:color w:val="auto"/>
                <w:sz w:val="28"/>
                <w:szCs w:val="28"/>
              </w:rPr>
            </w:pPr>
            <w:r w:rsidRPr="004C4412">
              <w:rPr>
                <w:color w:val="auto"/>
                <w:sz w:val="28"/>
                <w:szCs w:val="28"/>
              </w:rPr>
              <w:t>Register with your form teacher by Tuesday.</w:t>
            </w:r>
          </w:p>
        </w:tc>
      </w:tr>
    </w:tbl>
    <w:p w14:paraId="068A98BA" w14:textId="77777777" w:rsidR="0094187B" w:rsidRPr="004C4412" w:rsidRDefault="0094187B">
      <w:pPr>
        <w:spacing w:after="0" w:line="20" w:lineRule="exact"/>
        <w:rPr>
          <w:color w:val="auto"/>
          <w:sz w:val="28"/>
          <w:szCs w:val="28"/>
        </w:rPr>
      </w:pPr>
    </w:p>
    <w:p w14:paraId="0E11DC22" w14:textId="77777777" w:rsidR="0094187B" w:rsidRPr="004C4412" w:rsidRDefault="005D5559">
      <w:pPr>
        <w:keepLines/>
        <w:spacing w:before="60" w:after="60"/>
        <w:rPr>
          <w:color w:val="auto"/>
          <w:sz w:val="28"/>
          <w:szCs w:val="28"/>
        </w:rPr>
      </w:pPr>
      <w:r w:rsidRPr="004C4412">
        <w:rPr>
          <w:b/>
          <w:color w:val="auto"/>
          <w:sz w:val="28"/>
          <w:szCs w:val="28"/>
        </w:rPr>
        <w:t>22.</w:t>
      </w:r>
      <w:r w:rsidRPr="004C4412">
        <w:rPr>
          <w:color w:val="auto"/>
          <w:sz w:val="28"/>
          <w:szCs w:val="28"/>
        </w:rPr>
        <w:t xml:space="preserve"> What is the main purpose of the notice?</w:t>
      </w:r>
    </w:p>
    <w:tbl>
      <w:tblPr>
        <w:tblW w:w="0" w:type="auto"/>
        <w:jc w:val="center"/>
        <w:tblLayout w:type="fixed"/>
        <w:tblLook w:val="04A0" w:firstRow="1" w:lastRow="0" w:firstColumn="1" w:lastColumn="0" w:noHBand="0" w:noVBand="1"/>
      </w:tblPr>
      <w:tblGrid>
        <w:gridCol w:w="5244"/>
        <w:gridCol w:w="5244"/>
      </w:tblGrid>
      <w:tr w:rsidR="004C4412" w:rsidRPr="004C4412" w14:paraId="5E030110"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5E36BF8B" w14:textId="77777777" w:rsidR="0094187B" w:rsidRPr="004C4412" w:rsidRDefault="005D5559">
            <w:pPr>
              <w:spacing w:after="0" w:line="240" w:lineRule="auto"/>
              <w:rPr>
                <w:color w:val="auto"/>
                <w:sz w:val="28"/>
                <w:szCs w:val="28"/>
              </w:rPr>
            </w:pPr>
            <w:r w:rsidRPr="004C4412">
              <w:rPr>
                <w:color w:val="auto"/>
                <w:sz w:val="28"/>
                <w:szCs w:val="28"/>
              </w:rPr>
              <w:t>A. To announce a chess tournament</w:t>
            </w:r>
          </w:p>
        </w:tc>
        <w:tc>
          <w:tcPr>
            <w:tcW w:w="5244" w:type="dxa"/>
            <w:tcBorders>
              <w:top w:val="nil"/>
              <w:left w:val="nil"/>
              <w:bottom w:val="nil"/>
              <w:right w:val="nil"/>
            </w:tcBorders>
            <w:tcMar>
              <w:top w:w="70" w:type="dxa"/>
              <w:left w:w="80" w:type="dxa"/>
              <w:bottom w:w="70" w:type="dxa"/>
              <w:right w:w="80" w:type="dxa"/>
            </w:tcMar>
          </w:tcPr>
          <w:p w14:paraId="755F245D" w14:textId="77777777" w:rsidR="0094187B" w:rsidRPr="004C4412" w:rsidRDefault="005D5559">
            <w:pPr>
              <w:spacing w:after="0" w:line="240" w:lineRule="auto"/>
              <w:rPr>
                <w:color w:val="auto"/>
                <w:sz w:val="28"/>
                <w:szCs w:val="28"/>
              </w:rPr>
            </w:pPr>
            <w:r w:rsidRPr="004C4412">
              <w:rPr>
                <w:color w:val="auto"/>
                <w:sz w:val="28"/>
                <w:szCs w:val="28"/>
              </w:rPr>
              <w:t>B. To invite parents to a school meeting</w:t>
            </w:r>
          </w:p>
        </w:tc>
      </w:tr>
      <w:tr w:rsidR="004C4412" w:rsidRPr="004C4412" w14:paraId="2C40BFA3"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344CB7A0" w14:textId="77777777" w:rsidR="0094187B" w:rsidRPr="004C4412" w:rsidRDefault="005D5559">
            <w:pPr>
              <w:spacing w:after="0" w:line="240" w:lineRule="auto"/>
              <w:rPr>
                <w:color w:val="auto"/>
                <w:sz w:val="28"/>
                <w:szCs w:val="28"/>
              </w:rPr>
            </w:pPr>
            <w:r w:rsidRPr="004C4412">
              <w:rPr>
                <w:color w:val="auto"/>
                <w:sz w:val="28"/>
                <w:szCs w:val="28"/>
              </w:rPr>
              <w:t>C. To advertise a new social-media app</w:t>
            </w:r>
          </w:p>
        </w:tc>
        <w:tc>
          <w:tcPr>
            <w:tcW w:w="5244" w:type="dxa"/>
            <w:tcBorders>
              <w:top w:val="nil"/>
              <w:left w:val="nil"/>
              <w:bottom w:val="nil"/>
              <w:right w:val="nil"/>
            </w:tcBorders>
            <w:tcMar>
              <w:top w:w="70" w:type="dxa"/>
              <w:left w:w="80" w:type="dxa"/>
              <w:bottom w:w="70" w:type="dxa"/>
              <w:right w:w="80" w:type="dxa"/>
            </w:tcMar>
          </w:tcPr>
          <w:p w14:paraId="7E2D55C7" w14:textId="77777777" w:rsidR="0094187B" w:rsidRPr="004C4412" w:rsidRDefault="005D5559">
            <w:pPr>
              <w:spacing w:after="0" w:line="240" w:lineRule="auto"/>
              <w:rPr>
                <w:color w:val="auto"/>
                <w:sz w:val="28"/>
                <w:szCs w:val="28"/>
              </w:rPr>
            </w:pPr>
            <w:r w:rsidRPr="004C4412">
              <w:rPr>
                <w:color w:val="auto"/>
                <w:sz w:val="28"/>
                <w:szCs w:val="28"/>
              </w:rPr>
              <w:t>D. To invite students to a well-being workshop</w:t>
            </w:r>
          </w:p>
        </w:tc>
      </w:tr>
      <w:tr w:rsidR="004C4412" w:rsidRPr="004C4412" w14:paraId="29EA1FD2" w14:textId="77777777">
        <w:trPr>
          <w:cantSplit/>
          <w:jc w:val="center"/>
        </w:trPr>
        <w:tc>
          <w:tcPr>
            <w:tcW w:w="10488" w:type="dxa"/>
            <w:gridSpan w:val="2"/>
            <w:tcBorders>
              <w:top w:val="nil"/>
              <w:left w:val="nil"/>
              <w:bottom w:val="nil"/>
              <w:right w:val="nil"/>
            </w:tcBorders>
            <w:tcMar>
              <w:top w:w="70" w:type="dxa"/>
              <w:left w:w="80" w:type="dxa"/>
              <w:bottom w:w="70" w:type="dxa"/>
              <w:right w:w="80" w:type="dxa"/>
            </w:tcMar>
          </w:tcPr>
          <w:p w14:paraId="02DCAEDE" w14:textId="77777777" w:rsidR="003C2CB7" w:rsidRDefault="005D5559">
            <w:pPr>
              <w:spacing w:after="0" w:line="240" w:lineRule="auto"/>
              <w:rPr>
                <w:color w:val="auto"/>
                <w:sz w:val="28"/>
                <w:szCs w:val="28"/>
              </w:rPr>
            </w:pPr>
            <w:r w:rsidRPr="004C4412">
              <w:rPr>
                <w:b/>
                <w:color w:val="auto"/>
                <w:sz w:val="28"/>
                <w:szCs w:val="28"/>
              </w:rPr>
              <w:t>23.</w:t>
            </w:r>
            <w:r w:rsidRPr="004C4412">
              <w:rPr>
                <w:color w:val="auto"/>
                <w:sz w:val="28"/>
                <w:szCs w:val="28"/>
              </w:rPr>
              <w:t xml:space="preserve"> </w:t>
            </w:r>
            <w:r w:rsidR="009356A5" w:rsidRPr="009356A5">
              <w:rPr>
                <w:b/>
                <w:bCs/>
                <w:color w:val="auto"/>
                <w:sz w:val="28"/>
                <w:szCs w:val="28"/>
              </w:rPr>
              <w:t>What should students bring to the event?</w:t>
            </w:r>
            <w:r w:rsidR="009356A5" w:rsidRPr="009356A5">
              <w:rPr>
                <w:color w:val="auto"/>
                <w:sz w:val="28"/>
                <w:szCs w:val="28"/>
              </w:rPr>
              <w:t xml:space="preserve"> </w:t>
            </w:r>
          </w:p>
          <w:p w14:paraId="00B1D20B" w14:textId="77777777" w:rsidR="003C2CB7" w:rsidRDefault="009356A5">
            <w:pPr>
              <w:spacing w:after="0" w:line="240" w:lineRule="auto"/>
              <w:rPr>
                <w:color w:val="auto"/>
                <w:sz w:val="28"/>
                <w:szCs w:val="28"/>
              </w:rPr>
            </w:pPr>
            <w:r w:rsidRPr="009356A5">
              <w:rPr>
                <w:color w:val="auto"/>
                <w:sz w:val="28"/>
                <w:szCs w:val="28"/>
              </w:rPr>
              <w:t xml:space="preserve">A. A notebook and a pen. </w:t>
            </w:r>
            <w:r w:rsidR="003C2CB7">
              <w:rPr>
                <w:color w:val="auto"/>
                <w:sz w:val="28"/>
                <w:szCs w:val="28"/>
              </w:rPr>
              <w:t xml:space="preserve">                                 </w:t>
            </w:r>
            <w:r w:rsidRPr="009356A5">
              <w:rPr>
                <w:color w:val="auto"/>
                <w:sz w:val="28"/>
                <w:szCs w:val="28"/>
              </w:rPr>
              <w:t xml:space="preserve">B. Their smartphones. </w:t>
            </w:r>
          </w:p>
          <w:p w14:paraId="087920C0" w14:textId="1DFB430E" w:rsidR="0094187B" w:rsidRPr="004C4412" w:rsidRDefault="009356A5">
            <w:pPr>
              <w:spacing w:after="0" w:line="240" w:lineRule="auto"/>
              <w:rPr>
                <w:color w:val="auto"/>
                <w:sz w:val="28"/>
                <w:szCs w:val="28"/>
              </w:rPr>
            </w:pPr>
            <w:r w:rsidRPr="009356A5">
              <w:rPr>
                <w:color w:val="auto"/>
                <w:sz w:val="28"/>
                <w:szCs w:val="28"/>
              </w:rPr>
              <w:t xml:space="preserve">C. A registration form. </w:t>
            </w:r>
            <w:r w:rsidR="003C2CB7">
              <w:rPr>
                <w:color w:val="auto"/>
                <w:sz w:val="28"/>
                <w:szCs w:val="28"/>
              </w:rPr>
              <w:t xml:space="preserve">                                      </w:t>
            </w:r>
            <w:r w:rsidRPr="009356A5">
              <w:rPr>
                <w:color w:val="auto"/>
                <w:sz w:val="28"/>
                <w:szCs w:val="28"/>
              </w:rPr>
              <w:t>D. A laptop.</w:t>
            </w:r>
          </w:p>
        </w:tc>
      </w:tr>
    </w:tbl>
    <w:p w14:paraId="3C509666" w14:textId="77777777" w:rsidR="0094187B" w:rsidRPr="004C4412" w:rsidRDefault="0094187B">
      <w:pPr>
        <w:spacing w:after="0" w:line="20" w:lineRule="exact"/>
        <w:rPr>
          <w:color w:val="auto"/>
          <w:sz w:val="28"/>
          <w:szCs w:val="28"/>
        </w:rPr>
      </w:pPr>
    </w:p>
    <w:tbl>
      <w:tblPr>
        <w:tblW w:w="0" w:type="auto"/>
        <w:jc w:val="center"/>
        <w:tblLayout w:type="fixed"/>
        <w:tblLook w:val="04A0" w:firstRow="1" w:lastRow="0" w:firstColumn="1" w:lastColumn="0" w:noHBand="0" w:noVBand="1"/>
      </w:tblPr>
      <w:tblGrid>
        <w:gridCol w:w="5244"/>
        <w:gridCol w:w="5244"/>
      </w:tblGrid>
      <w:tr w:rsidR="004C4412" w:rsidRPr="004C4412" w14:paraId="2DB04A51" w14:textId="77777777">
        <w:trPr>
          <w:cantSplit/>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vAlign w:val="center"/>
          </w:tcPr>
          <w:p w14:paraId="7AA6901B" w14:textId="77777777" w:rsidR="0094187B" w:rsidRPr="003C2CB7" w:rsidRDefault="005D5559">
            <w:pPr>
              <w:jc w:val="center"/>
              <w:rPr>
                <w:b/>
                <w:color w:val="auto"/>
                <w:sz w:val="28"/>
                <w:szCs w:val="28"/>
              </w:rPr>
            </w:pPr>
            <w:r w:rsidRPr="003C2CB7">
              <w:rPr>
                <w:b/>
                <w:color w:val="FFFFFF" w:themeColor="background1"/>
                <w:sz w:val="28"/>
                <w:szCs w:val="28"/>
              </w:rPr>
              <w:t>PART V</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70" w:type="dxa"/>
              <w:left w:w="80" w:type="dxa"/>
              <w:bottom w:w="70" w:type="dxa"/>
              <w:right w:w="80" w:type="dxa"/>
            </w:tcMar>
            <w:vAlign w:val="center"/>
          </w:tcPr>
          <w:p w14:paraId="62F35FD5" w14:textId="77777777" w:rsidR="0094187B" w:rsidRPr="004C4412" w:rsidRDefault="005D5559">
            <w:pPr>
              <w:keepNext/>
              <w:rPr>
                <w:color w:val="auto"/>
                <w:sz w:val="28"/>
                <w:szCs w:val="28"/>
              </w:rPr>
            </w:pPr>
            <w:r w:rsidRPr="004C4412">
              <w:rPr>
                <w:b/>
                <w:color w:val="auto"/>
                <w:sz w:val="28"/>
                <w:szCs w:val="28"/>
              </w:rPr>
              <w:t>READING  (2.25 pts)</w:t>
            </w:r>
          </w:p>
        </w:tc>
      </w:tr>
    </w:tbl>
    <w:p w14:paraId="640A2DC7" w14:textId="3374051A" w:rsidR="0094187B" w:rsidRPr="004C4412" w:rsidRDefault="00F7310A">
      <w:pPr>
        <w:keepNext/>
        <w:spacing w:before="60" w:after="60"/>
        <w:rPr>
          <w:color w:val="auto"/>
          <w:sz w:val="28"/>
          <w:szCs w:val="28"/>
        </w:rPr>
      </w:pPr>
      <w:r>
        <w:rPr>
          <w:b/>
          <w:color w:val="auto"/>
          <w:sz w:val="28"/>
          <w:szCs w:val="28"/>
        </w:rPr>
        <w:t>T</w:t>
      </w:r>
      <w:r w:rsidRPr="004C4412">
        <w:rPr>
          <w:b/>
          <w:color w:val="auto"/>
          <w:sz w:val="28"/>
          <w:szCs w:val="28"/>
        </w:rPr>
        <w:t>ask 1. Read the announcement and choose the correct option A, B, C, or D for each blank.</w:t>
      </w:r>
    </w:p>
    <w:tbl>
      <w:tblPr>
        <w:tblW w:w="0" w:type="auto"/>
        <w:jc w:val="center"/>
        <w:tblLayout w:type="fixed"/>
        <w:tblLook w:val="04A0" w:firstRow="1" w:lastRow="0" w:firstColumn="1" w:lastColumn="0" w:noHBand="0" w:noVBand="1"/>
      </w:tblPr>
      <w:tblGrid>
        <w:gridCol w:w="10488"/>
      </w:tblGrid>
      <w:tr w:rsidR="004C4412" w:rsidRPr="004C4412" w14:paraId="76E55ABF" w14:textId="77777777">
        <w:trPr>
          <w:cantSplit/>
          <w:jc w:val="center"/>
        </w:trPr>
        <w:tc>
          <w:tcPr>
            <w:tcW w:w="10488" w:type="dxa"/>
            <w:tcBorders>
              <w:top w:val="single" w:sz="6" w:space="0" w:color="A5CFCB"/>
              <w:left w:val="single" w:sz="6" w:space="0" w:color="A5CFCB"/>
              <w:bottom w:val="single" w:sz="6" w:space="0" w:color="A5CFCB"/>
              <w:right w:val="single" w:sz="6" w:space="0" w:color="A5CFCB"/>
            </w:tcBorders>
            <w:shd w:val="clear" w:color="auto" w:fill="FFF7D6"/>
            <w:tcMar>
              <w:top w:w="100" w:type="dxa"/>
              <w:left w:w="80" w:type="dxa"/>
              <w:bottom w:w="100" w:type="dxa"/>
              <w:right w:w="80" w:type="dxa"/>
            </w:tcMar>
          </w:tcPr>
          <w:p w14:paraId="758B2A5E" w14:textId="77777777" w:rsidR="0094187B" w:rsidRPr="004C4412" w:rsidRDefault="005D5559">
            <w:pPr>
              <w:spacing w:after="0" w:line="240" w:lineRule="auto"/>
              <w:jc w:val="center"/>
              <w:rPr>
                <w:color w:val="auto"/>
                <w:sz w:val="28"/>
                <w:szCs w:val="28"/>
              </w:rPr>
            </w:pPr>
            <w:r w:rsidRPr="004C4412">
              <w:rPr>
                <w:b/>
                <w:color w:val="auto"/>
                <w:sz w:val="28"/>
                <w:szCs w:val="28"/>
              </w:rPr>
              <w:t>SCHOOL CLUBS ONLINE FORUM</w:t>
            </w:r>
          </w:p>
        </w:tc>
      </w:tr>
      <w:tr w:rsidR="004C4412" w:rsidRPr="004C4412" w14:paraId="781779FB" w14:textId="77777777">
        <w:trPr>
          <w:cantSplit/>
          <w:jc w:val="center"/>
        </w:trPr>
        <w:tc>
          <w:tcPr>
            <w:tcW w:w="10488" w:type="dxa"/>
            <w:tcBorders>
              <w:top w:val="single" w:sz="6" w:space="0" w:color="A5CFCB"/>
              <w:left w:val="single" w:sz="6" w:space="0" w:color="A5CFCB"/>
              <w:bottom w:val="single" w:sz="6" w:space="0" w:color="A5CFCB"/>
              <w:right w:val="single" w:sz="6" w:space="0" w:color="A5CFCB"/>
            </w:tcBorders>
            <w:tcMar>
              <w:top w:w="100" w:type="dxa"/>
              <w:left w:w="80" w:type="dxa"/>
              <w:bottom w:w="100" w:type="dxa"/>
              <w:right w:w="80" w:type="dxa"/>
            </w:tcMar>
          </w:tcPr>
          <w:p w14:paraId="57D7424D" w14:textId="77777777" w:rsidR="0094187B" w:rsidRPr="004C4412" w:rsidRDefault="005D5559">
            <w:pPr>
              <w:spacing w:after="0" w:line="240" w:lineRule="auto"/>
              <w:jc w:val="center"/>
              <w:rPr>
                <w:color w:val="auto"/>
                <w:sz w:val="28"/>
                <w:szCs w:val="28"/>
              </w:rPr>
            </w:pPr>
            <w:r w:rsidRPr="004C4412">
              <w:rPr>
                <w:color w:val="auto"/>
                <w:sz w:val="28"/>
                <w:szCs w:val="28"/>
              </w:rPr>
              <w:t>Students can (24) ________ to the school forum to read news about clubs.</w:t>
            </w:r>
          </w:p>
        </w:tc>
      </w:tr>
      <w:tr w:rsidR="004C4412" w:rsidRPr="004C4412" w14:paraId="660B4C39" w14:textId="77777777">
        <w:trPr>
          <w:cantSplit/>
          <w:jc w:val="center"/>
        </w:trPr>
        <w:tc>
          <w:tcPr>
            <w:tcW w:w="10488" w:type="dxa"/>
            <w:tcBorders>
              <w:top w:val="single" w:sz="6" w:space="0" w:color="A5CFCB"/>
              <w:left w:val="single" w:sz="6" w:space="0" w:color="A5CFCB"/>
              <w:bottom w:val="single" w:sz="6" w:space="0" w:color="A5CFCB"/>
              <w:right w:val="single" w:sz="6" w:space="0" w:color="A5CFCB"/>
            </w:tcBorders>
            <w:tcMar>
              <w:top w:w="100" w:type="dxa"/>
              <w:left w:w="80" w:type="dxa"/>
              <w:bottom w:w="100" w:type="dxa"/>
              <w:right w:w="80" w:type="dxa"/>
            </w:tcMar>
          </w:tcPr>
          <w:p w14:paraId="37AF959C" w14:textId="77777777" w:rsidR="0094187B" w:rsidRPr="004C4412" w:rsidRDefault="005D5559">
            <w:pPr>
              <w:spacing w:after="0" w:line="240" w:lineRule="auto"/>
              <w:rPr>
                <w:color w:val="auto"/>
                <w:sz w:val="28"/>
                <w:szCs w:val="28"/>
              </w:rPr>
            </w:pPr>
            <w:r w:rsidRPr="004C4412">
              <w:rPr>
                <w:color w:val="auto"/>
                <w:sz w:val="28"/>
                <w:szCs w:val="28"/>
              </w:rPr>
              <w:t>They may upload photos, (25) ________ they must ask everyone in the photos for permission first.</w:t>
            </w:r>
          </w:p>
        </w:tc>
      </w:tr>
      <w:tr w:rsidR="004C4412" w:rsidRPr="004C4412" w14:paraId="4CEFBC09" w14:textId="77777777">
        <w:trPr>
          <w:cantSplit/>
          <w:jc w:val="center"/>
        </w:trPr>
        <w:tc>
          <w:tcPr>
            <w:tcW w:w="10488" w:type="dxa"/>
            <w:tcBorders>
              <w:top w:val="single" w:sz="6" w:space="0" w:color="A5CFCB"/>
              <w:left w:val="single" w:sz="6" w:space="0" w:color="A5CFCB"/>
              <w:bottom w:val="single" w:sz="6" w:space="0" w:color="A5CFCB"/>
              <w:right w:val="single" w:sz="6" w:space="0" w:color="A5CFCB"/>
            </w:tcBorders>
            <w:tcMar>
              <w:top w:w="100" w:type="dxa"/>
              <w:left w:w="80" w:type="dxa"/>
              <w:bottom w:w="100" w:type="dxa"/>
              <w:right w:w="80" w:type="dxa"/>
            </w:tcMar>
          </w:tcPr>
          <w:p w14:paraId="5A781CA5" w14:textId="77777777" w:rsidR="0094187B" w:rsidRPr="004C4412" w:rsidRDefault="005D5559">
            <w:pPr>
              <w:spacing w:after="0" w:line="240" w:lineRule="auto"/>
              <w:rPr>
                <w:color w:val="auto"/>
                <w:sz w:val="28"/>
                <w:szCs w:val="28"/>
              </w:rPr>
            </w:pPr>
            <w:r w:rsidRPr="004C4412">
              <w:rPr>
                <w:color w:val="auto"/>
                <w:sz w:val="28"/>
                <w:szCs w:val="28"/>
              </w:rPr>
              <w:lastRenderedPageBreak/>
              <w:t>The forum is useful; (26) ________, students should not spend too much time online.</w:t>
            </w:r>
          </w:p>
        </w:tc>
      </w:tr>
      <w:tr w:rsidR="004C4412" w:rsidRPr="004C4412" w14:paraId="33201A5F" w14:textId="77777777">
        <w:trPr>
          <w:cantSplit/>
          <w:jc w:val="center"/>
        </w:trPr>
        <w:tc>
          <w:tcPr>
            <w:tcW w:w="10488" w:type="dxa"/>
            <w:tcBorders>
              <w:top w:val="single" w:sz="6" w:space="0" w:color="A5CFCB"/>
              <w:left w:val="single" w:sz="6" w:space="0" w:color="A5CFCB"/>
              <w:bottom w:val="single" w:sz="6" w:space="0" w:color="A5CFCB"/>
              <w:right w:val="single" w:sz="6" w:space="0" w:color="A5CFCB"/>
            </w:tcBorders>
            <w:tcMar>
              <w:top w:w="100" w:type="dxa"/>
              <w:left w:w="80" w:type="dxa"/>
              <w:bottom w:w="100" w:type="dxa"/>
              <w:right w:w="80" w:type="dxa"/>
            </w:tcMar>
          </w:tcPr>
          <w:p w14:paraId="240D73CC" w14:textId="77777777" w:rsidR="0094187B" w:rsidRPr="004C4412" w:rsidRDefault="005D5559">
            <w:pPr>
              <w:spacing w:after="0" w:line="240" w:lineRule="auto"/>
              <w:rPr>
                <w:color w:val="auto"/>
                <w:sz w:val="28"/>
                <w:szCs w:val="28"/>
              </w:rPr>
            </w:pPr>
            <w:r w:rsidRPr="004C4412">
              <w:rPr>
                <w:color w:val="auto"/>
                <w:sz w:val="28"/>
                <w:szCs w:val="28"/>
              </w:rPr>
              <w:t>If a post makes them uncomfortable, they should talk to a teacher (27) ________ report it.</w:t>
            </w:r>
          </w:p>
        </w:tc>
      </w:tr>
      <w:tr w:rsidR="004C4412" w:rsidRPr="004C4412" w14:paraId="37CF4888" w14:textId="77777777">
        <w:trPr>
          <w:cantSplit/>
          <w:jc w:val="center"/>
        </w:trPr>
        <w:tc>
          <w:tcPr>
            <w:tcW w:w="10488" w:type="dxa"/>
            <w:tcBorders>
              <w:top w:val="single" w:sz="6" w:space="0" w:color="A5CFCB"/>
              <w:left w:val="single" w:sz="6" w:space="0" w:color="A5CFCB"/>
              <w:bottom w:val="single" w:sz="6" w:space="0" w:color="A5CFCB"/>
              <w:right w:val="single" w:sz="6" w:space="0" w:color="A5CFCB"/>
            </w:tcBorders>
            <w:tcMar>
              <w:top w:w="100" w:type="dxa"/>
              <w:left w:w="80" w:type="dxa"/>
              <w:bottom w:w="100" w:type="dxa"/>
              <w:right w:w="80" w:type="dxa"/>
            </w:tcMar>
          </w:tcPr>
          <w:p w14:paraId="71A0905E" w14:textId="77777777" w:rsidR="0094187B" w:rsidRPr="004C4412" w:rsidRDefault="005D5559">
            <w:pPr>
              <w:spacing w:after="0" w:line="240" w:lineRule="auto"/>
              <w:rPr>
                <w:color w:val="auto"/>
                <w:sz w:val="28"/>
                <w:szCs w:val="28"/>
              </w:rPr>
            </w:pPr>
            <w:r w:rsidRPr="004C4412">
              <w:rPr>
                <w:color w:val="auto"/>
                <w:sz w:val="28"/>
                <w:szCs w:val="28"/>
              </w:rPr>
              <w:t>Use the forum responsibly and help keep our online community friendly.</w:t>
            </w:r>
          </w:p>
        </w:tc>
      </w:tr>
    </w:tbl>
    <w:p w14:paraId="261E4FEA" w14:textId="77777777" w:rsidR="0094187B" w:rsidRPr="004C4412" w:rsidRDefault="0094187B">
      <w:pPr>
        <w:spacing w:after="0" w:line="20" w:lineRule="exact"/>
        <w:rPr>
          <w:color w:val="auto"/>
          <w:sz w:val="28"/>
          <w:szCs w:val="28"/>
        </w:rPr>
      </w:pPr>
    </w:p>
    <w:tbl>
      <w:tblPr>
        <w:tblW w:w="0" w:type="auto"/>
        <w:jc w:val="center"/>
        <w:tblLayout w:type="fixed"/>
        <w:tblLook w:val="04A0" w:firstRow="1" w:lastRow="0" w:firstColumn="1" w:lastColumn="0" w:noHBand="0" w:noVBand="1"/>
      </w:tblPr>
      <w:tblGrid>
        <w:gridCol w:w="2622"/>
        <w:gridCol w:w="2622"/>
        <w:gridCol w:w="2622"/>
        <w:gridCol w:w="2622"/>
      </w:tblGrid>
      <w:tr w:rsidR="004C4412" w:rsidRPr="004C4412" w14:paraId="518B91C0"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5700448C" w14:textId="2C747B5C" w:rsidR="0094187B" w:rsidRPr="004C4412" w:rsidRDefault="005D5559">
            <w:pPr>
              <w:spacing w:after="0" w:line="240" w:lineRule="auto"/>
              <w:rPr>
                <w:color w:val="auto"/>
                <w:sz w:val="28"/>
                <w:szCs w:val="28"/>
              </w:rPr>
            </w:pPr>
            <w:r w:rsidRPr="004C4412">
              <w:rPr>
                <w:b/>
                <w:color w:val="auto"/>
                <w:sz w:val="28"/>
                <w:szCs w:val="28"/>
              </w:rPr>
              <w:t>24.</w:t>
            </w:r>
            <w:r w:rsidR="003C2CB7">
              <w:rPr>
                <w:b/>
                <w:color w:val="auto"/>
                <w:sz w:val="28"/>
                <w:szCs w:val="28"/>
              </w:rPr>
              <w:t xml:space="preserve"> </w:t>
            </w:r>
            <w:r w:rsidRPr="004C4412">
              <w:rPr>
                <w:color w:val="auto"/>
                <w:sz w:val="28"/>
                <w:szCs w:val="28"/>
              </w:rPr>
              <w:t>A. pressure</w:t>
            </w:r>
          </w:p>
        </w:tc>
        <w:tc>
          <w:tcPr>
            <w:tcW w:w="2622" w:type="dxa"/>
            <w:tcBorders>
              <w:top w:val="nil"/>
              <w:left w:val="nil"/>
              <w:bottom w:val="nil"/>
              <w:right w:val="nil"/>
            </w:tcBorders>
            <w:tcMar>
              <w:top w:w="70" w:type="dxa"/>
              <w:left w:w="80" w:type="dxa"/>
              <w:bottom w:w="70" w:type="dxa"/>
              <w:right w:w="80" w:type="dxa"/>
            </w:tcMar>
          </w:tcPr>
          <w:p w14:paraId="40528F98" w14:textId="77777777" w:rsidR="0094187B" w:rsidRPr="004C4412" w:rsidRDefault="005D5559">
            <w:pPr>
              <w:spacing w:after="0" w:line="240" w:lineRule="auto"/>
              <w:rPr>
                <w:color w:val="auto"/>
                <w:sz w:val="28"/>
                <w:szCs w:val="28"/>
              </w:rPr>
            </w:pPr>
            <w:r w:rsidRPr="004C4412">
              <w:rPr>
                <w:color w:val="auto"/>
                <w:sz w:val="28"/>
                <w:szCs w:val="28"/>
              </w:rPr>
              <w:t>B. log on</w:t>
            </w:r>
          </w:p>
        </w:tc>
        <w:tc>
          <w:tcPr>
            <w:tcW w:w="2622" w:type="dxa"/>
            <w:tcBorders>
              <w:top w:val="nil"/>
              <w:left w:val="nil"/>
              <w:bottom w:val="nil"/>
              <w:right w:val="nil"/>
            </w:tcBorders>
            <w:tcMar>
              <w:top w:w="70" w:type="dxa"/>
              <w:left w:w="80" w:type="dxa"/>
              <w:bottom w:w="70" w:type="dxa"/>
              <w:right w:w="80" w:type="dxa"/>
            </w:tcMar>
          </w:tcPr>
          <w:p w14:paraId="3A5B80CD" w14:textId="77777777" w:rsidR="0094187B" w:rsidRPr="004C4412" w:rsidRDefault="005D5559">
            <w:pPr>
              <w:spacing w:after="0" w:line="240" w:lineRule="auto"/>
              <w:rPr>
                <w:color w:val="auto"/>
                <w:sz w:val="28"/>
                <w:szCs w:val="28"/>
              </w:rPr>
            </w:pPr>
            <w:r w:rsidRPr="004C4412">
              <w:rPr>
                <w:color w:val="auto"/>
                <w:sz w:val="28"/>
                <w:szCs w:val="28"/>
              </w:rPr>
              <w:t>C. bully</w:t>
            </w:r>
          </w:p>
        </w:tc>
        <w:tc>
          <w:tcPr>
            <w:tcW w:w="2622" w:type="dxa"/>
            <w:tcBorders>
              <w:top w:val="nil"/>
              <w:left w:val="nil"/>
              <w:bottom w:val="nil"/>
              <w:right w:val="nil"/>
            </w:tcBorders>
            <w:tcMar>
              <w:top w:w="70" w:type="dxa"/>
              <w:left w:w="80" w:type="dxa"/>
              <w:bottom w:w="70" w:type="dxa"/>
              <w:right w:w="80" w:type="dxa"/>
            </w:tcMar>
          </w:tcPr>
          <w:p w14:paraId="6369165B" w14:textId="77777777" w:rsidR="0094187B" w:rsidRPr="004C4412" w:rsidRDefault="005D5559">
            <w:pPr>
              <w:spacing w:after="0" w:line="240" w:lineRule="auto"/>
              <w:rPr>
                <w:color w:val="auto"/>
                <w:sz w:val="28"/>
                <w:szCs w:val="28"/>
              </w:rPr>
            </w:pPr>
            <w:r w:rsidRPr="004C4412">
              <w:rPr>
                <w:color w:val="auto"/>
                <w:sz w:val="28"/>
                <w:szCs w:val="28"/>
              </w:rPr>
              <w:t>D. browse</w:t>
            </w:r>
          </w:p>
        </w:tc>
      </w:tr>
      <w:tr w:rsidR="004C4412" w:rsidRPr="004C4412" w14:paraId="421C7839"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6792021C" w14:textId="138FE223" w:rsidR="0094187B" w:rsidRPr="004C4412" w:rsidRDefault="005D5559">
            <w:pPr>
              <w:spacing w:after="0" w:line="240" w:lineRule="auto"/>
              <w:rPr>
                <w:color w:val="auto"/>
                <w:sz w:val="28"/>
                <w:szCs w:val="28"/>
              </w:rPr>
            </w:pPr>
            <w:r w:rsidRPr="004C4412">
              <w:rPr>
                <w:b/>
                <w:color w:val="auto"/>
                <w:sz w:val="28"/>
                <w:szCs w:val="28"/>
              </w:rPr>
              <w:t>25.</w:t>
            </w:r>
            <w:r w:rsidR="003C2CB7">
              <w:rPr>
                <w:b/>
                <w:color w:val="auto"/>
                <w:sz w:val="28"/>
                <w:szCs w:val="28"/>
              </w:rPr>
              <w:t xml:space="preserve"> </w:t>
            </w:r>
            <w:r w:rsidRPr="004C4412">
              <w:rPr>
                <w:color w:val="auto"/>
                <w:sz w:val="28"/>
                <w:szCs w:val="28"/>
              </w:rPr>
              <w:t>A. so</w:t>
            </w:r>
          </w:p>
        </w:tc>
        <w:tc>
          <w:tcPr>
            <w:tcW w:w="2622" w:type="dxa"/>
            <w:tcBorders>
              <w:top w:val="nil"/>
              <w:left w:val="nil"/>
              <w:bottom w:val="nil"/>
              <w:right w:val="nil"/>
            </w:tcBorders>
            <w:tcMar>
              <w:top w:w="70" w:type="dxa"/>
              <w:left w:w="80" w:type="dxa"/>
              <w:bottom w:w="70" w:type="dxa"/>
              <w:right w:w="80" w:type="dxa"/>
            </w:tcMar>
          </w:tcPr>
          <w:p w14:paraId="6767E015" w14:textId="77777777" w:rsidR="0094187B" w:rsidRPr="004C4412" w:rsidRDefault="005D5559">
            <w:pPr>
              <w:spacing w:after="0" w:line="240" w:lineRule="auto"/>
              <w:rPr>
                <w:color w:val="auto"/>
                <w:sz w:val="28"/>
                <w:szCs w:val="28"/>
              </w:rPr>
            </w:pPr>
            <w:r w:rsidRPr="004C4412">
              <w:rPr>
                <w:color w:val="auto"/>
                <w:sz w:val="28"/>
                <w:szCs w:val="28"/>
              </w:rPr>
              <w:t>B. or</w:t>
            </w:r>
          </w:p>
        </w:tc>
        <w:tc>
          <w:tcPr>
            <w:tcW w:w="2622" w:type="dxa"/>
            <w:tcBorders>
              <w:top w:val="nil"/>
              <w:left w:val="nil"/>
              <w:bottom w:val="nil"/>
              <w:right w:val="nil"/>
            </w:tcBorders>
            <w:tcMar>
              <w:top w:w="70" w:type="dxa"/>
              <w:left w:w="80" w:type="dxa"/>
              <w:bottom w:w="70" w:type="dxa"/>
              <w:right w:w="80" w:type="dxa"/>
            </w:tcMar>
          </w:tcPr>
          <w:p w14:paraId="170C85C2" w14:textId="77777777" w:rsidR="0094187B" w:rsidRPr="004C4412" w:rsidRDefault="005D5559">
            <w:pPr>
              <w:spacing w:after="0" w:line="240" w:lineRule="auto"/>
              <w:rPr>
                <w:color w:val="auto"/>
                <w:sz w:val="28"/>
                <w:szCs w:val="28"/>
              </w:rPr>
            </w:pPr>
            <w:r w:rsidRPr="004C4412">
              <w:rPr>
                <w:color w:val="auto"/>
                <w:sz w:val="28"/>
                <w:szCs w:val="28"/>
              </w:rPr>
              <w:t>C. but</w:t>
            </w:r>
          </w:p>
        </w:tc>
        <w:tc>
          <w:tcPr>
            <w:tcW w:w="2622" w:type="dxa"/>
            <w:tcBorders>
              <w:top w:val="nil"/>
              <w:left w:val="nil"/>
              <w:bottom w:val="nil"/>
              <w:right w:val="nil"/>
            </w:tcBorders>
            <w:tcMar>
              <w:top w:w="70" w:type="dxa"/>
              <w:left w:w="80" w:type="dxa"/>
              <w:bottom w:w="70" w:type="dxa"/>
              <w:right w:w="80" w:type="dxa"/>
            </w:tcMar>
          </w:tcPr>
          <w:p w14:paraId="56742E2E" w14:textId="77777777" w:rsidR="0094187B" w:rsidRPr="004C4412" w:rsidRDefault="005D5559">
            <w:pPr>
              <w:spacing w:after="0" w:line="240" w:lineRule="auto"/>
              <w:rPr>
                <w:color w:val="auto"/>
                <w:sz w:val="28"/>
                <w:szCs w:val="28"/>
              </w:rPr>
            </w:pPr>
            <w:r w:rsidRPr="004C4412">
              <w:rPr>
                <w:color w:val="auto"/>
                <w:sz w:val="28"/>
                <w:szCs w:val="28"/>
              </w:rPr>
              <w:t>D. for</w:t>
            </w:r>
          </w:p>
        </w:tc>
      </w:tr>
      <w:tr w:rsidR="004C4412" w:rsidRPr="004C4412" w14:paraId="3786C196"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11E56D3A" w14:textId="4CFE94FE" w:rsidR="0094187B" w:rsidRPr="004C4412" w:rsidRDefault="005D5559">
            <w:pPr>
              <w:spacing w:after="0" w:line="240" w:lineRule="auto"/>
              <w:rPr>
                <w:color w:val="auto"/>
                <w:sz w:val="28"/>
                <w:szCs w:val="28"/>
              </w:rPr>
            </w:pPr>
            <w:r w:rsidRPr="004C4412">
              <w:rPr>
                <w:b/>
                <w:color w:val="auto"/>
                <w:sz w:val="28"/>
                <w:szCs w:val="28"/>
              </w:rPr>
              <w:t>26.</w:t>
            </w:r>
            <w:r w:rsidR="003C2CB7">
              <w:rPr>
                <w:b/>
                <w:color w:val="auto"/>
                <w:sz w:val="28"/>
                <w:szCs w:val="28"/>
              </w:rPr>
              <w:t xml:space="preserve"> </w:t>
            </w:r>
            <w:r w:rsidRPr="004C4412">
              <w:rPr>
                <w:color w:val="auto"/>
                <w:sz w:val="28"/>
                <w:szCs w:val="28"/>
              </w:rPr>
              <w:t>A. however</w:t>
            </w:r>
          </w:p>
        </w:tc>
        <w:tc>
          <w:tcPr>
            <w:tcW w:w="2622" w:type="dxa"/>
            <w:tcBorders>
              <w:top w:val="nil"/>
              <w:left w:val="nil"/>
              <w:bottom w:val="nil"/>
              <w:right w:val="nil"/>
            </w:tcBorders>
            <w:tcMar>
              <w:top w:w="70" w:type="dxa"/>
              <w:left w:w="80" w:type="dxa"/>
              <w:bottom w:w="70" w:type="dxa"/>
              <w:right w:w="80" w:type="dxa"/>
            </w:tcMar>
          </w:tcPr>
          <w:p w14:paraId="299C044B" w14:textId="77777777" w:rsidR="0094187B" w:rsidRPr="004C4412" w:rsidRDefault="005D5559">
            <w:pPr>
              <w:spacing w:after="0" w:line="240" w:lineRule="auto"/>
              <w:rPr>
                <w:color w:val="auto"/>
                <w:sz w:val="28"/>
                <w:szCs w:val="28"/>
              </w:rPr>
            </w:pPr>
            <w:r w:rsidRPr="004C4412">
              <w:rPr>
                <w:color w:val="auto"/>
                <w:sz w:val="28"/>
                <w:szCs w:val="28"/>
              </w:rPr>
              <w:t>B. therefore</w:t>
            </w:r>
          </w:p>
        </w:tc>
        <w:tc>
          <w:tcPr>
            <w:tcW w:w="2622" w:type="dxa"/>
            <w:tcBorders>
              <w:top w:val="nil"/>
              <w:left w:val="nil"/>
              <w:bottom w:val="nil"/>
              <w:right w:val="nil"/>
            </w:tcBorders>
            <w:tcMar>
              <w:top w:w="70" w:type="dxa"/>
              <w:left w:w="80" w:type="dxa"/>
              <w:bottom w:w="70" w:type="dxa"/>
              <w:right w:w="80" w:type="dxa"/>
            </w:tcMar>
          </w:tcPr>
          <w:p w14:paraId="615D69E4" w14:textId="77777777" w:rsidR="0094187B" w:rsidRPr="004C4412" w:rsidRDefault="005D5559">
            <w:pPr>
              <w:spacing w:after="0" w:line="240" w:lineRule="auto"/>
              <w:rPr>
                <w:color w:val="auto"/>
                <w:sz w:val="28"/>
                <w:szCs w:val="28"/>
              </w:rPr>
            </w:pPr>
            <w:r w:rsidRPr="004C4412">
              <w:rPr>
                <w:color w:val="auto"/>
                <w:sz w:val="28"/>
                <w:szCs w:val="28"/>
              </w:rPr>
              <w:t>C. and</w:t>
            </w:r>
          </w:p>
        </w:tc>
        <w:tc>
          <w:tcPr>
            <w:tcW w:w="2622" w:type="dxa"/>
            <w:tcBorders>
              <w:top w:val="nil"/>
              <w:left w:val="nil"/>
              <w:bottom w:val="nil"/>
              <w:right w:val="nil"/>
            </w:tcBorders>
            <w:tcMar>
              <w:top w:w="70" w:type="dxa"/>
              <w:left w:w="80" w:type="dxa"/>
              <w:bottom w:w="70" w:type="dxa"/>
              <w:right w:w="80" w:type="dxa"/>
            </w:tcMar>
          </w:tcPr>
          <w:p w14:paraId="57B435F4" w14:textId="77777777" w:rsidR="0094187B" w:rsidRPr="004C4412" w:rsidRDefault="005D5559">
            <w:pPr>
              <w:spacing w:after="0" w:line="240" w:lineRule="auto"/>
              <w:rPr>
                <w:color w:val="auto"/>
                <w:sz w:val="28"/>
                <w:szCs w:val="28"/>
              </w:rPr>
            </w:pPr>
            <w:r w:rsidRPr="004C4412">
              <w:rPr>
                <w:color w:val="auto"/>
                <w:sz w:val="28"/>
                <w:szCs w:val="28"/>
              </w:rPr>
              <w:t>D. otherwise</w:t>
            </w:r>
          </w:p>
        </w:tc>
      </w:tr>
      <w:tr w:rsidR="004C4412" w:rsidRPr="004C4412" w14:paraId="731E24E5"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46140532" w14:textId="5DC02839" w:rsidR="0094187B" w:rsidRPr="004C4412" w:rsidRDefault="005D5559">
            <w:pPr>
              <w:spacing w:after="0" w:line="240" w:lineRule="auto"/>
              <w:rPr>
                <w:color w:val="auto"/>
                <w:sz w:val="28"/>
                <w:szCs w:val="28"/>
              </w:rPr>
            </w:pPr>
            <w:r w:rsidRPr="004C4412">
              <w:rPr>
                <w:b/>
                <w:color w:val="auto"/>
                <w:sz w:val="28"/>
                <w:szCs w:val="28"/>
              </w:rPr>
              <w:t>27.</w:t>
            </w:r>
            <w:r w:rsidR="003C2CB7">
              <w:rPr>
                <w:b/>
                <w:color w:val="auto"/>
                <w:sz w:val="28"/>
                <w:szCs w:val="28"/>
              </w:rPr>
              <w:t xml:space="preserve"> </w:t>
            </w:r>
            <w:r w:rsidRPr="004C4412">
              <w:rPr>
                <w:color w:val="auto"/>
                <w:sz w:val="28"/>
                <w:szCs w:val="28"/>
              </w:rPr>
              <w:t>A. but</w:t>
            </w:r>
          </w:p>
        </w:tc>
        <w:tc>
          <w:tcPr>
            <w:tcW w:w="2622" w:type="dxa"/>
            <w:tcBorders>
              <w:top w:val="nil"/>
              <w:left w:val="nil"/>
              <w:bottom w:val="nil"/>
              <w:right w:val="nil"/>
            </w:tcBorders>
            <w:tcMar>
              <w:top w:w="70" w:type="dxa"/>
              <w:left w:w="80" w:type="dxa"/>
              <w:bottom w:w="70" w:type="dxa"/>
              <w:right w:w="80" w:type="dxa"/>
            </w:tcMar>
          </w:tcPr>
          <w:p w14:paraId="091818D2" w14:textId="77777777" w:rsidR="0094187B" w:rsidRPr="004C4412" w:rsidRDefault="005D5559">
            <w:pPr>
              <w:spacing w:after="0" w:line="240" w:lineRule="auto"/>
              <w:rPr>
                <w:color w:val="auto"/>
                <w:sz w:val="28"/>
                <w:szCs w:val="28"/>
              </w:rPr>
            </w:pPr>
            <w:r w:rsidRPr="004C4412">
              <w:rPr>
                <w:color w:val="auto"/>
                <w:sz w:val="28"/>
                <w:szCs w:val="28"/>
              </w:rPr>
              <w:t>B. so</w:t>
            </w:r>
          </w:p>
        </w:tc>
        <w:tc>
          <w:tcPr>
            <w:tcW w:w="2622" w:type="dxa"/>
            <w:tcBorders>
              <w:top w:val="nil"/>
              <w:left w:val="nil"/>
              <w:bottom w:val="nil"/>
              <w:right w:val="nil"/>
            </w:tcBorders>
            <w:tcMar>
              <w:top w:w="70" w:type="dxa"/>
              <w:left w:w="80" w:type="dxa"/>
              <w:bottom w:w="70" w:type="dxa"/>
              <w:right w:w="80" w:type="dxa"/>
            </w:tcMar>
          </w:tcPr>
          <w:p w14:paraId="7C7CF8F7" w14:textId="77777777" w:rsidR="0094187B" w:rsidRPr="004C4412" w:rsidRDefault="005D5559">
            <w:pPr>
              <w:spacing w:after="0" w:line="240" w:lineRule="auto"/>
              <w:rPr>
                <w:color w:val="auto"/>
                <w:sz w:val="28"/>
                <w:szCs w:val="28"/>
              </w:rPr>
            </w:pPr>
            <w:r w:rsidRPr="004C4412">
              <w:rPr>
                <w:color w:val="auto"/>
                <w:sz w:val="28"/>
                <w:szCs w:val="28"/>
              </w:rPr>
              <w:t>C. because</w:t>
            </w:r>
          </w:p>
        </w:tc>
        <w:tc>
          <w:tcPr>
            <w:tcW w:w="2622" w:type="dxa"/>
            <w:tcBorders>
              <w:top w:val="nil"/>
              <w:left w:val="nil"/>
              <w:bottom w:val="nil"/>
              <w:right w:val="nil"/>
            </w:tcBorders>
            <w:tcMar>
              <w:top w:w="70" w:type="dxa"/>
              <w:left w:w="80" w:type="dxa"/>
              <w:bottom w:w="70" w:type="dxa"/>
              <w:right w:w="80" w:type="dxa"/>
            </w:tcMar>
          </w:tcPr>
          <w:p w14:paraId="61682346" w14:textId="77777777" w:rsidR="0094187B" w:rsidRPr="004C4412" w:rsidRDefault="005D5559">
            <w:pPr>
              <w:spacing w:after="0" w:line="240" w:lineRule="auto"/>
              <w:rPr>
                <w:color w:val="auto"/>
                <w:sz w:val="28"/>
                <w:szCs w:val="28"/>
              </w:rPr>
            </w:pPr>
            <w:r w:rsidRPr="004C4412">
              <w:rPr>
                <w:color w:val="auto"/>
                <w:sz w:val="28"/>
                <w:szCs w:val="28"/>
              </w:rPr>
              <w:t>D. and</w:t>
            </w:r>
          </w:p>
        </w:tc>
      </w:tr>
    </w:tbl>
    <w:p w14:paraId="667A57AE" w14:textId="77777777" w:rsidR="0094187B" w:rsidRPr="004C4412" w:rsidRDefault="005D5559">
      <w:pPr>
        <w:keepNext/>
        <w:spacing w:before="60" w:after="60"/>
        <w:rPr>
          <w:color w:val="auto"/>
          <w:sz w:val="28"/>
          <w:szCs w:val="28"/>
        </w:rPr>
      </w:pPr>
      <w:r w:rsidRPr="004C4412">
        <w:rPr>
          <w:b/>
          <w:color w:val="auto"/>
          <w:sz w:val="28"/>
          <w:szCs w:val="28"/>
        </w:rPr>
        <w:t>Task 2. Read the text and choose the correct answer A, B, C, or D.</w:t>
      </w:r>
    </w:p>
    <w:tbl>
      <w:tblPr>
        <w:tblW w:w="0" w:type="auto"/>
        <w:jc w:val="center"/>
        <w:tblLayout w:type="fixed"/>
        <w:tblLook w:val="04A0" w:firstRow="1" w:lastRow="0" w:firstColumn="1" w:lastColumn="0" w:noHBand="0" w:noVBand="1"/>
      </w:tblPr>
      <w:tblGrid>
        <w:gridCol w:w="10488"/>
      </w:tblGrid>
      <w:tr w:rsidR="004C4412" w:rsidRPr="004C4412" w14:paraId="73CF082E" w14:textId="77777777">
        <w:trPr>
          <w:cantSplit/>
          <w:jc w:val="center"/>
        </w:trPr>
        <w:tc>
          <w:tcPr>
            <w:tcW w:w="10488" w:type="dxa"/>
            <w:tcBorders>
              <w:top w:val="single" w:sz="6" w:space="0" w:color="A5CFCB"/>
              <w:left w:val="single" w:sz="6" w:space="0" w:color="A5CFCB"/>
              <w:bottom w:val="single" w:sz="6" w:space="0" w:color="A5CFCB"/>
              <w:right w:val="single" w:sz="6" w:space="0" w:color="A5CFCB"/>
            </w:tcBorders>
            <w:shd w:val="clear" w:color="auto" w:fill="F7FBFB"/>
            <w:tcMar>
              <w:top w:w="100" w:type="dxa"/>
              <w:left w:w="80" w:type="dxa"/>
              <w:bottom w:w="100" w:type="dxa"/>
              <w:right w:w="80" w:type="dxa"/>
            </w:tcMar>
          </w:tcPr>
          <w:p w14:paraId="7E829D07" w14:textId="77777777" w:rsidR="0094187B" w:rsidRPr="004C4412" w:rsidRDefault="005D5559">
            <w:pPr>
              <w:spacing w:after="0" w:line="259" w:lineRule="auto"/>
              <w:rPr>
                <w:color w:val="auto"/>
                <w:sz w:val="28"/>
                <w:szCs w:val="28"/>
              </w:rPr>
            </w:pPr>
            <w:r w:rsidRPr="004C4412">
              <w:rPr>
                <w:color w:val="auto"/>
                <w:sz w:val="28"/>
                <w:szCs w:val="28"/>
              </w:rPr>
              <w:t>Before the midterm tests, Mai felt under a lot of pressure. She had several projects to finish, and her parents expected her to get high marks. Messages and notifications from social media also interrupted her whenever she tried to study. At first, Mai stayed up late and became tired and impatient. Then she spoke to the school counsellor. The counsellor advised her to make a realistic timetable, turn off unnecessary notifications, and take short breaks. Mai also joined the arts and crafts club because she enjoyed making greeting cards. Working with other students helped her relax and make new friends. After two weeks, Mai could concentrate better and no longer felt alone. She still worked hard, but she understood that asking for help and balancing study with enjoyable activities were important ways to deal with stress.</w:t>
            </w:r>
          </w:p>
        </w:tc>
      </w:tr>
    </w:tbl>
    <w:p w14:paraId="6879C99D" w14:textId="77777777" w:rsidR="0094187B" w:rsidRPr="004C4412" w:rsidRDefault="0094187B">
      <w:pPr>
        <w:spacing w:after="0" w:line="20" w:lineRule="exact"/>
        <w:rPr>
          <w:color w:val="auto"/>
          <w:sz w:val="28"/>
          <w:szCs w:val="28"/>
        </w:rPr>
      </w:pPr>
    </w:p>
    <w:p w14:paraId="23388472" w14:textId="77777777" w:rsidR="0094187B" w:rsidRPr="004C4412" w:rsidRDefault="005D5559">
      <w:pPr>
        <w:keepLines/>
        <w:spacing w:before="60" w:after="60"/>
        <w:rPr>
          <w:color w:val="auto"/>
          <w:sz w:val="28"/>
          <w:szCs w:val="28"/>
        </w:rPr>
      </w:pPr>
      <w:r w:rsidRPr="004C4412">
        <w:rPr>
          <w:b/>
          <w:color w:val="auto"/>
          <w:sz w:val="28"/>
          <w:szCs w:val="28"/>
        </w:rPr>
        <w:t>28.</w:t>
      </w:r>
      <w:r w:rsidRPr="004C4412">
        <w:rPr>
          <w:color w:val="auto"/>
          <w:sz w:val="28"/>
          <w:szCs w:val="28"/>
        </w:rPr>
        <w:t xml:space="preserve"> What was one cause of Mai’s stress?</w:t>
      </w:r>
    </w:p>
    <w:tbl>
      <w:tblPr>
        <w:tblW w:w="0" w:type="auto"/>
        <w:jc w:val="center"/>
        <w:tblLayout w:type="fixed"/>
        <w:tblLook w:val="04A0" w:firstRow="1" w:lastRow="0" w:firstColumn="1" w:lastColumn="0" w:noHBand="0" w:noVBand="1"/>
      </w:tblPr>
      <w:tblGrid>
        <w:gridCol w:w="5244"/>
        <w:gridCol w:w="5244"/>
      </w:tblGrid>
      <w:tr w:rsidR="004C4412" w:rsidRPr="004C4412" w14:paraId="4F1E0BB4"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4A3DDF48" w14:textId="77777777" w:rsidR="0094187B" w:rsidRPr="004C4412" w:rsidRDefault="005D5559">
            <w:pPr>
              <w:spacing w:after="0" w:line="240" w:lineRule="auto"/>
              <w:rPr>
                <w:color w:val="auto"/>
                <w:sz w:val="28"/>
                <w:szCs w:val="28"/>
              </w:rPr>
            </w:pPr>
            <w:r w:rsidRPr="004C4412">
              <w:rPr>
                <w:color w:val="auto"/>
                <w:sz w:val="28"/>
                <w:szCs w:val="28"/>
              </w:rPr>
              <w:t>A. She had no school projects.</w:t>
            </w:r>
          </w:p>
        </w:tc>
        <w:tc>
          <w:tcPr>
            <w:tcW w:w="5244" w:type="dxa"/>
            <w:tcBorders>
              <w:top w:val="nil"/>
              <w:left w:val="nil"/>
              <w:bottom w:val="nil"/>
              <w:right w:val="nil"/>
            </w:tcBorders>
            <w:tcMar>
              <w:top w:w="70" w:type="dxa"/>
              <w:left w:w="80" w:type="dxa"/>
              <w:bottom w:w="70" w:type="dxa"/>
              <w:right w:w="80" w:type="dxa"/>
            </w:tcMar>
          </w:tcPr>
          <w:p w14:paraId="42ABAD24" w14:textId="77777777" w:rsidR="0094187B" w:rsidRPr="004C4412" w:rsidRDefault="005D5559">
            <w:pPr>
              <w:spacing w:after="0" w:line="240" w:lineRule="auto"/>
              <w:rPr>
                <w:color w:val="auto"/>
                <w:sz w:val="28"/>
                <w:szCs w:val="28"/>
              </w:rPr>
            </w:pPr>
            <w:r w:rsidRPr="004C4412">
              <w:rPr>
                <w:color w:val="auto"/>
                <w:sz w:val="28"/>
                <w:szCs w:val="28"/>
              </w:rPr>
              <w:t>B. She disliked all school clubs.</w:t>
            </w:r>
          </w:p>
        </w:tc>
      </w:tr>
      <w:tr w:rsidR="004C4412" w:rsidRPr="004C4412" w14:paraId="058D3A25"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4EB3D91F" w14:textId="77777777" w:rsidR="0094187B" w:rsidRPr="004C4412" w:rsidRDefault="005D5559">
            <w:pPr>
              <w:spacing w:after="0" w:line="240" w:lineRule="auto"/>
              <w:rPr>
                <w:color w:val="auto"/>
                <w:sz w:val="28"/>
                <w:szCs w:val="28"/>
              </w:rPr>
            </w:pPr>
            <w:r w:rsidRPr="004C4412">
              <w:rPr>
                <w:color w:val="auto"/>
                <w:sz w:val="28"/>
                <w:szCs w:val="28"/>
              </w:rPr>
              <w:t>C. She had several projects, and her parents expected high marks.</w:t>
            </w:r>
          </w:p>
        </w:tc>
        <w:tc>
          <w:tcPr>
            <w:tcW w:w="5244" w:type="dxa"/>
            <w:tcBorders>
              <w:top w:val="nil"/>
              <w:left w:val="nil"/>
              <w:bottom w:val="nil"/>
              <w:right w:val="nil"/>
            </w:tcBorders>
            <w:tcMar>
              <w:top w:w="70" w:type="dxa"/>
              <w:left w:w="80" w:type="dxa"/>
              <w:bottom w:w="70" w:type="dxa"/>
              <w:right w:w="80" w:type="dxa"/>
            </w:tcMar>
          </w:tcPr>
          <w:p w14:paraId="649D6735" w14:textId="77777777" w:rsidR="0094187B" w:rsidRPr="004C4412" w:rsidRDefault="005D5559">
            <w:pPr>
              <w:spacing w:after="0" w:line="240" w:lineRule="auto"/>
              <w:rPr>
                <w:color w:val="auto"/>
                <w:sz w:val="28"/>
                <w:szCs w:val="28"/>
              </w:rPr>
            </w:pPr>
            <w:r w:rsidRPr="004C4412">
              <w:rPr>
                <w:color w:val="auto"/>
                <w:sz w:val="28"/>
                <w:szCs w:val="28"/>
              </w:rPr>
              <w:t>D. She could not use social media at home.</w:t>
            </w:r>
          </w:p>
        </w:tc>
      </w:tr>
    </w:tbl>
    <w:p w14:paraId="15FC4169" w14:textId="77777777" w:rsidR="0094187B" w:rsidRPr="004C4412" w:rsidRDefault="005D5559">
      <w:pPr>
        <w:keepLines/>
        <w:spacing w:before="60" w:after="60"/>
        <w:rPr>
          <w:color w:val="auto"/>
          <w:sz w:val="28"/>
          <w:szCs w:val="28"/>
        </w:rPr>
      </w:pPr>
      <w:r w:rsidRPr="004C4412">
        <w:rPr>
          <w:b/>
          <w:color w:val="auto"/>
          <w:sz w:val="28"/>
          <w:szCs w:val="28"/>
        </w:rPr>
        <w:t>29.</w:t>
      </w:r>
      <w:r w:rsidRPr="004C4412">
        <w:rPr>
          <w:color w:val="auto"/>
          <w:sz w:val="28"/>
          <w:szCs w:val="28"/>
        </w:rPr>
        <w:t xml:space="preserve"> What did the counsellor advise Mai to do?</w:t>
      </w:r>
    </w:p>
    <w:tbl>
      <w:tblPr>
        <w:tblW w:w="0" w:type="auto"/>
        <w:jc w:val="center"/>
        <w:tblLayout w:type="fixed"/>
        <w:tblLook w:val="04A0" w:firstRow="1" w:lastRow="0" w:firstColumn="1" w:lastColumn="0" w:noHBand="0" w:noVBand="1"/>
      </w:tblPr>
      <w:tblGrid>
        <w:gridCol w:w="5244"/>
        <w:gridCol w:w="5244"/>
      </w:tblGrid>
      <w:tr w:rsidR="004C4412" w:rsidRPr="004C4412" w14:paraId="6E4E8E37"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096613D1" w14:textId="77777777" w:rsidR="0094187B" w:rsidRPr="004C4412" w:rsidRDefault="005D5559">
            <w:pPr>
              <w:spacing w:after="0" w:line="240" w:lineRule="auto"/>
              <w:rPr>
                <w:color w:val="auto"/>
                <w:sz w:val="28"/>
                <w:szCs w:val="28"/>
              </w:rPr>
            </w:pPr>
            <w:r w:rsidRPr="004C4412">
              <w:rPr>
                <w:color w:val="auto"/>
                <w:sz w:val="28"/>
                <w:szCs w:val="28"/>
              </w:rPr>
              <w:t>A. Make a timetable and turn off unnecessary notifications</w:t>
            </w:r>
          </w:p>
        </w:tc>
        <w:tc>
          <w:tcPr>
            <w:tcW w:w="5244" w:type="dxa"/>
            <w:tcBorders>
              <w:top w:val="nil"/>
              <w:left w:val="nil"/>
              <w:bottom w:val="nil"/>
              <w:right w:val="nil"/>
            </w:tcBorders>
            <w:tcMar>
              <w:top w:w="70" w:type="dxa"/>
              <w:left w:w="80" w:type="dxa"/>
              <w:bottom w:w="70" w:type="dxa"/>
              <w:right w:w="80" w:type="dxa"/>
            </w:tcMar>
          </w:tcPr>
          <w:p w14:paraId="2C12F505" w14:textId="77777777" w:rsidR="0094187B" w:rsidRPr="004C4412" w:rsidRDefault="005D5559">
            <w:pPr>
              <w:spacing w:after="0" w:line="240" w:lineRule="auto"/>
              <w:rPr>
                <w:color w:val="auto"/>
                <w:sz w:val="28"/>
                <w:szCs w:val="28"/>
              </w:rPr>
            </w:pPr>
            <w:r w:rsidRPr="004C4412">
              <w:rPr>
                <w:color w:val="auto"/>
                <w:sz w:val="28"/>
                <w:szCs w:val="28"/>
              </w:rPr>
              <w:t>B. Stop studying for the tests</w:t>
            </w:r>
          </w:p>
        </w:tc>
      </w:tr>
      <w:tr w:rsidR="004C4412" w:rsidRPr="004C4412" w14:paraId="1B857F3A"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56B2C62C" w14:textId="77777777" w:rsidR="0094187B" w:rsidRPr="004C4412" w:rsidRDefault="005D5559">
            <w:pPr>
              <w:spacing w:after="0" w:line="240" w:lineRule="auto"/>
              <w:rPr>
                <w:color w:val="auto"/>
                <w:sz w:val="28"/>
                <w:szCs w:val="28"/>
              </w:rPr>
            </w:pPr>
            <w:r w:rsidRPr="004C4412">
              <w:rPr>
                <w:color w:val="auto"/>
                <w:sz w:val="28"/>
                <w:szCs w:val="28"/>
              </w:rPr>
              <w:t>C. Leave every online group</w:t>
            </w:r>
          </w:p>
        </w:tc>
        <w:tc>
          <w:tcPr>
            <w:tcW w:w="5244" w:type="dxa"/>
            <w:tcBorders>
              <w:top w:val="nil"/>
              <w:left w:val="nil"/>
              <w:bottom w:val="nil"/>
              <w:right w:val="nil"/>
            </w:tcBorders>
            <w:tcMar>
              <w:top w:w="70" w:type="dxa"/>
              <w:left w:w="80" w:type="dxa"/>
              <w:bottom w:w="70" w:type="dxa"/>
              <w:right w:w="80" w:type="dxa"/>
            </w:tcMar>
          </w:tcPr>
          <w:p w14:paraId="236958EF" w14:textId="77777777" w:rsidR="0094187B" w:rsidRPr="004C4412" w:rsidRDefault="005D5559">
            <w:pPr>
              <w:spacing w:after="0" w:line="240" w:lineRule="auto"/>
              <w:rPr>
                <w:color w:val="auto"/>
                <w:sz w:val="28"/>
                <w:szCs w:val="28"/>
              </w:rPr>
            </w:pPr>
            <w:r w:rsidRPr="004C4412">
              <w:rPr>
                <w:color w:val="auto"/>
                <w:sz w:val="28"/>
                <w:szCs w:val="28"/>
              </w:rPr>
              <w:t>D. Work late every night</w:t>
            </w:r>
          </w:p>
        </w:tc>
      </w:tr>
    </w:tbl>
    <w:p w14:paraId="6B6E8299" w14:textId="77777777" w:rsidR="0094187B" w:rsidRPr="004C4412" w:rsidRDefault="005D5559">
      <w:pPr>
        <w:keepLines/>
        <w:spacing w:before="60" w:after="60"/>
        <w:rPr>
          <w:color w:val="auto"/>
          <w:sz w:val="28"/>
          <w:szCs w:val="28"/>
        </w:rPr>
      </w:pPr>
      <w:r w:rsidRPr="004C4412">
        <w:rPr>
          <w:b/>
          <w:color w:val="auto"/>
          <w:sz w:val="28"/>
          <w:szCs w:val="28"/>
        </w:rPr>
        <w:t>30.</w:t>
      </w:r>
      <w:r w:rsidRPr="004C4412">
        <w:rPr>
          <w:color w:val="auto"/>
          <w:sz w:val="28"/>
          <w:szCs w:val="28"/>
        </w:rPr>
        <w:t xml:space="preserve"> How did the arts and crafts club help Mai?</w:t>
      </w:r>
    </w:p>
    <w:tbl>
      <w:tblPr>
        <w:tblW w:w="0" w:type="auto"/>
        <w:jc w:val="center"/>
        <w:tblLayout w:type="fixed"/>
        <w:tblLook w:val="04A0" w:firstRow="1" w:lastRow="0" w:firstColumn="1" w:lastColumn="0" w:noHBand="0" w:noVBand="1"/>
      </w:tblPr>
      <w:tblGrid>
        <w:gridCol w:w="2622"/>
        <w:gridCol w:w="2622"/>
        <w:gridCol w:w="2622"/>
        <w:gridCol w:w="2622"/>
      </w:tblGrid>
      <w:tr w:rsidR="004C4412" w:rsidRPr="004C4412" w14:paraId="010501CB"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09952012" w14:textId="77777777" w:rsidR="0094187B" w:rsidRPr="004C4412" w:rsidRDefault="005D5559">
            <w:pPr>
              <w:spacing w:after="0" w:line="240" w:lineRule="auto"/>
              <w:rPr>
                <w:color w:val="auto"/>
                <w:sz w:val="28"/>
                <w:szCs w:val="28"/>
              </w:rPr>
            </w:pPr>
            <w:r w:rsidRPr="004C4412">
              <w:rPr>
                <w:color w:val="auto"/>
                <w:sz w:val="28"/>
                <w:szCs w:val="28"/>
              </w:rPr>
              <w:t>A. It helped her avoid all homework.</w:t>
            </w:r>
          </w:p>
        </w:tc>
        <w:tc>
          <w:tcPr>
            <w:tcW w:w="2622" w:type="dxa"/>
            <w:tcBorders>
              <w:top w:val="nil"/>
              <w:left w:val="nil"/>
              <w:bottom w:val="nil"/>
              <w:right w:val="nil"/>
            </w:tcBorders>
            <w:tcMar>
              <w:top w:w="70" w:type="dxa"/>
              <w:left w:w="80" w:type="dxa"/>
              <w:bottom w:w="70" w:type="dxa"/>
              <w:right w:w="80" w:type="dxa"/>
            </w:tcMar>
          </w:tcPr>
          <w:p w14:paraId="38FC0903" w14:textId="77777777" w:rsidR="0094187B" w:rsidRPr="004C4412" w:rsidRDefault="005D5559">
            <w:pPr>
              <w:spacing w:after="0" w:line="240" w:lineRule="auto"/>
              <w:rPr>
                <w:color w:val="auto"/>
                <w:sz w:val="28"/>
                <w:szCs w:val="28"/>
              </w:rPr>
            </w:pPr>
            <w:r w:rsidRPr="004C4412">
              <w:rPr>
                <w:color w:val="auto"/>
                <w:sz w:val="28"/>
                <w:szCs w:val="28"/>
              </w:rPr>
              <w:t>B. It gave her more online messages.</w:t>
            </w:r>
          </w:p>
        </w:tc>
        <w:tc>
          <w:tcPr>
            <w:tcW w:w="2622" w:type="dxa"/>
            <w:tcBorders>
              <w:top w:val="nil"/>
              <w:left w:val="nil"/>
              <w:bottom w:val="nil"/>
              <w:right w:val="nil"/>
            </w:tcBorders>
            <w:tcMar>
              <w:top w:w="70" w:type="dxa"/>
              <w:left w:w="80" w:type="dxa"/>
              <w:bottom w:w="70" w:type="dxa"/>
              <w:right w:w="80" w:type="dxa"/>
            </w:tcMar>
          </w:tcPr>
          <w:p w14:paraId="37F293F4" w14:textId="77777777" w:rsidR="0094187B" w:rsidRPr="004C4412" w:rsidRDefault="005D5559">
            <w:pPr>
              <w:spacing w:after="0" w:line="240" w:lineRule="auto"/>
              <w:rPr>
                <w:color w:val="auto"/>
                <w:sz w:val="28"/>
                <w:szCs w:val="28"/>
              </w:rPr>
            </w:pPr>
            <w:r w:rsidRPr="004C4412">
              <w:rPr>
                <w:color w:val="auto"/>
                <w:sz w:val="28"/>
                <w:szCs w:val="28"/>
              </w:rPr>
              <w:t>C. It made her parents lower their expectations.</w:t>
            </w:r>
          </w:p>
        </w:tc>
        <w:tc>
          <w:tcPr>
            <w:tcW w:w="2622" w:type="dxa"/>
            <w:tcBorders>
              <w:top w:val="nil"/>
              <w:left w:val="nil"/>
              <w:bottom w:val="nil"/>
              <w:right w:val="nil"/>
            </w:tcBorders>
            <w:tcMar>
              <w:top w:w="70" w:type="dxa"/>
              <w:left w:w="80" w:type="dxa"/>
              <w:bottom w:w="70" w:type="dxa"/>
              <w:right w:w="80" w:type="dxa"/>
            </w:tcMar>
          </w:tcPr>
          <w:p w14:paraId="7022C5A3" w14:textId="77777777" w:rsidR="0094187B" w:rsidRPr="004C4412" w:rsidRDefault="005D5559">
            <w:pPr>
              <w:spacing w:after="0" w:line="240" w:lineRule="auto"/>
              <w:rPr>
                <w:color w:val="auto"/>
                <w:sz w:val="28"/>
                <w:szCs w:val="28"/>
              </w:rPr>
            </w:pPr>
            <w:r w:rsidRPr="004C4412">
              <w:rPr>
                <w:color w:val="auto"/>
                <w:sz w:val="28"/>
                <w:szCs w:val="28"/>
              </w:rPr>
              <w:t>D. It helped her relax and make friends.</w:t>
            </w:r>
          </w:p>
        </w:tc>
      </w:tr>
    </w:tbl>
    <w:p w14:paraId="38227AB9" w14:textId="77777777" w:rsidR="0094187B" w:rsidRPr="004C4412" w:rsidRDefault="005D5559">
      <w:pPr>
        <w:keepLines/>
        <w:spacing w:before="60" w:after="60"/>
        <w:rPr>
          <w:color w:val="auto"/>
          <w:sz w:val="28"/>
          <w:szCs w:val="28"/>
        </w:rPr>
      </w:pPr>
      <w:r w:rsidRPr="004C4412">
        <w:rPr>
          <w:b/>
          <w:color w:val="auto"/>
          <w:sz w:val="28"/>
          <w:szCs w:val="28"/>
        </w:rPr>
        <w:t>31.</w:t>
      </w:r>
      <w:r w:rsidRPr="004C4412">
        <w:rPr>
          <w:color w:val="auto"/>
          <w:sz w:val="28"/>
          <w:szCs w:val="28"/>
        </w:rPr>
        <w:t xml:space="preserve"> What happened after two weeks?</w:t>
      </w:r>
    </w:p>
    <w:tbl>
      <w:tblPr>
        <w:tblW w:w="0" w:type="auto"/>
        <w:jc w:val="center"/>
        <w:tblLayout w:type="fixed"/>
        <w:tblLook w:val="04A0" w:firstRow="1" w:lastRow="0" w:firstColumn="1" w:lastColumn="0" w:noHBand="0" w:noVBand="1"/>
      </w:tblPr>
      <w:tblGrid>
        <w:gridCol w:w="5244"/>
        <w:gridCol w:w="5244"/>
      </w:tblGrid>
      <w:tr w:rsidR="004C4412" w:rsidRPr="004C4412" w14:paraId="2EA2B8DF"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1DCAEAF8" w14:textId="77777777" w:rsidR="0094187B" w:rsidRPr="004C4412" w:rsidRDefault="005D5559">
            <w:pPr>
              <w:spacing w:after="0" w:line="240" w:lineRule="auto"/>
              <w:rPr>
                <w:color w:val="auto"/>
                <w:sz w:val="28"/>
                <w:szCs w:val="28"/>
              </w:rPr>
            </w:pPr>
            <w:r w:rsidRPr="004C4412">
              <w:rPr>
                <w:color w:val="auto"/>
                <w:sz w:val="28"/>
                <w:szCs w:val="28"/>
              </w:rPr>
              <w:t>A. Mai stopped attending school.</w:t>
            </w:r>
          </w:p>
        </w:tc>
        <w:tc>
          <w:tcPr>
            <w:tcW w:w="5244" w:type="dxa"/>
            <w:tcBorders>
              <w:top w:val="nil"/>
              <w:left w:val="nil"/>
              <w:bottom w:val="nil"/>
              <w:right w:val="nil"/>
            </w:tcBorders>
            <w:tcMar>
              <w:top w:w="70" w:type="dxa"/>
              <w:left w:w="80" w:type="dxa"/>
              <w:bottom w:w="70" w:type="dxa"/>
              <w:right w:w="80" w:type="dxa"/>
            </w:tcMar>
          </w:tcPr>
          <w:p w14:paraId="0CA4F048" w14:textId="77777777" w:rsidR="0094187B" w:rsidRPr="004C4412" w:rsidRDefault="005D5559">
            <w:pPr>
              <w:spacing w:after="0" w:line="240" w:lineRule="auto"/>
              <w:rPr>
                <w:color w:val="auto"/>
                <w:sz w:val="28"/>
                <w:szCs w:val="28"/>
              </w:rPr>
            </w:pPr>
            <w:r w:rsidRPr="004C4412">
              <w:rPr>
                <w:color w:val="auto"/>
                <w:sz w:val="28"/>
                <w:szCs w:val="28"/>
              </w:rPr>
              <w:t>B. Mai concentrated better and felt less alone.</w:t>
            </w:r>
          </w:p>
        </w:tc>
      </w:tr>
      <w:tr w:rsidR="004C4412" w:rsidRPr="004C4412" w14:paraId="7A3E2E2D" w14:textId="77777777">
        <w:trPr>
          <w:cantSplit/>
          <w:jc w:val="center"/>
        </w:trPr>
        <w:tc>
          <w:tcPr>
            <w:tcW w:w="5244" w:type="dxa"/>
            <w:tcBorders>
              <w:top w:val="nil"/>
              <w:left w:val="nil"/>
              <w:bottom w:val="nil"/>
              <w:right w:val="nil"/>
            </w:tcBorders>
            <w:tcMar>
              <w:top w:w="70" w:type="dxa"/>
              <w:left w:w="80" w:type="dxa"/>
              <w:bottom w:w="70" w:type="dxa"/>
              <w:right w:w="80" w:type="dxa"/>
            </w:tcMar>
          </w:tcPr>
          <w:p w14:paraId="339B1E20" w14:textId="77777777" w:rsidR="0094187B" w:rsidRPr="004C4412" w:rsidRDefault="005D5559">
            <w:pPr>
              <w:spacing w:after="0" w:line="240" w:lineRule="auto"/>
              <w:rPr>
                <w:color w:val="auto"/>
                <w:sz w:val="28"/>
                <w:szCs w:val="28"/>
              </w:rPr>
            </w:pPr>
            <w:r w:rsidRPr="004C4412">
              <w:rPr>
                <w:color w:val="auto"/>
                <w:sz w:val="28"/>
                <w:szCs w:val="28"/>
              </w:rPr>
              <w:t>C. Mai spent more time checking notifications.</w:t>
            </w:r>
          </w:p>
        </w:tc>
        <w:tc>
          <w:tcPr>
            <w:tcW w:w="5244" w:type="dxa"/>
            <w:tcBorders>
              <w:top w:val="nil"/>
              <w:left w:val="nil"/>
              <w:bottom w:val="nil"/>
              <w:right w:val="nil"/>
            </w:tcBorders>
            <w:tcMar>
              <w:top w:w="70" w:type="dxa"/>
              <w:left w:w="80" w:type="dxa"/>
              <w:bottom w:w="70" w:type="dxa"/>
              <w:right w:w="80" w:type="dxa"/>
            </w:tcMar>
          </w:tcPr>
          <w:p w14:paraId="60DF86AB" w14:textId="77777777" w:rsidR="0094187B" w:rsidRPr="004C4412" w:rsidRDefault="005D5559">
            <w:pPr>
              <w:spacing w:after="0" w:line="240" w:lineRule="auto"/>
              <w:rPr>
                <w:color w:val="auto"/>
                <w:sz w:val="28"/>
                <w:szCs w:val="28"/>
              </w:rPr>
            </w:pPr>
            <w:r w:rsidRPr="004C4412">
              <w:rPr>
                <w:color w:val="auto"/>
                <w:sz w:val="28"/>
                <w:szCs w:val="28"/>
              </w:rPr>
              <w:t>D. Mai decided that clubs were stressful.</w:t>
            </w:r>
          </w:p>
        </w:tc>
      </w:tr>
    </w:tbl>
    <w:p w14:paraId="3E7E6F4E" w14:textId="77777777" w:rsidR="0094187B" w:rsidRPr="004C4412" w:rsidRDefault="005D5559">
      <w:pPr>
        <w:keepNext/>
        <w:keepLines/>
        <w:spacing w:before="60" w:after="60"/>
        <w:rPr>
          <w:color w:val="auto"/>
          <w:sz w:val="28"/>
          <w:szCs w:val="28"/>
        </w:rPr>
      </w:pPr>
      <w:r w:rsidRPr="004C4412">
        <w:rPr>
          <w:b/>
          <w:color w:val="auto"/>
          <w:sz w:val="28"/>
          <w:szCs w:val="28"/>
        </w:rPr>
        <w:lastRenderedPageBreak/>
        <w:t>32.</w:t>
      </w:r>
      <w:r w:rsidRPr="004C4412">
        <w:rPr>
          <w:color w:val="auto"/>
          <w:sz w:val="28"/>
          <w:szCs w:val="28"/>
        </w:rPr>
        <w:t xml:space="preserve"> What is the main message of the text?</w:t>
      </w:r>
    </w:p>
    <w:tbl>
      <w:tblPr>
        <w:tblW w:w="0" w:type="auto"/>
        <w:jc w:val="center"/>
        <w:tblLayout w:type="fixed"/>
        <w:tblLook w:val="04A0" w:firstRow="1" w:lastRow="0" w:firstColumn="1" w:lastColumn="0" w:noHBand="0" w:noVBand="1"/>
      </w:tblPr>
      <w:tblGrid>
        <w:gridCol w:w="10488"/>
      </w:tblGrid>
      <w:tr w:rsidR="004C4412" w:rsidRPr="004C4412" w14:paraId="521F141B" w14:textId="77777777">
        <w:trPr>
          <w:cantSplit/>
          <w:jc w:val="center"/>
        </w:trPr>
        <w:tc>
          <w:tcPr>
            <w:tcW w:w="10488" w:type="dxa"/>
            <w:tcBorders>
              <w:top w:val="nil"/>
              <w:left w:val="nil"/>
              <w:bottom w:val="nil"/>
              <w:right w:val="nil"/>
            </w:tcBorders>
            <w:tcMar>
              <w:top w:w="70" w:type="dxa"/>
              <w:left w:w="80" w:type="dxa"/>
              <w:bottom w:w="70" w:type="dxa"/>
              <w:right w:w="80" w:type="dxa"/>
            </w:tcMar>
          </w:tcPr>
          <w:p w14:paraId="1380E006" w14:textId="77777777" w:rsidR="0094187B" w:rsidRPr="004C4412" w:rsidRDefault="005D5559">
            <w:pPr>
              <w:spacing w:after="0" w:line="240" w:lineRule="auto"/>
              <w:rPr>
                <w:color w:val="auto"/>
                <w:sz w:val="28"/>
                <w:szCs w:val="28"/>
              </w:rPr>
            </w:pPr>
            <w:r w:rsidRPr="004C4412">
              <w:rPr>
                <w:color w:val="auto"/>
                <w:sz w:val="28"/>
                <w:szCs w:val="28"/>
              </w:rPr>
              <w:t>A. Teenagers should keep their problems secret.</w:t>
            </w:r>
          </w:p>
        </w:tc>
      </w:tr>
      <w:tr w:rsidR="004C4412" w:rsidRPr="004C4412" w14:paraId="49E79D2F" w14:textId="77777777">
        <w:trPr>
          <w:cantSplit/>
          <w:jc w:val="center"/>
        </w:trPr>
        <w:tc>
          <w:tcPr>
            <w:tcW w:w="10488" w:type="dxa"/>
            <w:tcBorders>
              <w:top w:val="nil"/>
              <w:left w:val="nil"/>
              <w:bottom w:val="nil"/>
              <w:right w:val="nil"/>
            </w:tcBorders>
            <w:tcMar>
              <w:top w:w="70" w:type="dxa"/>
              <w:left w:w="80" w:type="dxa"/>
              <w:bottom w:w="70" w:type="dxa"/>
              <w:right w:w="80" w:type="dxa"/>
            </w:tcMar>
          </w:tcPr>
          <w:p w14:paraId="0D53260E" w14:textId="77777777" w:rsidR="0094187B" w:rsidRPr="004C4412" w:rsidRDefault="005D5559">
            <w:pPr>
              <w:spacing w:after="0" w:line="240" w:lineRule="auto"/>
              <w:rPr>
                <w:color w:val="auto"/>
                <w:sz w:val="28"/>
                <w:szCs w:val="28"/>
              </w:rPr>
            </w:pPr>
            <w:r w:rsidRPr="004C4412">
              <w:rPr>
                <w:color w:val="auto"/>
                <w:sz w:val="28"/>
                <w:szCs w:val="28"/>
              </w:rPr>
              <w:t>B. High marks are the only important goal.</w:t>
            </w:r>
          </w:p>
        </w:tc>
      </w:tr>
      <w:tr w:rsidR="004C4412" w:rsidRPr="004C4412" w14:paraId="0ED9B21D" w14:textId="77777777">
        <w:trPr>
          <w:cantSplit/>
          <w:jc w:val="center"/>
        </w:trPr>
        <w:tc>
          <w:tcPr>
            <w:tcW w:w="10488" w:type="dxa"/>
            <w:tcBorders>
              <w:top w:val="nil"/>
              <w:left w:val="nil"/>
              <w:bottom w:val="nil"/>
              <w:right w:val="nil"/>
            </w:tcBorders>
            <w:tcMar>
              <w:top w:w="70" w:type="dxa"/>
              <w:left w:w="80" w:type="dxa"/>
              <w:bottom w:w="70" w:type="dxa"/>
              <w:right w:w="80" w:type="dxa"/>
            </w:tcMar>
          </w:tcPr>
          <w:p w14:paraId="5585F375" w14:textId="77777777" w:rsidR="0094187B" w:rsidRPr="004C4412" w:rsidRDefault="005D5559">
            <w:pPr>
              <w:spacing w:after="0" w:line="240" w:lineRule="auto"/>
              <w:rPr>
                <w:color w:val="auto"/>
                <w:sz w:val="28"/>
                <w:szCs w:val="28"/>
              </w:rPr>
            </w:pPr>
            <w:r w:rsidRPr="004C4412">
              <w:rPr>
                <w:color w:val="auto"/>
                <w:sz w:val="28"/>
                <w:szCs w:val="28"/>
              </w:rPr>
              <w:t>C. Planning, asking for help, and enjoyable activities can reduce stress.</w:t>
            </w:r>
          </w:p>
        </w:tc>
      </w:tr>
      <w:tr w:rsidR="004C4412" w:rsidRPr="004C4412" w14:paraId="2796E02D" w14:textId="77777777">
        <w:trPr>
          <w:cantSplit/>
          <w:jc w:val="center"/>
        </w:trPr>
        <w:tc>
          <w:tcPr>
            <w:tcW w:w="10488" w:type="dxa"/>
            <w:tcBorders>
              <w:top w:val="nil"/>
              <w:left w:val="nil"/>
              <w:bottom w:val="nil"/>
              <w:right w:val="nil"/>
            </w:tcBorders>
            <w:tcMar>
              <w:top w:w="70" w:type="dxa"/>
              <w:left w:w="80" w:type="dxa"/>
              <w:bottom w:w="70" w:type="dxa"/>
              <w:right w:w="80" w:type="dxa"/>
            </w:tcMar>
          </w:tcPr>
          <w:p w14:paraId="5092B782" w14:textId="77777777" w:rsidR="0094187B" w:rsidRPr="004C4412" w:rsidRDefault="005D5559">
            <w:pPr>
              <w:spacing w:after="0" w:line="240" w:lineRule="auto"/>
              <w:rPr>
                <w:color w:val="auto"/>
                <w:sz w:val="28"/>
                <w:szCs w:val="28"/>
              </w:rPr>
            </w:pPr>
            <w:r w:rsidRPr="004C4412">
              <w:rPr>
                <w:color w:val="auto"/>
                <w:sz w:val="28"/>
                <w:szCs w:val="28"/>
              </w:rPr>
              <w:t>D. Social media should never be used by teenagers.</w:t>
            </w:r>
          </w:p>
        </w:tc>
      </w:tr>
    </w:tbl>
    <w:p w14:paraId="6222F20A" w14:textId="77777777" w:rsidR="0094187B" w:rsidRPr="004C4412" w:rsidRDefault="0094187B">
      <w:pPr>
        <w:spacing w:after="0" w:line="20" w:lineRule="exact"/>
        <w:rPr>
          <w:color w:val="auto"/>
          <w:sz w:val="28"/>
          <w:szCs w:val="28"/>
        </w:rPr>
      </w:pPr>
    </w:p>
    <w:tbl>
      <w:tblPr>
        <w:tblW w:w="0" w:type="auto"/>
        <w:jc w:val="center"/>
        <w:tblLayout w:type="fixed"/>
        <w:tblLook w:val="04A0" w:firstRow="1" w:lastRow="0" w:firstColumn="1" w:lastColumn="0" w:noHBand="0" w:noVBand="1"/>
      </w:tblPr>
      <w:tblGrid>
        <w:gridCol w:w="5244"/>
        <w:gridCol w:w="5244"/>
      </w:tblGrid>
      <w:tr w:rsidR="004C4412" w:rsidRPr="004C4412" w14:paraId="53DFE3FC" w14:textId="77777777">
        <w:trPr>
          <w:cantSplit/>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vAlign w:val="center"/>
          </w:tcPr>
          <w:p w14:paraId="71AC65B6" w14:textId="77777777" w:rsidR="0094187B" w:rsidRPr="004C4412" w:rsidRDefault="005D5559">
            <w:pPr>
              <w:jc w:val="center"/>
              <w:rPr>
                <w:color w:val="auto"/>
                <w:sz w:val="28"/>
                <w:szCs w:val="28"/>
              </w:rPr>
            </w:pPr>
            <w:r w:rsidRPr="00CF4561">
              <w:rPr>
                <w:b/>
                <w:color w:val="FFFFFF" w:themeColor="background1"/>
                <w:sz w:val="28"/>
                <w:szCs w:val="28"/>
              </w:rPr>
              <w:t>PART VI</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70" w:type="dxa"/>
              <w:left w:w="80" w:type="dxa"/>
              <w:bottom w:w="70" w:type="dxa"/>
              <w:right w:w="80" w:type="dxa"/>
            </w:tcMar>
            <w:vAlign w:val="center"/>
          </w:tcPr>
          <w:p w14:paraId="7DC6EF86" w14:textId="77777777" w:rsidR="0094187B" w:rsidRPr="004C4412" w:rsidRDefault="005D5559">
            <w:pPr>
              <w:keepNext/>
              <w:rPr>
                <w:color w:val="auto"/>
                <w:sz w:val="28"/>
                <w:szCs w:val="28"/>
              </w:rPr>
            </w:pPr>
            <w:r w:rsidRPr="004C4412">
              <w:rPr>
                <w:b/>
                <w:color w:val="auto"/>
                <w:sz w:val="28"/>
                <w:szCs w:val="28"/>
              </w:rPr>
              <w:t>ORDERING  (0.5 pt)</w:t>
            </w:r>
          </w:p>
        </w:tc>
      </w:tr>
    </w:tbl>
    <w:p w14:paraId="4F3A2193" w14:textId="77777777" w:rsidR="0094187B" w:rsidRPr="004C4412" w:rsidRDefault="0094187B">
      <w:pPr>
        <w:spacing w:after="0" w:line="20" w:lineRule="exact"/>
        <w:rPr>
          <w:color w:val="auto"/>
          <w:sz w:val="28"/>
          <w:szCs w:val="28"/>
        </w:rPr>
      </w:pPr>
    </w:p>
    <w:p w14:paraId="0426D4E1" w14:textId="77777777" w:rsidR="0094187B" w:rsidRPr="004C4412" w:rsidRDefault="005D5559">
      <w:pPr>
        <w:keepNext/>
        <w:spacing w:before="60" w:after="60"/>
        <w:rPr>
          <w:color w:val="auto"/>
          <w:sz w:val="28"/>
          <w:szCs w:val="28"/>
        </w:rPr>
      </w:pPr>
      <w:r w:rsidRPr="004C4412">
        <w:rPr>
          <w:i/>
          <w:color w:val="auto"/>
          <w:sz w:val="28"/>
          <w:szCs w:val="28"/>
        </w:rPr>
        <w:t>Arrange the sentences to make a complete dialogue.</w:t>
      </w:r>
    </w:p>
    <w:p w14:paraId="60C1725C" w14:textId="77777777" w:rsidR="0094187B" w:rsidRPr="004C4412" w:rsidRDefault="005D5559">
      <w:pPr>
        <w:spacing w:after="20"/>
        <w:rPr>
          <w:color w:val="auto"/>
          <w:sz w:val="28"/>
          <w:szCs w:val="28"/>
        </w:rPr>
      </w:pPr>
      <w:r w:rsidRPr="004C4412">
        <w:rPr>
          <w:b/>
          <w:color w:val="auto"/>
          <w:sz w:val="28"/>
          <w:szCs w:val="28"/>
        </w:rPr>
        <w:t>33.</w:t>
      </w:r>
    </w:p>
    <w:p w14:paraId="784D1D38" w14:textId="77777777" w:rsidR="0094187B" w:rsidRPr="004C4412" w:rsidRDefault="005D5559">
      <w:pPr>
        <w:spacing w:after="20"/>
        <w:ind w:left="255"/>
        <w:rPr>
          <w:color w:val="auto"/>
          <w:sz w:val="28"/>
          <w:szCs w:val="28"/>
        </w:rPr>
      </w:pPr>
      <w:r w:rsidRPr="004C4412">
        <w:rPr>
          <w:color w:val="auto"/>
          <w:sz w:val="28"/>
          <w:szCs w:val="28"/>
        </w:rPr>
        <w:t>a. Thanks. That was very helpful.</w:t>
      </w:r>
    </w:p>
    <w:p w14:paraId="4166D977" w14:textId="77777777" w:rsidR="0094187B" w:rsidRPr="004C4412" w:rsidRDefault="005D5559">
      <w:pPr>
        <w:spacing w:after="20"/>
        <w:ind w:left="255"/>
        <w:rPr>
          <w:color w:val="auto"/>
          <w:sz w:val="28"/>
          <w:szCs w:val="28"/>
        </w:rPr>
      </w:pPr>
      <w:r w:rsidRPr="004C4412">
        <w:rPr>
          <w:color w:val="auto"/>
          <w:sz w:val="28"/>
          <w:szCs w:val="28"/>
        </w:rPr>
        <w:t>b. Could you show me how to log on to the school forum?</w:t>
      </w:r>
    </w:p>
    <w:p w14:paraId="21B18845" w14:textId="77777777" w:rsidR="0094187B" w:rsidRPr="004C4412" w:rsidRDefault="005D5559">
      <w:pPr>
        <w:spacing w:after="20"/>
        <w:ind w:left="255"/>
        <w:rPr>
          <w:color w:val="auto"/>
          <w:sz w:val="28"/>
          <w:szCs w:val="28"/>
        </w:rPr>
      </w:pPr>
      <w:r w:rsidRPr="004C4412">
        <w:rPr>
          <w:color w:val="auto"/>
          <w:sz w:val="28"/>
          <w:szCs w:val="28"/>
        </w:rPr>
        <w:t>c. Of course. First, enter your school email address here.</w:t>
      </w:r>
    </w:p>
    <w:p w14:paraId="32C570F8" w14:textId="77777777" w:rsidR="0094187B" w:rsidRPr="004C4412" w:rsidRDefault="005D5559">
      <w:pPr>
        <w:spacing w:after="20"/>
        <w:ind w:left="255"/>
        <w:rPr>
          <w:color w:val="auto"/>
          <w:sz w:val="28"/>
          <w:szCs w:val="28"/>
        </w:rPr>
      </w:pPr>
      <w:r w:rsidRPr="004C4412">
        <w:rPr>
          <w:color w:val="auto"/>
          <w:sz w:val="28"/>
          <w:szCs w:val="28"/>
        </w:rPr>
        <w:t>d. You’re welcome.</w:t>
      </w:r>
    </w:p>
    <w:tbl>
      <w:tblPr>
        <w:tblW w:w="0" w:type="auto"/>
        <w:jc w:val="center"/>
        <w:tblLayout w:type="fixed"/>
        <w:tblLook w:val="04A0" w:firstRow="1" w:lastRow="0" w:firstColumn="1" w:lastColumn="0" w:noHBand="0" w:noVBand="1"/>
      </w:tblPr>
      <w:tblGrid>
        <w:gridCol w:w="2622"/>
        <w:gridCol w:w="2622"/>
        <w:gridCol w:w="2622"/>
        <w:gridCol w:w="2622"/>
      </w:tblGrid>
      <w:tr w:rsidR="004C4412" w:rsidRPr="004C4412" w14:paraId="135B96A8" w14:textId="77777777">
        <w:trPr>
          <w:cantSplit/>
          <w:jc w:val="center"/>
        </w:trPr>
        <w:tc>
          <w:tcPr>
            <w:tcW w:w="2622" w:type="dxa"/>
            <w:tcBorders>
              <w:top w:val="nil"/>
              <w:left w:val="nil"/>
              <w:bottom w:val="nil"/>
              <w:right w:val="nil"/>
            </w:tcBorders>
            <w:tcMar>
              <w:top w:w="70" w:type="dxa"/>
              <w:left w:w="80" w:type="dxa"/>
              <w:bottom w:w="70" w:type="dxa"/>
              <w:right w:w="80" w:type="dxa"/>
            </w:tcMar>
          </w:tcPr>
          <w:p w14:paraId="5B8BB2E2" w14:textId="77777777" w:rsidR="0094187B" w:rsidRPr="004C4412" w:rsidRDefault="005D5559">
            <w:pPr>
              <w:spacing w:after="0" w:line="240" w:lineRule="auto"/>
              <w:rPr>
                <w:color w:val="auto"/>
                <w:sz w:val="28"/>
                <w:szCs w:val="28"/>
              </w:rPr>
            </w:pPr>
            <w:r w:rsidRPr="004C4412">
              <w:rPr>
                <w:color w:val="auto"/>
                <w:sz w:val="28"/>
                <w:szCs w:val="28"/>
              </w:rPr>
              <w:t>A. c - b - a - d</w:t>
            </w:r>
          </w:p>
        </w:tc>
        <w:tc>
          <w:tcPr>
            <w:tcW w:w="2622" w:type="dxa"/>
            <w:tcBorders>
              <w:top w:val="nil"/>
              <w:left w:val="nil"/>
              <w:bottom w:val="nil"/>
              <w:right w:val="nil"/>
            </w:tcBorders>
            <w:tcMar>
              <w:top w:w="70" w:type="dxa"/>
              <w:left w:w="80" w:type="dxa"/>
              <w:bottom w:w="70" w:type="dxa"/>
              <w:right w:w="80" w:type="dxa"/>
            </w:tcMar>
          </w:tcPr>
          <w:p w14:paraId="195A6B4F" w14:textId="77777777" w:rsidR="0094187B" w:rsidRPr="004C4412" w:rsidRDefault="005D5559">
            <w:pPr>
              <w:spacing w:after="0" w:line="240" w:lineRule="auto"/>
              <w:rPr>
                <w:color w:val="auto"/>
                <w:sz w:val="28"/>
                <w:szCs w:val="28"/>
              </w:rPr>
            </w:pPr>
            <w:r w:rsidRPr="004C4412">
              <w:rPr>
                <w:color w:val="auto"/>
                <w:sz w:val="28"/>
                <w:szCs w:val="28"/>
              </w:rPr>
              <w:t>B. b - c - a - d</w:t>
            </w:r>
          </w:p>
        </w:tc>
        <w:tc>
          <w:tcPr>
            <w:tcW w:w="2622" w:type="dxa"/>
            <w:tcBorders>
              <w:top w:val="nil"/>
              <w:left w:val="nil"/>
              <w:bottom w:val="nil"/>
              <w:right w:val="nil"/>
            </w:tcBorders>
            <w:tcMar>
              <w:top w:w="70" w:type="dxa"/>
              <w:left w:w="80" w:type="dxa"/>
              <w:bottom w:w="70" w:type="dxa"/>
              <w:right w:w="80" w:type="dxa"/>
            </w:tcMar>
          </w:tcPr>
          <w:p w14:paraId="3CD37C0F" w14:textId="77777777" w:rsidR="0094187B" w:rsidRPr="004C4412" w:rsidRDefault="005D5559">
            <w:pPr>
              <w:spacing w:after="0" w:line="240" w:lineRule="auto"/>
              <w:rPr>
                <w:color w:val="auto"/>
                <w:sz w:val="28"/>
                <w:szCs w:val="28"/>
              </w:rPr>
            </w:pPr>
            <w:r w:rsidRPr="004C4412">
              <w:rPr>
                <w:color w:val="auto"/>
                <w:sz w:val="28"/>
                <w:szCs w:val="28"/>
              </w:rPr>
              <w:t>C. b - a - d - c</w:t>
            </w:r>
          </w:p>
        </w:tc>
        <w:tc>
          <w:tcPr>
            <w:tcW w:w="2622" w:type="dxa"/>
            <w:tcBorders>
              <w:top w:val="nil"/>
              <w:left w:val="nil"/>
              <w:bottom w:val="nil"/>
              <w:right w:val="nil"/>
            </w:tcBorders>
            <w:tcMar>
              <w:top w:w="70" w:type="dxa"/>
              <w:left w:w="80" w:type="dxa"/>
              <w:bottom w:w="70" w:type="dxa"/>
              <w:right w:w="80" w:type="dxa"/>
            </w:tcMar>
          </w:tcPr>
          <w:p w14:paraId="184B146F" w14:textId="77777777" w:rsidR="0094187B" w:rsidRPr="004C4412" w:rsidRDefault="005D5559">
            <w:pPr>
              <w:spacing w:after="0" w:line="240" w:lineRule="auto"/>
              <w:rPr>
                <w:color w:val="auto"/>
                <w:sz w:val="28"/>
                <w:szCs w:val="28"/>
              </w:rPr>
            </w:pPr>
            <w:r w:rsidRPr="004C4412">
              <w:rPr>
                <w:color w:val="auto"/>
                <w:sz w:val="28"/>
                <w:szCs w:val="28"/>
              </w:rPr>
              <w:t>D. a - b - c - d</w:t>
            </w:r>
          </w:p>
        </w:tc>
      </w:tr>
    </w:tbl>
    <w:p w14:paraId="3BAF6494" w14:textId="77777777" w:rsidR="0094187B" w:rsidRPr="004C4412" w:rsidRDefault="005D5559">
      <w:pPr>
        <w:spacing w:after="20"/>
        <w:rPr>
          <w:color w:val="auto"/>
          <w:sz w:val="28"/>
          <w:szCs w:val="28"/>
        </w:rPr>
      </w:pPr>
      <w:r w:rsidRPr="004C4412">
        <w:rPr>
          <w:b/>
          <w:color w:val="auto"/>
          <w:sz w:val="28"/>
          <w:szCs w:val="28"/>
        </w:rPr>
        <w:t>34.</w:t>
      </w:r>
    </w:p>
    <w:p w14:paraId="52B2486C" w14:textId="77777777" w:rsidR="0094187B" w:rsidRPr="004C4412" w:rsidRDefault="005D5559">
      <w:pPr>
        <w:spacing w:after="20"/>
        <w:ind w:left="255"/>
        <w:rPr>
          <w:color w:val="auto"/>
          <w:sz w:val="28"/>
          <w:szCs w:val="28"/>
        </w:rPr>
      </w:pPr>
      <w:r w:rsidRPr="004C4412">
        <w:rPr>
          <w:color w:val="auto"/>
          <w:sz w:val="28"/>
          <w:szCs w:val="28"/>
        </w:rPr>
        <w:t>a. I’m under a lot of pressure because of the midterm tests.</w:t>
      </w:r>
    </w:p>
    <w:p w14:paraId="1C913C17" w14:textId="77777777" w:rsidR="0094187B" w:rsidRPr="004C4412" w:rsidRDefault="005D5559">
      <w:pPr>
        <w:spacing w:after="20"/>
        <w:ind w:left="255"/>
        <w:rPr>
          <w:color w:val="auto"/>
          <w:sz w:val="28"/>
          <w:szCs w:val="28"/>
        </w:rPr>
      </w:pPr>
      <w:r w:rsidRPr="004C4412">
        <w:rPr>
          <w:color w:val="auto"/>
          <w:sz w:val="28"/>
          <w:szCs w:val="28"/>
        </w:rPr>
        <w:t>b. That’s a good idea. I’ll speak to her after class.</w:t>
      </w:r>
    </w:p>
    <w:p w14:paraId="0ABB0491" w14:textId="77777777" w:rsidR="0094187B" w:rsidRPr="004C4412" w:rsidRDefault="005D5559">
      <w:pPr>
        <w:spacing w:after="20"/>
        <w:ind w:left="255"/>
        <w:rPr>
          <w:color w:val="auto"/>
          <w:sz w:val="28"/>
          <w:szCs w:val="28"/>
        </w:rPr>
      </w:pPr>
      <w:r w:rsidRPr="004C4412">
        <w:rPr>
          <w:color w:val="auto"/>
          <w:sz w:val="28"/>
          <w:szCs w:val="28"/>
        </w:rPr>
        <w:t>c. You look worried. What’s wrong?</w:t>
      </w:r>
    </w:p>
    <w:p w14:paraId="43AAE9B8" w14:textId="77777777" w:rsidR="0094187B" w:rsidRDefault="005D5559">
      <w:pPr>
        <w:spacing w:after="20"/>
        <w:ind w:left="255"/>
        <w:rPr>
          <w:color w:val="auto"/>
          <w:sz w:val="28"/>
          <w:szCs w:val="28"/>
        </w:rPr>
      </w:pPr>
      <w:r w:rsidRPr="004C4412">
        <w:rPr>
          <w:color w:val="auto"/>
          <w:sz w:val="28"/>
          <w:szCs w:val="28"/>
        </w:rPr>
        <w:t>d. Why don’t you talk to the school counsellor?</w:t>
      </w:r>
    </w:p>
    <w:tbl>
      <w:tblPr>
        <w:tblW w:w="0" w:type="auto"/>
        <w:jc w:val="center"/>
        <w:tblLayout w:type="fixed"/>
        <w:tblLook w:val="04A0" w:firstRow="1" w:lastRow="0" w:firstColumn="1" w:lastColumn="0" w:noHBand="0" w:noVBand="1"/>
      </w:tblPr>
      <w:tblGrid>
        <w:gridCol w:w="2622"/>
        <w:gridCol w:w="2622"/>
        <w:gridCol w:w="2622"/>
        <w:gridCol w:w="2622"/>
      </w:tblGrid>
      <w:tr w:rsidR="00CF4561" w:rsidRPr="004C4412" w14:paraId="5216CC7A" w14:textId="77777777" w:rsidTr="006A7274">
        <w:trPr>
          <w:cantSplit/>
          <w:jc w:val="center"/>
        </w:trPr>
        <w:tc>
          <w:tcPr>
            <w:tcW w:w="2622" w:type="dxa"/>
            <w:tcBorders>
              <w:top w:val="nil"/>
              <w:left w:val="nil"/>
              <w:bottom w:val="nil"/>
              <w:right w:val="nil"/>
            </w:tcBorders>
            <w:tcMar>
              <w:top w:w="70" w:type="dxa"/>
              <w:left w:w="80" w:type="dxa"/>
              <w:bottom w:w="70" w:type="dxa"/>
              <w:right w:w="80" w:type="dxa"/>
            </w:tcMar>
          </w:tcPr>
          <w:p w14:paraId="14C055CF" w14:textId="77777777" w:rsidR="00CF4561" w:rsidRPr="004C4412" w:rsidRDefault="00CF4561" w:rsidP="006A7274">
            <w:pPr>
              <w:spacing w:after="0" w:line="240" w:lineRule="auto"/>
              <w:rPr>
                <w:color w:val="auto"/>
                <w:sz w:val="28"/>
                <w:szCs w:val="28"/>
              </w:rPr>
            </w:pPr>
            <w:r w:rsidRPr="004C4412">
              <w:rPr>
                <w:color w:val="auto"/>
                <w:sz w:val="28"/>
                <w:szCs w:val="28"/>
              </w:rPr>
              <w:t>A. a - c - d - b</w:t>
            </w:r>
          </w:p>
        </w:tc>
        <w:tc>
          <w:tcPr>
            <w:tcW w:w="2622" w:type="dxa"/>
            <w:tcBorders>
              <w:top w:val="nil"/>
              <w:left w:val="nil"/>
              <w:bottom w:val="nil"/>
              <w:right w:val="nil"/>
            </w:tcBorders>
            <w:tcMar>
              <w:top w:w="70" w:type="dxa"/>
              <w:left w:w="80" w:type="dxa"/>
              <w:bottom w:w="70" w:type="dxa"/>
              <w:right w:w="80" w:type="dxa"/>
            </w:tcMar>
          </w:tcPr>
          <w:p w14:paraId="31A896E7" w14:textId="77777777" w:rsidR="00CF4561" w:rsidRPr="004C4412" w:rsidRDefault="00CF4561" w:rsidP="006A7274">
            <w:pPr>
              <w:spacing w:after="0" w:line="240" w:lineRule="auto"/>
              <w:rPr>
                <w:color w:val="auto"/>
                <w:sz w:val="28"/>
                <w:szCs w:val="28"/>
              </w:rPr>
            </w:pPr>
            <w:r w:rsidRPr="004C4412">
              <w:rPr>
                <w:color w:val="auto"/>
                <w:sz w:val="28"/>
                <w:szCs w:val="28"/>
              </w:rPr>
              <w:t>B. c - d - a - b</w:t>
            </w:r>
          </w:p>
        </w:tc>
        <w:tc>
          <w:tcPr>
            <w:tcW w:w="2622" w:type="dxa"/>
            <w:tcBorders>
              <w:top w:val="nil"/>
              <w:left w:val="nil"/>
              <w:bottom w:val="nil"/>
              <w:right w:val="nil"/>
            </w:tcBorders>
            <w:tcMar>
              <w:top w:w="70" w:type="dxa"/>
              <w:left w:w="80" w:type="dxa"/>
              <w:bottom w:w="70" w:type="dxa"/>
              <w:right w:w="80" w:type="dxa"/>
            </w:tcMar>
          </w:tcPr>
          <w:p w14:paraId="2BB1F84E" w14:textId="77777777" w:rsidR="00CF4561" w:rsidRPr="004C4412" w:rsidRDefault="00CF4561" w:rsidP="006A7274">
            <w:pPr>
              <w:spacing w:after="0" w:line="240" w:lineRule="auto"/>
              <w:rPr>
                <w:color w:val="auto"/>
                <w:sz w:val="28"/>
                <w:szCs w:val="28"/>
              </w:rPr>
            </w:pPr>
            <w:r w:rsidRPr="004C4412">
              <w:rPr>
                <w:color w:val="auto"/>
                <w:sz w:val="28"/>
                <w:szCs w:val="28"/>
              </w:rPr>
              <w:t>C. d - a - c - b</w:t>
            </w:r>
          </w:p>
        </w:tc>
        <w:tc>
          <w:tcPr>
            <w:tcW w:w="2622" w:type="dxa"/>
            <w:tcBorders>
              <w:top w:val="nil"/>
              <w:left w:val="nil"/>
              <w:bottom w:val="nil"/>
              <w:right w:val="nil"/>
            </w:tcBorders>
            <w:tcMar>
              <w:top w:w="70" w:type="dxa"/>
              <w:left w:w="80" w:type="dxa"/>
              <w:bottom w:w="70" w:type="dxa"/>
              <w:right w:w="80" w:type="dxa"/>
            </w:tcMar>
          </w:tcPr>
          <w:p w14:paraId="658FA0C0" w14:textId="77777777" w:rsidR="00CF4561" w:rsidRPr="004C4412" w:rsidRDefault="00CF4561" w:rsidP="006A7274">
            <w:pPr>
              <w:spacing w:after="0" w:line="240" w:lineRule="auto"/>
              <w:rPr>
                <w:color w:val="auto"/>
                <w:sz w:val="28"/>
                <w:szCs w:val="28"/>
              </w:rPr>
            </w:pPr>
            <w:r w:rsidRPr="004C4412">
              <w:rPr>
                <w:color w:val="auto"/>
                <w:sz w:val="28"/>
                <w:szCs w:val="28"/>
              </w:rPr>
              <w:t>D. c - a - d - b</w:t>
            </w:r>
          </w:p>
        </w:tc>
      </w:tr>
      <w:tr w:rsidR="00CF4561" w:rsidRPr="004C4412" w14:paraId="3B1D686E" w14:textId="77777777" w:rsidTr="006A7274">
        <w:trPr>
          <w:cantSplit/>
          <w:jc w:val="center"/>
        </w:trPr>
        <w:tc>
          <w:tcPr>
            <w:tcW w:w="5244" w:type="dxa"/>
            <w:gridSpan w:val="2"/>
            <w:tcBorders>
              <w:top w:val="single" w:sz="8" w:space="0" w:color="1E7A78"/>
              <w:left w:val="single" w:sz="8" w:space="0" w:color="1E7A78"/>
              <w:bottom w:val="single" w:sz="8" w:space="0" w:color="1E7A78"/>
              <w:right w:val="single" w:sz="8" w:space="0" w:color="1E7A78"/>
            </w:tcBorders>
            <w:shd w:val="clear" w:color="auto" w:fill="1E7A78"/>
            <w:tcMar>
              <w:top w:w="70" w:type="dxa"/>
              <w:left w:w="80" w:type="dxa"/>
              <w:bottom w:w="70" w:type="dxa"/>
              <w:right w:w="80" w:type="dxa"/>
            </w:tcMar>
            <w:vAlign w:val="center"/>
          </w:tcPr>
          <w:p w14:paraId="266D2D72" w14:textId="6F06C28B" w:rsidR="00CF4561" w:rsidRPr="004C4412" w:rsidRDefault="00CF4561" w:rsidP="006A7274">
            <w:pPr>
              <w:jc w:val="center"/>
              <w:rPr>
                <w:color w:val="auto"/>
                <w:sz w:val="28"/>
                <w:szCs w:val="28"/>
              </w:rPr>
            </w:pPr>
            <w:r w:rsidRPr="00CF4561">
              <w:rPr>
                <w:b/>
                <w:color w:val="FFFFFF" w:themeColor="background1"/>
                <w:sz w:val="28"/>
                <w:szCs w:val="28"/>
              </w:rPr>
              <w:t>PART VI</w:t>
            </w:r>
            <w:r>
              <w:rPr>
                <w:b/>
                <w:color w:val="FFFFFF" w:themeColor="background1"/>
                <w:sz w:val="28"/>
                <w:szCs w:val="28"/>
              </w:rPr>
              <w:t>I</w:t>
            </w:r>
          </w:p>
        </w:tc>
        <w:tc>
          <w:tcPr>
            <w:tcW w:w="5244" w:type="dxa"/>
            <w:gridSpan w:val="2"/>
            <w:tcBorders>
              <w:top w:val="single" w:sz="8" w:space="0" w:color="1E7A78"/>
              <w:left w:val="single" w:sz="8" w:space="0" w:color="1E7A78"/>
              <w:bottom w:val="single" w:sz="8" w:space="0" w:color="1E7A78"/>
              <w:right w:val="single" w:sz="8" w:space="0" w:color="1E7A78"/>
            </w:tcBorders>
            <w:shd w:val="clear" w:color="auto" w:fill="E8F5F4"/>
            <w:tcMar>
              <w:top w:w="70" w:type="dxa"/>
              <w:left w:w="80" w:type="dxa"/>
              <w:bottom w:w="70" w:type="dxa"/>
              <w:right w:w="80" w:type="dxa"/>
            </w:tcMar>
            <w:vAlign w:val="center"/>
          </w:tcPr>
          <w:p w14:paraId="45752BC8" w14:textId="2C89F188" w:rsidR="00CF4561" w:rsidRPr="004C4412" w:rsidRDefault="00CF4561" w:rsidP="006A7274">
            <w:pPr>
              <w:keepNext/>
              <w:rPr>
                <w:color w:val="auto"/>
                <w:sz w:val="28"/>
                <w:szCs w:val="28"/>
              </w:rPr>
            </w:pPr>
            <w:r>
              <w:rPr>
                <w:b/>
                <w:color w:val="auto"/>
                <w:sz w:val="28"/>
                <w:szCs w:val="28"/>
              </w:rPr>
              <w:t>WRITING</w:t>
            </w:r>
            <w:r w:rsidRPr="004C4412">
              <w:rPr>
                <w:b/>
                <w:color w:val="auto"/>
                <w:sz w:val="28"/>
                <w:szCs w:val="28"/>
              </w:rPr>
              <w:t xml:space="preserve">  (</w:t>
            </w:r>
            <w:r>
              <w:rPr>
                <w:b/>
                <w:color w:val="auto"/>
                <w:sz w:val="28"/>
                <w:szCs w:val="28"/>
              </w:rPr>
              <w:t>1</w:t>
            </w:r>
            <w:r w:rsidRPr="004C4412">
              <w:rPr>
                <w:b/>
                <w:color w:val="auto"/>
                <w:sz w:val="28"/>
                <w:szCs w:val="28"/>
              </w:rPr>
              <w:t>.5 pt)</w:t>
            </w:r>
          </w:p>
        </w:tc>
      </w:tr>
    </w:tbl>
    <w:p w14:paraId="587A95BC" w14:textId="77777777" w:rsidR="0094187B" w:rsidRPr="004C4412" w:rsidRDefault="0094187B">
      <w:pPr>
        <w:spacing w:after="0" w:line="20" w:lineRule="exact"/>
        <w:rPr>
          <w:color w:val="auto"/>
          <w:sz w:val="28"/>
          <w:szCs w:val="28"/>
        </w:rPr>
      </w:pPr>
    </w:p>
    <w:p w14:paraId="71CF2F73" w14:textId="77777777" w:rsidR="0094187B" w:rsidRPr="004C4412" w:rsidRDefault="005D5559">
      <w:pPr>
        <w:keepNext/>
        <w:spacing w:before="60" w:after="60"/>
        <w:rPr>
          <w:color w:val="auto"/>
          <w:sz w:val="28"/>
          <w:szCs w:val="28"/>
        </w:rPr>
      </w:pPr>
      <w:r w:rsidRPr="004C4412">
        <w:rPr>
          <w:b/>
          <w:color w:val="auto"/>
          <w:sz w:val="28"/>
          <w:szCs w:val="28"/>
        </w:rPr>
        <w:t>Task 1. Rewrite or combine the sentences as directed. (1.0 pt)</w:t>
      </w:r>
    </w:p>
    <w:p w14:paraId="345C4D08" w14:textId="77777777" w:rsidR="0094187B" w:rsidRPr="004C4412" w:rsidRDefault="005D5559">
      <w:pPr>
        <w:spacing w:after="20"/>
        <w:rPr>
          <w:color w:val="auto"/>
          <w:sz w:val="28"/>
          <w:szCs w:val="28"/>
        </w:rPr>
      </w:pPr>
      <w:r w:rsidRPr="004C4412">
        <w:rPr>
          <w:b/>
          <w:color w:val="auto"/>
          <w:sz w:val="28"/>
          <w:szCs w:val="28"/>
        </w:rPr>
        <w:t>35.</w:t>
      </w:r>
      <w:r w:rsidRPr="004C4412">
        <w:rPr>
          <w:color w:val="auto"/>
          <w:sz w:val="28"/>
          <w:szCs w:val="28"/>
        </w:rPr>
        <w:t xml:space="preserve"> Tom wanted to reduce stress. He joined the sports club. (Use “so”.)</w:t>
      </w:r>
    </w:p>
    <w:p w14:paraId="5404084B" w14:textId="77777777" w:rsidR="0094187B" w:rsidRPr="004C4412" w:rsidRDefault="005D5559">
      <w:pPr>
        <w:spacing w:after="60" w:line="240" w:lineRule="auto"/>
        <w:ind w:left="255"/>
        <w:rPr>
          <w:color w:val="auto"/>
          <w:sz w:val="28"/>
          <w:szCs w:val="28"/>
        </w:rPr>
      </w:pPr>
      <w:r w:rsidRPr="004C4412">
        <w:rPr>
          <w:color w:val="auto"/>
          <w:sz w:val="28"/>
          <w:szCs w:val="28"/>
        </w:rPr>
        <w:t>→ Tom wanted to reduce stress, _________________________________________________.</w:t>
      </w:r>
    </w:p>
    <w:p w14:paraId="39BEFDAA" w14:textId="77777777" w:rsidR="0094187B" w:rsidRPr="004C4412" w:rsidRDefault="005D5559">
      <w:pPr>
        <w:spacing w:after="20"/>
        <w:rPr>
          <w:color w:val="auto"/>
          <w:sz w:val="28"/>
          <w:szCs w:val="28"/>
        </w:rPr>
      </w:pPr>
      <w:r w:rsidRPr="004C4412">
        <w:rPr>
          <w:b/>
          <w:color w:val="auto"/>
          <w:sz w:val="28"/>
          <w:szCs w:val="28"/>
        </w:rPr>
        <w:t>36.</w:t>
      </w:r>
      <w:r w:rsidRPr="004C4412">
        <w:rPr>
          <w:color w:val="auto"/>
          <w:sz w:val="28"/>
          <w:szCs w:val="28"/>
        </w:rPr>
        <w:t xml:space="preserve"> Lan was tired, but she completed her project. (Use “however”.)</w:t>
      </w:r>
    </w:p>
    <w:p w14:paraId="6F16231E" w14:textId="77777777" w:rsidR="0094187B" w:rsidRPr="004C4412" w:rsidRDefault="005D5559">
      <w:pPr>
        <w:spacing w:after="60" w:line="240" w:lineRule="auto"/>
        <w:ind w:left="255"/>
        <w:rPr>
          <w:color w:val="auto"/>
          <w:sz w:val="28"/>
          <w:szCs w:val="28"/>
        </w:rPr>
      </w:pPr>
      <w:r w:rsidRPr="004C4412">
        <w:rPr>
          <w:color w:val="auto"/>
          <w:sz w:val="28"/>
          <w:szCs w:val="28"/>
        </w:rPr>
        <w:t>→ Lan was tired; however, _____________________________________________________.</w:t>
      </w:r>
    </w:p>
    <w:p w14:paraId="3F4E373A" w14:textId="77777777" w:rsidR="0094187B" w:rsidRPr="004C4412" w:rsidRDefault="005D5559">
      <w:pPr>
        <w:spacing w:after="20"/>
        <w:rPr>
          <w:color w:val="auto"/>
          <w:sz w:val="28"/>
          <w:szCs w:val="28"/>
        </w:rPr>
      </w:pPr>
      <w:r w:rsidRPr="004C4412">
        <w:rPr>
          <w:b/>
          <w:color w:val="auto"/>
          <w:sz w:val="28"/>
          <w:szCs w:val="28"/>
        </w:rPr>
        <w:t>37.</w:t>
      </w:r>
      <w:r w:rsidRPr="004C4412">
        <w:rPr>
          <w:color w:val="auto"/>
          <w:sz w:val="28"/>
          <w:szCs w:val="28"/>
        </w:rPr>
        <w:t xml:space="preserve"> The school forum is useful. Students should not share private information. (Use “but”.)</w:t>
      </w:r>
    </w:p>
    <w:p w14:paraId="36A97354" w14:textId="77777777" w:rsidR="0094187B" w:rsidRPr="004C4412" w:rsidRDefault="005D5559">
      <w:pPr>
        <w:spacing w:after="60" w:line="240" w:lineRule="auto"/>
        <w:ind w:left="255"/>
        <w:rPr>
          <w:color w:val="auto"/>
          <w:sz w:val="28"/>
          <w:szCs w:val="28"/>
        </w:rPr>
      </w:pPr>
      <w:r w:rsidRPr="004C4412">
        <w:rPr>
          <w:color w:val="auto"/>
          <w:sz w:val="28"/>
          <w:szCs w:val="28"/>
        </w:rPr>
        <w:t>→ The school forum is useful, _________________________________________________ .</w:t>
      </w:r>
    </w:p>
    <w:p w14:paraId="1DBA2D64" w14:textId="77777777" w:rsidR="0094187B" w:rsidRPr="004C4412" w:rsidRDefault="005D5559">
      <w:pPr>
        <w:spacing w:after="20"/>
        <w:rPr>
          <w:color w:val="auto"/>
          <w:sz w:val="28"/>
          <w:szCs w:val="28"/>
        </w:rPr>
      </w:pPr>
      <w:r w:rsidRPr="004C4412">
        <w:rPr>
          <w:b/>
          <w:color w:val="auto"/>
          <w:sz w:val="28"/>
          <w:szCs w:val="28"/>
        </w:rPr>
        <w:t>38.</w:t>
      </w:r>
      <w:r w:rsidRPr="004C4412">
        <w:rPr>
          <w:color w:val="auto"/>
          <w:sz w:val="28"/>
          <w:szCs w:val="28"/>
        </w:rPr>
        <w:t xml:space="preserve"> “Please show me how to upload a picture,” Nam said to Mai. (Use “Could”.)</w:t>
      </w:r>
    </w:p>
    <w:p w14:paraId="0A6C20EF" w14:textId="77777777" w:rsidR="0094187B" w:rsidRPr="004C4412" w:rsidRDefault="005D5559">
      <w:pPr>
        <w:spacing w:after="60" w:line="240" w:lineRule="auto"/>
        <w:ind w:left="255"/>
        <w:rPr>
          <w:color w:val="auto"/>
          <w:sz w:val="28"/>
          <w:szCs w:val="28"/>
        </w:rPr>
      </w:pPr>
      <w:r w:rsidRPr="004C4412">
        <w:rPr>
          <w:color w:val="auto"/>
          <w:sz w:val="28"/>
          <w:szCs w:val="28"/>
        </w:rPr>
        <w:t>→ Nam asked Mai, “Could ____________________________________________________?”</w:t>
      </w:r>
    </w:p>
    <w:p w14:paraId="71382EDD" w14:textId="77777777" w:rsidR="0094187B" w:rsidRPr="00CF4561" w:rsidRDefault="005D5559">
      <w:pPr>
        <w:keepNext/>
        <w:spacing w:before="60" w:after="60"/>
        <w:rPr>
          <w:b/>
          <w:bCs/>
          <w:color w:val="auto"/>
          <w:sz w:val="28"/>
          <w:szCs w:val="28"/>
        </w:rPr>
      </w:pPr>
      <w:r w:rsidRPr="00CF4561">
        <w:rPr>
          <w:b/>
          <w:bCs/>
          <w:color w:val="auto"/>
          <w:sz w:val="28"/>
          <w:szCs w:val="28"/>
        </w:rPr>
        <w:t>Task 2. Write a paragraph of 80–100 words about a cause of stress for teenagers and suitable solutions. (0.5 pt)</w:t>
      </w:r>
    </w:p>
    <w:p w14:paraId="136ABD6A" w14:textId="77777777" w:rsidR="0094187B" w:rsidRPr="004C4412" w:rsidRDefault="005D5559">
      <w:pPr>
        <w:keepNext/>
        <w:spacing w:after="60" w:line="240" w:lineRule="auto"/>
        <w:rPr>
          <w:color w:val="auto"/>
          <w:sz w:val="28"/>
          <w:szCs w:val="28"/>
        </w:rPr>
      </w:pPr>
      <w:r w:rsidRPr="004C4412">
        <w:rPr>
          <w:color w:val="auto"/>
          <w:sz w:val="28"/>
          <w:szCs w:val="28"/>
        </w:rPr>
        <w:t>In your paragraph, you should:</w:t>
      </w:r>
    </w:p>
    <w:p w14:paraId="00F138FE" w14:textId="77777777" w:rsidR="0094187B" w:rsidRPr="004C4412" w:rsidRDefault="005D5559">
      <w:pPr>
        <w:spacing w:after="20"/>
        <w:ind w:left="198"/>
        <w:rPr>
          <w:color w:val="auto"/>
          <w:sz w:val="28"/>
          <w:szCs w:val="28"/>
        </w:rPr>
      </w:pPr>
      <w:r w:rsidRPr="004C4412">
        <w:rPr>
          <w:color w:val="auto"/>
          <w:sz w:val="28"/>
          <w:szCs w:val="28"/>
        </w:rPr>
        <w:t>• explain what causes the stress</w:t>
      </w:r>
    </w:p>
    <w:p w14:paraId="41242591" w14:textId="77777777" w:rsidR="0094187B" w:rsidRPr="004C4412" w:rsidRDefault="005D5559">
      <w:pPr>
        <w:spacing w:after="20"/>
        <w:ind w:left="198"/>
        <w:rPr>
          <w:color w:val="auto"/>
          <w:sz w:val="28"/>
          <w:szCs w:val="28"/>
        </w:rPr>
      </w:pPr>
      <w:r w:rsidRPr="004C4412">
        <w:rPr>
          <w:color w:val="auto"/>
          <w:sz w:val="28"/>
          <w:szCs w:val="28"/>
        </w:rPr>
        <w:t>• describe how it affects teenagers</w:t>
      </w:r>
    </w:p>
    <w:p w14:paraId="22C1F57C" w14:textId="77777777" w:rsidR="0094187B" w:rsidRDefault="005D5559">
      <w:pPr>
        <w:spacing w:after="20"/>
        <w:ind w:left="198"/>
        <w:rPr>
          <w:color w:val="auto"/>
          <w:sz w:val="28"/>
          <w:szCs w:val="28"/>
        </w:rPr>
      </w:pPr>
      <w:r w:rsidRPr="004C4412">
        <w:rPr>
          <w:color w:val="auto"/>
          <w:sz w:val="28"/>
          <w:szCs w:val="28"/>
        </w:rPr>
        <w:t>• suggest two or more practical solutions</w:t>
      </w:r>
    </w:p>
    <w:p w14:paraId="158CCB6E" w14:textId="77777777" w:rsidR="00CF4561" w:rsidRPr="004C4412" w:rsidRDefault="00CF4561" w:rsidP="00CF4561">
      <w:pPr>
        <w:spacing w:before="60" w:after="60"/>
        <w:jc w:val="center"/>
        <w:rPr>
          <w:color w:val="auto"/>
          <w:sz w:val="28"/>
          <w:szCs w:val="28"/>
        </w:rPr>
      </w:pPr>
      <w:r w:rsidRPr="004C4412">
        <w:rPr>
          <w:b/>
          <w:color w:val="auto"/>
          <w:sz w:val="28"/>
          <w:szCs w:val="28"/>
        </w:rPr>
        <w:lastRenderedPageBreak/>
        <w:t>39.</w:t>
      </w:r>
      <w:r w:rsidRPr="004C4412">
        <w:rPr>
          <w:color w:val="auto"/>
          <w:sz w:val="28"/>
          <w:szCs w:val="28"/>
        </w:rPr>
        <w:t xml:space="preserve"> Teenage stress: causes and solutions</w:t>
      </w:r>
    </w:p>
    <w:p w14:paraId="5564F508" w14:textId="0F80BC53" w:rsidR="00CF4561" w:rsidRPr="004C4412" w:rsidRDefault="00CF4561" w:rsidP="00CF4561">
      <w:pPr>
        <w:spacing w:after="60" w:line="240" w:lineRule="auto"/>
        <w:rPr>
          <w:color w:val="auto"/>
          <w:sz w:val="28"/>
          <w:szCs w:val="28"/>
        </w:rPr>
      </w:pPr>
      <w:r w:rsidRPr="004C4412">
        <w:rPr>
          <w:color w:val="auto"/>
          <w:sz w:val="28"/>
          <w:szCs w:val="28"/>
        </w:rPr>
        <w:t>················································································································</w:t>
      </w:r>
    </w:p>
    <w:p w14:paraId="1D1904FB" w14:textId="58C56763" w:rsidR="00CF4561" w:rsidRPr="004C4412" w:rsidRDefault="00CF4561" w:rsidP="00CF4561">
      <w:pPr>
        <w:spacing w:after="60" w:line="240" w:lineRule="auto"/>
        <w:rPr>
          <w:color w:val="auto"/>
          <w:sz w:val="28"/>
          <w:szCs w:val="28"/>
        </w:rPr>
      </w:pPr>
      <w:r w:rsidRPr="004C4412">
        <w:rPr>
          <w:color w:val="auto"/>
          <w:sz w:val="28"/>
          <w:szCs w:val="28"/>
        </w:rPr>
        <w:t>················································································································</w:t>
      </w:r>
    </w:p>
    <w:p w14:paraId="63E0D930" w14:textId="281C1363" w:rsidR="00CF4561" w:rsidRPr="004C4412" w:rsidRDefault="00CF4561" w:rsidP="00CF4561">
      <w:pPr>
        <w:spacing w:after="60" w:line="240" w:lineRule="auto"/>
        <w:rPr>
          <w:color w:val="auto"/>
          <w:sz w:val="28"/>
          <w:szCs w:val="28"/>
        </w:rPr>
      </w:pPr>
      <w:r w:rsidRPr="004C4412">
        <w:rPr>
          <w:color w:val="auto"/>
          <w:sz w:val="28"/>
          <w:szCs w:val="28"/>
        </w:rPr>
        <w:t>················································································································</w:t>
      </w:r>
    </w:p>
    <w:p w14:paraId="43F8F5A2" w14:textId="58208F4F" w:rsidR="00CF4561" w:rsidRPr="004C4412" w:rsidRDefault="00CF4561" w:rsidP="00CF4561">
      <w:pPr>
        <w:spacing w:after="60" w:line="240" w:lineRule="auto"/>
        <w:rPr>
          <w:color w:val="auto"/>
          <w:sz w:val="28"/>
          <w:szCs w:val="28"/>
        </w:rPr>
      </w:pPr>
      <w:r w:rsidRPr="004C4412">
        <w:rPr>
          <w:color w:val="auto"/>
          <w:sz w:val="28"/>
          <w:szCs w:val="28"/>
        </w:rPr>
        <w:t>················································································································</w:t>
      </w:r>
    </w:p>
    <w:p w14:paraId="40F4109B" w14:textId="7426BB70" w:rsidR="00CF4561" w:rsidRPr="004C4412" w:rsidRDefault="00CF4561" w:rsidP="00CF4561">
      <w:pPr>
        <w:spacing w:after="60" w:line="240" w:lineRule="auto"/>
        <w:rPr>
          <w:color w:val="auto"/>
          <w:sz w:val="28"/>
          <w:szCs w:val="28"/>
        </w:rPr>
      </w:pPr>
      <w:r w:rsidRPr="004C4412">
        <w:rPr>
          <w:color w:val="auto"/>
          <w:sz w:val="28"/>
          <w:szCs w:val="28"/>
        </w:rPr>
        <w:t>················································································································</w:t>
      </w:r>
    </w:p>
    <w:p w14:paraId="6E2DF275" w14:textId="0CF1AD8E" w:rsidR="00CF4561" w:rsidRPr="004C4412" w:rsidRDefault="00CF4561" w:rsidP="00CF4561">
      <w:pPr>
        <w:spacing w:after="60" w:line="240" w:lineRule="auto"/>
        <w:rPr>
          <w:color w:val="auto"/>
          <w:sz w:val="28"/>
          <w:szCs w:val="28"/>
        </w:rPr>
      </w:pPr>
      <w:r w:rsidRPr="004C4412">
        <w:rPr>
          <w:color w:val="auto"/>
          <w:sz w:val="28"/>
          <w:szCs w:val="28"/>
        </w:rPr>
        <w:t>················································································································</w:t>
      </w:r>
    </w:p>
    <w:p w14:paraId="73BB5EC6" w14:textId="2E9BC96C" w:rsidR="00CF4561" w:rsidRPr="004C4412" w:rsidRDefault="00CF4561" w:rsidP="00CF4561">
      <w:pPr>
        <w:spacing w:after="60" w:line="240" w:lineRule="auto"/>
        <w:rPr>
          <w:color w:val="auto"/>
          <w:sz w:val="28"/>
          <w:szCs w:val="28"/>
        </w:rPr>
      </w:pPr>
      <w:r w:rsidRPr="004C4412">
        <w:rPr>
          <w:color w:val="auto"/>
          <w:sz w:val="28"/>
          <w:szCs w:val="28"/>
        </w:rPr>
        <w:t>················································································································</w:t>
      </w:r>
    </w:p>
    <w:p w14:paraId="762FBDE6" w14:textId="298B0DDA" w:rsidR="00CF4561" w:rsidRPr="004C4412" w:rsidRDefault="00CF4561" w:rsidP="00CF4561">
      <w:pPr>
        <w:spacing w:after="60" w:line="240" w:lineRule="auto"/>
        <w:rPr>
          <w:color w:val="auto"/>
          <w:sz w:val="28"/>
          <w:szCs w:val="28"/>
        </w:rPr>
      </w:pPr>
      <w:r w:rsidRPr="004C4412">
        <w:rPr>
          <w:color w:val="auto"/>
          <w:sz w:val="28"/>
          <w:szCs w:val="28"/>
        </w:rPr>
        <w:t>················································································································</w:t>
      </w:r>
    </w:p>
    <w:p w14:paraId="20951705" w14:textId="569F20F6" w:rsidR="00CF4561" w:rsidRDefault="00CF4561" w:rsidP="00CF4561">
      <w:pPr>
        <w:spacing w:after="60" w:line="240" w:lineRule="auto"/>
        <w:rPr>
          <w:color w:val="auto"/>
          <w:sz w:val="28"/>
          <w:szCs w:val="28"/>
        </w:rPr>
      </w:pPr>
      <w:r w:rsidRPr="004C4412">
        <w:rPr>
          <w:color w:val="auto"/>
          <w:sz w:val="28"/>
          <w:szCs w:val="28"/>
        </w:rPr>
        <w:t>················································································································</w:t>
      </w:r>
    </w:p>
    <w:p w14:paraId="2C91FE2F" w14:textId="77777777" w:rsidR="0032495C" w:rsidRPr="004C4412" w:rsidRDefault="0032495C" w:rsidP="0032495C">
      <w:pPr>
        <w:spacing w:after="60" w:line="240" w:lineRule="auto"/>
        <w:rPr>
          <w:color w:val="auto"/>
          <w:sz w:val="28"/>
          <w:szCs w:val="28"/>
        </w:rPr>
      </w:pPr>
      <w:r w:rsidRPr="004C4412">
        <w:rPr>
          <w:color w:val="auto"/>
          <w:sz w:val="28"/>
          <w:szCs w:val="28"/>
        </w:rPr>
        <w:t>················································································································</w:t>
      </w:r>
    </w:p>
    <w:p w14:paraId="77D11601" w14:textId="77777777" w:rsidR="0032495C" w:rsidRPr="004C4412" w:rsidRDefault="0032495C" w:rsidP="0032495C">
      <w:pPr>
        <w:spacing w:after="60" w:line="240" w:lineRule="auto"/>
        <w:rPr>
          <w:color w:val="auto"/>
          <w:sz w:val="28"/>
          <w:szCs w:val="28"/>
        </w:rPr>
      </w:pPr>
      <w:r w:rsidRPr="004C4412">
        <w:rPr>
          <w:color w:val="auto"/>
          <w:sz w:val="28"/>
          <w:szCs w:val="28"/>
        </w:rPr>
        <w:t>················································································································</w:t>
      </w:r>
    </w:p>
    <w:p w14:paraId="2B4628C3" w14:textId="77777777" w:rsidR="0032495C" w:rsidRPr="004C4412" w:rsidRDefault="0032495C" w:rsidP="0032495C">
      <w:pPr>
        <w:spacing w:after="60" w:line="240" w:lineRule="auto"/>
        <w:rPr>
          <w:color w:val="auto"/>
          <w:sz w:val="28"/>
          <w:szCs w:val="28"/>
        </w:rPr>
      </w:pPr>
      <w:r w:rsidRPr="004C4412">
        <w:rPr>
          <w:color w:val="auto"/>
          <w:sz w:val="28"/>
          <w:szCs w:val="28"/>
        </w:rPr>
        <w:t>················································································································</w:t>
      </w:r>
    </w:p>
    <w:p w14:paraId="5449C185" w14:textId="6F3E8780" w:rsidR="0032495C" w:rsidRDefault="0032495C" w:rsidP="00CF4561">
      <w:pPr>
        <w:spacing w:after="60" w:line="240" w:lineRule="auto"/>
        <w:rPr>
          <w:color w:val="auto"/>
          <w:sz w:val="28"/>
          <w:szCs w:val="28"/>
        </w:rPr>
      </w:pPr>
    </w:p>
    <w:p w14:paraId="4CE12685" w14:textId="128F774B" w:rsidR="00E96F76" w:rsidRDefault="00E96F76" w:rsidP="00CF4561">
      <w:pPr>
        <w:spacing w:after="60" w:line="240" w:lineRule="auto"/>
        <w:rPr>
          <w:color w:val="auto"/>
          <w:sz w:val="28"/>
          <w:szCs w:val="28"/>
        </w:rPr>
      </w:pPr>
    </w:p>
    <w:p w14:paraId="24E02AAD" w14:textId="5C2C6253" w:rsidR="00E96F76" w:rsidRDefault="00E96F76" w:rsidP="00CF4561">
      <w:pPr>
        <w:spacing w:after="60" w:line="240" w:lineRule="auto"/>
        <w:rPr>
          <w:color w:val="auto"/>
          <w:sz w:val="28"/>
          <w:szCs w:val="28"/>
        </w:rPr>
      </w:pPr>
    </w:p>
    <w:p w14:paraId="2DC4EEEF" w14:textId="014E2163" w:rsidR="00E96F76" w:rsidRDefault="00E96F76" w:rsidP="00CF4561">
      <w:pPr>
        <w:spacing w:after="60" w:line="240" w:lineRule="auto"/>
        <w:rPr>
          <w:color w:val="auto"/>
          <w:sz w:val="28"/>
          <w:szCs w:val="28"/>
        </w:rPr>
      </w:pPr>
    </w:p>
    <w:p w14:paraId="2D6392CE" w14:textId="3810695C" w:rsidR="00E96F76" w:rsidRDefault="00E96F76" w:rsidP="00CF4561">
      <w:pPr>
        <w:spacing w:after="60" w:line="240" w:lineRule="auto"/>
        <w:rPr>
          <w:color w:val="auto"/>
          <w:sz w:val="28"/>
          <w:szCs w:val="28"/>
        </w:rPr>
      </w:pPr>
    </w:p>
    <w:p w14:paraId="68A6CDCE" w14:textId="48EDE61C" w:rsidR="00E96F76" w:rsidRDefault="00E96F76" w:rsidP="00CF4561">
      <w:pPr>
        <w:spacing w:after="60" w:line="240" w:lineRule="auto"/>
        <w:rPr>
          <w:color w:val="auto"/>
          <w:sz w:val="28"/>
          <w:szCs w:val="28"/>
        </w:rPr>
      </w:pPr>
    </w:p>
    <w:p w14:paraId="69A19237" w14:textId="4AD6F967" w:rsidR="00E96F76" w:rsidRDefault="00E96F76" w:rsidP="00CF4561">
      <w:pPr>
        <w:spacing w:after="60" w:line="240" w:lineRule="auto"/>
        <w:rPr>
          <w:color w:val="auto"/>
          <w:sz w:val="28"/>
          <w:szCs w:val="28"/>
        </w:rPr>
      </w:pPr>
    </w:p>
    <w:p w14:paraId="342AC2AE" w14:textId="4F14070D" w:rsidR="00E96F76" w:rsidRDefault="00E96F76" w:rsidP="00CF4561">
      <w:pPr>
        <w:spacing w:after="60" w:line="240" w:lineRule="auto"/>
        <w:rPr>
          <w:color w:val="auto"/>
          <w:sz w:val="28"/>
          <w:szCs w:val="28"/>
        </w:rPr>
      </w:pPr>
    </w:p>
    <w:p w14:paraId="4E5F5204" w14:textId="163E6E3E" w:rsidR="00E96F76" w:rsidRDefault="00E96F76" w:rsidP="00CF4561">
      <w:pPr>
        <w:spacing w:after="60" w:line="240" w:lineRule="auto"/>
        <w:rPr>
          <w:color w:val="auto"/>
          <w:sz w:val="28"/>
          <w:szCs w:val="28"/>
        </w:rPr>
      </w:pPr>
    </w:p>
    <w:p w14:paraId="741809E0" w14:textId="61F5D7BA" w:rsidR="00E96F76" w:rsidRDefault="00E96F76" w:rsidP="00CF4561">
      <w:pPr>
        <w:spacing w:after="60" w:line="240" w:lineRule="auto"/>
        <w:rPr>
          <w:color w:val="auto"/>
          <w:sz w:val="28"/>
          <w:szCs w:val="28"/>
        </w:rPr>
      </w:pPr>
    </w:p>
    <w:p w14:paraId="2F61E0B3" w14:textId="7CCB92DD" w:rsidR="00E96F76" w:rsidRDefault="00E96F76" w:rsidP="00CF4561">
      <w:pPr>
        <w:spacing w:after="60" w:line="240" w:lineRule="auto"/>
        <w:rPr>
          <w:color w:val="auto"/>
          <w:sz w:val="28"/>
          <w:szCs w:val="28"/>
        </w:rPr>
      </w:pPr>
    </w:p>
    <w:p w14:paraId="28CE2FD5" w14:textId="09B290CD" w:rsidR="00E96F76" w:rsidRDefault="00E96F76" w:rsidP="00CF4561">
      <w:pPr>
        <w:spacing w:after="60" w:line="240" w:lineRule="auto"/>
        <w:rPr>
          <w:color w:val="auto"/>
          <w:sz w:val="28"/>
          <w:szCs w:val="28"/>
        </w:rPr>
      </w:pPr>
    </w:p>
    <w:p w14:paraId="2269C88A" w14:textId="548B5140" w:rsidR="00E96F76" w:rsidRDefault="00E96F76" w:rsidP="00CF4561">
      <w:pPr>
        <w:spacing w:after="60" w:line="240" w:lineRule="auto"/>
        <w:rPr>
          <w:color w:val="auto"/>
          <w:sz w:val="28"/>
          <w:szCs w:val="28"/>
        </w:rPr>
      </w:pPr>
    </w:p>
    <w:p w14:paraId="7FB8ECEC" w14:textId="169A9DD1" w:rsidR="00E96F76" w:rsidRDefault="00E96F76" w:rsidP="00CF4561">
      <w:pPr>
        <w:spacing w:after="60" w:line="240" w:lineRule="auto"/>
        <w:rPr>
          <w:color w:val="auto"/>
          <w:sz w:val="28"/>
          <w:szCs w:val="28"/>
        </w:rPr>
      </w:pPr>
    </w:p>
    <w:p w14:paraId="44A51705" w14:textId="17AFFC9B" w:rsidR="00E96F76" w:rsidRDefault="00E96F76" w:rsidP="00CF4561">
      <w:pPr>
        <w:spacing w:after="60" w:line="240" w:lineRule="auto"/>
        <w:rPr>
          <w:color w:val="auto"/>
          <w:sz w:val="28"/>
          <w:szCs w:val="28"/>
        </w:rPr>
      </w:pPr>
    </w:p>
    <w:p w14:paraId="557A7211" w14:textId="1FA764BA" w:rsidR="00E96F76" w:rsidRDefault="00E96F76" w:rsidP="00CF4561">
      <w:pPr>
        <w:spacing w:after="60" w:line="240" w:lineRule="auto"/>
        <w:rPr>
          <w:color w:val="auto"/>
          <w:sz w:val="28"/>
          <w:szCs w:val="28"/>
        </w:rPr>
      </w:pPr>
    </w:p>
    <w:p w14:paraId="73CFED0A" w14:textId="7F373408" w:rsidR="00E96F76" w:rsidRDefault="00E96F76" w:rsidP="00CF4561">
      <w:pPr>
        <w:spacing w:after="60" w:line="240" w:lineRule="auto"/>
        <w:rPr>
          <w:color w:val="auto"/>
          <w:sz w:val="28"/>
          <w:szCs w:val="28"/>
        </w:rPr>
      </w:pPr>
    </w:p>
    <w:p w14:paraId="03D41384" w14:textId="4AB70991" w:rsidR="00E96F76" w:rsidRDefault="00E96F76" w:rsidP="00CF4561">
      <w:pPr>
        <w:spacing w:after="60" w:line="240" w:lineRule="auto"/>
        <w:rPr>
          <w:color w:val="auto"/>
          <w:sz w:val="28"/>
          <w:szCs w:val="28"/>
        </w:rPr>
      </w:pPr>
    </w:p>
    <w:p w14:paraId="6AF6E5F3" w14:textId="79AD666A" w:rsidR="00E96F76" w:rsidRDefault="00E96F76" w:rsidP="00CF4561">
      <w:pPr>
        <w:spacing w:after="60" w:line="240" w:lineRule="auto"/>
        <w:rPr>
          <w:color w:val="auto"/>
          <w:sz w:val="28"/>
          <w:szCs w:val="28"/>
        </w:rPr>
      </w:pPr>
    </w:p>
    <w:p w14:paraId="0C3EF390" w14:textId="03EC1B2F" w:rsidR="00E96F76" w:rsidRDefault="00E96F76" w:rsidP="00CF4561">
      <w:pPr>
        <w:spacing w:after="60" w:line="240" w:lineRule="auto"/>
        <w:rPr>
          <w:color w:val="auto"/>
          <w:sz w:val="28"/>
          <w:szCs w:val="28"/>
        </w:rPr>
      </w:pPr>
    </w:p>
    <w:p w14:paraId="13DB9CD7" w14:textId="1E2B4759" w:rsidR="00E96F76" w:rsidRDefault="00E96F76" w:rsidP="00CF4561">
      <w:pPr>
        <w:spacing w:after="60" w:line="240" w:lineRule="auto"/>
        <w:rPr>
          <w:color w:val="auto"/>
          <w:sz w:val="28"/>
          <w:szCs w:val="28"/>
        </w:rPr>
      </w:pPr>
    </w:p>
    <w:p w14:paraId="7D5CDAB9" w14:textId="15685C59" w:rsidR="00E96F76" w:rsidRDefault="00E96F76" w:rsidP="00CF4561">
      <w:pPr>
        <w:spacing w:after="60" w:line="240" w:lineRule="auto"/>
        <w:rPr>
          <w:color w:val="auto"/>
          <w:sz w:val="28"/>
          <w:szCs w:val="28"/>
        </w:rPr>
      </w:pPr>
    </w:p>
    <w:p w14:paraId="5FAB743C" w14:textId="0AED6C7B" w:rsidR="00E96F76" w:rsidRDefault="00E96F76" w:rsidP="00CF4561">
      <w:pPr>
        <w:spacing w:after="60" w:line="240" w:lineRule="auto"/>
        <w:rPr>
          <w:color w:val="auto"/>
          <w:sz w:val="28"/>
          <w:szCs w:val="28"/>
        </w:rPr>
      </w:pPr>
    </w:p>
    <w:p w14:paraId="5167601B" w14:textId="66750887" w:rsidR="00E96F76" w:rsidRDefault="00E96F76" w:rsidP="00CF4561">
      <w:pPr>
        <w:spacing w:after="60" w:line="240" w:lineRule="auto"/>
        <w:rPr>
          <w:color w:val="auto"/>
          <w:sz w:val="28"/>
          <w:szCs w:val="28"/>
        </w:rPr>
      </w:pPr>
    </w:p>
    <w:p w14:paraId="32D50E44" w14:textId="385B19FD" w:rsidR="00E96F76" w:rsidRDefault="00E96F76" w:rsidP="00CF4561">
      <w:pPr>
        <w:spacing w:after="60" w:line="240" w:lineRule="auto"/>
        <w:rPr>
          <w:color w:val="auto"/>
          <w:sz w:val="28"/>
          <w:szCs w:val="28"/>
        </w:rPr>
      </w:pPr>
    </w:p>
    <w:p w14:paraId="1A00D275" w14:textId="10852161" w:rsidR="00E96F76" w:rsidRDefault="00E96F76" w:rsidP="00CF4561">
      <w:pPr>
        <w:spacing w:after="60" w:line="240" w:lineRule="auto"/>
        <w:rPr>
          <w:color w:val="auto"/>
          <w:sz w:val="28"/>
          <w:szCs w:val="28"/>
        </w:rPr>
      </w:pPr>
    </w:p>
    <w:p w14:paraId="5E5E33B8" w14:textId="5A4AFFDB" w:rsidR="00E96F76" w:rsidRDefault="00E96F76" w:rsidP="00CF4561">
      <w:pPr>
        <w:spacing w:after="60" w:line="240" w:lineRule="auto"/>
        <w:rPr>
          <w:color w:val="auto"/>
          <w:sz w:val="28"/>
          <w:szCs w:val="28"/>
        </w:rPr>
      </w:pPr>
    </w:p>
    <w:p w14:paraId="61993DF2" w14:textId="77777777" w:rsidR="00E96F76" w:rsidRDefault="00E96F76" w:rsidP="00E96F76">
      <w:pPr>
        <w:spacing w:before="160"/>
        <w:jc w:val="center"/>
      </w:pPr>
      <w:r>
        <w:rPr>
          <w:rFonts w:cs="Times New Roman"/>
          <w:b/>
          <w:color w:val="247F82"/>
          <w:sz w:val="34"/>
        </w:rPr>
        <w:lastRenderedPageBreak/>
        <w:t>GLOBAL SUCCESS 8</w:t>
      </w:r>
    </w:p>
    <w:p w14:paraId="4EEA4853" w14:textId="77777777" w:rsidR="00E96F76" w:rsidRDefault="00E96F76" w:rsidP="00E96F76">
      <w:pPr>
        <w:spacing w:after="100"/>
        <w:jc w:val="center"/>
      </w:pPr>
      <w:r>
        <w:rPr>
          <w:rFonts w:cs="Times New Roman"/>
          <w:b/>
          <w:color w:val="E85B6B"/>
          <w:sz w:val="44"/>
        </w:rPr>
        <w:t>UNIT 3: TEENAGERS</w:t>
      </w:r>
    </w:p>
    <w:p w14:paraId="0CE58913" w14:textId="77777777" w:rsidR="00E96F76" w:rsidRDefault="00E96F76" w:rsidP="00E96F76">
      <w:pPr>
        <w:spacing w:after="160"/>
        <w:jc w:val="center"/>
      </w:pPr>
      <w:r>
        <w:rPr>
          <w:rFonts w:cs="Times New Roman"/>
          <w:b/>
          <w:color w:val="000000"/>
          <w:sz w:val="30"/>
        </w:rPr>
        <w:t>ANSWER KEY &amp; LISTENING TRANSCRIPT</w:t>
      </w:r>
    </w:p>
    <w:p w14:paraId="5CC8471D" w14:textId="77777777" w:rsidR="00E96F76" w:rsidRDefault="00E96F76" w:rsidP="00E96F76">
      <w:pPr>
        <w:keepNext/>
        <w:pBdr>
          <w:top w:val="single" w:sz="10" w:space="3" w:color="E85B6B"/>
          <w:left w:val="single" w:sz="10" w:space="3" w:color="E85B6B"/>
          <w:bottom w:val="single" w:sz="10" w:space="3" w:color="E85B6B"/>
          <w:right w:val="single" w:sz="10" w:space="3" w:color="E85B6B"/>
        </w:pBdr>
        <w:shd w:val="clear" w:color="auto" w:fill="E85B6B"/>
        <w:spacing w:before="100" w:after="100"/>
        <w:jc w:val="center"/>
      </w:pPr>
      <w:r>
        <w:rPr>
          <w:rFonts w:cs="Times New Roman"/>
          <w:b/>
          <w:color w:val="FFFFFF"/>
          <w:sz w:val="32"/>
        </w:rPr>
        <w:t>LISTENING TRANSCRIPT</w:t>
      </w:r>
    </w:p>
    <w:p w14:paraId="0A5CF9A2" w14:textId="77777777" w:rsidR="00E96F76" w:rsidRDefault="00E96F76" w:rsidP="00E96F76">
      <w:pPr>
        <w:keepNext/>
        <w:pBdr>
          <w:top w:val="single" w:sz="7" w:space="2" w:color="E85B6B"/>
          <w:left w:val="single" w:sz="7" w:space="2" w:color="E85B6B"/>
          <w:bottom w:val="single" w:sz="7" w:space="2" w:color="E85B6B"/>
          <w:right w:val="single" w:sz="7" w:space="2" w:color="E85B6B"/>
        </w:pBdr>
        <w:shd w:val="clear" w:color="auto" w:fill="E85B6B"/>
        <w:spacing w:before="80"/>
      </w:pPr>
      <w:r>
        <w:rPr>
          <w:rFonts w:cs="Times New Roman"/>
          <w:b/>
          <w:color w:val="FFFFFF"/>
          <w:sz w:val="26"/>
        </w:rPr>
        <w:t xml:space="preserve">  Part I. Listening – Questions 1–5  </w:t>
      </w:r>
    </w:p>
    <w:p w14:paraId="2BE16404" w14:textId="77777777" w:rsidR="00E96F76" w:rsidRDefault="00E96F76" w:rsidP="00E96F76">
      <w:pPr>
        <w:spacing w:after="100" w:line="264" w:lineRule="auto"/>
      </w:pPr>
      <w:r>
        <w:rPr>
          <w:rFonts w:cs="Times New Roman"/>
          <w:i/>
          <w:color w:val="000000"/>
          <w:sz w:val="23"/>
        </w:rPr>
        <w:t>Teacher’s instructions: Give students 30 seconds to read the questions. Play or read the recording twice. Pause briefly between the two readings, then give students 30 seconds to check their answers.</w:t>
      </w:r>
    </w:p>
    <w:p w14:paraId="00C6AEB8" w14:textId="77777777" w:rsidR="00E96F76" w:rsidRDefault="00E96F76" w:rsidP="00E96F76">
      <w:pPr>
        <w:pBdr>
          <w:top w:val="single" w:sz="7" w:space="5" w:color="E7C85B"/>
          <w:left w:val="single" w:sz="7" w:space="5" w:color="E7C85B"/>
          <w:bottom w:val="single" w:sz="7" w:space="5" w:color="E7C85B"/>
          <w:right w:val="single" w:sz="7" w:space="5" w:color="E7C85B"/>
        </w:pBdr>
        <w:shd w:val="clear" w:color="auto" w:fill="FFF4CC"/>
        <w:spacing w:after="100" w:line="278" w:lineRule="auto"/>
      </w:pPr>
      <w:r>
        <w:rPr>
          <w:rFonts w:cs="Times New Roman"/>
          <w:color w:val="000000"/>
          <w:sz w:val="27"/>
        </w:rPr>
        <w:t>Hello, I’m Mai. A few weeks before the midterm tests, I began to feel under a lot of pressure. The club meetings were not the problem, and I did not care much about social-media advertisements. What worried me most was having several tests while my parents and teachers expected me to get very high marks. I tried staying up late, but that only made me tired and unable to concentrate. Then I spoke to our school counsellor. She did not tell me to stop talking to friends or leave every club. First, she advised me to make a realistic study plan and divide large tasks into smaller ones. She also suggested taking short breaks and turning off unnecessary notifications. At the school club fair, I first looked at the chess club and the language club. In the end, I chose the arts and crafts club because I enjoy making greeting cards. The club does not give us extra homework, and we certainly do not miss lessons. Working with other students helps me relax and make new friends. Now I still study hard, but I manage my time better and enjoy school life more.</w:t>
      </w:r>
    </w:p>
    <w:p w14:paraId="61298456" w14:textId="77777777" w:rsidR="00E96F76" w:rsidRDefault="00E96F76" w:rsidP="00E96F76">
      <w:pPr>
        <w:spacing w:after="120" w:line="264" w:lineRule="auto"/>
      </w:pPr>
      <w:r>
        <w:rPr>
          <w:rFonts w:cs="Times New Roman"/>
          <w:b/>
          <w:color w:val="000000"/>
          <w:sz w:val="27"/>
        </w:rPr>
        <w:t>Listening answers: 1B – 2C – 3A – 4C – 5B</w:t>
      </w:r>
    </w:p>
    <w:p w14:paraId="10C6B9A1" w14:textId="77777777" w:rsidR="00E96F76" w:rsidRDefault="00E96F76" w:rsidP="00E96F76">
      <w:pPr>
        <w:keepNext/>
        <w:pBdr>
          <w:top w:val="single" w:sz="10" w:space="3" w:color="247F82"/>
          <w:left w:val="single" w:sz="10" w:space="3" w:color="247F82"/>
          <w:bottom w:val="single" w:sz="10" w:space="3" w:color="247F82"/>
          <w:right w:val="single" w:sz="10" w:space="3" w:color="247F82"/>
        </w:pBdr>
        <w:shd w:val="clear" w:color="auto" w:fill="247F82"/>
        <w:spacing w:before="100" w:after="100"/>
        <w:jc w:val="center"/>
      </w:pPr>
      <w:r>
        <w:rPr>
          <w:rFonts w:cs="Times New Roman"/>
          <w:b/>
          <w:color w:val="FFFFFF"/>
          <w:sz w:val="32"/>
        </w:rPr>
        <w:t>ANSWER KEY</w:t>
      </w:r>
    </w:p>
    <w:tbl>
      <w:tblPr>
        <w:tblStyle w:val="TableGrid"/>
        <w:tblW w:w="0" w:type="auto"/>
        <w:jc w:val="center"/>
        <w:tblLayout w:type="fixed"/>
        <w:tblLook w:val="04A0" w:firstRow="1" w:lastRow="0" w:firstColumn="1" w:lastColumn="0" w:noHBand="0" w:noVBand="1"/>
      </w:tblPr>
      <w:tblGrid>
        <w:gridCol w:w="5184"/>
        <w:gridCol w:w="6408"/>
      </w:tblGrid>
      <w:tr w:rsidR="00E96F76" w14:paraId="34C71966" w14:textId="77777777" w:rsidTr="000E5DA7">
        <w:trPr>
          <w:jc w:val="center"/>
        </w:trPr>
        <w:tc>
          <w:tcPr>
            <w:tcW w:w="5184" w:type="dxa"/>
            <w:shd w:val="clear" w:color="auto" w:fill="247F82"/>
            <w:tcMar>
              <w:top w:w="80" w:type="dxa"/>
              <w:left w:w="100" w:type="dxa"/>
              <w:bottom w:w="80" w:type="dxa"/>
              <w:right w:w="100" w:type="dxa"/>
            </w:tcMar>
            <w:vAlign w:val="center"/>
          </w:tcPr>
          <w:p w14:paraId="32CC0106" w14:textId="77777777" w:rsidR="00E96F76" w:rsidRDefault="00E96F76" w:rsidP="000E5DA7">
            <w:pPr>
              <w:jc w:val="center"/>
            </w:pPr>
            <w:r>
              <w:rPr>
                <w:rFonts w:cs="Times New Roman"/>
                <w:b/>
                <w:color w:val="FFFFFF"/>
                <w:sz w:val="24"/>
              </w:rPr>
              <w:t>SECTION</w:t>
            </w:r>
          </w:p>
        </w:tc>
        <w:tc>
          <w:tcPr>
            <w:tcW w:w="5184" w:type="dxa"/>
            <w:shd w:val="clear" w:color="auto" w:fill="247F82"/>
            <w:tcMar>
              <w:top w:w="80" w:type="dxa"/>
              <w:left w:w="100" w:type="dxa"/>
              <w:bottom w:w="80" w:type="dxa"/>
              <w:right w:w="100" w:type="dxa"/>
            </w:tcMar>
            <w:vAlign w:val="center"/>
          </w:tcPr>
          <w:p w14:paraId="57500B1C" w14:textId="77777777" w:rsidR="00E96F76" w:rsidRDefault="00E96F76" w:rsidP="000E5DA7">
            <w:pPr>
              <w:jc w:val="center"/>
            </w:pPr>
            <w:r>
              <w:rPr>
                <w:rFonts w:cs="Times New Roman"/>
                <w:b/>
                <w:color w:val="FFFFFF"/>
                <w:sz w:val="24"/>
              </w:rPr>
              <w:t>ANSWERS</w:t>
            </w:r>
          </w:p>
        </w:tc>
      </w:tr>
      <w:tr w:rsidR="00E96F76" w14:paraId="0F5FF198" w14:textId="77777777" w:rsidTr="000E5DA7">
        <w:trPr>
          <w:jc w:val="center"/>
        </w:trPr>
        <w:tc>
          <w:tcPr>
            <w:tcW w:w="3384" w:type="dxa"/>
            <w:shd w:val="clear" w:color="auto" w:fill="E7F3F4"/>
            <w:tcMar>
              <w:top w:w="80" w:type="dxa"/>
              <w:left w:w="100" w:type="dxa"/>
              <w:bottom w:w="80" w:type="dxa"/>
              <w:right w:w="100" w:type="dxa"/>
            </w:tcMar>
            <w:vAlign w:val="center"/>
          </w:tcPr>
          <w:p w14:paraId="55262AEE" w14:textId="77777777" w:rsidR="00E96F76" w:rsidRDefault="00E96F76" w:rsidP="000E5DA7">
            <w:pPr>
              <w:spacing w:after="0"/>
            </w:pPr>
            <w:r>
              <w:rPr>
                <w:rFonts w:cs="Times New Roman"/>
                <w:b/>
                <w:color w:val="000000"/>
                <w:sz w:val="24"/>
              </w:rPr>
              <w:t>PART I. LISTENING</w:t>
            </w:r>
          </w:p>
        </w:tc>
        <w:tc>
          <w:tcPr>
            <w:tcW w:w="6408" w:type="dxa"/>
            <w:tcMar>
              <w:top w:w="80" w:type="dxa"/>
              <w:left w:w="100" w:type="dxa"/>
              <w:bottom w:w="80" w:type="dxa"/>
              <w:right w:w="100" w:type="dxa"/>
            </w:tcMar>
            <w:vAlign w:val="center"/>
          </w:tcPr>
          <w:p w14:paraId="3449D43D" w14:textId="77777777" w:rsidR="00E96F76" w:rsidRDefault="00E96F76" w:rsidP="000E5DA7">
            <w:pPr>
              <w:spacing w:after="0"/>
            </w:pPr>
            <w:r>
              <w:rPr>
                <w:rFonts w:cs="Times New Roman"/>
                <w:color w:val="000000"/>
                <w:sz w:val="24"/>
              </w:rPr>
              <w:t>1B, 2C, 3A, 4C, 5B</w:t>
            </w:r>
          </w:p>
        </w:tc>
      </w:tr>
      <w:tr w:rsidR="00E96F76" w14:paraId="7854A957" w14:textId="77777777" w:rsidTr="000E5DA7">
        <w:trPr>
          <w:jc w:val="center"/>
        </w:trPr>
        <w:tc>
          <w:tcPr>
            <w:tcW w:w="3384" w:type="dxa"/>
            <w:shd w:val="clear" w:color="auto" w:fill="E7F3F4"/>
            <w:tcMar>
              <w:top w:w="80" w:type="dxa"/>
              <w:left w:w="100" w:type="dxa"/>
              <w:bottom w:w="80" w:type="dxa"/>
              <w:right w:w="100" w:type="dxa"/>
            </w:tcMar>
            <w:vAlign w:val="center"/>
          </w:tcPr>
          <w:p w14:paraId="6EC407FE" w14:textId="77777777" w:rsidR="00E96F76" w:rsidRDefault="00E96F76" w:rsidP="000E5DA7">
            <w:pPr>
              <w:spacing w:after="0"/>
            </w:pPr>
            <w:r>
              <w:rPr>
                <w:rFonts w:cs="Times New Roman"/>
                <w:b/>
                <w:color w:val="000000"/>
                <w:sz w:val="24"/>
              </w:rPr>
              <w:t>PART II. PHONETICS</w:t>
            </w:r>
          </w:p>
        </w:tc>
        <w:tc>
          <w:tcPr>
            <w:tcW w:w="6408" w:type="dxa"/>
            <w:tcMar>
              <w:top w:w="80" w:type="dxa"/>
              <w:left w:w="100" w:type="dxa"/>
              <w:bottom w:w="80" w:type="dxa"/>
              <w:right w:w="100" w:type="dxa"/>
            </w:tcMar>
            <w:vAlign w:val="center"/>
          </w:tcPr>
          <w:p w14:paraId="717388D1" w14:textId="77777777" w:rsidR="00E96F76" w:rsidRDefault="00E96F76" w:rsidP="000E5DA7">
            <w:pPr>
              <w:spacing w:after="0"/>
            </w:pPr>
            <w:r>
              <w:rPr>
                <w:rFonts w:cs="Times New Roman"/>
                <w:color w:val="000000"/>
                <w:sz w:val="24"/>
              </w:rPr>
              <w:t>6A, 7D, 8C, 9D</w:t>
            </w:r>
          </w:p>
        </w:tc>
      </w:tr>
      <w:tr w:rsidR="00E96F76" w14:paraId="61F4C296" w14:textId="77777777" w:rsidTr="000E5DA7">
        <w:trPr>
          <w:jc w:val="center"/>
        </w:trPr>
        <w:tc>
          <w:tcPr>
            <w:tcW w:w="3384" w:type="dxa"/>
            <w:shd w:val="clear" w:color="auto" w:fill="E7F3F4"/>
            <w:tcMar>
              <w:top w:w="80" w:type="dxa"/>
              <w:left w:w="100" w:type="dxa"/>
              <w:bottom w:w="80" w:type="dxa"/>
              <w:right w:w="100" w:type="dxa"/>
            </w:tcMar>
            <w:vAlign w:val="center"/>
          </w:tcPr>
          <w:p w14:paraId="62F172B4" w14:textId="77777777" w:rsidR="00E96F76" w:rsidRDefault="00E96F76" w:rsidP="000E5DA7">
            <w:pPr>
              <w:spacing w:after="0"/>
            </w:pPr>
            <w:r>
              <w:rPr>
                <w:rFonts w:cs="Times New Roman"/>
                <w:b/>
                <w:color w:val="000000"/>
                <w:sz w:val="24"/>
              </w:rPr>
              <w:t>PART III. LANGUAGE USE</w:t>
            </w:r>
          </w:p>
        </w:tc>
        <w:tc>
          <w:tcPr>
            <w:tcW w:w="6408" w:type="dxa"/>
            <w:tcMar>
              <w:top w:w="80" w:type="dxa"/>
              <w:left w:w="100" w:type="dxa"/>
              <w:bottom w:w="80" w:type="dxa"/>
              <w:right w:w="100" w:type="dxa"/>
            </w:tcMar>
            <w:vAlign w:val="center"/>
          </w:tcPr>
          <w:p w14:paraId="63CA4638" w14:textId="77777777" w:rsidR="00E96F76" w:rsidRDefault="00E96F76" w:rsidP="000E5DA7">
            <w:pPr>
              <w:spacing w:after="0"/>
            </w:pPr>
            <w:r>
              <w:rPr>
                <w:rFonts w:cs="Times New Roman"/>
                <w:color w:val="000000"/>
                <w:sz w:val="24"/>
              </w:rPr>
              <w:t>10B, 11D, 12A, 13C, 14B, 15A, 16C, 17D, 18B, 19A</w:t>
            </w:r>
          </w:p>
        </w:tc>
      </w:tr>
      <w:tr w:rsidR="00E96F76" w14:paraId="5F57FD25" w14:textId="77777777" w:rsidTr="000E5DA7">
        <w:trPr>
          <w:jc w:val="center"/>
        </w:trPr>
        <w:tc>
          <w:tcPr>
            <w:tcW w:w="3384" w:type="dxa"/>
            <w:shd w:val="clear" w:color="auto" w:fill="E7F3F4"/>
            <w:tcMar>
              <w:top w:w="80" w:type="dxa"/>
              <w:left w:w="100" w:type="dxa"/>
              <w:bottom w:w="80" w:type="dxa"/>
              <w:right w:w="100" w:type="dxa"/>
            </w:tcMar>
            <w:vAlign w:val="center"/>
          </w:tcPr>
          <w:p w14:paraId="05D9D215" w14:textId="77777777" w:rsidR="00E96F76" w:rsidRDefault="00E96F76" w:rsidP="000E5DA7">
            <w:pPr>
              <w:spacing w:after="0"/>
            </w:pPr>
            <w:r>
              <w:rPr>
                <w:rFonts w:cs="Times New Roman"/>
                <w:b/>
                <w:color w:val="000000"/>
                <w:sz w:val="24"/>
              </w:rPr>
              <w:t>PART IV. PRACTICAL SKILLS</w:t>
            </w:r>
          </w:p>
        </w:tc>
        <w:tc>
          <w:tcPr>
            <w:tcW w:w="6408" w:type="dxa"/>
            <w:tcMar>
              <w:top w:w="80" w:type="dxa"/>
              <w:left w:w="100" w:type="dxa"/>
              <w:bottom w:w="80" w:type="dxa"/>
              <w:right w:w="100" w:type="dxa"/>
            </w:tcMar>
            <w:vAlign w:val="center"/>
          </w:tcPr>
          <w:p w14:paraId="105D1E16" w14:textId="77777777" w:rsidR="00E96F76" w:rsidRDefault="00E96F76" w:rsidP="000E5DA7">
            <w:pPr>
              <w:spacing w:after="0"/>
            </w:pPr>
            <w:r>
              <w:rPr>
                <w:rFonts w:cs="Times New Roman"/>
                <w:color w:val="000000"/>
                <w:sz w:val="24"/>
              </w:rPr>
              <w:t>20C, 21A, 22D, 23A</w:t>
            </w:r>
          </w:p>
        </w:tc>
      </w:tr>
      <w:tr w:rsidR="00E96F76" w14:paraId="32457705" w14:textId="77777777" w:rsidTr="000E5DA7">
        <w:trPr>
          <w:jc w:val="center"/>
        </w:trPr>
        <w:tc>
          <w:tcPr>
            <w:tcW w:w="3384" w:type="dxa"/>
            <w:shd w:val="clear" w:color="auto" w:fill="E7F3F4"/>
            <w:tcMar>
              <w:top w:w="80" w:type="dxa"/>
              <w:left w:w="100" w:type="dxa"/>
              <w:bottom w:w="80" w:type="dxa"/>
              <w:right w:w="100" w:type="dxa"/>
            </w:tcMar>
            <w:vAlign w:val="center"/>
          </w:tcPr>
          <w:p w14:paraId="4D975566" w14:textId="77777777" w:rsidR="00E96F76" w:rsidRDefault="00E96F76" w:rsidP="000E5DA7">
            <w:pPr>
              <w:spacing w:after="0"/>
            </w:pPr>
            <w:r>
              <w:rPr>
                <w:rFonts w:cs="Times New Roman"/>
                <w:b/>
                <w:color w:val="000000"/>
                <w:sz w:val="24"/>
              </w:rPr>
              <w:t>PART V. READING</w:t>
            </w:r>
          </w:p>
        </w:tc>
        <w:tc>
          <w:tcPr>
            <w:tcW w:w="6408" w:type="dxa"/>
            <w:tcMar>
              <w:top w:w="80" w:type="dxa"/>
              <w:left w:w="100" w:type="dxa"/>
              <w:bottom w:w="80" w:type="dxa"/>
              <w:right w:w="100" w:type="dxa"/>
            </w:tcMar>
            <w:vAlign w:val="center"/>
          </w:tcPr>
          <w:p w14:paraId="41B4058B" w14:textId="77777777" w:rsidR="00E96F76" w:rsidRDefault="00E96F76" w:rsidP="000E5DA7">
            <w:pPr>
              <w:spacing w:after="0"/>
            </w:pPr>
            <w:r>
              <w:rPr>
                <w:rFonts w:cs="Times New Roman"/>
                <w:color w:val="000000"/>
                <w:sz w:val="24"/>
              </w:rPr>
              <w:t>24B, 25C, 26A, 27D, 28C, 29A, 30D, 31B, 32C</w:t>
            </w:r>
          </w:p>
        </w:tc>
      </w:tr>
      <w:tr w:rsidR="00E96F76" w14:paraId="2ACF21C6" w14:textId="77777777" w:rsidTr="000E5DA7">
        <w:trPr>
          <w:jc w:val="center"/>
        </w:trPr>
        <w:tc>
          <w:tcPr>
            <w:tcW w:w="3384" w:type="dxa"/>
            <w:shd w:val="clear" w:color="auto" w:fill="E7F3F4"/>
            <w:tcMar>
              <w:top w:w="80" w:type="dxa"/>
              <w:left w:w="100" w:type="dxa"/>
              <w:bottom w:w="80" w:type="dxa"/>
              <w:right w:w="100" w:type="dxa"/>
            </w:tcMar>
            <w:vAlign w:val="center"/>
          </w:tcPr>
          <w:p w14:paraId="2DF3C645" w14:textId="77777777" w:rsidR="00E96F76" w:rsidRDefault="00E96F76" w:rsidP="000E5DA7">
            <w:pPr>
              <w:spacing w:after="0"/>
            </w:pPr>
            <w:r>
              <w:rPr>
                <w:rFonts w:cs="Times New Roman"/>
                <w:b/>
                <w:color w:val="000000"/>
                <w:sz w:val="24"/>
              </w:rPr>
              <w:t>PART VI. ORDERING</w:t>
            </w:r>
          </w:p>
        </w:tc>
        <w:tc>
          <w:tcPr>
            <w:tcW w:w="6408" w:type="dxa"/>
            <w:tcMar>
              <w:top w:w="80" w:type="dxa"/>
              <w:left w:w="100" w:type="dxa"/>
              <w:bottom w:w="80" w:type="dxa"/>
              <w:right w:w="100" w:type="dxa"/>
            </w:tcMar>
            <w:vAlign w:val="center"/>
          </w:tcPr>
          <w:p w14:paraId="7C0A1B88" w14:textId="77777777" w:rsidR="00E96F76" w:rsidRDefault="00E96F76" w:rsidP="000E5DA7">
            <w:pPr>
              <w:spacing w:after="0"/>
            </w:pPr>
            <w:r>
              <w:rPr>
                <w:rFonts w:cs="Times New Roman"/>
                <w:color w:val="000000"/>
                <w:sz w:val="24"/>
              </w:rPr>
              <w:t>33B, 34D</w:t>
            </w:r>
          </w:p>
        </w:tc>
      </w:tr>
    </w:tbl>
    <w:p w14:paraId="674F7C06" w14:textId="77777777" w:rsidR="00E96F76" w:rsidRDefault="00E96F76" w:rsidP="00E96F76">
      <w:pPr>
        <w:keepNext/>
        <w:pBdr>
          <w:top w:val="single" w:sz="7" w:space="2" w:color="E85B6B"/>
          <w:left w:val="single" w:sz="7" w:space="2" w:color="E85B6B"/>
          <w:bottom w:val="single" w:sz="7" w:space="2" w:color="E85B6B"/>
          <w:right w:val="single" w:sz="7" w:space="2" w:color="E85B6B"/>
        </w:pBdr>
        <w:shd w:val="clear" w:color="auto" w:fill="E85B6B"/>
        <w:spacing w:before="80"/>
      </w:pPr>
      <w:r>
        <w:rPr>
          <w:rFonts w:cs="Times New Roman"/>
          <w:b/>
          <w:color w:val="FFFFFF"/>
          <w:sz w:val="26"/>
        </w:rPr>
        <w:t xml:space="preserve">  PART VII. WRITING – Suggested answers  </w:t>
      </w:r>
    </w:p>
    <w:p w14:paraId="6F55DCE0" w14:textId="77777777" w:rsidR="00E96F76" w:rsidRDefault="00E96F76" w:rsidP="00E96F76">
      <w:pPr>
        <w:spacing w:after="80"/>
      </w:pPr>
      <w:r>
        <w:rPr>
          <w:rFonts w:cs="Times New Roman"/>
          <w:b/>
          <w:color w:val="CD414E"/>
          <w:sz w:val="26"/>
        </w:rPr>
        <w:t xml:space="preserve">35. </w:t>
      </w:r>
      <w:r>
        <w:rPr>
          <w:rFonts w:cs="Times New Roman"/>
          <w:color w:val="000000"/>
          <w:sz w:val="26"/>
        </w:rPr>
        <w:t>Tom wanted to reduce stress, so he joined the sports club.</w:t>
      </w:r>
    </w:p>
    <w:p w14:paraId="4C077064" w14:textId="77777777" w:rsidR="00E96F76" w:rsidRDefault="00E96F76" w:rsidP="00E96F76">
      <w:pPr>
        <w:spacing w:after="80"/>
      </w:pPr>
      <w:r>
        <w:rPr>
          <w:rFonts w:cs="Times New Roman"/>
          <w:b/>
          <w:color w:val="CD414E"/>
          <w:sz w:val="26"/>
        </w:rPr>
        <w:t xml:space="preserve">36. </w:t>
      </w:r>
      <w:r>
        <w:rPr>
          <w:rFonts w:cs="Times New Roman"/>
          <w:color w:val="000000"/>
          <w:sz w:val="26"/>
        </w:rPr>
        <w:t>Lan was tired; however, she completed her project.</w:t>
      </w:r>
    </w:p>
    <w:p w14:paraId="546F7F46" w14:textId="77777777" w:rsidR="00E96F76" w:rsidRDefault="00E96F76" w:rsidP="00E96F76">
      <w:pPr>
        <w:spacing w:after="80"/>
      </w:pPr>
      <w:r>
        <w:rPr>
          <w:rFonts w:cs="Times New Roman"/>
          <w:b/>
          <w:color w:val="CD414E"/>
          <w:sz w:val="26"/>
        </w:rPr>
        <w:t xml:space="preserve">37. </w:t>
      </w:r>
      <w:r>
        <w:rPr>
          <w:rFonts w:cs="Times New Roman"/>
          <w:color w:val="000000"/>
          <w:sz w:val="26"/>
        </w:rPr>
        <w:t>The school forum is useful, but students should not share private information.</w:t>
      </w:r>
    </w:p>
    <w:p w14:paraId="54727D31" w14:textId="77777777" w:rsidR="00E96F76" w:rsidRDefault="00E96F76" w:rsidP="00E96F76">
      <w:pPr>
        <w:spacing w:after="80"/>
      </w:pPr>
      <w:r>
        <w:rPr>
          <w:rFonts w:cs="Times New Roman"/>
          <w:b/>
          <w:color w:val="CD414E"/>
          <w:sz w:val="26"/>
        </w:rPr>
        <w:t xml:space="preserve">38. </w:t>
      </w:r>
      <w:r>
        <w:rPr>
          <w:rFonts w:cs="Times New Roman"/>
          <w:color w:val="000000"/>
          <w:sz w:val="26"/>
        </w:rPr>
        <w:t>Nam asked Mai, “Could you show me how to upload a picture?”</w:t>
      </w:r>
    </w:p>
    <w:p w14:paraId="473995B2" w14:textId="77777777" w:rsidR="00E96F76" w:rsidRDefault="00E96F76" w:rsidP="00E96F76">
      <w:pPr>
        <w:spacing w:after="80" w:line="264" w:lineRule="auto"/>
      </w:pPr>
      <w:r>
        <w:rPr>
          <w:rFonts w:cs="Times New Roman"/>
          <w:i/>
          <w:color w:val="000000"/>
          <w:sz w:val="23"/>
        </w:rPr>
        <w:t>Equivalent answers that preserve the required meaning and structure may also be accepted.</w:t>
      </w:r>
    </w:p>
    <w:p w14:paraId="07309FCA" w14:textId="77777777" w:rsidR="00E96F76" w:rsidRDefault="00E96F76" w:rsidP="00E96F76">
      <w:pPr>
        <w:keepNext/>
        <w:pBdr>
          <w:top w:val="single" w:sz="7" w:space="2" w:color="E85B6B"/>
          <w:left w:val="single" w:sz="7" w:space="2" w:color="E85B6B"/>
          <w:bottom w:val="single" w:sz="7" w:space="2" w:color="E85B6B"/>
          <w:right w:val="single" w:sz="7" w:space="2" w:color="E85B6B"/>
        </w:pBdr>
        <w:shd w:val="clear" w:color="auto" w:fill="E85B6B"/>
        <w:spacing w:before="80"/>
      </w:pPr>
      <w:r>
        <w:rPr>
          <w:rFonts w:cs="Times New Roman"/>
          <w:b/>
          <w:color w:val="FFFFFF"/>
          <w:sz w:val="26"/>
        </w:rPr>
        <w:lastRenderedPageBreak/>
        <w:t xml:space="preserve">  39. Sample paragraph (90 words)  </w:t>
      </w:r>
    </w:p>
    <w:p w14:paraId="6F6EBEDA" w14:textId="77777777" w:rsidR="00E96F76" w:rsidRDefault="00E96F76" w:rsidP="00E96F76">
      <w:pPr>
        <w:pBdr>
          <w:top w:val="single" w:sz="7" w:space="5" w:color="A9D3AD"/>
          <w:left w:val="single" w:sz="7" w:space="5" w:color="A9D3AD"/>
          <w:bottom w:val="single" w:sz="7" w:space="5" w:color="A9D3AD"/>
          <w:right w:val="single" w:sz="7" w:space="5" w:color="A9D3AD"/>
        </w:pBdr>
        <w:shd w:val="clear" w:color="auto" w:fill="E9F5EA"/>
        <w:spacing w:after="120" w:line="274" w:lineRule="auto"/>
      </w:pPr>
      <w:r>
        <w:rPr>
          <w:rFonts w:cs="Times New Roman"/>
          <w:color w:val="000000"/>
          <w:sz w:val="26"/>
        </w:rPr>
        <w:t>Examinations are a common cause of stress for teenagers. Many students worry about getting low marks or disappointing their parents, so they may stay up late and become tired or impatient. This pressure can make it difficult for them to concentrate in class. To reduce stress, teenagers should make a realistic study timetable and divide large tasks into smaller steps. They should also turn off unnecessary notifications, take short breaks, exercise, and talk to a trusted adult. In my opinion, asking for help is a sign of responsibility, not weakness.</w:t>
      </w:r>
    </w:p>
    <w:p w14:paraId="069CB36D" w14:textId="77777777" w:rsidR="00E96F76" w:rsidRDefault="00E96F76" w:rsidP="00E96F76">
      <w:pPr>
        <w:keepNext/>
        <w:pBdr>
          <w:top w:val="single" w:sz="7" w:space="2" w:color="E85B6B"/>
          <w:left w:val="single" w:sz="7" w:space="2" w:color="E85B6B"/>
          <w:bottom w:val="single" w:sz="7" w:space="2" w:color="E85B6B"/>
          <w:right w:val="single" w:sz="7" w:space="2" w:color="E85B6B"/>
        </w:pBdr>
        <w:shd w:val="clear" w:color="auto" w:fill="E85B6B"/>
        <w:spacing w:before="80"/>
      </w:pPr>
      <w:r>
        <w:rPr>
          <w:rFonts w:cs="Times New Roman"/>
          <w:b/>
          <w:color w:val="FFFFFF"/>
          <w:sz w:val="26"/>
        </w:rPr>
        <w:t xml:space="preserve">  Technical note  </w:t>
      </w:r>
    </w:p>
    <w:p w14:paraId="449C0462" w14:textId="77777777" w:rsidR="00E96F76" w:rsidRDefault="00E96F76" w:rsidP="00E96F76">
      <w:pPr>
        <w:ind w:left="360" w:hanging="216"/>
      </w:pPr>
      <w:r>
        <w:rPr>
          <w:rFonts w:cs="Times New Roman"/>
          <w:color w:val="000000"/>
          <w:sz w:val="24"/>
        </w:rPr>
        <w:t>• In the student test, Part III should be labelled “LANGUAGE USE (2.5 pts)”, not “PHONETICS (1.5 pt)”.</w:t>
      </w:r>
    </w:p>
    <w:p w14:paraId="30610EC0" w14:textId="77777777" w:rsidR="00E96F76" w:rsidRDefault="00E96F76" w:rsidP="00E96F76">
      <w:pPr>
        <w:ind w:left="360" w:hanging="216"/>
      </w:pPr>
      <w:r>
        <w:rPr>
          <w:rFonts w:cs="Times New Roman"/>
          <w:color w:val="000000"/>
          <w:sz w:val="24"/>
        </w:rPr>
        <w:t>• The answer key above follows the actual question structure and the total score of 10 points.</w:t>
      </w:r>
    </w:p>
    <w:p w14:paraId="0A4659B7" w14:textId="77777777" w:rsidR="00E96F76" w:rsidRPr="004C4412" w:rsidRDefault="00E96F76" w:rsidP="00CF4561">
      <w:pPr>
        <w:spacing w:after="60" w:line="240" w:lineRule="auto"/>
        <w:rPr>
          <w:color w:val="auto"/>
          <w:sz w:val="28"/>
          <w:szCs w:val="28"/>
        </w:rPr>
      </w:pPr>
    </w:p>
    <w:sectPr w:rsidR="00E96F76" w:rsidRPr="004C4412" w:rsidSect="00034616">
      <w:headerReference w:type="even" r:id="rId10"/>
      <w:headerReference w:type="default" r:id="rId11"/>
      <w:footerReference w:type="even" r:id="rId12"/>
      <w:footerReference w:type="default" r:id="rId13"/>
      <w:headerReference w:type="first" r:id="rId14"/>
      <w:footerReference w:type="first" r:id="rId15"/>
      <w:pgSz w:w="11906" w:h="16838"/>
      <w:pgMar w:top="652" w:right="709" w:bottom="652" w:left="709" w:header="255" w:footer="255" w:gutter="0"/>
      <w:pgBorders w:offsetFrom="page">
        <w:top w:val="single" w:sz="8" w:space="18" w:color="B7DAD8"/>
        <w:left w:val="single" w:sz="8" w:space="18" w:color="B7DAD8"/>
        <w:bottom w:val="single" w:sz="8" w:space="18" w:color="B7DAD8"/>
        <w:right w:val="single" w:sz="8" w:space="18" w:color="B7DAD8"/>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C7EC8" w14:textId="77777777" w:rsidR="00EE66B0" w:rsidRDefault="00EE66B0">
      <w:pPr>
        <w:spacing w:after="0" w:line="240" w:lineRule="auto"/>
      </w:pPr>
      <w:r>
        <w:separator/>
      </w:r>
    </w:p>
  </w:endnote>
  <w:endnote w:type="continuationSeparator" w:id="0">
    <w:p w14:paraId="1C803C3B" w14:textId="77777777" w:rsidR="00EE66B0" w:rsidRDefault="00EE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85C18" w14:textId="77777777" w:rsidR="00F21B64" w:rsidRDefault="00F21B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Look w:val="04A0" w:firstRow="1" w:lastRow="0" w:firstColumn="1" w:lastColumn="0" w:noHBand="0" w:noVBand="1"/>
    </w:tblPr>
    <w:tblGrid>
      <w:gridCol w:w="3477"/>
      <w:gridCol w:w="3477"/>
      <w:gridCol w:w="3477"/>
    </w:tblGrid>
    <w:tr w:rsidR="0094187B" w14:paraId="2FD306A3" w14:textId="77777777">
      <w:trPr>
        <w:jc w:val="center"/>
      </w:trPr>
      <w:tc>
        <w:tcPr>
          <w:tcW w:w="3477" w:type="dxa"/>
          <w:tcBorders>
            <w:top w:val="nil"/>
            <w:left w:val="nil"/>
            <w:bottom w:val="nil"/>
            <w:right w:val="nil"/>
          </w:tcBorders>
          <w:tcMar>
            <w:top w:w="0" w:type="dxa"/>
            <w:left w:w="0" w:type="dxa"/>
            <w:bottom w:w="0" w:type="dxa"/>
            <w:right w:w="0" w:type="dxa"/>
          </w:tcMar>
        </w:tcPr>
        <w:p w14:paraId="3316A15F" w14:textId="30017FB7" w:rsidR="0094187B" w:rsidRPr="00AE3FC1" w:rsidRDefault="0094187B">
          <w:pPr>
            <w:spacing w:after="0"/>
            <w:rPr>
              <w:sz w:val="24"/>
              <w:szCs w:val="24"/>
            </w:rPr>
          </w:pPr>
          <w:bookmarkStart w:id="0" w:name="_GoBack"/>
          <w:bookmarkEnd w:id="0"/>
        </w:p>
      </w:tc>
      <w:tc>
        <w:tcPr>
          <w:tcW w:w="3477" w:type="dxa"/>
          <w:tcBorders>
            <w:top w:val="nil"/>
            <w:left w:val="nil"/>
            <w:bottom w:val="nil"/>
            <w:right w:val="nil"/>
          </w:tcBorders>
          <w:tcMar>
            <w:top w:w="0" w:type="dxa"/>
            <w:left w:w="0" w:type="dxa"/>
            <w:bottom w:w="0" w:type="dxa"/>
            <w:right w:w="0" w:type="dxa"/>
          </w:tcMar>
        </w:tcPr>
        <w:p w14:paraId="06399767" w14:textId="084923CC" w:rsidR="0094187B" w:rsidRDefault="005D5559">
          <w:pPr>
            <w:spacing w:after="0"/>
            <w:jc w:val="center"/>
          </w:pPr>
          <w:r>
            <w:rPr>
              <w:color w:val="5D6773"/>
              <w:sz w:val="16"/>
            </w:rPr>
            <w:t xml:space="preserve">Page </w:t>
          </w:r>
          <w:r>
            <w:fldChar w:fldCharType="begin"/>
          </w:r>
          <w:r>
            <w:instrText>PAGE</w:instrText>
          </w:r>
          <w:r>
            <w:fldChar w:fldCharType="separate"/>
          </w:r>
          <w:r w:rsidR="00E96F76">
            <w:rPr>
              <w:noProof/>
            </w:rPr>
            <w:t>7</w:t>
          </w:r>
          <w:r>
            <w:fldChar w:fldCharType="end"/>
          </w:r>
        </w:p>
      </w:tc>
      <w:tc>
        <w:tcPr>
          <w:tcW w:w="3477" w:type="dxa"/>
          <w:tcBorders>
            <w:top w:val="nil"/>
            <w:left w:val="nil"/>
            <w:bottom w:val="nil"/>
            <w:right w:val="nil"/>
          </w:tcBorders>
          <w:tcMar>
            <w:top w:w="0" w:type="dxa"/>
            <w:left w:w="0" w:type="dxa"/>
            <w:bottom w:w="0" w:type="dxa"/>
            <w:right w:w="0" w:type="dxa"/>
          </w:tcMar>
        </w:tcPr>
        <w:p w14:paraId="6A71EE62" w14:textId="77777777" w:rsidR="0094187B" w:rsidRDefault="005D5559">
          <w:pPr>
            <w:spacing w:after="0"/>
            <w:jc w:val="right"/>
          </w:pPr>
          <w:r>
            <w:rPr>
              <w:b/>
              <w:color w:val="155B5A"/>
              <w:sz w:val="16"/>
            </w:rPr>
            <w:t>GLOBAL SUCCESS 8</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5D537" w14:textId="77777777" w:rsidR="00F21B64" w:rsidRDefault="00F21B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FFC94D" w14:textId="77777777" w:rsidR="00EE66B0" w:rsidRDefault="00EE66B0">
      <w:pPr>
        <w:spacing w:after="0" w:line="240" w:lineRule="auto"/>
      </w:pPr>
      <w:r>
        <w:separator/>
      </w:r>
    </w:p>
  </w:footnote>
  <w:footnote w:type="continuationSeparator" w:id="0">
    <w:p w14:paraId="78AF1F5B" w14:textId="77777777" w:rsidR="00EE66B0" w:rsidRDefault="00EE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795B8" w14:textId="77777777" w:rsidR="00F21B64" w:rsidRDefault="00F21B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Look w:val="04A0" w:firstRow="1" w:lastRow="0" w:firstColumn="1" w:lastColumn="0" w:noHBand="0" w:noVBand="1"/>
    </w:tblPr>
    <w:tblGrid>
      <w:gridCol w:w="5216"/>
      <w:gridCol w:w="5216"/>
    </w:tblGrid>
    <w:tr w:rsidR="0094187B" w14:paraId="46F168C6" w14:textId="77777777">
      <w:trPr>
        <w:jc w:val="center"/>
      </w:trPr>
      <w:tc>
        <w:tcPr>
          <w:tcW w:w="5216" w:type="dxa"/>
          <w:tcBorders>
            <w:top w:val="nil"/>
            <w:left w:val="nil"/>
            <w:bottom w:val="nil"/>
            <w:right w:val="nil"/>
          </w:tcBorders>
          <w:tcMar>
            <w:top w:w="0" w:type="dxa"/>
            <w:left w:w="0" w:type="dxa"/>
            <w:bottom w:w="0" w:type="dxa"/>
            <w:right w:w="0" w:type="dxa"/>
          </w:tcMar>
        </w:tcPr>
        <w:p w14:paraId="698A8D30" w14:textId="42E603FB" w:rsidR="00F7310A" w:rsidRPr="00F7310A" w:rsidRDefault="00F7310A" w:rsidP="00F21B64">
          <w:pPr>
            <w:spacing w:after="0"/>
            <w:rPr>
              <w:sz w:val="24"/>
              <w:szCs w:val="24"/>
            </w:rPr>
          </w:pPr>
        </w:p>
      </w:tc>
      <w:tc>
        <w:tcPr>
          <w:tcW w:w="5216" w:type="dxa"/>
          <w:tcBorders>
            <w:top w:val="nil"/>
            <w:left w:val="nil"/>
            <w:bottom w:val="nil"/>
            <w:right w:val="nil"/>
          </w:tcBorders>
          <w:tcMar>
            <w:top w:w="0" w:type="dxa"/>
            <w:left w:w="0" w:type="dxa"/>
            <w:bottom w:w="0" w:type="dxa"/>
            <w:right w:w="0" w:type="dxa"/>
          </w:tcMar>
        </w:tcPr>
        <w:p w14:paraId="03574B53" w14:textId="77777777" w:rsidR="0094187B" w:rsidRDefault="005D5559">
          <w:pPr>
            <w:spacing w:after="0"/>
            <w:jc w:val="right"/>
          </w:pPr>
          <w:r>
            <w:rPr>
              <w:b/>
              <w:color w:val="5D6773"/>
              <w:sz w:val="16"/>
            </w:rPr>
            <w:t>UNIT 3 • TEENAGERS</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B54BD" w14:textId="77777777" w:rsidR="00F21B64" w:rsidRDefault="00F21B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495C"/>
    <w:rsid w:val="00326F90"/>
    <w:rsid w:val="003C2CB7"/>
    <w:rsid w:val="004473D8"/>
    <w:rsid w:val="004C4412"/>
    <w:rsid w:val="005D5559"/>
    <w:rsid w:val="009356A5"/>
    <w:rsid w:val="0094187B"/>
    <w:rsid w:val="00AA1D8D"/>
    <w:rsid w:val="00AE3FC1"/>
    <w:rsid w:val="00B47730"/>
    <w:rsid w:val="00C36992"/>
    <w:rsid w:val="00CB0664"/>
    <w:rsid w:val="00CF4561"/>
    <w:rsid w:val="00E96F76"/>
    <w:rsid w:val="00EE66B0"/>
    <w:rsid w:val="00F21B64"/>
    <w:rsid w:val="00F5600C"/>
    <w:rsid w:val="00F7310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4E1460"/>
  <w14:defaultImageDpi w14:val="300"/>
  <w15:docId w15:val="{3C23A9AF-55EC-4172-BF74-7508FA476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52" w:lineRule="auto"/>
    </w:pPr>
    <w:rPr>
      <w:rFonts w:ascii="Times New Roman" w:eastAsia="Times New Roman" w:hAnsi="Times New Roman"/>
      <w:color w:val="25364A"/>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7310A"/>
    <w:rPr>
      <w:color w:val="0000FF" w:themeColor="hyperlink"/>
      <w:u w:val="single"/>
    </w:rPr>
  </w:style>
  <w:style w:type="character" w:customStyle="1" w:styleId="UnresolvedMention1">
    <w:name w:val="Unresolved Mention1"/>
    <w:basedOn w:val="DefaultParagraphFont"/>
    <w:uiPriority w:val="99"/>
    <w:semiHidden/>
    <w:unhideWhenUsed/>
    <w:rsid w:val="00F7310A"/>
    <w:rPr>
      <w:color w:val="605E5C"/>
      <w:shd w:val="clear" w:color="auto" w:fill="E1DFDD"/>
    </w:rPr>
  </w:style>
  <w:style w:type="character" w:styleId="UnresolvedMention">
    <w:name w:val="Unresolved Mention"/>
    <w:basedOn w:val="DefaultParagraphFont"/>
    <w:uiPriority w:val="99"/>
    <w:semiHidden/>
    <w:unhideWhenUsed/>
    <w:rsid w:val="00F21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27DD2-EA09-4040-8E9B-97F5C75E7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1985</Words>
  <Characters>11317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Global Success 8 - Unit 3 Test: Teenagers</vt:lpstr>
    </vt:vector>
  </TitlesOfParts>
  <Manager/>
  <Company/>
  <LinksUpToDate>false</LinksUpToDate>
  <CharactersWithSpaces>13276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Success 8 - Unit 3 Test: Teenagers</dc:title>
  <dc:subject>Student test based on Global Success 8 Unit 3</dc:subject>
  <dc:creator>Windy Bui</dc:creator>
  <cp:keywords>Global Success 8, Unit 1, Leisure Time, test, English</cp:keywords>
  <dc:description>generated by python-docx</dc:description>
  <cp:lastModifiedBy>ADMIN</cp:lastModifiedBy>
  <cp:revision>7</cp:revision>
  <dcterms:created xsi:type="dcterms:W3CDTF">2013-12-23T23:15:00Z</dcterms:created>
  <dcterms:modified xsi:type="dcterms:W3CDTF">2026-08-06T10:03:00Z</dcterms:modified>
  <cp:category/>
</cp:coreProperties>
</file>