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 w:eastAsia="Arial"/>
          <w:b/>
          <w:i w:val="0"/>
          <w:color w:val="000000"/>
          <w:sz w:val="29"/>
        </w:rPr>
        <w:t>ENGLISH 5 - GLOBAL SUCCESS</w:t>
      </w:r>
    </w:p>
    <w:p>
      <w:pPr>
        <w:spacing w:after="40"/>
        <w:jc w:val="center"/>
      </w:pPr>
      <w:r>
        <w:rPr>
          <w:rFonts w:ascii="Arial" w:hAnsi="Arial" w:eastAsia="Arial"/>
          <w:b/>
          <w:i w:val="0"/>
          <w:color w:val="1F4E79"/>
          <w:sz w:val="26"/>
        </w:rPr>
        <w:t>UNIT 1: ALL ABOUT ME!</w:t>
      </w:r>
    </w:p>
    <w:p>
      <w:pPr>
        <w:spacing w:after="100"/>
        <w:jc w:val="center"/>
      </w:pPr>
      <w:r>
        <w:rPr>
          <w:rFonts w:ascii="Arial" w:hAnsi="Arial" w:eastAsia="Arial"/>
          <w:b/>
          <w:i w:val="0"/>
          <w:color w:val="595959"/>
          <w:sz w:val="21"/>
        </w:rPr>
        <w:t>UNIT TEST - Time: 40 minutes - Total: 10 points</w:t>
      </w:r>
    </w:p>
    <w:p>
      <w:pPr>
        <w:spacing w:after="8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Name: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__________________________________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Class: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Date: </w:t>
      </w:r>
      <w:r>
        <w:rPr>
          <w:rFonts w:ascii="Arial" w:hAnsi="Arial" w:eastAsia="Arial"/>
          <w:b w:val="0"/>
          <w:i w:val="0"/>
          <w:color w:val="000000"/>
          <w:sz w:val="21"/>
        </w:rPr>
        <w:t>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I. VOCABULARY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I live in the ____ with green fields around my house.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table tennis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countryside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city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pink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My school is in a busy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city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pink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favourite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class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I am in ____ 5A this year.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class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favourite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sandwich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dolphin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A ____ is a clever animal that lives in the sea.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sandwich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favourite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dolphin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countryside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Lan's ____ colour is blue.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dolphin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favourite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sandwich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class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I have a chicken ____ for lunch.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class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countryside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pink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sandwich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Nam plays ____ after school.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countryside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table tennis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favourite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city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Her new school bag is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sandwich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favourite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pink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countryside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II. GRAMMAR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Can you tell me about ____?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your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you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yours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yourself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I ____ in a small village.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lives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lived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live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living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What is your favourite ____?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animal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animals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an animal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the animals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It ____ the dolphin.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am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is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be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Which class are you ____?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in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on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from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My name ____ Minh.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be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is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am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I ____ in class 5B.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is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be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am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____ do you live? - I live in Ha Noi.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Who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Where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What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When</w:t>
      </w:r>
    </w:p>
    <w:p>
      <w:r>
        <w:br w:type="page"/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III. READING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Read the passage and complete Tasks A and B.</w:t>
      </w:r>
    </w:p>
    <w:tbl>
      <w:tblPr>
        <w:tblStyle w:val="TableGrid"/>
        <w:tblW w:type="dxa" w:w="10190"/>
        <w:tblLayout w:type="fixed"/>
        <w:tblLook w:firstColumn="1" w:firstRow="1" w:lastColumn="0" w:lastRow="0" w:noHBand="0" w:noVBand="1" w:val="04A0"/>
        <w:tblInd w:w="100" w:type="dxa"/>
      </w:tblPr>
      <w:tblGrid>
        <w:gridCol w:w="10190"/>
      </w:tblGrid>
      <w:tr>
        <w:tc>
          <w:tcPr>
            <w:tcW w:type="dxa" w:w="10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2F2F2"/>
          </w:tcPr>
          <w:p>
            <w:pPr>
              <w:spacing w:before="20" w:after="20" w:line="252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Hello! My name is Mai. I am ten years old and I am in class 5A. I live in Da Nang city with my parents and my little brother. My favourite colour is pink, and my favourite animal is the dolphin because it is clever. At school, I like English best. In my free time, I often play table tennis with my brother. On Sundays, we sometimes make sandwiches for a picnic near the beach.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A. Write T (True) or F (False).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_____  </w:t>
      </w:r>
      <w:r>
        <w:rPr>
          <w:rFonts w:ascii="Arial" w:hAnsi="Arial" w:eastAsia="Arial"/>
          <w:b w:val="0"/>
          <w:i w:val="0"/>
          <w:color w:val="000000"/>
          <w:sz w:val="21"/>
        </w:rPr>
        <w:t>She lives in Da Nang city.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_____  </w:t>
      </w:r>
      <w:r>
        <w:rPr>
          <w:rFonts w:ascii="Arial" w:hAnsi="Arial" w:eastAsia="Arial"/>
          <w:b w:val="0"/>
          <w:i w:val="0"/>
          <w:color w:val="000000"/>
          <w:sz w:val="21"/>
        </w:rPr>
        <w:t>She is in class 5B.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_____  </w:t>
      </w:r>
      <w:r>
        <w:rPr>
          <w:rFonts w:ascii="Arial" w:hAnsi="Arial" w:eastAsia="Arial"/>
          <w:b w:val="0"/>
          <w:i w:val="0"/>
          <w:color w:val="000000"/>
          <w:sz w:val="21"/>
        </w:rPr>
        <w:t>Mai is ten years old.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_____  </w:t>
      </w:r>
      <w:r>
        <w:rPr>
          <w:rFonts w:ascii="Arial" w:hAnsi="Arial" w:eastAsia="Arial"/>
          <w:b w:val="0"/>
          <w:i w:val="0"/>
          <w:color w:val="000000"/>
          <w:sz w:val="21"/>
        </w:rPr>
        <w:t>She never plays table tennis.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_____  </w:t>
      </w:r>
      <w:r>
        <w:rPr>
          <w:rFonts w:ascii="Arial" w:hAnsi="Arial" w:eastAsia="Arial"/>
          <w:b w:val="0"/>
          <w:i w:val="0"/>
          <w:color w:val="000000"/>
          <w:sz w:val="21"/>
        </w:rPr>
        <w:t>Her favourite animal is the dolphin.</w:t>
      </w:r>
    </w:p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B. Answer the questions.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Who does Mai live with?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What is her favourite colour?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Why does she like dolphins?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What subject does she like best?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What does her family sometimes make on Sundays?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IV. WRITING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A. Put the words in the correct order. (4 x 0.5 = 2.0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live / I / in / the countryside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favourite / What / your / colour / is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class / are / Which / in / you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animal / My / the dolphin / favourite / is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B. Complete or answer as directed. (2 x 0.5 = 1.0 point)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Complete the sentence: My name ____ Lan.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Answer about yourself: Where do you live?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65" w:right="822" w:bottom="709" w:left="822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"/>
        <w:b w:val="0"/>
        <w:i w:val="0"/>
        <w:color w:val="595959"/>
        <w:sz w:val="17"/>
      </w:rPr>
      <w:t xml:space="preserve">Page </w:t>
    </w:r>
    <w:r>
      <w:rPr>
        <w:rFonts w:ascii="Arial" w:hAnsi="Arial" w:eastAsia="Arial"/>
        <w:b w:val="0"/>
        <w:i w:val="0"/>
        <w:color w:val="595959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Arial" w:hAnsi="Arial" w:eastAsia="Arial"/>
        <w:b/>
        <w:i w:val="0"/>
        <w:color w:val="595959"/>
        <w:sz w:val="17"/>
      </w:rPr>
      <w:t>ENGLISH 5 - GLOBAL SUCCESS | UNIT TEST | UNIT 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40" w:lineRule="auto"/>
    </w:pPr>
    <w:rPr>
      <w:rFonts w:ascii="Arial" w:hAnsi="Arial" w:eastAsia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 w:line="240" w:lineRule="auto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0" w:line="240" w:lineRule="auto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20" w:line="240" w:lineRule="auto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5 Global Success - Unit 1</dc:title>
  <dc:subject>Unit test and answer key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