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jc w:val="center"/>
        <w:tblLayout w:type="fixed"/>
        <w:tblLook w:val="04A0" w:firstRow="1" w:lastRow="0" w:firstColumn="1" w:lastColumn="0" w:noHBand="0" w:noVBand="1"/>
      </w:tblPr>
      <w:tblGrid>
        <w:gridCol w:w="10488"/>
      </w:tblGrid>
      <w:tr w:rsidR="00691366" w:rsidRPr="00691366" w14:paraId="7083A85E" w14:textId="77777777">
        <w:trPr>
          <w:jc w:val="center"/>
        </w:trPr>
        <w:tc>
          <w:tcPr>
            <w:tcW w:w="10488" w:type="dxa"/>
            <w:tcBorders>
              <w:top w:val="single" w:sz="8" w:space="0" w:color="1E7A78"/>
              <w:left w:val="single" w:sz="8" w:space="0" w:color="1E7A78"/>
              <w:bottom w:val="single" w:sz="8" w:space="0" w:color="1E7A78"/>
              <w:right w:val="single" w:sz="8" w:space="0" w:color="1E7A78"/>
            </w:tcBorders>
            <w:shd w:val="clear" w:color="auto" w:fill="1E7A78"/>
            <w:tcMar>
              <w:top w:w="95" w:type="dxa"/>
              <w:left w:w="100" w:type="dxa"/>
              <w:bottom w:w="80" w:type="dxa"/>
              <w:right w:w="100" w:type="dxa"/>
            </w:tcMar>
          </w:tcPr>
          <w:p w14:paraId="6D690221" w14:textId="77777777" w:rsidR="00A312F0" w:rsidRPr="00691366" w:rsidRDefault="00685F13">
            <w:pPr>
              <w:spacing w:after="0"/>
              <w:jc w:val="center"/>
              <w:rPr>
                <w:color w:val="FFFFFF" w:themeColor="background1"/>
                <w:sz w:val="32"/>
                <w:szCs w:val="32"/>
              </w:rPr>
            </w:pPr>
            <w:r w:rsidRPr="00691366">
              <w:rPr>
                <w:b/>
                <w:color w:val="FFFFFF" w:themeColor="background1"/>
                <w:sz w:val="32"/>
                <w:szCs w:val="32"/>
              </w:rPr>
              <w:t>GLOBAL SUCCESS 8</w:t>
            </w:r>
          </w:p>
        </w:tc>
      </w:tr>
      <w:tr w:rsidR="00691366" w:rsidRPr="00691366" w14:paraId="58DED3FF" w14:textId="77777777">
        <w:trPr>
          <w:jc w:val="center"/>
        </w:trPr>
        <w:tc>
          <w:tcPr>
            <w:tcW w:w="10488" w:type="dxa"/>
            <w:tcBorders>
              <w:top w:val="single" w:sz="8" w:space="0" w:color="DDBD55"/>
              <w:left w:val="single" w:sz="8" w:space="0" w:color="DDBD55"/>
              <w:bottom w:val="single" w:sz="8" w:space="0" w:color="DDBD55"/>
              <w:right w:val="single" w:sz="8" w:space="0" w:color="DDBD55"/>
            </w:tcBorders>
            <w:shd w:val="clear" w:color="auto" w:fill="FFF7D6"/>
            <w:tcMar>
              <w:top w:w="90" w:type="dxa"/>
              <w:left w:w="100" w:type="dxa"/>
              <w:bottom w:w="90" w:type="dxa"/>
              <w:right w:w="100" w:type="dxa"/>
            </w:tcMar>
          </w:tcPr>
          <w:p w14:paraId="05DF0C12" w14:textId="77777777" w:rsidR="00A312F0" w:rsidRPr="00691366" w:rsidRDefault="00685F13">
            <w:pPr>
              <w:spacing w:after="0"/>
              <w:jc w:val="center"/>
              <w:rPr>
                <w:color w:val="auto"/>
                <w:sz w:val="32"/>
                <w:szCs w:val="32"/>
              </w:rPr>
            </w:pPr>
            <w:r w:rsidRPr="00691366">
              <w:rPr>
                <w:b/>
                <w:color w:val="auto"/>
                <w:sz w:val="32"/>
                <w:szCs w:val="32"/>
              </w:rPr>
              <w:t>UNIT 2: LIFE IN THE COUNTRYSIDE</w:t>
            </w:r>
          </w:p>
        </w:tc>
      </w:tr>
    </w:tbl>
    <w:p w14:paraId="7777C615" w14:textId="77777777" w:rsidR="00A312F0" w:rsidRPr="00691366" w:rsidRDefault="00A312F0">
      <w:pPr>
        <w:spacing w:after="20"/>
        <w:rPr>
          <w:color w:val="auto"/>
          <w:sz w:val="28"/>
          <w:szCs w:val="28"/>
        </w:rPr>
      </w:pPr>
    </w:p>
    <w:tbl>
      <w:tblPr>
        <w:tblW w:w="0" w:type="auto"/>
        <w:jc w:val="center"/>
        <w:tblLayout w:type="fixed"/>
        <w:tblLook w:val="04A0" w:firstRow="1" w:lastRow="0" w:firstColumn="1" w:lastColumn="0" w:noHBand="0" w:noVBand="1"/>
      </w:tblPr>
      <w:tblGrid>
        <w:gridCol w:w="3496"/>
        <w:gridCol w:w="3496"/>
        <w:gridCol w:w="3496"/>
      </w:tblGrid>
      <w:tr w:rsidR="00691366" w:rsidRPr="00691366" w14:paraId="6AEDA624" w14:textId="77777777">
        <w:trPr>
          <w:jc w:val="center"/>
        </w:trPr>
        <w:tc>
          <w:tcPr>
            <w:tcW w:w="3496" w:type="dxa"/>
            <w:tcBorders>
              <w:top w:val="single" w:sz="5" w:space="0" w:color="B7DAD8"/>
              <w:left w:val="single" w:sz="5" w:space="0" w:color="B7DAD8"/>
              <w:bottom w:val="single" w:sz="5" w:space="0" w:color="B7DAD8"/>
              <w:right w:val="single" w:sz="5" w:space="0" w:color="B7DAD8"/>
            </w:tcBorders>
            <w:shd w:val="clear" w:color="auto" w:fill="F7FBFB"/>
            <w:tcMar>
              <w:top w:w="55" w:type="dxa"/>
              <w:left w:w="70" w:type="dxa"/>
              <w:bottom w:w="55" w:type="dxa"/>
              <w:right w:w="70" w:type="dxa"/>
            </w:tcMar>
          </w:tcPr>
          <w:p w14:paraId="48F71BC6" w14:textId="1CB7A2ED" w:rsidR="00A312F0" w:rsidRPr="00691366" w:rsidRDefault="00685F13">
            <w:pPr>
              <w:spacing w:after="0"/>
              <w:rPr>
                <w:color w:val="auto"/>
                <w:sz w:val="28"/>
                <w:szCs w:val="28"/>
              </w:rPr>
            </w:pPr>
            <w:r w:rsidRPr="00691366">
              <w:rPr>
                <w:color w:val="auto"/>
                <w:sz w:val="28"/>
                <w:szCs w:val="28"/>
              </w:rPr>
              <w:t>Name: __________________</w:t>
            </w:r>
          </w:p>
        </w:tc>
        <w:tc>
          <w:tcPr>
            <w:tcW w:w="3496" w:type="dxa"/>
            <w:tcBorders>
              <w:top w:val="single" w:sz="5" w:space="0" w:color="B7DAD8"/>
              <w:left w:val="single" w:sz="5" w:space="0" w:color="B7DAD8"/>
              <w:bottom w:val="single" w:sz="5" w:space="0" w:color="B7DAD8"/>
              <w:right w:val="single" w:sz="5" w:space="0" w:color="B7DAD8"/>
            </w:tcBorders>
            <w:shd w:val="clear" w:color="auto" w:fill="F7FBFB"/>
            <w:tcMar>
              <w:top w:w="55" w:type="dxa"/>
              <w:left w:w="70" w:type="dxa"/>
              <w:bottom w:w="55" w:type="dxa"/>
              <w:right w:w="70" w:type="dxa"/>
            </w:tcMar>
          </w:tcPr>
          <w:p w14:paraId="4AF1566B" w14:textId="77777777" w:rsidR="00A312F0" w:rsidRPr="00691366" w:rsidRDefault="00685F13">
            <w:pPr>
              <w:spacing w:after="0"/>
              <w:rPr>
                <w:color w:val="auto"/>
                <w:sz w:val="28"/>
                <w:szCs w:val="28"/>
              </w:rPr>
            </w:pPr>
            <w:r w:rsidRPr="00691366">
              <w:rPr>
                <w:color w:val="auto"/>
                <w:sz w:val="28"/>
                <w:szCs w:val="28"/>
              </w:rPr>
              <w:t>Class: ____________</w:t>
            </w:r>
          </w:p>
        </w:tc>
        <w:tc>
          <w:tcPr>
            <w:tcW w:w="3496" w:type="dxa"/>
            <w:tcBorders>
              <w:top w:val="single" w:sz="5" w:space="0" w:color="B7DAD8"/>
              <w:left w:val="single" w:sz="5" w:space="0" w:color="B7DAD8"/>
              <w:bottom w:val="single" w:sz="5" w:space="0" w:color="B7DAD8"/>
              <w:right w:val="single" w:sz="5" w:space="0" w:color="B7DAD8"/>
            </w:tcBorders>
            <w:shd w:val="clear" w:color="auto" w:fill="F7FBFB"/>
            <w:tcMar>
              <w:top w:w="55" w:type="dxa"/>
              <w:left w:w="70" w:type="dxa"/>
              <w:bottom w:w="55" w:type="dxa"/>
              <w:right w:w="70" w:type="dxa"/>
            </w:tcMar>
          </w:tcPr>
          <w:p w14:paraId="278D1865" w14:textId="77777777" w:rsidR="00A312F0" w:rsidRPr="00691366" w:rsidRDefault="00685F13">
            <w:pPr>
              <w:spacing w:after="0"/>
              <w:rPr>
                <w:color w:val="auto"/>
                <w:sz w:val="28"/>
                <w:szCs w:val="28"/>
              </w:rPr>
            </w:pPr>
            <w:r w:rsidRPr="00691366">
              <w:rPr>
                <w:color w:val="auto"/>
                <w:sz w:val="28"/>
                <w:szCs w:val="28"/>
              </w:rPr>
              <w:t>Date: ____________</w:t>
            </w:r>
          </w:p>
        </w:tc>
      </w:tr>
    </w:tbl>
    <w:p w14:paraId="3A0BAFE9" w14:textId="77777777" w:rsidR="00A312F0" w:rsidRPr="00691366" w:rsidRDefault="00A312F0">
      <w:pPr>
        <w:spacing w:after="20"/>
        <w:rPr>
          <w:color w:val="auto"/>
          <w:sz w:val="28"/>
          <w:szCs w:val="28"/>
        </w:rPr>
      </w:pPr>
    </w:p>
    <w:tbl>
      <w:tblPr>
        <w:tblW w:w="0" w:type="auto"/>
        <w:jc w:val="center"/>
        <w:tblLayout w:type="fixed"/>
        <w:tblLook w:val="04A0" w:firstRow="1" w:lastRow="0" w:firstColumn="1" w:lastColumn="0" w:noHBand="0" w:noVBand="1"/>
      </w:tblPr>
      <w:tblGrid>
        <w:gridCol w:w="5244"/>
        <w:gridCol w:w="5244"/>
      </w:tblGrid>
      <w:tr w:rsidR="00691366" w:rsidRPr="00691366" w14:paraId="08F2B6D1" w14:textId="77777777">
        <w:trPr>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6D6848CC" w14:textId="77777777" w:rsidR="00A312F0" w:rsidRPr="00691366" w:rsidRDefault="00685F13">
            <w:pPr>
              <w:jc w:val="center"/>
              <w:rPr>
                <w:color w:val="auto"/>
                <w:sz w:val="28"/>
                <w:szCs w:val="28"/>
              </w:rPr>
            </w:pPr>
            <w:r w:rsidRPr="00691366">
              <w:rPr>
                <w:b/>
                <w:color w:val="FFFFFF" w:themeColor="background1"/>
                <w:sz w:val="28"/>
                <w:szCs w:val="28"/>
              </w:rPr>
              <w:t>PART I</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54BD9B11" w14:textId="77777777" w:rsidR="00A312F0" w:rsidRPr="00691366" w:rsidRDefault="00685F13">
            <w:pPr>
              <w:keepNext/>
              <w:rPr>
                <w:color w:val="auto"/>
                <w:sz w:val="28"/>
                <w:szCs w:val="28"/>
              </w:rPr>
            </w:pPr>
            <w:proofErr w:type="gramStart"/>
            <w:r w:rsidRPr="00691366">
              <w:rPr>
                <w:b/>
                <w:color w:val="auto"/>
                <w:sz w:val="28"/>
                <w:szCs w:val="28"/>
              </w:rPr>
              <w:t>LISTENING  (</w:t>
            </w:r>
            <w:proofErr w:type="gramEnd"/>
            <w:r w:rsidRPr="00691366">
              <w:rPr>
                <w:b/>
                <w:color w:val="auto"/>
                <w:sz w:val="28"/>
                <w:szCs w:val="28"/>
              </w:rPr>
              <w:t>1.25 pts)</w:t>
            </w:r>
          </w:p>
        </w:tc>
      </w:tr>
    </w:tbl>
    <w:p w14:paraId="049E8E65" w14:textId="77777777" w:rsidR="00A312F0" w:rsidRPr="00691366" w:rsidRDefault="00685F13">
      <w:pPr>
        <w:keepNext/>
        <w:spacing w:after="60" w:line="240" w:lineRule="auto"/>
        <w:rPr>
          <w:b/>
          <w:bCs/>
          <w:color w:val="auto"/>
          <w:sz w:val="28"/>
          <w:szCs w:val="28"/>
        </w:rPr>
      </w:pPr>
      <w:r w:rsidRPr="00691366">
        <w:rPr>
          <w:b/>
          <w:bCs/>
          <w:color w:val="auto"/>
          <w:sz w:val="28"/>
          <w:szCs w:val="28"/>
        </w:rPr>
        <w:t>Listen to a talk about a student’s summer holiday in the countryside. Choose the best answer A, B, or C. You will listen twice.</w:t>
      </w:r>
    </w:p>
    <w:p w14:paraId="51C9698B" w14:textId="77777777" w:rsidR="00A312F0" w:rsidRPr="00691366" w:rsidRDefault="00685F13">
      <w:pPr>
        <w:keepLines/>
        <w:spacing w:after="20" w:line="240" w:lineRule="auto"/>
        <w:rPr>
          <w:color w:val="auto"/>
          <w:sz w:val="28"/>
          <w:szCs w:val="28"/>
        </w:rPr>
      </w:pPr>
      <w:r w:rsidRPr="00691366">
        <w:rPr>
          <w:b/>
          <w:color w:val="auto"/>
          <w:sz w:val="28"/>
          <w:szCs w:val="28"/>
        </w:rPr>
        <w:t>1.</w:t>
      </w:r>
      <w:r w:rsidRPr="00691366">
        <w:rPr>
          <w:color w:val="auto"/>
          <w:sz w:val="28"/>
          <w:szCs w:val="28"/>
        </w:rPr>
        <w:t xml:space="preserve"> What is the talk mainly about?</w:t>
      </w:r>
    </w:p>
    <w:tbl>
      <w:tblPr>
        <w:tblW w:w="0" w:type="auto"/>
        <w:jc w:val="center"/>
        <w:tblLayout w:type="fixed"/>
        <w:tblLook w:val="04A0" w:firstRow="1" w:lastRow="0" w:firstColumn="1" w:lastColumn="0" w:noHBand="0" w:noVBand="1"/>
      </w:tblPr>
      <w:tblGrid>
        <w:gridCol w:w="3496"/>
        <w:gridCol w:w="3496"/>
        <w:gridCol w:w="3496"/>
      </w:tblGrid>
      <w:tr w:rsidR="00691366" w:rsidRPr="00691366" w14:paraId="2B2D78E4" w14:textId="77777777">
        <w:trPr>
          <w:cantSplit/>
          <w:jc w:val="center"/>
        </w:trPr>
        <w:tc>
          <w:tcPr>
            <w:tcW w:w="3496" w:type="dxa"/>
            <w:tcBorders>
              <w:top w:val="nil"/>
              <w:left w:val="nil"/>
              <w:bottom w:val="nil"/>
              <w:right w:val="nil"/>
            </w:tcBorders>
            <w:tcMar>
              <w:top w:w="10" w:type="dxa"/>
              <w:left w:w="50" w:type="dxa"/>
              <w:bottom w:w="15" w:type="dxa"/>
              <w:right w:w="70" w:type="dxa"/>
            </w:tcMar>
          </w:tcPr>
          <w:p w14:paraId="36E2E3D2" w14:textId="77777777" w:rsidR="00A312F0" w:rsidRPr="00691366" w:rsidRDefault="00685F13">
            <w:pPr>
              <w:spacing w:after="0" w:line="240" w:lineRule="auto"/>
              <w:rPr>
                <w:color w:val="auto"/>
                <w:sz w:val="28"/>
                <w:szCs w:val="28"/>
              </w:rPr>
            </w:pPr>
            <w:r w:rsidRPr="00691366">
              <w:rPr>
                <w:color w:val="auto"/>
                <w:sz w:val="28"/>
                <w:szCs w:val="28"/>
              </w:rPr>
              <w:t>A. A school farming project</w:t>
            </w:r>
          </w:p>
        </w:tc>
        <w:tc>
          <w:tcPr>
            <w:tcW w:w="3496" w:type="dxa"/>
            <w:tcBorders>
              <w:top w:val="nil"/>
              <w:left w:val="nil"/>
              <w:bottom w:val="nil"/>
              <w:right w:val="nil"/>
            </w:tcBorders>
            <w:tcMar>
              <w:top w:w="10" w:type="dxa"/>
              <w:left w:w="50" w:type="dxa"/>
              <w:bottom w:w="15" w:type="dxa"/>
              <w:right w:w="70" w:type="dxa"/>
            </w:tcMar>
          </w:tcPr>
          <w:p w14:paraId="394ABF77" w14:textId="77777777" w:rsidR="00A312F0" w:rsidRPr="00691366" w:rsidRDefault="00685F13">
            <w:pPr>
              <w:spacing w:after="0" w:line="240" w:lineRule="auto"/>
              <w:rPr>
                <w:color w:val="auto"/>
                <w:sz w:val="28"/>
                <w:szCs w:val="28"/>
              </w:rPr>
            </w:pPr>
            <w:r w:rsidRPr="00691366">
              <w:rPr>
                <w:color w:val="auto"/>
                <w:sz w:val="28"/>
                <w:szCs w:val="28"/>
              </w:rPr>
              <w:t>B. A summer holiday in a countryside village</w:t>
            </w:r>
          </w:p>
        </w:tc>
        <w:tc>
          <w:tcPr>
            <w:tcW w:w="3496" w:type="dxa"/>
            <w:tcBorders>
              <w:top w:val="nil"/>
              <w:left w:val="nil"/>
              <w:bottom w:val="nil"/>
              <w:right w:val="nil"/>
            </w:tcBorders>
            <w:tcMar>
              <w:top w:w="10" w:type="dxa"/>
              <w:left w:w="50" w:type="dxa"/>
              <w:bottom w:w="15" w:type="dxa"/>
              <w:right w:w="70" w:type="dxa"/>
            </w:tcMar>
          </w:tcPr>
          <w:p w14:paraId="039FF959" w14:textId="77777777" w:rsidR="00A312F0" w:rsidRPr="00691366" w:rsidRDefault="00685F13">
            <w:pPr>
              <w:spacing w:after="0" w:line="240" w:lineRule="auto"/>
              <w:rPr>
                <w:color w:val="auto"/>
                <w:sz w:val="28"/>
                <w:szCs w:val="28"/>
              </w:rPr>
            </w:pPr>
            <w:r w:rsidRPr="00691366">
              <w:rPr>
                <w:color w:val="auto"/>
                <w:sz w:val="28"/>
                <w:szCs w:val="28"/>
              </w:rPr>
              <w:t>C. A weekend trip to a mountain resort</w:t>
            </w:r>
          </w:p>
        </w:tc>
      </w:tr>
    </w:tbl>
    <w:p w14:paraId="0A838717" w14:textId="77777777" w:rsidR="00A312F0" w:rsidRPr="00691366" w:rsidRDefault="00685F13">
      <w:pPr>
        <w:keepLines/>
        <w:spacing w:after="20" w:line="240" w:lineRule="auto"/>
        <w:rPr>
          <w:color w:val="auto"/>
          <w:sz w:val="28"/>
          <w:szCs w:val="28"/>
        </w:rPr>
      </w:pPr>
      <w:r w:rsidRPr="00691366">
        <w:rPr>
          <w:b/>
          <w:color w:val="auto"/>
          <w:sz w:val="28"/>
          <w:szCs w:val="28"/>
        </w:rPr>
        <w:t>2.</w:t>
      </w:r>
      <w:r w:rsidRPr="00691366">
        <w:rPr>
          <w:color w:val="auto"/>
          <w:sz w:val="28"/>
          <w:szCs w:val="28"/>
        </w:rPr>
        <w:t xml:space="preserve"> Where did Linh stay during her holiday?</w:t>
      </w:r>
    </w:p>
    <w:tbl>
      <w:tblPr>
        <w:tblW w:w="0" w:type="auto"/>
        <w:jc w:val="center"/>
        <w:tblLayout w:type="fixed"/>
        <w:tblLook w:val="04A0" w:firstRow="1" w:lastRow="0" w:firstColumn="1" w:lastColumn="0" w:noHBand="0" w:noVBand="1"/>
      </w:tblPr>
      <w:tblGrid>
        <w:gridCol w:w="3496"/>
        <w:gridCol w:w="3496"/>
        <w:gridCol w:w="3496"/>
      </w:tblGrid>
      <w:tr w:rsidR="00691366" w:rsidRPr="00691366" w14:paraId="27C098FB" w14:textId="77777777">
        <w:trPr>
          <w:cantSplit/>
          <w:jc w:val="center"/>
        </w:trPr>
        <w:tc>
          <w:tcPr>
            <w:tcW w:w="3496" w:type="dxa"/>
            <w:tcBorders>
              <w:top w:val="nil"/>
              <w:left w:val="nil"/>
              <w:bottom w:val="nil"/>
              <w:right w:val="nil"/>
            </w:tcBorders>
            <w:tcMar>
              <w:top w:w="10" w:type="dxa"/>
              <w:left w:w="50" w:type="dxa"/>
              <w:bottom w:w="15" w:type="dxa"/>
              <w:right w:w="70" w:type="dxa"/>
            </w:tcMar>
          </w:tcPr>
          <w:p w14:paraId="72E24309" w14:textId="77777777" w:rsidR="00A312F0" w:rsidRPr="00691366" w:rsidRDefault="00685F13">
            <w:pPr>
              <w:spacing w:after="0" w:line="240" w:lineRule="auto"/>
              <w:rPr>
                <w:color w:val="auto"/>
                <w:sz w:val="28"/>
                <w:szCs w:val="28"/>
              </w:rPr>
            </w:pPr>
            <w:r w:rsidRPr="00691366">
              <w:rPr>
                <w:color w:val="auto"/>
                <w:sz w:val="28"/>
                <w:szCs w:val="28"/>
              </w:rPr>
              <w:t>A. At a friend’s house</w:t>
            </w:r>
          </w:p>
        </w:tc>
        <w:tc>
          <w:tcPr>
            <w:tcW w:w="3496" w:type="dxa"/>
            <w:tcBorders>
              <w:top w:val="nil"/>
              <w:left w:val="nil"/>
              <w:bottom w:val="nil"/>
              <w:right w:val="nil"/>
            </w:tcBorders>
            <w:tcMar>
              <w:top w:w="10" w:type="dxa"/>
              <w:left w:w="50" w:type="dxa"/>
              <w:bottom w:w="15" w:type="dxa"/>
              <w:right w:w="70" w:type="dxa"/>
            </w:tcMar>
          </w:tcPr>
          <w:p w14:paraId="6D32AD9F" w14:textId="77777777" w:rsidR="00A312F0" w:rsidRPr="00691366" w:rsidRDefault="00685F13">
            <w:pPr>
              <w:spacing w:after="0" w:line="240" w:lineRule="auto"/>
              <w:rPr>
                <w:color w:val="auto"/>
                <w:sz w:val="28"/>
                <w:szCs w:val="28"/>
              </w:rPr>
            </w:pPr>
            <w:r w:rsidRPr="00691366">
              <w:rPr>
                <w:color w:val="auto"/>
                <w:sz w:val="28"/>
                <w:szCs w:val="28"/>
              </w:rPr>
              <w:t>B. At a hotel near a lake</w:t>
            </w:r>
          </w:p>
        </w:tc>
        <w:tc>
          <w:tcPr>
            <w:tcW w:w="3496" w:type="dxa"/>
            <w:tcBorders>
              <w:top w:val="nil"/>
              <w:left w:val="nil"/>
              <w:bottom w:val="nil"/>
              <w:right w:val="nil"/>
            </w:tcBorders>
            <w:tcMar>
              <w:top w:w="10" w:type="dxa"/>
              <w:left w:w="50" w:type="dxa"/>
              <w:bottom w:w="15" w:type="dxa"/>
              <w:right w:w="70" w:type="dxa"/>
            </w:tcMar>
          </w:tcPr>
          <w:p w14:paraId="4C3BA89E" w14:textId="77777777" w:rsidR="00A312F0" w:rsidRPr="00691366" w:rsidRDefault="00685F13">
            <w:pPr>
              <w:spacing w:after="0" w:line="240" w:lineRule="auto"/>
              <w:rPr>
                <w:color w:val="auto"/>
                <w:sz w:val="28"/>
                <w:szCs w:val="28"/>
              </w:rPr>
            </w:pPr>
            <w:r w:rsidRPr="00691366">
              <w:rPr>
                <w:color w:val="auto"/>
                <w:sz w:val="28"/>
                <w:szCs w:val="28"/>
              </w:rPr>
              <w:t>C. At her grandparents’ farm</w:t>
            </w:r>
          </w:p>
        </w:tc>
      </w:tr>
    </w:tbl>
    <w:p w14:paraId="22B99806" w14:textId="77777777" w:rsidR="00A312F0" w:rsidRPr="00691366" w:rsidRDefault="00685F13">
      <w:pPr>
        <w:keepLines/>
        <w:spacing w:after="20" w:line="240" w:lineRule="auto"/>
        <w:rPr>
          <w:color w:val="auto"/>
          <w:sz w:val="28"/>
          <w:szCs w:val="28"/>
        </w:rPr>
      </w:pPr>
      <w:r w:rsidRPr="00691366">
        <w:rPr>
          <w:b/>
          <w:color w:val="auto"/>
          <w:sz w:val="28"/>
          <w:szCs w:val="28"/>
        </w:rPr>
        <w:t>3.</w:t>
      </w:r>
      <w:r w:rsidRPr="00691366">
        <w:rPr>
          <w:color w:val="auto"/>
          <w:sz w:val="28"/>
          <w:szCs w:val="28"/>
        </w:rPr>
        <w:t xml:space="preserve"> What did Linh help the farmers do during harvest time?</w:t>
      </w:r>
    </w:p>
    <w:tbl>
      <w:tblPr>
        <w:tblW w:w="0" w:type="auto"/>
        <w:jc w:val="center"/>
        <w:tblLayout w:type="fixed"/>
        <w:tblLook w:val="04A0" w:firstRow="1" w:lastRow="0" w:firstColumn="1" w:lastColumn="0" w:noHBand="0" w:noVBand="1"/>
      </w:tblPr>
      <w:tblGrid>
        <w:gridCol w:w="3496"/>
        <w:gridCol w:w="3496"/>
        <w:gridCol w:w="3496"/>
      </w:tblGrid>
      <w:tr w:rsidR="00691366" w:rsidRPr="00691366" w14:paraId="30355651" w14:textId="77777777">
        <w:trPr>
          <w:cantSplit/>
          <w:jc w:val="center"/>
        </w:trPr>
        <w:tc>
          <w:tcPr>
            <w:tcW w:w="3496" w:type="dxa"/>
            <w:tcBorders>
              <w:top w:val="nil"/>
              <w:left w:val="nil"/>
              <w:bottom w:val="nil"/>
              <w:right w:val="nil"/>
            </w:tcBorders>
            <w:tcMar>
              <w:top w:w="10" w:type="dxa"/>
              <w:left w:w="50" w:type="dxa"/>
              <w:bottom w:w="15" w:type="dxa"/>
              <w:right w:w="70" w:type="dxa"/>
            </w:tcMar>
          </w:tcPr>
          <w:p w14:paraId="4509D28E" w14:textId="77777777" w:rsidR="00A312F0" w:rsidRPr="00691366" w:rsidRDefault="00685F13">
            <w:pPr>
              <w:spacing w:after="0" w:line="240" w:lineRule="auto"/>
              <w:rPr>
                <w:color w:val="auto"/>
                <w:sz w:val="28"/>
                <w:szCs w:val="28"/>
              </w:rPr>
            </w:pPr>
            <w:r w:rsidRPr="00691366">
              <w:rPr>
                <w:color w:val="auto"/>
                <w:sz w:val="28"/>
                <w:szCs w:val="28"/>
              </w:rPr>
              <w:t>A. Load rice onto a truck</w:t>
            </w:r>
          </w:p>
        </w:tc>
        <w:tc>
          <w:tcPr>
            <w:tcW w:w="3496" w:type="dxa"/>
            <w:tcBorders>
              <w:top w:val="nil"/>
              <w:left w:val="nil"/>
              <w:bottom w:val="nil"/>
              <w:right w:val="nil"/>
            </w:tcBorders>
            <w:tcMar>
              <w:top w:w="10" w:type="dxa"/>
              <w:left w:w="50" w:type="dxa"/>
              <w:bottom w:w="15" w:type="dxa"/>
              <w:right w:w="70" w:type="dxa"/>
            </w:tcMar>
          </w:tcPr>
          <w:p w14:paraId="24DF6A27" w14:textId="77777777" w:rsidR="00A312F0" w:rsidRPr="00691366" w:rsidRDefault="00685F13">
            <w:pPr>
              <w:spacing w:after="0" w:line="240" w:lineRule="auto"/>
              <w:rPr>
                <w:color w:val="auto"/>
                <w:sz w:val="28"/>
                <w:szCs w:val="28"/>
              </w:rPr>
            </w:pPr>
            <w:r w:rsidRPr="00691366">
              <w:rPr>
                <w:color w:val="auto"/>
                <w:sz w:val="28"/>
                <w:szCs w:val="28"/>
              </w:rPr>
              <w:t>B. Plant fruit trees</w:t>
            </w:r>
          </w:p>
        </w:tc>
        <w:tc>
          <w:tcPr>
            <w:tcW w:w="3496" w:type="dxa"/>
            <w:tcBorders>
              <w:top w:val="nil"/>
              <w:left w:val="nil"/>
              <w:bottom w:val="nil"/>
              <w:right w:val="nil"/>
            </w:tcBorders>
            <w:tcMar>
              <w:top w:w="10" w:type="dxa"/>
              <w:left w:w="50" w:type="dxa"/>
              <w:bottom w:w="15" w:type="dxa"/>
              <w:right w:w="70" w:type="dxa"/>
            </w:tcMar>
          </w:tcPr>
          <w:p w14:paraId="29F82878" w14:textId="77777777" w:rsidR="00A312F0" w:rsidRPr="00691366" w:rsidRDefault="00685F13">
            <w:pPr>
              <w:spacing w:after="0" w:line="240" w:lineRule="auto"/>
              <w:rPr>
                <w:color w:val="auto"/>
                <w:sz w:val="28"/>
                <w:szCs w:val="28"/>
              </w:rPr>
            </w:pPr>
            <w:r w:rsidRPr="00691366">
              <w:rPr>
                <w:color w:val="auto"/>
                <w:sz w:val="28"/>
                <w:szCs w:val="28"/>
              </w:rPr>
              <w:t>C. Build a new cottage</w:t>
            </w:r>
          </w:p>
        </w:tc>
      </w:tr>
    </w:tbl>
    <w:p w14:paraId="093D2949" w14:textId="77777777" w:rsidR="00A312F0" w:rsidRPr="00691366" w:rsidRDefault="00685F13">
      <w:pPr>
        <w:keepLines/>
        <w:spacing w:after="20" w:line="240" w:lineRule="auto"/>
        <w:rPr>
          <w:color w:val="auto"/>
          <w:sz w:val="28"/>
          <w:szCs w:val="28"/>
        </w:rPr>
      </w:pPr>
      <w:r w:rsidRPr="00691366">
        <w:rPr>
          <w:b/>
          <w:color w:val="auto"/>
          <w:sz w:val="28"/>
          <w:szCs w:val="28"/>
        </w:rPr>
        <w:t>4.</w:t>
      </w:r>
      <w:r w:rsidRPr="00691366">
        <w:rPr>
          <w:color w:val="auto"/>
          <w:sz w:val="28"/>
          <w:szCs w:val="28"/>
        </w:rPr>
        <w:t xml:space="preserve"> What did Linh usually do in the evening?</w:t>
      </w:r>
    </w:p>
    <w:tbl>
      <w:tblPr>
        <w:tblW w:w="0" w:type="auto"/>
        <w:jc w:val="center"/>
        <w:tblLayout w:type="fixed"/>
        <w:tblLook w:val="04A0" w:firstRow="1" w:lastRow="0" w:firstColumn="1" w:lastColumn="0" w:noHBand="0" w:noVBand="1"/>
      </w:tblPr>
      <w:tblGrid>
        <w:gridCol w:w="3496"/>
        <w:gridCol w:w="3496"/>
        <w:gridCol w:w="3496"/>
      </w:tblGrid>
      <w:tr w:rsidR="00691366" w:rsidRPr="00691366" w14:paraId="01E024A9" w14:textId="77777777">
        <w:trPr>
          <w:cantSplit/>
          <w:jc w:val="center"/>
        </w:trPr>
        <w:tc>
          <w:tcPr>
            <w:tcW w:w="3496" w:type="dxa"/>
            <w:tcBorders>
              <w:top w:val="nil"/>
              <w:left w:val="nil"/>
              <w:bottom w:val="nil"/>
              <w:right w:val="nil"/>
            </w:tcBorders>
            <w:tcMar>
              <w:top w:w="10" w:type="dxa"/>
              <w:left w:w="50" w:type="dxa"/>
              <w:bottom w:w="15" w:type="dxa"/>
              <w:right w:w="70" w:type="dxa"/>
            </w:tcMar>
          </w:tcPr>
          <w:p w14:paraId="0A65906B" w14:textId="77777777" w:rsidR="00A312F0" w:rsidRPr="00691366" w:rsidRDefault="00685F13">
            <w:pPr>
              <w:spacing w:after="0" w:line="240" w:lineRule="auto"/>
              <w:rPr>
                <w:color w:val="auto"/>
                <w:sz w:val="28"/>
                <w:szCs w:val="28"/>
              </w:rPr>
            </w:pPr>
            <w:r w:rsidRPr="00691366">
              <w:rPr>
                <w:color w:val="auto"/>
                <w:sz w:val="28"/>
                <w:szCs w:val="28"/>
              </w:rPr>
              <w:t>A. She watched television alone.</w:t>
            </w:r>
          </w:p>
        </w:tc>
        <w:tc>
          <w:tcPr>
            <w:tcW w:w="3496" w:type="dxa"/>
            <w:tcBorders>
              <w:top w:val="nil"/>
              <w:left w:val="nil"/>
              <w:bottom w:val="nil"/>
              <w:right w:val="nil"/>
            </w:tcBorders>
            <w:tcMar>
              <w:top w:w="10" w:type="dxa"/>
              <w:left w:w="50" w:type="dxa"/>
              <w:bottom w:w="15" w:type="dxa"/>
              <w:right w:w="70" w:type="dxa"/>
            </w:tcMar>
          </w:tcPr>
          <w:p w14:paraId="75620381" w14:textId="77777777" w:rsidR="00A312F0" w:rsidRPr="00691366" w:rsidRDefault="00685F13">
            <w:pPr>
              <w:spacing w:after="0" w:line="240" w:lineRule="auto"/>
              <w:rPr>
                <w:color w:val="auto"/>
                <w:sz w:val="28"/>
                <w:szCs w:val="28"/>
              </w:rPr>
            </w:pPr>
            <w:r w:rsidRPr="00691366">
              <w:rPr>
                <w:color w:val="auto"/>
                <w:sz w:val="28"/>
                <w:szCs w:val="28"/>
              </w:rPr>
              <w:t>B. She went fishing with her uncle.</w:t>
            </w:r>
          </w:p>
        </w:tc>
        <w:tc>
          <w:tcPr>
            <w:tcW w:w="3496" w:type="dxa"/>
            <w:tcBorders>
              <w:top w:val="nil"/>
              <w:left w:val="nil"/>
              <w:bottom w:val="nil"/>
              <w:right w:val="nil"/>
            </w:tcBorders>
            <w:tcMar>
              <w:top w:w="10" w:type="dxa"/>
              <w:left w:w="50" w:type="dxa"/>
              <w:bottom w:w="15" w:type="dxa"/>
              <w:right w:w="70" w:type="dxa"/>
            </w:tcMar>
          </w:tcPr>
          <w:p w14:paraId="4C2D5344" w14:textId="77777777" w:rsidR="00A312F0" w:rsidRPr="00691366" w:rsidRDefault="00685F13">
            <w:pPr>
              <w:spacing w:after="0" w:line="240" w:lineRule="auto"/>
              <w:rPr>
                <w:color w:val="auto"/>
                <w:sz w:val="28"/>
                <w:szCs w:val="28"/>
              </w:rPr>
            </w:pPr>
            <w:r w:rsidRPr="00691366">
              <w:rPr>
                <w:color w:val="auto"/>
                <w:sz w:val="28"/>
                <w:szCs w:val="28"/>
              </w:rPr>
              <w:t>C. She played traditional games with village children.</w:t>
            </w:r>
          </w:p>
        </w:tc>
      </w:tr>
    </w:tbl>
    <w:p w14:paraId="0EEB096A" w14:textId="77777777" w:rsidR="00A312F0" w:rsidRPr="00691366" w:rsidRDefault="00685F13">
      <w:pPr>
        <w:keepLines/>
        <w:spacing w:after="20" w:line="240" w:lineRule="auto"/>
        <w:rPr>
          <w:color w:val="auto"/>
          <w:sz w:val="28"/>
          <w:szCs w:val="28"/>
        </w:rPr>
      </w:pPr>
      <w:r w:rsidRPr="00691366">
        <w:rPr>
          <w:b/>
          <w:color w:val="auto"/>
          <w:sz w:val="28"/>
          <w:szCs w:val="28"/>
        </w:rPr>
        <w:t>5.</w:t>
      </w:r>
      <w:r w:rsidRPr="00691366">
        <w:rPr>
          <w:color w:val="auto"/>
          <w:sz w:val="28"/>
          <w:szCs w:val="28"/>
        </w:rPr>
        <w:t xml:space="preserve"> What did Linh like most about the village?</w:t>
      </w:r>
    </w:p>
    <w:tbl>
      <w:tblPr>
        <w:tblW w:w="0" w:type="auto"/>
        <w:jc w:val="center"/>
        <w:tblLayout w:type="fixed"/>
        <w:tblLook w:val="04A0" w:firstRow="1" w:lastRow="0" w:firstColumn="1" w:lastColumn="0" w:noHBand="0" w:noVBand="1"/>
      </w:tblPr>
      <w:tblGrid>
        <w:gridCol w:w="5244"/>
        <w:gridCol w:w="5244"/>
        <w:gridCol w:w="63"/>
      </w:tblGrid>
      <w:tr w:rsidR="00691366" w:rsidRPr="00691366" w14:paraId="288DFF72" w14:textId="77777777">
        <w:trPr>
          <w:gridAfter w:val="1"/>
          <w:wAfter w:w="63" w:type="dxa"/>
          <w:cantSplit/>
          <w:jc w:val="center"/>
        </w:trPr>
        <w:tc>
          <w:tcPr>
            <w:tcW w:w="10488" w:type="dxa"/>
            <w:gridSpan w:val="2"/>
            <w:tcBorders>
              <w:top w:val="nil"/>
              <w:left w:val="nil"/>
              <w:bottom w:val="nil"/>
              <w:right w:val="nil"/>
            </w:tcBorders>
            <w:tcMar>
              <w:top w:w="10" w:type="dxa"/>
              <w:left w:w="50" w:type="dxa"/>
              <w:bottom w:w="15" w:type="dxa"/>
              <w:right w:w="70" w:type="dxa"/>
            </w:tcMar>
          </w:tcPr>
          <w:p w14:paraId="69D4ECD1" w14:textId="77777777" w:rsidR="00A312F0" w:rsidRPr="00691366" w:rsidRDefault="00685F13">
            <w:pPr>
              <w:spacing w:after="0" w:line="240" w:lineRule="auto"/>
              <w:rPr>
                <w:color w:val="auto"/>
                <w:sz w:val="28"/>
                <w:szCs w:val="28"/>
              </w:rPr>
            </w:pPr>
            <w:r w:rsidRPr="00691366">
              <w:rPr>
                <w:color w:val="auto"/>
                <w:sz w:val="28"/>
                <w:szCs w:val="28"/>
              </w:rPr>
              <w:t>A. The modern machines</w:t>
            </w:r>
          </w:p>
        </w:tc>
      </w:tr>
      <w:tr w:rsidR="00691366" w:rsidRPr="00691366" w14:paraId="4F81EF37" w14:textId="77777777">
        <w:trPr>
          <w:gridAfter w:val="1"/>
          <w:wAfter w:w="63" w:type="dxa"/>
          <w:cantSplit/>
          <w:jc w:val="center"/>
        </w:trPr>
        <w:tc>
          <w:tcPr>
            <w:tcW w:w="10488" w:type="dxa"/>
            <w:gridSpan w:val="2"/>
            <w:tcBorders>
              <w:top w:val="nil"/>
              <w:left w:val="nil"/>
              <w:bottom w:val="nil"/>
              <w:right w:val="nil"/>
            </w:tcBorders>
            <w:tcMar>
              <w:top w:w="10" w:type="dxa"/>
              <w:left w:w="50" w:type="dxa"/>
              <w:bottom w:w="15" w:type="dxa"/>
              <w:right w:w="70" w:type="dxa"/>
            </w:tcMar>
          </w:tcPr>
          <w:p w14:paraId="6A8D7301" w14:textId="77777777" w:rsidR="00A312F0" w:rsidRPr="00691366" w:rsidRDefault="00685F13">
            <w:pPr>
              <w:spacing w:after="0" w:line="240" w:lineRule="auto"/>
              <w:rPr>
                <w:color w:val="auto"/>
                <w:sz w:val="28"/>
                <w:szCs w:val="28"/>
              </w:rPr>
            </w:pPr>
            <w:r w:rsidRPr="00691366">
              <w:rPr>
                <w:color w:val="auto"/>
                <w:sz w:val="28"/>
                <w:szCs w:val="28"/>
              </w:rPr>
              <w:t>B. The friendly people and peaceful way of life</w:t>
            </w:r>
          </w:p>
        </w:tc>
      </w:tr>
      <w:tr w:rsidR="00691366" w:rsidRPr="00691366" w14:paraId="3D783A51" w14:textId="77777777">
        <w:trPr>
          <w:gridAfter w:val="1"/>
          <w:wAfter w:w="63" w:type="dxa"/>
          <w:cantSplit/>
          <w:jc w:val="center"/>
        </w:trPr>
        <w:tc>
          <w:tcPr>
            <w:tcW w:w="10488" w:type="dxa"/>
            <w:gridSpan w:val="2"/>
            <w:tcBorders>
              <w:top w:val="nil"/>
              <w:left w:val="nil"/>
              <w:bottom w:val="nil"/>
              <w:right w:val="nil"/>
            </w:tcBorders>
            <w:tcMar>
              <w:top w:w="10" w:type="dxa"/>
              <w:left w:w="50" w:type="dxa"/>
              <w:bottom w:w="15" w:type="dxa"/>
              <w:right w:w="70" w:type="dxa"/>
            </w:tcMar>
          </w:tcPr>
          <w:p w14:paraId="46C2E281" w14:textId="77777777" w:rsidR="00A312F0" w:rsidRPr="00691366" w:rsidRDefault="00685F13">
            <w:pPr>
              <w:spacing w:after="0" w:line="240" w:lineRule="auto"/>
              <w:rPr>
                <w:color w:val="auto"/>
                <w:sz w:val="28"/>
                <w:szCs w:val="28"/>
              </w:rPr>
            </w:pPr>
            <w:r w:rsidRPr="00691366">
              <w:rPr>
                <w:color w:val="auto"/>
                <w:sz w:val="28"/>
                <w:szCs w:val="28"/>
              </w:rPr>
              <w:t>C. The busy roads and large shops</w:t>
            </w:r>
          </w:p>
        </w:tc>
      </w:tr>
      <w:tr w:rsidR="00691366" w:rsidRPr="00691366" w14:paraId="6573202F" w14:textId="77777777">
        <w:trPr>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48620BE5" w14:textId="77777777" w:rsidR="00A312F0" w:rsidRPr="00691366" w:rsidRDefault="00685F13">
            <w:pPr>
              <w:jc w:val="center"/>
              <w:rPr>
                <w:color w:val="auto"/>
                <w:sz w:val="28"/>
                <w:szCs w:val="28"/>
              </w:rPr>
            </w:pPr>
            <w:r w:rsidRPr="00691366">
              <w:rPr>
                <w:b/>
                <w:color w:val="FFFFFF" w:themeColor="background1"/>
                <w:sz w:val="28"/>
                <w:szCs w:val="28"/>
              </w:rPr>
              <w:t>PART II</w:t>
            </w:r>
          </w:p>
        </w:tc>
        <w:tc>
          <w:tcPr>
            <w:tcW w:w="5244" w:type="dxa"/>
            <w:gridSpan w:val="2"/>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746F1B31" w14:textId="77777777" w:rsidR="00A312F0" w:rsidRPr="00691366" w:rsidRDefault="00685F13">
            <w:pPr>
              <w:keepNext/>
              <w:rPr>
                <w:color w:val="auto"/>
                <w:sz w:val="28"/>
                <w:szCs w:val="28"/>
              </w:rPr>
            </w:pPr>
            <w:proofErr w:type="gramStart"/>
            <w:r w:rsidRPr="00691366">
              <w:rPr>
                <w:b/>
                <w:color w:val="auto"/>
                <w:sz w:val="28"/>
                <w:szCs w:val="28"/>
              </w:rPr>
              <w:t>PRONUNCIATION  (</w:t>
            </w:r>
            <w:proofErr w:type="gramEnd"/>
            <w:r w:rsidRPr="00691366">
              <w:rPr>
                <w:b/>
                <w:color w:val="auto"/>
                <w:sz w:val="28"/>
                <w:szCs w:val="28"/>
              </w:rPr>
              <w:t xml:space="preserve">1.0 </w:t>
            </w:r>
            <w:proofErr w:type="spellStart"/>
            <w:r w:rsidRPr="00691366">
              <w:rPr>
                <w:b/>
                <w:color w:val="auto"/>
                <w:sz w:val="28"/>
                <w:szCs w:val="28"/>
              </w:rPr>
              <w:t>pt</w:t>
            </w:r>
            <w:proofErr w:type="spellEnd"/>
            <w:r w:rsidRPr="00691366">
              <w:rPr>
                <w:b/>
                <w:color w:val="auto"/>
                <w:sz w:val="28"/>
                <w:szCs w:val="28"/>
              </w:rPr>
              <w:t>)</w:t>
            </w:r>
          </w:p>
        </w:tc>
      </w:tr>
    </w:tbl>
    <w:p w14:paraId="6CC1459B" w14:textId="77777777" w:rsidR="00A312F0" w:rsidRPr="00691366" w:rsidRDefault="00685F13">
      <w:pPr>
        <w:keepNext/>
        <w:spacing w:before="20" w:line="240" w:lineRule="auto"/>
        <w:rPr>
          <w:color w:val="auto"/>
          <w:sz w:val="28"/>
          <w:szCs w:val="28"/>
        </w:rPr>
      </w:pPr>
      <w:r w:rsidRPr="00691366">
        <w:rPr>
          <w:b/>
          <w:color w:val="auto"/>
          <w:sz w:val="28"/>
          <w:szCs w:val="28"/>
        </w:rPr>
        <w:t>Task 1. Choose the word whose bold part is pronounced differently from the others.</w:t>
      </w:r>
    </w:p>
    <w:p w14:paraId="4D98442B" w14:textId="72458C7B" w:rsidR="00A312F0" w:rsidRPr="00691366" w:rsidRDefault="00685F13">
      <w:pPr>
        <w:spacing w:after="20" w:line="240" w:lineRule="auto"/>
        <w:rPr>
          <w:color w:val="auto"/>
          <w:sz w:val="28"/>
          <w:szCs w:val="28"/>
        </w:rPr>
      </w:pPr>
      <w:r w:rsidRPr="00691366">
        <w:rPr>
          <w:b/>
          <w:color w:val="auto"/>
          <w:sz w:val="28"/>
          <w:szCs w:val="28"/>
        </w:rPr>
        <w:t xml:space="preserve">6. </w:t>
      </w:r>
      <w:r w:rsidRPr="00691366">
        <w:rPr>
          <w:color w:val="auto"/>
          <w:sz w:val="28"/>
          <w:szCs w:val="28"/>
        </w:rPr>
        <w:t>A. gard</w:t>
      </w:r>
      <w:r w:rsidRPr="00691366">
        <w:rPr>
          <w:b/>
          <w:color w:val="auto"/>
          <w:sz w:val="28"/>
          <w:szCs w:val="28"/>
        </w:rPr>
        <w:t>e</w:t>
      </w:r>
      <w:r w:rsidRPr="00691366">
        <w:rPr>
          <w:color w:val="auto"/>
          <w:sz w:val="28"/>
          <w:szCs w:val="28"/>
        </w:rPr>
        <w:t xml:space="preserve">n    </w:t>
      </w:r>
      <w:r w:rsidR="00691366">
        <w:rPr>
          <w:color w:val="auto"/>
          <w:sz w:val="28"/>
          <w:szCs w:val="28"/>
        </w:rPr>
        <w:tab/>
      </w:r>
      <w:r w:rsidRPr="00691366">
        <w:rPr>
          <w:color w:val="auto"/>
          <w:sz w:val="28"/>
          <w:szCs w:val="28"/>
        </w:rPr>
        <w:t xml:space="preserve">B. </w:t>
      </w:r>
      <w:r w:rsidRPr="00691366">
        <w:rPr>
          <w:b/>
          <w:color w:val="auto"/>
          <w:sz w:val="28"/>
          <w:szCs w:val="28"/>
        </w:rPr>
        <w:t>a</w:t>
      </w:r>
      <w:r w:rsidRPr="00691366">
        <w:rPr>
          <w:color w:val="auto"/>
          <w:sz w:val="28"/>
          <w:szCs w:val="28"/>
        </w:rPr>
        <w:t xml:space="preserve">bout    </w:t>
      </w:r>
      <w:r w:rsidR="00691366">
        <w:rPr>
          <w:color w:val="auto"/>
          <w:sz w:val="28"/>
          <w:szCs w:val="28"/>
        </w:rPr>
        <w:tab/>
      </w:r>
      <w:r w:rsidR="00691366">
        <w:rPr>
          <w:color w:val="auto"/>
          <w:sz w:val="28"/>
          <w:szCs w:val="28"/>
        </w:rPr>
        <w:tab/>
      </w:r>
      <w:r w:rsidRPr="00691366">
        <w:rPr>
          <w:color w:val="auto"/>
          <w:sz w:val="28"/>
          <w:szCs w:val="28"/>
        </w:rPr>
        <w:t>C. vill</w:t>
      </w:r>
      <w:r w:rsidRPr="00691366">
        <w:rPr>
          <w:b/>
          <w:color w:val="auto"/>
          <w:sz w:val="28"/>
          <w:szCs w:val="28"/>
        </w:rPr>
        <w:t>a</w:t>
      </w:r>
      <w:r w:rsidRPr="00691366">
        <w:rPr>
          <w:color w:val="auto"/>
          <w:sz w:val="28"/>
          <w:szCs w:val="28"/>
        </w:rPr>
        <w:t xml:space="preserve">ge    </w:t>
      </w:r>
      <w:r w:rsidR="00691366">
        <w:rPr>
          <w:color w:val="auto"/>
          <w:sz w:val="28"/>
          <w:szCs w:val="28"/>
        </w:rPr>
        <w:tab/>
      </w:r>
      <w:r w:rsidR="00691366">
        <w:rPr>
          <w:color w:val="auto"/>
          <w:sz w:val="28"/>
          <w:szCs w:val="28"/>
        </w:rPr>
        <w:tab/>
      </w:r>
      <w:r w:rsidRPr="00691366">
        <w:rPr>
          <w:color w:val="auto"/>
          <w:sz w:val="28"/>
          <w:szCs w:val="28"/>
        </w:rPr>
        <w:t>D. hospit</w:t>
      </w:r>
      <w:r w:rsidRPr="00691366">
        <w:rPr>
          <w:b/>
          <w:color w:val="auto"/>
          <w:sz w:val="28"/>
          <w:szCs w:val="28"/>
        </w:rPr>
        <w:t>a</w:t>
      </w:r>
      <w:r w:rsidRPr="00691366">
        <w:rPr>
          <w:color w:val="auto"/>
          <w:sz w:val="28"/>
          <w:szCs w:val="28"/>
        </w:rPr>
        <w:t>ble</w:t>
      </w:r>
    </w:p>
    <w:p w14:paraId="657BFF02" w14:textId="5EAE570A" w:rsidR="00A312F0" w:rsidRPr="00691366" w:rsidRDefault="00685F13">
      <w:pPr>
        <w:spacing w:after="20" w:line="240" w:lineRule="auto"/>
        <w:rPr>
          <w:color w:val="auto"/>
          <w:sz w:val="28"/>
          <w:szCs w:val="28"/>
        </w:rPr>
      </w:pPr>
      <w:r w:rsidRPr="00691366">
        <w:rPr>
          <w:b/>
          <w:color w:val="auto"/>
          <w:sz w:val="28"/>
          <w:szCs w:val="28"/>
        </w:rPr>
        <w:t xml:space="preserve">7. </w:t>
      </w:r>
      <w:r w:rsidRPr="00691366">
        <w:rPr>
          <w:color w:val="auto"/>
          <w:sz w:val="28"/>
          <w:szCs w:val="28"/>
        </w:rPr>
        <w:t>A. p</w:t>
      </w:r>
      <w:r w:rsidRPr="00691366">
        <w:rPr>
          <w:b/>
          <w:color w:val="auto"/>
          <w:sz w:val="28"/>
          <w:szCs w:val="28"/>
        </w:rPr>
        <w:t>i</w:t>
      </w:r>
      <w:r w:rsidRPr="00691366">
        <w:rPr>
          <w:color w:val="auto"/>
          <w:sz w:val="28"/>
          <w:szCs w:val="28"/>
        </w:rPr>
        <w:t xml:space="preserve">ck    </w:t>
      </w:r>
      <w:r w:rsidR="00691366">
        <w:rPr>
          <w:color w:val="auto"/>
          <w:sz w:val="28"/>
          <w:szCs w:val="28"/>
        </w:rPr>
        <w:tab/>
      </w:r>
      <w:r w:rsidR="00691366">
        <w:rPr>
          <w:color w:val="auto"/>
          <w:sz w:val="28"/>
          <w:szCs w:val="28"/>
        </w:rPr>
        <w:tab/>
      </w:r>
      <w:r w:rsidRPr="00691366">
        <w:rPr>
          <w:color w:val="auto"/>
          <w:sz w:val="28"/>
          <w:szCs w:val="28"/>
        </w:rPr>
        <w:t>B. v</w:t>
      </w:r>
      <w:r w:rsidRPr="00691366">
        <w:rPr>
          <w:b/>
          <w:color w:val="auto"/>
          <w:sz w:val="28"/>
          <w:szCs w:val="28"/>
        </w:rPr>
        <w:t>i</w:t>
      </w:r>
      <w:r w:rsidRPr="00691366">
        <w:rPr>
          <w:color w:val="auto"/>
          <w:sz w:val="28"/>
          <w:szCs w:val="28"/>
        </w:rPr>
        <w:t xml:space="preserve">llage    </w:t>
      </w:r>
      <w:r w:rsidR="00691366">
        <w:rPr>
          <w:color w:val="auto"/>
          <w:sz w:val="28"/>
          <w:szCs w:val="28"/>
        </w:rPr>
        <w:tab/>
      </w:r>
      <w:r w:rsidR="00691366">
        <w:rPr>
          <w:color w:val="auto"/>
          <w:sz w:val="28"/>
          <w:szCs w:val="28"/>
        </w:rPr>
        <w:tab/>
      </w:r>
      <w:r w:rsidRPr="00691366">
        <w:rPr>
          <w:color w:val="auto"/>
          <w:sz w:val="28"/>
          <w:szCs w:val="28"/>
        </w:rPr>
        <w:t>C. b</w:t>
      </w:r>
      <w:r w:rsidRPr="00AF31D1">
        <w:rPr>
          <w:b/>
          <w:bCs/>
          <w:color w:val="auto"/>
          <w:sz w:val="28"/>
          <w:szCs w:val="28"/>
        </w:rPr>
        <w:t>u</w:t>
      </w:r>
      <w:r w:rsidRPr="00691366">
        <w:rPr>
          <w:color w:val="auto"/>
          <w:sz w:val="28"/>
          <w:szCs w:val="28"/>
        </w:rPr>
        <w:t>s</w:t>
      </w:r>
      <w:r w:rsidRPr="00AF31D1">
        <w:rPr>
          <w:bCs/>
          <w:color w:val="auto"/>
          <w:sz w:val="28"/>
          <w:szCs w:val="28"/>
        </w:rPr>
        <w:t>y</w:t>
      </w:r>
      <w:r w:rsidRPr="00691366">
        <w:rPr>
          <w:color w:val="auto"/>
          <w:sz w:val="28"/>
          <w:szCs w:val="28"/>
        </w:rPr>
        <w:t xml:space="preserve">    </w:t>
      </w:r>
      <w:r w:rsidR="00691366">
        <w:rPr>
          <w:color w:val="auto"/>
          <w:sz w:val="28"/>
          <w:szCs w:val="28"/>
        </w:rPr>
        <w:tab/>
      </w:r>
      <w:r w:rsidR="00691366">
        <w:rPr>
          <w:color w:val="auto"/>
          <w:sz w:val="28"/>
          <w:szCs w:val="28"/>
        </w:rPr>
        <w:tab/>
      </w:r>
      <w:r w:rsidRPr="00691366">
        <w:rPr>
          <w:color w:val="auto"/>
          <w:sz w:val="28"/>
          <w:szCs w:val="28"/>
        </w:rPr>
        <w:t>D. r</w:t>
      </w:r>
      <w:r w:rsidRPr="00691366">
        <w:rPr>
          <w:b/>
          <w:color w:val="auto"/>
          <w:sz w:val="28"/>
          <w:szCs w:val="28"/>
        </w:rPr>
        <w:t>i</w:t>
      </w:r>
      <w:r w:rsidRPr="00691366">
        <w:rPr>
          <w:color w:val="auto"/>
          <w:sz w:val="28"/>
          <w:szCs w:val="28"/>
        </w:rPr>
        <w:t>ce</w:t>
      </w:r>
    </w:p>
    <w:p w14:paraId="60F2E450" w14:textId="77777777" w:rsidR="00A312F0" w:rsidRDefault="00685F13">
      <w:pPr>
        <w:keepNext/>
        <w:spacing w:before="20" w:line="240" w:lineRule="auto"/>
        <w:rPr>
          <w:b/>
          <w:color w:val="auto"/>
          <w:sz w:val="28"/>
          <w:szCs w:val="28"/>
        </w:rPr>
      </w:pPr>
      <w:r w:rsidRPr="00691366">
        <w:rPr>
          <w:b/>
          <w:color w:val="auto"/>
          <w:sz w:val="28"/>
          <w:szCs w:val="28"/>
        </w:rPr>
        <w:t>Task 2. Choose the word whose stress pattern is different from the others.</w:t>
      </w:r>
    </w:p>
    <w:p w14:paraId="2E8A993D" w14:textId="2D4296B9" w:rsidR="006021F5" w:rsidRPr="00691366" w:rsidRDefault="006021F5" w:rsidP="006021F5">
      <w:pPr>
        <w:spacing w:after="20" w:line="240" w:lineRule="auto"/>
        <w:rPr>
          <w:color w:val="auto"/>
          <w:sz w:val="28"/>
          <w:szCs w:val="28"/>
        </w:rPr>
      </w:pPr>
      <w:r>
        <w:rPr>
          <w:b/>
          <w:color w:val="auto"/>
          <w:sz w:val="28"/>
          <w:szCs w:val="28"/>
        </w:rPr>
        <w:t>8</w:t>
      </w:r>
      <w:r w:rsidRPr="00691366">
        <w:rPr>
          <w:b/>
          <w:color w:val="auto"/>
          <w:sz w:val="28"/>
          <w:szCs w:val="28"/>
        </w:rPr>
        <w:t xml:space="preserve">. </w:t>
      </w:r>
      <w:r w:rsidRPr="00691366">
        <w:rPr>
          <w:color w:val="auto"/>
          <w:sz w:val="28"/>
          <w:szCs w:val="28"/>
        </w:rPr>
        <w:t xml:space="preserve">A. </w:t>
      </w:r>
      <w:r w:rsidR="00AF31D1">
        <w:rPr>
          <w:color w:val="auto"/>
          <w:sz w:val="28"/>
          <w:szCs w:val="28"/>
        </w:rPr>
        <w:t>hospital</w:t>
      </w:r>
      <w:r>
        <w:rPr>
          <w:color w:val="auto"/>
          <w:sz w:val="28"/>
          <w:szCs w:val="28"/>
        </w:rPr>
        <w:tab/>
      </w:r>
      <w:r w:rsidRPr="00691366">
        <w:rPr>
          <w:color w:val="auto"/>
          <w:sz w:val="28"/>
          <w:szCs w:val="28"/>
        </w:rPr>
        <w:t xml:space="preserve">B. </w:t>
      </w:r>
      <w:r w:rsidR="00AF31D1">
        <w:rPr>
          <w:color w:val="auto"/>
          <w:sz w:val="28"/>
          <w:szCs w:val="28"/>
        </w:rPr>
        <w:t>collect</w:t>
      </w:r>
      <w:r>
        <w:rPr>
          <w:color w:val="auto"/>
          <w:sz w:val="28"/>
          <w:szCs w:val="28"/>
        </w:rPr>
        <w:tab/>
      </w:r>
      <w:r>
        <w:rPr>
          <w:color w:val="auto"/>
          <w:sz w:val="28"/>
          <w:szCs w:val="28"/>
        </w:rPr>
        <w:tab/>
      </w:r>
      <w:r w:rsidRPr="00691366">
        <w:rPr>
          <w:color w:val="auto"/>
          <w:sz w:val="28"/>
          <w:szCs w:val="28"/>
        </w:rPr>
        <w:t xml:space="preserve">C. </w:t>
      </w:r>
      <w:r w:rsidR="00AF31D1">
        <w:rPr>
          <w:color w:val="auto"/>
          <w:sz w:val="28"/>
          <w:szCs w:val="28"/>
        </w:rPr>
        <w:t>unload</w:t>
      </w:r>
      <w:r>
        <w:rPr>
          <w:color w:val="auto"/>
          <w:sz w:val="28"/>
          <w:szCs w:val="28"/>
        </w:rPr>
        <w:tab/>
      </w:r>
      <w:r>
        <w:rPr>
          <w:color w:val="auto"/>
          <w:sz w:val="28"/>
          <w:szCs w:val="28"/>
        </w:rPr>
        <w:tab/>
      </w:r>
      <w:r w:rsidRPr="00691366">
        <w:rPr>
          <w:color w:val="auto"/>
          <w:sz w:val="28"/>
          <w:szCs w:val="28"/>
        </w:rPr>
        <w:t xml:space="preserve">D. </w:t>
      </w:r>
      <w:r w:rsidR="00AF31D1">
        <w:rPr>
          <w:color w:val="auto"/>
          <w:sz w:val="28"/>
          <w:szCs w:val="28"/>
        </w:rPr>
        <w:t>harvester</w:t>
      </w:r>
    </w:p>
    <w:p w14:paraId="162576D4" w14:textId="709D6945" w:rsidR="006021F5" w:rsidRPr="00691366" w:rsidRDefault="006021F5" w:rsidP="006021F5">
      <w:pPr>
        <w:spacing w:after="20" w:line="240" w:lineRule="auto"/>
        <w:rPr>
          <w:color w:val="auto"/>
          <w:sz w:val="28"/>
          <w:szCs w:val="28"/>
        </w:rPr>
      </w:pPr>
      <w:r>
        <w:rPr>
          <w:b/>
          <w:color w:val="auto"/>
          <w:sz w:val="28"/>
          <w:szCs w:val="28"/>
        </w:rPr>
        <w:t>9</w:t>
      </w:r>
      <w:r w:rsidRPr="00691366">
        <w:rPr>
          <w:b/>
          <w:color w:val="auto"/>
          <w:sz w:val="28"/>
          <w:szCs w:val="28"/>
        </w:rPr>
        <w:t xml:space="preserve">. </w:t>
      </w:r>
      <w:r w:rsidRPr="00691366">
        <w:rPr>
          <w:color w:val="auto"/>
          <w:sz w:val="28"/>
          <w:szCs w:val="28"/>
        </w:rPr>
        <w:t>A. cattle</w:t>
      </w:r>
      <w:r>
        <w:rPr>
          <w:color w:val="auto"/>
          <w:sz w:val="28"/>
          <w:szCs w:val="28"/>
        </w:rPr>
        <w:tab/>
      </w:r>
      <w:r>
        <w:rPr>
          <w:color w:val="auto"/>
          <w:sz w:val="28"/>
          <w:szCs w:val="28"/>
        </w:rPr>
        <w:tab/>
      </w:r>
      <w:r w:rsidRPr="00691366">
        <w:rPr>
          <w:color w:val="auto"/>
          <w:sz w:val="28"/>
          <w:szCs w:val="28"/>
        </w:rPr>
        <w:t>B. village</w:t>
      </w:r>
      <w:r>
        <w:rPr>
          <w:color w:val="auto"/>
          <w:sz w:val="28"/>
          <w:szCs w:val="28"/>
        </w:rPr>
        <w:tab/>
      </w:r>
      <w:r>
        <w:rPr>
          <w:color w:val="auto"/>
          <w:sz w:val="28"/>
          <w:szCs w:val="28"/>
        </w:rPr>
        <w:tab/>
      </w:r>
      <w:r w:rsidRPr="00691366">
        <w:rPr>
          <w:color w:val="auto"/>
          <w:sz w:val="28"/>
          <w:szCs w:val="28"/>
        </w:rPr>
        <w:t>C. unload</w:t>
      </w:r>
      <w:r>
        <w:rPr>
          <w:color w:val="auto"/>
          <w:sz w:val="28"/>
          <w:szCs w:val="28"/>
        </w:rPr>
        <w:tab/>
      </w:r>
      <w:r>
        <w:rPr>
          <w:color w:val="auto"/>
          <w:sz w:val="28"/>
          <w:szCs w:val="28"/>
        </w:rPr>
        <w:tab/>
      </w:r>
      <w:r w:rsidRPr="00691366">
        <w:rPr>
          <w:color w:val="auto"/>
          <w:sz w:val="28"/>
          <w:szCs w:val="28"/>
        </w:rPr>
        <w:t>D. harvest</w:t>
      </w:r>
    </w:p>
    <w:tbl>
      <w:tblPr>
        <w:tblW w:w="10515" w:type="dxa"/>
        <w:jc w:val="center"/>
        <w:tblLayout w:type="fixed"/>
        <w:tblLook w:val="04A0" w:firstRow="1" w:lastRow="0" w:firstColumn="1" w:lastColumn="0" w:noHBand="0" w:noVBand="1"/>
      </w:tblPr>
      <w:tblGrid>
        <w:gridCol w:w="5259"/>
        <w:gridCol w:w="5256"/>
      </w:tblGrid>
      <w:tr w:rsidR="00691366" w:rsidRPr="00691366" w14:paraId="3194C28A" w14:textId="77777777" w:rsidTr="0097413C">
        <w:trPr>
          <w:trHeight w:val="410"/>
          <w:jc w:val="center"/>
        </w:trPr>
        <w:tc>
          <w:tcPr>
            <w:tcW w:w="5259"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75161408" w14:textId="77777777" w:rsidR="00A312F0" w:rsidRPr="00691366" w:rsidRDefault="00685F13">
            <w:pPr>
              <w:jc w:val="center"/>
              <w:rPr>
                <w:color w:val="auto"/>
                <w:sz w:val="28"/>
                <w:szCs w:val="28"/>
              </w:rPr>
            </w:pPr>
            <w:r w:rsidRPr="0097413C">
              <w:rPr>
                <w:b/>
                <w:color w:val="FFFFFF" w:themeColor="background1"/>
                <w:sz w:val="28"/>
                <w:szCs w:val="28"/>
              </w:rPr>
              <w:t>PART III</w:t>
            </w:r>
          </w:p>
        </w:tc>
        <w:tc>
          <w:tcPr>
            <w:tcW w:w="5256" w:type="dxa"/>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6B0B7502" w14:textId="77777777" w:rsidR="00A312F0" w:rsidRPr="00691366" w:rsidRDefault="00685F13">
            <w:pPr>
              <w:keepNext/>
              <w:rPr>
                <w:color w:val="auto"/>
                <w:sz w:val="28"/>
                <w:szCs w:val="28"/>
              </w:rPr>
            </w:pPr>
            <w:r w:rsidRPr="00691366">
              <w:rPr>
                <w:b/>
                <w:color w:val="auto"/>
                <w:sz w:val="28"/>
                <w:szCs w:val="28"/>
              </w:rPr>
              <w:t xml:space="preserve">LANGUAGE </w:t>
            </w:r>
            <w:proofErr w:type="gramStart"/>
            <w:r w:rsidRPr="00691366">
              <w:rPr>
                <w:b/>
                <w:color w:val="auto"/>
                <w:sz w:val="28"/>
                <w:szCs w:val="28"/>
              </w:rPr>
              <w:t>USE  (</w:t>
            </w:r>
            <w:proofErr w:type="gramEnd"/>
            <w:r w:rsidRPr="00691366">
              <w:rPr>
                <w:b/>
                <w:color w:val="auto"/>
                <w:sz w:val="28"/>
                <w:szCs w:val="28"/>
              </w:rPr>
              <w:t>2.5 pts)</w:t>
            </w:r>
          </w:p>
        </w:tc>
      </w:tr>
    </w:tbl>
    <w:p w14:paraId="7078F33A" w14:textId="77777777" w:rsidR="00A312F0" w:rsidRPr="006021F5" w:rsidRDefault="00685F13">
      <w:pPr>
        <w:keepNext/>
        <w:spacing w:after="60" w:line="240" w:lineRule="auto"/>
        <w:rPr>
          <w:b/>
          <w:bCs/>
          <w:iCs/>
          <w:color w:val="auto"/>
          <w:sz w:val="28"/>
          <w:szCs w:val="28"/>
        </w:rPr>
      </w:pPr>
      <w:r w:rsidRPr="006021F5">
        <w:rPr>
          <w:b/>
          <w:bCs/>
          <w:iCs/>
          <w:color w:val="auto"/>
          <w:sz w:val="28"/>
          <w:szCs w:val="28"/>
        </w:rPr>
        <w:t>Choose the best answer A, B, C, or D to complete each sentence.</w:t>
      </w:r>
    </w:p>
    <w:p w14:paraId="6B17FC51" w14:textId="77777777" w:rsidR="00A312F0" w:rsidRPr="00691366" w:rsidRDefault="00685F13">
      <w:pPr>
        <w:keepLines/>
        <w:spacing w:after="20" w:line="240" w:lineRule="auto"/>
        <w:rPr>
          <w:color w:val="auto"/>
          <w:sz w:val="28"/>
          <w:szCs w:val="28"/>
        </w:rPr>
      </w:pPr>
      <w:r w:rsidRPr="00691366">
        <w:rPr>
          <w:b/>
          <w:color w:val="auto"/>
          <w:sz w:val="28"/>
          <w:szCs w:val="28"/>
        </w:rPr>
        <w:t>10.</w:t>
      </w:r>
      <w:r w:rsidRPr="00691366">
        <w:rPr>
          <w:color w:val="auto"/>
          <w:sz w:val="28"/>
          <w:szCs w:val="28"/>
        </w:rPr>
        <w:t xml:space="preserve"> The farmers are working in a large ________ near the river.</w:t>
      </w:r>
    </w:p>
    <w:tbl>
      <w:tblPr>
        <w:tblW w:w="0" w:type="auto"/>
        <w:jc w:val="center"/>
        <w:tblLayout w:type="fixed"/>
        <w:tblLook w:val="04A0" w:firstRow="1" w:lastRow="0" w:firstColumn="1" w:lastColumn="0" w:noHBand="0" w:noVBand="1"/>
      </w:tblPr>
      <w:tblGrid>
        <w:gridCol w:w="2622"/>
        <w:gridCol w:w="2622"/>
        <w:gridCol w:w="2622"/>
        <w:gridCol w:w="2622"/>
      </w:tblGrid>
      <w:tr w:rsidR="00691366" w:rsidRPr="00691366" w14:paraId="71F37A53"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1237A032" w14:textId="77777777" w:rsidR="00A312F0" w:rsidRPr="00691366" w:rsidRDefault="00685F13">
            <w:pPr>
              <w:spacing w:after="0" w:line="240" w:lineRule="auto"/>
              <w:rPr>
                <w:color w:val="auto"/>
                <w:sz w:val="28"/>
                <w:szCs w:val="28"/>
              </w:rPr>
            </w:pPr>
            <w:r w:rsidRPr="00691366">
              <w:rPr>
                <w:color w:val="auto"/>
                <w:sz w:val="28"/>
                <w:szCs w:val="28"/>
              </w:rPr>
              <w:t>A. cottage</w:t>
            </w:r>
          </w:p>
        </w:tc>
        <w:tc>
          <w:tcPr>
            <w:tcW w:w="2622" w:type="dxa"/>
            <w:tcBorders>
              <w:top w:val="nil"/>
              <w:left w:val="nil"/>
              <w:bottom w:val="nil"/>
              <w:right w:val="nil"/>
            </w:tcBorders>
            <w:tcMar>
              <w:top w:w="10" w:type="dxa"/>
              <w:left w:w="50" w:type="dxa"/>
              <w:bottom w:w="15" w:type="dxa"/>
              <w:right w:w="70" w:type="dxa"/>
            </w:tcMar>
          </w:tcPr>
          <w:p w14:paraId="7B095FDF" w14:textId="77777777" w:rsidR="00A312F0" w:rsidRPr="00691366" w:rsidRDefault="00685F13">
            <w:pPr>
              <w:spacing w:after="0" w:line="240" w:lineRule="auto"/>
              <w:rPr>
                <w:color w:val="auto"/>
                <w:sz w:val="28"/>
                <w:szCs w:val="28"/>
              </w:rPr>
            </w:pPr>
            <w:r w:rsidRPr="00691366">
              <w:rPr>
                <w:color w:val="auto"/>
                <w:sz w:val="28"/>
                <w:szCs w:val="28"/>
              </w:rPr>
              <w:t>B. paddy field</w:t>
            </w:r>
          </w:p>
        </w:tc>
        <w:tc>
          <w:tcPr>
            <w:tcW w:w="2622" w:type="dxa"/>
            <w:tcBorders>
              <w:top w:val="nil"/>
              <w:left w:val="nil"/>
              <w:bottom w:val="nil"/>
              <w:right w:val="nil"/>
            </w:tcBorders>
            <w:tcMar>
              <w:top w:w="10" w:type="dxa"/>
              <w:left w:w="50" w:type="dxa"/>
              <w:bottom w:w="15" w:type="dxa"/>
              <w:right w:w="70" w:type="dxa"/>
            </w:tcMar>
          </w:tcPr>
          <w:p w14:paraId="31AFF9AE" w14:textId="77777777" w:rsidR="00A312F0" w:rsidRPr="00691366" w:rsidRDefault="00685F13">
            <w:pPr>
              <w:spacing w:after="0" w:line="240" w:lineRule="auto"/>
              <w:rPr>
                <w:color w:val="auto"/>
                <w:sz w:val="28"/>
                <w:szCs w:val="28"/>
              </w:rPr>
            </w:pPr>
            <w:r w:rsidRPr="00691366">
              <w:rPr>
                <w:color w:val="auto"/>
                <w:sz w:val="28"/>
                <w:szCs w:val="28"/>
              </w:rPr>
              <w:t>C. resort</w:t>
            </w:r>
          </w:p>
        </w:tc>
        <w:tc>
          <w:tcPr>
            <w:tcW w:w="2622" w:type="dxa"/>
            <w:tcBorders>
              <w:top w:val="nil"/>
              <w:left w:val="nil"/>
              <w:bottom w:val="nil"/>
              <w:right w:val="nil"/>
            </w:tcBorders>
            <w:tcMar>
              <w:top w:w="10" w:type="dxa"/>
              <w:left w:w="50" w:type="dxa"/>
              <w:bottom w:w="15" w:type="dxa"/>
              <w:right w:w="70" w:type="dxa"/>
            </w:tcMar>
          </w:tcPr>
          <w:p w14:paraId="470A51DE" w14:textId="77777777" w:rsidR="00A312F0" w:rsidRPr="00691366" w:rsidRDefault="00685F13">
            <w:pPr>
              <w:spacing w:after="0" w:line="240" w:lineRule="auto"/>
              <w:rPr>
                <w:color w:val="auto"/>
                <w:sz w:val="28"/>
                <w:szCs w:val="28"/>
              </w:rPr>
            </w:pPr>
            <w:r w:rsidRPr="00691366">
              <w:rPr>
                <w:color w:val="auto"/>
                <w:sz w:val="28"/>
                <w:szCs w:val="28"/>
              </w:rPr>
              <w:t>D. orchard</w:t>
            </w:r>
          </w:p>
        </w:tc>
      </w:tr>
    </w:tbl>
    <w:p w14:paraId="24A8C9B3" w14:textId="77777777" w:rsidR="00A312F0" w:rsidRPr="00691366" w:rsidRDefault="00685F13">
      <w:pPr>
        <w:keepLines/>
        <w:spacing w:after="20" w:line="240" w:lineRule="auto"/>
        <w:rPr>
          <w:color w:val="auto"/>
          <w:sz w:val="28"/>
          <w:szCs w:val="28"/>
        </w:rPr>
      </w:pPr>
      <w:r w:rsidRPr="00691366">
        <w:rPr>
          <w:b/>
          <w:color w:val="auto"/>
          <w:sz w:val="28"/>
          <w:szCs w:val="28"/>
        </w:rPr>
        <w:t>11.</w:t>
      </w:r>
      <w:r w:rsidRPr="00691366">
        <w:rPr>
          <w:color w:val="auto"/>
          <w:sz w:val="28"/>
          <w:szCs w:val="28"/>
        </w:rPr>
        <w:t xml:space="preserve"> A large ________ of cattle was moving slowly along the road.</w:t>
      </w:r>
    </w:p>
    <w:tbl>
      <w:tblPr>
        <w:tblW w:w="0" w:type="auto"/>
        <w:jc w:val="center"/>
        <w:tblLayout w:type="fixed"/>
        <w:tblLook w:val="04A0" w:firstRow="1" w:lastRow="0" w:firstColumn="1" w:lastColumn="0" w:noHBand="0" w:noVBand="1"/>
      </w:tblPr>
      <w:tblGrid>
        <w:gridCol w:w="2622"/>
        <w:gridCol w:w="2622"/>
        <w:gridCol w:w="2622"/>
        <w:gridCol w:w="2622"/>
      </w:tblGrid>
      <w:tr w:rsidR="00691366" w:rsidRPr="00691366" w14:paraId="2EF32B74"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7A4EA221" w14:textId="77777777" w:rsidR="00A312F0" w:rsidRPr="00691366" w:rsidRDefault="00685F13">
            <w:pPr>
              <w:spacing w:after="0" w:line="240" w:lineRule="auto"/>
              <w:rPr>
                <w:color w:val="auto"/>
                <w:sz w:val="28"/>
                <w:szCs w:val="28"/>
              </w:rPr>
            </w:pPr>
            <w:r w:rsidRPr="00691366">
              <w:rPr>
                <w:color w:val="auto"/>
                <w:sz w:val="28"/>
                <w:szCs w:val="28"/>
              </w:rPr>
              <w:t>A. crop</w:t>
            </w:r>
          </w:p>
        </w:tc>
        <w:tc>
          <w:tcPr>
            <w:tcW w:w="2622" w:type="dxa"/>
            <w:tcBorders>
              <w:top w:val="nil"/>
              <w:left w:val="nil"/>
              <w:bottom w:val="nil"/>
              <w:right w:val="nil"/>
            </w:tcBorders>
            <w:tcMar>
              <w:top w:w="10" w:type="dxa"/>
              <w:left w:w="50" w:type="dxa"/>
              <w:bottom w:w="15" w:type="dxa"/>
              <w:right w:w="70" w:type="dxa"/>
            </w:tcMar>
          </w:tcPr>
          <w:p w14:paraId="35AEBE7B" w14:textId="77777777" w:rsidR="00A312F0" w:rsidRPr="00691366" w:rsidRDefault="00685F13">
            <w:pPr>
              <w:spacing w:after="0" w:line="240" w:lineRule="auto"/>
              <w:rPr>
                <w:color w:val="auto"/>
                <w:sz w:val="28"/>
                <w:szCs w:val="28"/>
              </w:rPr>
            </w:pPr>
            <w:r w:rsidRPr="00691366">
              <w:rPr>
                <w:color w:val="auto"/>
                <w:sz w:val="28"/>
                <w:szCs w:val="28"/>
              </w:rPr>
              <w:t>B. poultry</w:t>
            </w:r>
          </w:p>
        </w:tc>
        <w:tc>
          <w:tcPr>
            <w:tcW w:w="2622" w:type="dxa"/>
            <w:tcBorders>
              <w:top w:val="nil"/>
              <w:left w:val="nil"/>
              <w:bottom w:val="nil"/>
              <w:right w:val="nil"/>
            </w:tcBorders>
            <w:tcMar>
              <w:top w:w="10" w:type="dxa"/>
              <w:left w:w="50" w:type="dxa"/>
              <w:bottom w:w="15" w:type="dxa"/>
              <w:right w:w="70" w:type="dxa"/>
            </w:tcMar>
          </w:tcPr>
          <w:p w14:paraId="0BCE3D25" w14:textId="77777777" w:rsidR="00A312F0" w:rsidRPr="00691366" w:rsidRDefault="00685F13">
            <w:pPr>
              <w:spacing w:after="0" w:line="240" w:lineRule="auto"/>
              <w:rPr>
                <w:color w:val="auto"/>
                <w:sz w:val="28"/>
                <w:szCs w:val="28"/>
              </w:rPr>
            </w:pPr>
            <w:r w:rsidRPr="00691366">
              <w:rPr>
                <w:color w:val="auto"/>
                <w:sz w:val="28"/>
                <w:szCs w:val="28"/>
              </w:rPr>
              <w:t>C. herd</w:t>
            </w:r>
          </w:p>
        </w:tc>
        <w:tc>
          <w:tcPr>
            <w:tcW w:w="2622" w:type="dxa"/>
            <w:tcBorders>
              <w:top w:val="nil"/>
              <w:left w:val="nil"/>
              <w:bottom w:val="nil"/>
              <w:right w:val="nil"/>
            </w:tcBorders>
            <w:tcMar>
              <w:top w:w="10" w:type="dxa"/>
              <w:left w:w="50" w:type="dxa"/>
              <w:bottom w:w="15" w:type="dxa"/>
              <w:right w:w="70" w:type="dxa"/>
            </w:tcMar>
          </w:tcPr>
          <w:p w14:paraId="020C5A5C" w14:textId="77777777" w:rsidR="00A312F0" w:rsidRPr="00691366" w:rsidRDefault="00685F13">
            <w:pPr>
              <w:spacing w:after="0" w:line="240" w:lineRule="auto"/>
              <w:rPr>
                <w:color w:val="auto"/>
                <w:sz w:val="28"/>
                <w:szCs w:val="28"/>
              </w:rPr>
            </w:pPr>
            <w:r w:rsidRPr="00691366">
              <w:rPr>
                <w:color w:val="auto"/>
                <w:sz w:val="28"/>
                <w:szCs w:val="28"/>
              </w:rPr>
              <w:t>D. harvest</w:t>
            </w:r>
          </w:p>
        </w:tc>
      </w:tr>
    </w:tbl>
    <w:p w14:paraId="41D6C52E" w14:textId="77777777" w:rsidR="00A312F0" w:rsidRPr="00691366" w:rsidRDefault="00685F13">
      <w:pPr>
        <w:keepLines/>
        <w:spacing w:after="20" w:line="240" w:lineRule="auto"/>
        <w:rPr>
          <w:color w:val="auto"/>
          <w:sz w:val="28"/>
          <w:szCs w:val="28"/>
        </w:rPr>
      </w:pPr>
      <w:r w:rsidRPr="00691366">
        <w:rPr>
          <w:b/>
          <w:color w:val="auto"/>
          <w:sz w:val="28"/>
          <w:szCs w:val="28"/>
        </w:rPr>
        <w:t>12.</w:t>
      </w:r>
      <w:r w:rsidRPr="00691366">
        <w:rPr>
          <w:color w:val="auto"/>
          <w:sz w:val="28"/>
          <w:szCs w:val="28"/>
        </w:rPr>
        <w:t xml:space="preserve"> After the truck arrived, the workers ________ the bags of rice.</w:t>
      </w:r>
    </w:p>
    <w:tbl>
      <w:tblPr>
        <w:tblW w:w="0" w:type="auto"/>
        <w:jc w:val="center"/>
        <w:tblLayout w:type="fixed"/>
        <w:tblLook w:val="04A0" w:firstRow="1" w:lastRow="0" w:firstColumn="1" w:lastColumn="0" w:noHBand="0" w:noVBand="1"/>
      </w:tblPr>
      <w:tblGrid>
        <w:gridCol w:w="2622"/>
        <w:gridCol w:w="2622"/>
        <w:gridCol w:w="2622"/>
        <w:gridCol w:w="2622"/>
      </w:tblGrid>
      <w:tr w:rsidR="00691366" w:rsidRPr="00691366" w14:paraId="52533BE2"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67573D7D" w14:textId="77777777" w:rsidR="00A312F0" w:rsidRPr="00691366" w:rsidRDefault="00685F13">
            <w:pPr>
              <w:spacing w:after="0" w:line="240" w:lineRule="auto"/>
              <w:rPr>
                <w:color w:val="auto"/>
                <w:sz w:val="28"/>
                <w:szCs w:val="28"/>
              </w:rPr>
            </w:pPr>
            <w:r w:rsidRPr="00691366">
              <w:rPr>
                <w:color w:val="auto"/>
                <w:sz w:val="28"/>
                <w:szCs w:val="28"/>
              </w:rPr>
              <w:t>A. unloaded</w:t>
            </w:r>
          </w:p>
        </w:tc>
        <w:tc>
          <w:tcPr>
            <w:tcW w:w="2622" w:type="dxa"/>
            <w:tcBorders>
              <w:top w:val="nil"/>
              <w:left w:val="nil"/>
              <w:bottom w:val="nil"/>
              <w:right w:val="nil"/>
            </w:tcBorders>
            <w:tcMar>
              <w:top w:w="10" w:type="dxa"/>
              <w:left w:w="50" w:type="dxa"/>
              <w:bottom w:w="15" w:type="dxa"/>
              <w:right w:w="70" w:type="dxa"/>
            </w:tcMar>
          </w:tcPr>
          <w:p w14:paraId="18DEE511" w14:textId="77777777" w:rsidR="00A312F0" w:rsidRPr="00691366" w:rsidRDefault="00685F13">
            <w:pPr>
              <w:spacing w:after="0" w:line="240" w:lineRule="auto"/>
              <w:rPr>
                <w:color w:val="auto"/>
                <w:sz w:val="28"/>
                <w:szCs w:val="28"/>
              </w:rPr>
            </w:pPr>
            <w:r w:rsidRPr="00691366">
              <w:rPr>
                <w:color w:val="auto"/>
                <w:sz w:val="28"/>
                <w:szCs w:val="28"/>
              </w:rPr>
              <w:t>B. surrounded</w:t>
            </w:r>
          </w:p>
        </w:tc>
        <w:tc>
          <w:tcPr>
            <w:tcW w:w="2622" w:type="dxa"/>
            <w:tcBorders>
              <w:top w:val="nil"/>
              <w:left w:val="nil"/>
              <w:bottom w:val="nil"/>
              <w:right w:val="nil"/>
            </w:tcBorders>
            <w:tcMar>
              <w:top w:w="10" w:type="dxa"/>
              <w:left w:w="50" w:type="dxa"/>
              <w:bottom w:w="15" w:type="dxa"/>
              <w:right w:w="70" w:type="dxa"/>
            </w:tcMar>
          </w:tcPr>
          <w:p w14:paraId="3A066BEF" w14:textId="77777777" w:rsidR="00A312F0" w:rsidRPr="00691366" w:rsidRDefault="00685F13">
            <w:pPr>
              <w:spacing w:after="0" w:line="240" w:lineRule="auto"/>
              <w:rPr>
                <w:color w:val="auto"/>
                <w:sz w:val="28"/>
                <w:szCs w:val="28"/>
              </w:rPr>
            </w:pPr>
            <w:r w:rsidRPr="00691366">
              <w:rPr>
                <w:color w:val="auto"/>
                <w:sz w:val="28"/>
                <w:szCs w:val="28"/>
              </w:rPr>
              <w:t>C. collected</w:t>
            </w:r>
          </w:p>
        </w:tc>
        <w:tc>
          <w:tcPr>
            <w:tcW w:w="2622" w:type="dxa"/>
            <w:tcBorders>
              <w:top w:val="nil"/>
              <w:left w:val="nil"/>
              <w:bottom w:val="nil"/>
              <w:right w:val="nil"/>
            </w:tcBorders>
            <w:tcMar>
              <w:top w:w="10" w:type="dxa"/>
              <w:left w:w="50" w:type="dxa"/>
              <w:bottom w:w="15" w:type="dxa"/>
              <w:right w:w="70" w:type="dxa"/>
            </w:tcMar>
          </w:tcPr>
          <w:p w14:paraId="2367707D" w14:textId="77777777" w:rsidR="00A312F0" w:rsidRPr="00691366" w:rsidRDefault="00685F13">
            <w:pPr>
              <w:spacing w:after="0" w:line="240" w:lineRule="auto"/>
              <w:rPr>
                <w:color w:val="auto"/>
                <w:sz w:val="28"/>
                <w:szCs w:val="28"/>
              </w:rPr>
            </w:pPr>
            <w:r w:rsidRPr="00691366">
              <w:rPr>
                <w:color w:val="auto"/>
                <w:sz w:val="28"/>
                <w:szCs w:val="28"/>
              </w:rPr>
              <w:t>D. ploughed</w:t>
            </w:r>
          </w:p>
        </w:tc>
      </w:tr>
    </w:tbl>
    <w:p w14:paraId="5E2D2A16" w14:textId="77777777" w:rsidR="00A312F0" w:rsidRPr="00691366" w:rsidRDefault="00685F13">
      <w:pPr>
        <w:keepLines/>
        <w:spacing w:after="20" w:line="240" w:lineRule="auto"/>
        <w:rPr>
          <w:color w:val="auto"/>
          <w:sz w:val="28"/>
          <w:szCs w:val="28"/>
        </w:rPr>
      </w:pPr>
      <w:r w:rsidRPr="00691366">
        <w:rPr>
          <w:b/>
          <w:color w:val="auto"/>
          <w:sz w:val="28"/>
          <w:szCs w:val="28"/>
        </w:rPr>
        <w:t>13.</w:t>
      </w:r>
      <w:r w:rsidRPr="00691366">
        <w:rPr>
          <w:color w:val="auto"/>
          <w:sz w:val="28"/>
          <w:szCs w:val="28"/>
        </w:rPr>
        <w:t xml:space="preserve"> Life in the countryside often moves _____</w:t>
      </w:r>
      <w:bookmarkStart w:id="0" w:name="_GoBack"/>
      <w:bookmarkEnd w:id="0"/>
      <w:r w:rsidRPr="00691366">
        <w:rPr>
          <w:color w:val="auto"/>
          <w:sz w:val="28"/>
          <w:szCs w:val="28"/>
        </w:rPr>
        <w:t>___ than life in the city.</w:t>
      </w:r>
    </w:p>
    <w:tbl>
      <w:tblPr>
        <w:tblW w:w="0" w:type="auto"/>
        <w:jc w:val="center"/>
        <w:tblLayout w:type="fixed"/>
        <w:tblLook w:val="04A0" w:firstRow="1" w:lastRow="0" w:firstColumn="1" w:lastColumn="0" w:noHBand="0" w:noVBand="1"/>
      </w:tblPr>
      <w:tblGrid>
        <w:gridCol w:w="2622"/>
        <w:gridCol w:w="2622"/>
        <w:gridCol w:w="2622"/>
        <w:gridCol w:w="2622"/>
      </w:tblGrid>
      <w:tr w:rsidR="00691366" w:rsidRPr="00691366" w14:paraId="3F5CB7EE"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05B477CB" w14:textId="77777777" w:rsidR="00A312F0" w:rsidRPr="00691366" w:rsidRDefault="00685F13">
            <w:pPr>
              <w:spacing w:after="0" w:line="240" w:lineRule="auto"/>
              <w:rPr>
                <w:color w:val="auto"/>
                <w:sz w:val="28"/>
                <w:szCs w:val="28"/>
              </w:rPr>
            </w:pPr>
            <w:r w:rsidRPr="00691366">
              <w:rPr>
                <w:color w:val="auto"/>
                <w:sz w:val="28"/>
                <w:szCs w:val="28"/>
              </w:rPr>
              <w:t>A. slow</w:t>
            </w:r>
          </w:p>
        </w:tc>
        <w:tc>
          <w:tcPr>
            <w:tcW w:w="2622" w:type="dxa"/>
            <w:tcBorders>
              <w:top w:val="nil"/>
              <w:left w:val="nil"/>
              <w:bottom w:val="nil"/>
              <w:right w:val="nil"/>
            </w:tcBorders>
            <w:tcMar>
              <w:top w:w="10" w:type="dxa"/>
              <w:left w:w="50" w:type="dxa"/>
              <w:bottom w:w="15" w:type="dxa"/>
              <w:right w:w="70" w:type="dxa"/>
            </w:tcMar>
          </w:tcPr>
          <w:p w14:paraId="77646C80" w14:textId="77777777" w:rsidR="00A312F0" w:rsidRPr="00691366" w:rsidRDefault="00685F13">
            <w:pPr>
              <w:spacing w:after="0" w:line="240" w:lineRule="auto"/>
              <w:rPr>
                <w:color w:val="auto"/>
                <w:sz w:val="28"/>
                <w:szCs w:val="28"/>
              </w:rPr>
            </w:pPr>
            <w:r w:rsidRPr="00691366">
              <w:rPr>
                <w:color w:val="auto"/>
                <w:sz w:val="28"/>
                <w:szCs w:val="28"/>
              </w:rPr>
              <w:t>B. slowest</w:t>
            </w:r>
          </w:p>
        </w:tc>
        <w:tc>
          <w:tcPr>
            <w:tcW w:w="2622" w:type="dxa"/>
            <w:tcBorders>
              <w:top w:val="nil"/>
              <w:left w:val="nil"/>
              <w:bottom w:val="nil"/>
              <w:right w:val="nil"/>
            </w:tcBorders>
            <w:tcMar>
              <w:top w:w="10" w:type="dxa"/>
              <w:left w:w="50" w:type="dxa"/>
              <w:bottom w:w="15" w:type="dxa"/>
              <w:right w:w="70" w:type="dxa"/>
            </w:tcMar>
          </w:tcPr>
          <w:p w14:paraId="62A36ED2" w14:textId="77777777" w:rsidR="00A312F0" w:rsidRPr="00691366" w:rsidRDefault="00685F13">
            <w:pPr>
              <w:spacing w:after="0" w:line="240" w:lineRule="auto"/>
              <w:rPr>
                <w:color w:val="auto"/>
                <w:sz w:val="28"/>
                <w:szCs w:val="28"/>
              </w:rPr>
            </w:pPr>
            <w:r w:rsidRPr="00691366">
              <w:rPr>
                <w:color w:val="auto"/>
                <w:sz w:val="28"/>
                <w:szCs w:val="28"/>
              </w:rPr>
              <w:t xml:space="preserve">C. </w:t>
            </w:r>
            <w:proofErr w:type="gramStart"/>
            <w:r w:rsidRPr="00691366">
              <w:rPr>
                <w:color w:val="auto"/>
                <w:sz w:val="28"/>
                <w:szCs w:val="28"/>
              </w:rPr>
              <w:t>more slow</w:t>
            </w:r>
            <w:proofErr w:type="gramEnd"/>
          </w:p>
        </w:tc>
        <w:tc>
          <w:tcPr>
            <w:tcW w:w="2622" w:type="dxa"/>
            <w:tcBorders>
              <w:top w:val="nil"/>
              <w:left w:val="nil"/>
              <w:bottom w:val="nil"/>
              <w:right w:val="nil"/>
            </w:tcBorders>
            <w:tcMar>
              <w:top w:w="10" w:type="dxa"/>
              <w:left w:w="50" w:type="dxa"/>
              <w:bottom w:w="15" w:type="dxa"/>
              <w:right w:w="70" w:type="dxa"/>
            </w:tcMar>
          </w:tcPr>
          <w:p w14:paraId="32DF661A" w14:textId="77777777" w:rsidR="00A312F0" w:rsidRPr="00691366" w:rsidRDefault="00685F13">
            <w:pPr>
              <w:spacing w:after="0" w:line="240" w:lineRule="auto"/>
              <w:rPr>
                <w:color w:val="auto"/>
                <w:sz w:val="28"/>
                <w:szCs w:val="28"/>
              </w:rPr>
            </w:pPr>
            <w:r w:rsidRPr="00691366">
              <w:rPr>
                <w:color w:val="auto"/>
                <w:sz w:val="28"/>
                <w:szCs w:val="28"/>
              </w:rPr>
              <w:t>D. more slowly</w:t>
            </w:r>
          </w:p>
        </w:tc>
      </w:tr>
    </w:tbl>
    <w:p w14:paraId="6309000C" w14:textId="77777777" w:rsidR="00A312F0" w:rsidRPr="00691366" w:rsidRDefault="00685F13">
      <w:pPr>
        <w:keepLines/>
        <w:spacing w:after="20" w:line="240" w:lineRule="auto"/>
        <w:rPr>
          <w:color w:val="auto"/>
          <w:sz w:val="28"/>
          <w:szCs w:val="28"/>
        </w:rPr>
      </w:pPr>
      <w:r w:rsidRPr="00691366">
        <w:rPr>
          <w:b/>
          <w:color w:val="auto"/>
          <w:sz w:val="28"/>
          <w:szCs w:val="28"/>
        </w:rPr>
        <w:t>14.</w:t>
      </w:r>
      <w:r w:rsidRPr="00691366">
        <w:rPr>
          <w:color w:val="auto"/>
          <w:sz w:val="28"/>
          <w:szCs w:val="28"/>
        </w:rPr>
        <w:t xml:space="preserve"> A horse can usually run ________ than a buffalo.</w:t>
      </w:r>
    </w:p>
    <w:tbl>
      <w:tblPr>
        <w:tblW w:w="0" w:type="auto"/>
        <w:jc w:val="center"/>
        <w:tblLayout w:type="fixed"/>
        <w:tblLook w:val="04A0" w:firstRow="1" w:lastRow="0" w:firstColumn="1" w:lastColumn="0" w:noHBand="0" w:noVBand="1"/>
      </w:tblPr>
      <w:tblGrid>
        <w:gridCol w:w="2622"/>
        <w:gridCol w:w="2622"/>
        <w:gridCol w:w="2622"/>
        <w:gridCol w:w="2622"/>
      </w:tblGrid>
      <w:tr w:rsidR="00691366" w:rsidRPr="00691366" w14:paraId="7DC7E264"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6B53BD59" w14:textId="77777777" w:rsidR="00A312F0" w:rsidRPr="00691366" w:rsidRDefault="00685F13">
            <w:pPr>
              <w:spacing w:after="0" w:line="240" w:lineRule="auto"/>
              <w:rPr>
                <w:color w:val="auto"/>
                <w:sz w:val="28"/>
                <w:szCs w:val="28"/>
              </w:rPr>
            </w:pPr>
            <w:r w:rsidRPr="00691366">
              <w:rPr>
                <w:color w:val="auto"/>
                <w:sz w:val="28"/>
                <w:szCs w:val="28"/>
              </w:rPr>
              <w:lastRenderedPageBreak/>
              <w:t xml:space="preserve">A. </w:t>
            </w:r>
            <w:proofErr w:type="gramStart"/>
            <w:r w:rsidRPr="00691366">
              <w:rPr>
                <w:color w:val="auto"/>
                <w:sz w:val="28"/>
                <w:szCs w:val="28"/>
              </w:rPr>
              <w:t>more fast</w:t>
            </w:r>
            <w:proofErr w:type="gramEnd"/>
          </w:p>
        </w:tc>
        <w:tc>
          <w:tcPr>
            <w:tcW w:w="2622" w:type="dxa"/>
            <w:tcBorders>
              <w:top w:val="nil"/>
              <w:left w:val="nil"/>
              <w:bottom w:val="nil"/>
              <w:right w:val="nil"/>
            </w:tcBorders>
            <w:tcMar>
              <w:top w:w="10" w:type="dxa"/>
              <w:left w:w="50" w:type="dxa"/>
              <w:bottom w:w="15" w:type="dxa"/>
              <w:right w:w="70" w:type="dxa"/>
            </w:tcMar>
          </w:tcPr>
          <w:p w14:paraId="0693FC3E" w14:textId="77777777" w:rsidR="00A312F0" w:rsidRPr="00691366" w:rsidRDefault="00685F13">
            <w:pPr>
              <w:spacing w:after="0" w:line="240" w:lineRule="auto"/>
              <w:rPr>
                <w:color w:val="auto"/>
                <w:sz w:val="28"/>
                <w:szCs w:val="28"/>
              </w:rPr>
            </w:pPr>
            <w:r w:rsidRPr="00691366">
              <w:rPr>
                <w:color w:val="auto"/>
                <w:sz w:val="28"/>
                <w:szCs w:val="28"/>
              </w:rPr>
              <w:t>B. faster</w:t>
            </w:r>
          </w:p>
        </w:tc>
        <w:tc>
          <w:tcPr>
            <w:tcW w:w="2622" w:type="dxa"/>
            <w:tcBorders>
              <w:top w:val="nil"/>
              <w:left w:val="nil"/>
              <w:bottom w:val="nil"/>
              <w:right w:val="nil"/>
            </w:tcBorders>
            <w:tcMar>
              <w:top w:w="10" w:type="dxa"/>
              <w:left w:w="50" w:type="dxa"/>
              <w:bottom w:w="15" w:type="dxa"/>
              <w:right w:w="70" w:type="dxa"/>
            </w:tcMar>
          </w:tcPr>
          <w:p w14:paraId="76408234" w14:textId="77777777" w:rsidR="00A312F0" w:rsidRPr="00691366" w:rsidRDefault="00685F13">
            <w:pPr>
              <w:spacing w:after="0" w:line="240" w:lineRule="auto"/>
              <w:rPr>
                <w:color w:val="auto"/>
                <w:sz w:val="28"/>
                <w:szCs w:val="28"/>
              </w:rPr>
            </w:pPr>
            <w:r w:rsidRPr="00691366">
              <w:rPr>
                <w:color w:val="auto"/>
                <w:sz w:val="28"/>
                <w:szCs w:val="28"/>
              </w:rPr>
              <w:t>C. fastest</w:t>
            </w:r>
          </w:p>
        </w:tc>
        <w:tc>
          <w:tcPr>
            <w:tcW w:w="2622" w:type="dxa"/>
            <w:tcBorders>
              <w:top w:val="nil"/>
              <w:left w:val="nil"/>
              <w:bottom w:val="nil"/>
              <w:right w:val="nil"/>
            </w:tcBorders>
            <w:tcMar>
              <w:top w:w="10" w:type="dxa"/>
              <w:left w:w="50" w:type="dxa"/>
              <w:bottom w:w="15" w:type="dxa"/>
              <w:right w:w="70" w:type="dxa"/>
            </w:tcMar>
          </w:tcPr>
          <w:p w14:paraId="23D00120" w14:textId="77777777" w:rsidR="00A312F0" w:rsidRPr="00691366" w:rsidRDefault="00685F13">
            <w:pPr>
              <w:spacing w:after="0" w:line="240" w:lineRule="auto"/>
              <w:rPr>
                <w:color w:val="auto"/>
                <w:sz w:val="28"/>
                <w:szCs w:val="28"/>
              </w:rPr>
            </w:pPr>
            <w:r w:rsidRPr="00691366">
              <w:rPr>
                <w:color w:val="auto"/>
                <w:sz w:val="28"/>
                <w:szCs w:val="28"/>
              </w:rPr>
              <w:t xml:space="preserve">D. </w:t>
            </w:r>
            <w:proofErr w:type="gramStart"/>
            <w:r w:rsidRPr="00691366">
              <w:rPr>
                <w:color w:val="auto"/>
                <w:sz w:val="28"/>
                <w:szCs w:val="28"/>
              </w:rPr>
              <w:t>more faster</w:t>
            </w:r>
            <w:proofErr w:type="gramEnd"/>
          </w:p>
        </w:tc>
      </w:tr>
    </w:tbl>
    <w:p w14:paraId="78451840" w14:textId="77777777" w:rsidR="00A312F0" w:rsidRPr="00691366" w:rsidRDefault="00685F13">
      <w:pPr>
        <w:keepLines/>
        <w:spacing w:after="20" w:line="240" w:lineRule="auto"/>
        <w:rPr>
          <w:color w:val="auto"/>
          <w:sz w:val="28"/>
          <w:szCs w:val="28"/>
        </w:rPr>
      </w:pPr>
      <w:r w:rsidRPr="00691366">
        <w:rPr>
          <w:b/>
          <w:color w:val="auto"/>
          <w:sz w:val="28"/>
          <w:szCs w:val="28"/>
        </w:rPr>
        <w:t>15.</w:t>
      </w:r>
      <w:r w:rsidRPr="00691366">
        <w:rPr>
          <w:color w:val="auto"/>
          <w:sz w:val="28"/>
          <w:szCs w:val="28"/>
        </w:rPr>
        <w:t xml:space="preserve"> The farmers must operate the combine harvester ________ than before.</w:t>
      </w:r>
    </w:p>
    <w:tbl>
      <w:tblPr>
        <w:tblW w:w="0" w:type="auto"/>
        <w:jc w:val="center"/>
        <w:tblLayout w:type="fixed"/>
        <w:tblLook w:val="04A0" w:firstRow="1" w:lastRow="0" w:firstColumn="1" w:lastColumn="0" w:noHBand="0" w:noVBand="1"/>
      </w:tblPr>
      <w:tblGrid>
        <w:gridCol w:w="2622"/>
        <w:gridCol w:w="2622"/>
        <w:gridCol w:w="2622"/>
        <w:gridCol w:w="2622"/>
      </w:tblGrid>
      <w:tr w:rsidR="00691366" w:rsidRPr="00691366" w14:paraId="5C0BB2B3"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0DC04E42" w14:textId="77777777" w:rsidR="00A312F0" w:rsidRPr="00691366" w:rsidRDefault="00685F13">
            <w:pPr>
              <w:spacing w:after="0" w:line="240" w:lineRule="auto"/>
              <w:rPr>
                <w:color w:val="auto"/>
                <w:sz w:val="28"/>
                <w:szCs w:val="28"/>
              </w:rPr>
            </w:pPr>
            <w:r w:rsidRPr="00691366">
              <w:rPr>
                <w:color w:val="auto"/>
                <w:sz w:val="28"/>
                <w:szCs w:val="28"/>
              </w:rPr>
              <w:t>A. careful</w:t>
            </w:r>
          </w:p>
        </w:tc>
        <w:tc>
          <w:tcPr>
            <w:tcW w:w="2622" w:type="dxa"/>
            <w:tcBorders>
              <w:top w:val="nil"/>
              <w:left w:val="nil"/>
              <w:bottom w:val="nil"/>
              <w:right w:val="nil"/>
            </w:tcBorders>
            <w:tcMar>
              <w:top w:w="10" w:type="dxa"/>
              <w:left w:w="50" w:type="dxa"/>
              <w:bottom w:w="15" w:type="dxa"/>
              <w:right w:w="70" w:type="dxa"/>
            </w:tcMar>
          </w:tcPr>
          <w:p w14:paraId="2586E8F5" w14:textId="77777777" w:rsidR="00A312F0" w:rsidRPr="00691366" w:rsidRDefault="00685F13">
            <w:pPr>
              <w:spacing w:after="0" w:line="240" w:lineRule="auto"/>
              <w:rPr>
                <w:color w:val="auto"/>
                <w:sz w:val="28"/>
                <w:szCs w:val="28"/>
              </w:rPr>
            </w:pPr>
            <w:r w:rsidRPr="00691366">
              <w:rPr>
                <w:color w:val="auto"/>
                <w:sz w:val="28"/>
                <w:szCs w:val="28"/>
              </w:rPr>
              <w:t>B. most carefully</w:t>
            </w:r>
          </w:p>
        </w:tc>
        <w:tc>
          <w:tcPr>
            <w:tcW w:w="2622" w:type="dxa"/>
            <w:tcBorders>
              <w:top w:val="nil"/>
              <w:left w:val="nil"/>
              <w:bottom w:val="nil"/>
              <w:right w:val="nil"/>
            </w:tcBorders>
            <w:tcMar>
              <w:top w:w="10" w:type="dxa"/>
              <w:left w:w="50" w:type="dxa"/>
              <w:bottom w:w="15" w:type="dxa"/>
              <w:right w:w="70" w:type="dxa"/>
            </w:tcMar>
          </w:tcPr>
          <w:p w14:paraId="43A3D492" w14:textId="77777777" w:rsidR="00A312F0" w:rsidRPr="00691366" w:rsidRDefault="00685F13">
            <w:pPr>
              <w:spacing w:after="0" w:line="240" w:lineRule="auto"/>
              <w:rPr>
                <w:color w:val="auto"/>
                <w:sz w:val="28"/>
                <w:szCs w:val="28"/>
              </w:rPr>
            </w:pPr>
            <w:r w:rsidRPr="00691366">
              <w:rPr>
                <w:color w:val="auto"/>
                <w:sz w:val="28"/>
                <w:szCs w:val="28"/>
              </w:rPr>
              <w:t>C. more carefully</w:t>
            </w:r>
          </w:p>
        </w:tc>
        <w:tc>
          <w:tcPr>
            <w:tcW w:w="2622" w:type="dxa"/>
            <w:tcBorders>
              <w:top w:val="nil"/>
              <w:left w:val="nil"/>
              <w:bottom w:val="nil"/>
              <w:right w:val="nil"/>
            </w:tcBorders>
            <w:tcMar>
              <w:top w:w="10" w:type="dxa"/>
              <w:left w:w="50" w:type="dxa"/>
              <w:bottom w:w="15" w:type="dxa"/>
              <w:right w:w="70" w:type="dxa"/>
            </w:tcMar>
          </w:tcPr>
          <w:p w14:paraId="7F1ECF82" w14:textId="77777777" w:rsidR="00A312F0" w:rsidRPr="00691366" w:rsidRDefault="00685F13">
            <w:pPr>
              <w:spacing w:after="0" w:line="240" w:lineRule="auto"/>
              <w:rPr>
                <w:color w:val="auto"/>
                <w:sz w:val="28"/>
                <w:szCs w:val="28"/>
              </w:rPr>
            </w:pPr>
            <w:r w:rsidRPr="00691366">
              <w:rPr>
                <w:color w:val="auto"/>
                <w:sz w:val="28"/>
                <w:szCs w:val="28"/>
              </w:rPr>
              <w:t>D. more careful</w:t>
            </w:r>
          </w:p>
        </w:tc>
      </w:tr>
    </w:tbl>
    <w:p w14:paraId="47D35C43" w14:textId="77777777" w:rsidR="00A312F0" w:rsidRPr="00691366" w:rsidRDefault="00685F13">
      <w:pPr>
        <w:keepLines/>
        <w:spacing w:after="20" w:line="240" w:lineRule="auto"/>
        <w:rPr>
          <w:color w:val="auto"/>
          <w:sz w:val="28"/>
          <w:szCs w:val="28"/>
        </w:rPr>
      </w:pPr>
      <w:r w:rsidRPr="00691366">
        <w:rPr>
          <w:b/>
          <w:color w:val="auto"/>
          <w:sz w:val="28"/>
          <w:szCs w:val="28"/>
        </w:rPr>
        <w:t>16.</w:t>
      </w:r>
      <w:r w:rsidRPr="00691366">
        <w:rPr>
          <w:color w:val="auto"/>
          <w:sz w:val="28"/>
          <w:szCs w:val="28"/>
        </w:rPr>
        <w:t xml:space="preserve"> After </w:t>
      </w:r>
      <w:proofErr w:type="spellStart"/>
      <w:r w:rsidRPr="00691366">
        <w:rPr>
          <w:color w:val="auto"/>
          <w:sz w:val="28"/>
          <w:szCs w:val="28"/>
        </w:rPr>
        <w:t>practising</w:t>
      </w:r>
      <w:proofErr w:type="spellEnd"/>
      <w:r w:rsidRPr="00691366">
        <w:rPr>
          <w:color w:val="auto"/>
          <w:sz w:val="28"/>
          <w:szCs w:val="28"/>
        </w:rPr>
        <w:t xml:space="preserve"> every day, Mai can milk the cows ________ than last week.</w:t>
      </w:r>
    </w:p>
    <w:tbl>
      <w:tblPr>
        <w:tblW w:w="0" w:type="auto"/>
        <w:jc w:val="center"/>
        <w:tblLayout w:type="fixed"/>
        <w:tblLook w:val="04A0" w:firstRow="1" w:lastRow="0" w:firstColumn="1" w:lastColumn="0" w:noHBand="0" w:noVBand="1"/>
      </w:tblPr>
      <w:tblGrid>
        <w:gridCol w:w="50"/>
        <w:gridCol w:w="2622"/>
        <w:gridCol w:w="2572"/>
        <w:gridCol w:w="50"/>
        <w:gridCol w:w="2622"/>
        <w:gridCol w:w="2572"/>
        <w:gridCol w:w="50"/>
      </w:tblGrid>
      <w:tr w:rsidR="00691366" w:rsidRPr="00691366" w14:paraId="557539CA" w14:textId="77777777" w:rsidTr="0097413C">
        <w:trPr>
          <w:gridBefore w:val="1"/>
          <w:wBefore w:w="50" w:type="dxa"/>
          <w:cantSplit/>
          <w:jc w:val="center"/>
        </w:trPr>
        <w:tc>
          <w:tcPr>
            <w:tcW w:w="2622" w:type="dxa"/>
            <w:tcBorders>
              <w:top w:val="nil"/>
              <w:left w:val="nil"/>
              <w:bottom w:val="nil"/>
              <w:right w:val="nil"/>
            </w:tcBorders>
            <w:tcMar>
              <w:top w:w="10" w:type="dxa"/>
              <w:left w:w="50" w:type="dxa"/>
              <w:bottom w:w="15" w:type="dxa"/>
              <w:right w:w="70" w:type="dxa"/>
            </w:tcMar>
          </w:tcPr>
          <w:p w14:paraId="12874B03" w14:textId="77777777" w:rsidR="00A312F0" w:rsidRPr="00691366" w:rsidRDefault="00685F13">
            <w:pPr>
              <w:spacing w:after="0" w:line="240" w:lineRule="auto"/>
              <w:rPr>
                <w:color w:val="auto"/>
                <w:sz w:val="28"/>
                <w:szCs w:val="28"/>
              </w:rPr>
            </w:pPr>
            <w:r w:rsidRPr="00691366">
              <w:rPr>
                <w:color w:val="auto"/>
                <w:sz w:val="28"/>
                <w:szCs w:val="28"/>
              </w:rPr>
              <w:t>A. better</w:t>
            </w:r>
          </w:p>
        </w:tc>
        <w:tc>
          <w:tcPr>
            <w:tcW w:w="2622" w:type="dxa"/>
            <w:gridSpan w:val="2"/>
            <w:tcBorders>
              <w:top w:val="nil"/>
              <w:left w:val="nil"/>
              <w:bottom w:val="nil"/>
              <w:right w:val="nil"/>
            </w:tcBorders>
            <w:tcMar>
              <w:top w:w="10" w:type="dxa"/>
              <w:left w:w="50" w:type="dxa"/>
              <w:bottom w:w="15" w:type="dxa"/>
              <w:right w:w="70" w:type="dxa"/>
            </w:tcMar>
          </w:tcPr>
          <w:p w14:paraId="6B556F4E" w14:textId="77777777" w:rsidR="00A312F0" w:rsidRPr="00691366" w:rsidRDefault="00685F13">
            <w:pPr>
              <w:spacing w:after="0" w:line="240" w:lineRule="auto"/>
              <w:rPr>
                <w:color w:val="auto"/>
                <w:sz w:val="28"/>
                <w:szCs w:val="28"/>
              </w:rPr>
            </w:pPr>
            <w:r w:rsidRPr="00691366">
              <w:rPr>
                <w:color w:val="auto"/>
                <w:sz w:val="28"/>
                <w:szCs w:val="28"/>
              </w:rPr>
              <w:t>B. well</w:t>
            </w:r>
          </w:p>
        </w:tc>
        <w:tc>
          <w:tcPr>
            <w:tcW w:w="2622" w:type="dxa"/>
            <w:tcBorders>
              <w:top w:val="nil"/>
              <w:left w:val="nil"/>
              <w:bottom w:val="nil"/>
              <w:right w:val="nil"/>
            </w:tcBorders>
            <w:tcMar>
              <w:top w:w="10" w:type="dxa"/>
              <w:left w:w="50" w:type="dxa"/>
              <w:bottom w:w="15" w:type="dxa"/>
              <w:right w:w="70" w:type="dxa"/>
            </w:tcMar>
          </w:tcPr>
          <w:p w14:paraId="479BEC89" w14:textId="77777777" w:rsidR="00A312F0" w:rsidRPr="00691366" w:rsidRDefault="00685F13">
            <w:pPr>
              <w:spacing w:after="0" w:line="240" w:lineRule="auto"/>
              <w:rPr>
                <w:color w:val="auto"/>
                <w:sz w:val="28"/>
                <w:szCs w:val="28"/>
              </w:rPr>
            </w:pPr>
            <w:r w:rsidRPr="00691366">
              <w:rPr>
                <w:color w:val="auto"/>
                <w:sz w:val="28"/>
                <w:szCs w:val="28"/>
              </w:rPr>
              <w:t>C. best</w:t>
            </w:r>
          </w:p>
        </w:tc>
        <w:tc>
          <w:tcPr>
            <w:tcW w:w="2622" w:type="dxa"/>
            <w:gridSpan w:val="2"/>
            <w:tcBorders>
              <w:top w:val="nil"/>
              <w:left w:val="nil"/>
              <w:bottom w:val="nil"/>
              <w:right w:val="nil"/>
            </w:tcBorders>
            <w:tcMar>
              <w:top w:w="10" w:type="dxa"/>
              <w:left w:w="50" w:type="dxa"/>
              <w:bottom w:w="15" w:type="dxa"/>
              <w:right w:w="70" w:type="dxa"/>
            </w:tcMar>
          </w:tcPr>
          <w:p w14:paraId="43CE1E82" w14:textId="77777777" w:rsidR="00A312F0" w:rsidRPr="00691366" w:rsidRDefault="00685F13">
            <w:pPr>
              <w:spacing w:after="0" w:line="240" w:lineRule="auto"/>
              <w:rPr>
                <w:color w:val="auto"/>
                <w:sz w:val="28"/>
                <w:szCs w:val="28"/>
              </w:rPr>
            </w:pPr>
            <w:r w:rsidRPr="00691366">
              <w:rPr>
                <w:color w:val="auto"/>
                <w:sz w:val="28"/>
                <w:szCs w:val="28"/>
              </w:rPr>
              <w:t>D. more well</w:t>
            </w:r>
          </w:p>
        </w:tc>
      </w:tr>
      <w:tr w:rsidR="00691366" w:rsidRPr="00691366" w14:paraId="21BF114E" w14:textId="77777777" w:rsidTr="0097413C">
        <w:trPr>
          <w:gridAfter w:val="1"/>
          <w:wAfter w:w="50" w:type="dxa"/>
          <w:jc w:val="center"/>
        </w:trPr>
        <w:tc>
          <w:tcPr>
            <w:tcW w:w="5244" w:type="dxa"/>
            <w:gridSpan w:val="3"/>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0F7D7215" w14:textId="77777777" w:rsidR="00A312F0" w:rsidRPr="00691366" w:rsidRDefault="00685F13">
            <w:pPr>
              <w:jc w:val="center"/>
              <w:rPr>
                <w:color w:val="auto"/>
                <w:sz w:val="28"/>
                <w:szCs w:val="28"/>
              </w:rPr>
            </w:pPr>
            <w:r w:rsidRPr="0097413C">
              <w:rPr>
                <w:b/>
                <w:color w:val="FFFFFF" w:themeColor="background1"/>
                <w:sz w:val="28"/>
                <w:szCs w:val="28"/>
              </w:rPr>
              <w:t>PART III</w:t>
            </w:r>
          </w:p>
        </w:tc>
        <w:tc>
          <w:tcPr>
            <w:tcW w:w="5244" w:type="dxa"/>
            <w:gridSpan w:val="3"/>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5A8E577C" w14:textId="77777777" w:rsidR="00A312F0" w:rsidRPr="00691366" w:rsidRDefault="00685F13">
            <w:pPr>
              <w:keepNext/>
              <w:rPr>
                <w:color w:val="auto"/>
                <w:sz w:val="28"/>
                <w:szCs w:val="28"/>
              </w:rPr>
            </w:pPr>
            <w:r w:rsidRPr="00691366">
              <w:rPr>
                <w:b/>
                <w:color w:val="auto"/>
                <w:sz w:val="28"/>
                <w:szCs w:val="28"/>
              </w:rPr>
              <w:t xml:space="preserve">LANGUAGE USE – </w:t>
            </w:r>
            <w:proofErr w:type="gramStart"/>
            <w:r w:rsidRPr="00691366">
              <w:rPr>
                <w:b/>
                <w:color w:val="auto"/>
                <w:sz w:val="28"/>
                <w:szCs w:val="28"/>
              </w:rPr>
              <w:t>continued  (</w:t>
            </w:r>
            <w:proofErr w:type="gramEnd"/>
            <w:r w:rsidRPr="00691366">
              <w:rPr>
                <w:b/>
                <w:color w:val="auto"/>
                <w:sz w:val="28"/>
                <w:szCs w:val="28"/>
              </w:rPr>
              <w:t>2.5 pts)</w:t>
            </w:r>
          </w:p>
        </w:tc>
      </w:tr>
    </w:tbl>
    <w:p w14:paraId="53B7DA47" w14:textId="77777777" w:rsidR="00A312F0" w:rsidRPr="00691366" w:rsidRDefault="00685F13">
      <w:pPr>
        <w:keepLines/>
        <w:spacing w:after="20" w:line="240" w:lineRule="auto"/>
        <w:rPr>
          <w:color w:val="auto"/>
          <w:sz w:val="28"/>
          <w:szCs w:val="28"/>
        </w:rPr>
      </w:pPr>
      <w:r w:rsidRPr="00691366">
        <w:rPr>
          <w:b/>
          <w:color w:val="auto"/>
          <w:sz w:val="28"/>
          <w:szCs w:val="28"/>
        </w:rPr>
        <w:t>17.</w:t>
      </w:r>
      <w:r w:rsidRPr="00691366">
        <w:rPr>
          <w:color w:val="auto"/>
          <w:sz w:val="28"/>
          <w:szCs w:val="28"/>
        </w:rPr>
        <w:t xml:space="preserve"> Choose the best response to complete the dialogue.</w:t>
      </w:r>
      <w:r w:rsidRPr="00691366">
        <w:rPr>
          <w:color w:val="auto"/>
          <w:sz w:val="28"/>
          <w:szCs w:val="28"/>
        </w:rPr>
        <w:br/>
        <w:t>Nam: “Your photo of the paddy fields is wonderful!”</w:t>
      </w:r>
      <w:r w:rsidRPr="00691366">
        <w:rPr>
          <w:color w:val="auto"/>
          <w:sz w:val="28"/>
          <w:szCs w:val="28"/>
        </w:rPr>
        <w:br/>
        <w:t>Mai: “________________________”</w:t>
      </w:r>
      <w:r w:rsidRPr="00691366">
        <w:rPr>
          <w:color w:val="auto"/>
          <w:sz w:val="28"/>
          <w:szCs w:val="28"/>
        </w:rPr>
        <w:br/>
        <w:t xml:space="preserve">Nam: “The </w:t>
      </w:r>
      <w:proofErr w:type="spellStart"/>
      <w:r w:rsidRPr="00691366">
        <w:rPr>
          <w:color w:val="auto"/>
          <w:sz w:val="28"/>
          <w:szCs w:val="28"/>
        </w:rPr>
        <w:t>colours</w:t>
      </w:r>
      <w:proofErr w:type="spellEnd"/>
      <w:r w:rsidRPr="00691366">
        <w:rPr>
          <w:color w:val="auto"/>
          <w:sz w:val="28"/>
          <w:szCs w:val="28"/>
        </w:rPr>
        <w:t xml:space="preserve"> are really beautiful.”</w:t>
      </w:r>
    </w:p>
    <w:tbl>
      <w:tblPr>
        <w:tblW w:w="0" w:type="auto"/>
        <w:jc w:val="center"/>
        <w:tblLayout w:type="fixed"/>
        <w:tblLook w:val="04A0" w:firstRow="1" w:lastRow="0" w:firstColumn="1" w:lastColumn="0" w:noHBand="0" w:noVBand="1"/>
      </w:tblPr>
      <w:tblGrid>
        <w:gridCol w:w="10488"/>
      </w:tblGrid>
      <w:tr w:rsidR="00691366" w:rsidRPr="00691366" w14:paraId="1058FF8E" w14:textId="77777777">
        <w:trPr>
          <w:cantSplit/>
          <w:jc w:val="center"/>
        </w:trPr>
        <w:tc>
          <w:tcPr>
            <w:tcW w:w="10488" w:type="dxa"/>
            <w:tcBorders>
              <w:top w:val="nil"/>
              <w:left w:val="nil"/>
              <w:bottom w:val="nil"/>
              <w:right w:val="nil"/>
            </w:tcBorders>
            <w:tcMar>
              <w:top w:w="10" w:type="dxa"/>
              <w:left w:w="50" w:type="dxa"/>
              <w:bottom w:w="15" w:type="dxa"/>
              <w:right w:w="70" w:type="dxa"/>
            </w:tcMar>
          </w:tcPr>
          <w:p w14:paraId="4F3DC91B" w14:textId="77777777" w:rsidR="00A312F0" w:rsidRPr="00691366" w:rsidRDefault="00685F13">
            <w:pPr>
              <w:spacing w:after="0" w:line="240" w:lineRule="auto"/>
              <w:rPr>
                <w:color w:val="auto"/>
                <w:sz w:val="28"/>
                <w:szCs w:val="28"/>
              </w:rPr>
            </w:pPr>
            <w:r w:rsidRPr="00691366">
              <w:rPr>
                <w:color w:val="auto"/>
                <w:sz w:val="28"/>
                <w:szCs w:val="28"/>
              </w:rPr>
              <w:t xml:space="preserve">A. Never </w:t>
            </w:r>
            <w:proofErr w:type="gramStart"/>
            <w:r w:rsidRPr="00691366">
              <w:rPr>
                <w:color w:val="auto"/>
                <w:sz w:val="28"/>
                <w:szCs w:val="28"/>
              </w:rPr>
              <w:t>mind</w:t>
            </w:r>
            <w:proofErr w:type="gramEnd"/>
            <w:r w:rsidRPr="00691366">
              <w:rPr>
                <w:color w:val="auto"/>
                <w:sz w:val="28"/>
                <w:szCs w:val="28"/>
              </w:rPr>
              <w:t>.</w:t>
            </w:r>
          </w:p>
        </w:tc>
      </w:tr>
      <w:tr w:rsidR="00691366" w:rsidRPr="00691366" w14:paraId="4F78BEB4" w14:textId="77777777">
        <w:trPr>
          <w:cantSplit/>
          <w:jc w:val="center"/>
        </w:trPr>
        <w:tc>
          <w:tcPr>
            <w:tcW w:w="10488" w:type="dxa"/>
            <w:tcBorders>
              <w:top w:val="nil"/>
              <w:left w:val="nil"/>
              <w:bottom w:val="nil"/>
              <w:right w:val="nil"/>
            </w:tcBorders>
            <w:tcMar>
              <w:top w:w="10" w:type="dxa"/>
              <w:left w:w="50" w:type="dxa"/>
              <w:bottom w:w="15" w:type="dxa"/>
              <w:right w:w="70" w:type="dxa"/>
            </w:tcMar>
          </w:tcPr>
          <w:p w14:paraId="4150AFE5" w14:textId="77777777" w:rsidR="00A312F0" w:rsidRPr="00691366" w:rsidRDefault="00685F13">
            <w:pPr>
              <w:spacing w:after="0" w:line="240" w:lineRule="auto"/>
              <w:rPr>
                <w:color w:val="auto"/>
                <w:sz w:val="28"/>
                <w:szCs w:val="28"/>
              </w:rPr>
            </w:pPr>
            <w:r w:rsidRPr="00691366">
              <w:rPr>
                <w:color w:val="auto"/>
                <w:sz w:val="28"/>
                <w:szCs w:val="28"/>
              </w:rPr>
              <w:t>B. I don’t think so.</w:t>
            </w:r>
          </w:p>
        </w:tc>
      </w:tr>
      <w:tr w:rsidR="00691366" w:rsidRPr="00691366" w14:paraId="305F622C" w14:textId="77777777">
        <w:trPr>
          <w:cantSplit/>
          <w:jc w:val="center"/>
        </w:trPr>
        <w:tc>
          <w:tcPr>
            <w:tcW w:w="10488" w:type="dxa"/>
            <w:tcBorders>
              <w:top w:val="nil"/>
              <w:left w:val="nil"/>
              <w:bottom w:val="nil"/>
              <w:right w:val="nil"/>
            </w:tcBorders>
            <w:tcMar>
              <w:top w:w="10" w:type="dxa"/>
              <w:left w:w="50" w:type="dxa"/>
              <w:bottom w:w="15" w:type="dxa"/>
              <w:right w:w="70" w:type="dxa"/>
            </w:tcMar>
          </w:tcPr>
          <w:p w14:paraId="6638E96A" w14:textId="77777777" w:rsidR="00A312F0" w:rsidRPr="00691366" w:rsidRDefault="00685F13">
            <w:pPr>
              <w:spacing w:after="0" w:line="240" w:lineRule="auto"/>
              <w:rPr>
                <w:color w:val="auto"/>
                <w:sz w:val="28"/>
                <w:szCs w:val="28"/>
              </w:rPr>
            </w:pPr>
            <w:r w:rsidRPr="00691366">
              <w:rPr>
                <w:color w:val="auto"/>
                <w:sz w:val="28"/>
                <w:szCs w:val="28"/>
              </w:rPr>
              <w:t>C. That’s all right.</w:t>
            </w:r>
          </w:p>
        </w:tc>
      </w:tr>
      <w:tr w:rsidR="00691366" w:rsidRPr="00691366" w14:paraId="57043D8D" w14:textId="77777777">
        <w:trPr>
          <w:cantSplit/>
          <w:jc w:val="center"/>
        </w:trPr>
        <w:tc>
          <w:tcPr>
            <w:tcW w:w="10488" w:type="dxa"/>
            <w:tcBorders>
              <w:top w:val="nil"/>
              <w:left w:val="nil"/>
              <w:bottom w:val="nil"/>
              <w:right w:val="nil"/>
            </w:tcBorders>
            <w:tcMar>
              <w:top w:w="10" w:type="dxa"/>
              <w:left w:w="50" w:type="dxa"/>
              <w:bottom w:w="15" w:type="dxa"/>
              <w:right w:w="70" w:type="dxa"/>
            </w:tcMar>
          </w:tcPr>
          <w:p w14:paraId="56460395" w14:textId="77777777" w:rsidR="00A312F0" w:rsidRPr="00691366" w:rsidRDefault="00685F13">
            <w:pPr>
              <w:spacing w:after="0" w:line="240" w:lineRule="auto"/>
              <w:rPr>
                <w:color w:val="auto"/>
                <w:sz w:val="28"/>
                <w:szCs w:val="28"/>
              </w:rPr>
            </w:pPr>
            <w:r w:rsidRPr="00691366">
              <w:rPr>
                <w:color w:val="auto"/>
                <w:sz w:val="28"/>
                <w:szCs w:val="28"/>
              </w:rPr>
              <w:t>D. Thank you. I’m glad you like it.</w:t>
            </w:r>
          </w:p>
        </w:tc>
      </w:tr>
    </w:tbl>
    <w:p w14:paraId="58BA1C91" w14:textId="77777777" w:rsidR="00A312F0" w:rsidRPr="00691366" w:rsidRDefault="00685F13">
      <w:pPr>
        <w:keepNext/>
        <w:spacing w:after="60" w:line="240" w:lineRule="auto"/>
        <w:rPr>
          <w:color w:val="auto"/>
          <w:sz w:val="28"/>
          <w:szCs w:val="28"/>
        </w:rPr>
      </w:pPr>
      <w:r w:rsidRPr="00691366">
        <w:rPr>
          <w:color w:val="auto"/>
          <w:sz w:val="28"/>
          <w:szCs w:val="28"/>
        </w:rPr>
        <w:t>Choose the sentence that is closest in meaning to the original one.</w:t>
      </w:r>
    </w:p>
    <w:p w14:paraId="76E6D86A" w14:textId="77777777" w:rsidR="00A312F0" w:rsidRPr="00691366" w:rsidRDefault="00685F13">
      <w:pPr>
        <w:keepLines/>
        <w:spacing w:after="20" w:line="240" w:lineRule="auto"/>
        <w:rPr>
          <w:color w:val="auto"/>
          <w:sz w:val="28"/>
          <w:szCs w:val="28"/>
        </w:rPr>
      </w:pPr>
      <w:r w:rsidRPr="00691366">
        <w:rPr>
          <w:b/>
          <w:color w:val="auto"/>
          <w:sz w:val="28"/>
          <w:szCs w:val="28"/>
        </w:rPr>
        <w:t>18.</w:t>
      </w:r>
      <w:r w:rsidRPr="00691366">
        <w:rPr>
          <w:color w:val="auto"/>
          <w:sz w:val="28"/>
          <w:szCs w:val="28"/>
        </w:rPr>
        <w:t xml:space="preserve"> People in the city usually travel faster than people in the countryside.</w:t>
      </w:r>
    </w:p>
    <w:tbl>
      <w:tblPr>
        <w:tblW w:w="0" w:type="auto"/>
        <w:jc w:val="center"/>
        <w:tblLayout w:type="fixed"/>
        <w:tblLook w:val="04A0" w:firstRow="1" w:lastRow="0" w:firstColumn="1" w:lastColumn="0" w:noHBand="0" w:noVBand="1"/>
      </w:tblPr>
      <w:tblGrid>
        <w:gridCol w:w="5244"/>
        <w:gridCol w:w="5244"/>
      </w:tblGrid>
      <w:tr w:rsidR="00691366" w:rsidRPr="00691366" w14:paraId="67FCEEBB"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11095060" w14:textId="77777777" w:rsidR="00A312F0" w:rsidRPr="00691366" w:rsidRDefault="00685F13">
            <w:pPr>
              <w:spacing w:after="0" w:line="240" w:lineRule="auto"/>
              <w:rPr>
                <w:color w:val="auto"/>
                <w:sz w:val="28"/>
                <w:szCs w:val="28"/>
              </w:rPr>
            </w:pPr>
            <w:r w:rsidRPr="00691366">
              <w:rPr>
                <w:color w:val="auto"/>
                <w:sz w:val="28"/>
                <w:szCs w:val="28"/>
              </w:rPr>
              <w:t>A. People in the countryside travel as fast as city people.</w:t>
            </w:r>
          </w:p>
        </w:tc>
        <w:tc>
          <w:tcPr>
            <w:tcW w:w="5244" w:type="dxa"/>
            <w:tcBorders>
              <w:top w:val="nil"/>
              <w:left w:val="nil"/>
              <w:bottom w:val="nil"/>
              <w:right w:val="nil"/>
            </w:tcBorders>
            <w:tcMar>
              <w:top w:w="10" w:type="dxa"/>
              <w:left w:w="50" w:type="dxa"/>
              <w:bottom w:w="15" w:type="dxa"/>
              <w:right w:w="70" w:type="dxa"/>
            </w:tcMar>
          </w:tcPr>
          <w:p w14:paraId="2D5D1BB6" w14:textId="77777777" w:rsidR="00A312F0" w:rsidRPr="00691366" w:rsidRDefault="00685F13">
            <w:pPr>
              <w:spacing w:after="0" w:line="240" w:lineRule="auto"/>
              <w:rPr>
                <w:color w:val="auto"/>
                <w:sz w:val="28"/>
                <w:szCs w:val="28"/>
              </w:rPr>
            </w:pPr>
            <w:r w:rsidRPr="00691366">
              <w:rPr>
                <w:color w:val="auto"/>
                <w:sz w:val="28"/>
                <w:szCs w:val="28"/>
              </w:rPr>
              <w:t>B. People in the countryside usually travel more slowly than city people.</w:t>
            </w:r>
          </w:p>
        </w:tc>
      </w:tr>
      <w:tr w:rsidR="00691366" w:rsidRPr="00691366" w14:paraId="5ED75DED"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6D5F5F10" w14:textId="77777777" w:rsidR="00A312F0" w:rsidRPr="00691366" w:rsidRDefault="00685F13">
            <w:pPr>
              <w:spacing w:after="0" w:line="240" w:lineRule="auto"/>
              <w:rPr>
                <w:color w:val="auto"/>
                <w:sz w:val="28"/>
                <w:szCs w:val="28"/>
              </w:rPr>
            </w:pPr>
            <w:r w:rsidRPr="00691366">
              <w:rPr>
                <w:color w:val="auto"/>
                <w:sz w:val="28"/>
                <w:szCs w:val="28"/>
              </w:rPr>
              <w:t>C. City people never travel quickly.</w:t>
            </w:r>
          </w:p>
        </w:tc>
        <w:tc>
          <w:tcPr>
            <w:tcW w:w="5244" w:type="dxa"/>
            <w:tcBorders>
              <w:top w:val="nil"/>
              <w:left w:val="nil"/>
              <w:bottom w:val="nil"/>
              <w:right w:val="nil"/>
            </w:tcBorders>
            <w:tcMar>
              <w:top w:w="10" w:type="dxa"/>
              <w:left w:w="50" w:type="dxa"/>
              <w:bottom w:w="15" w:type="dxa"/>
              <w:right w:w="70" w:type="dxa"/>
            </w:tcMar>
          </w:tcPr>
          <w:p w14:paraId="7ECECE90" w14:textId="77777777" w:rsidR="00A312F0" w:rsidRPr="00691366" w:rsidRDefault="00685F13">
            <w:pPr>
              <w:spacing w:after="0" w:line="240" w:lineRule="auto"/>
              <w:rPr>
                <w:color w:val="auto"/>
                <w:sz w:val="28"/>
                <w:szCs w:val="28"/>
              </w:rPr>
            </w:pPr>
            <w:r w:rsidRPr="00691366">
              <w:rPr>
                <w:color w:val="auto"/>
                <w:sz w:val="28"/>
                <w:szCs w:val="28"/>
              </w:rPr>
              <w:t>D. Country people travel faster than city people.</w:t>
            </w:r>
          </w:p>
        </w:tc>
      </w:tr>
    </w:tbl>
    <w:p w14:paraId="073B316E" w14:textId="77777777" w:rsidR="00A312F0" w:rsidRPr="00691366" w:rsidRDefault="00685F13">
      <w:pPr>
        <w:keepLines/>
        <w:spacing w:after="20" w:line="240" w:lineRule="auto"/>
        <w:rPr>
          <w:color w:val="auto"/>
          <w:sz w:val="28"/>
          <w:szCs w:val="28"/>
        </w:rPr>
      </w:pPr>
      <w:r w:rsidRPr="00691366">
        <w:rPr>
          <w:b/>
          <w:color w:val="auto"/>
          <w:sz w:val="28"/>
          <w:szCs w:val="28"/>
        </w:rPr>
        <w:t>19.</w:t>
      </w:r>
      <w:r w:rsidRPr="00691366">
        <w:rPr>
          <w:color w:val="auto"/>
          <w:sz w:val="28"/>
          <w:szCs w:val="28"/>
        </w:rPr>
        <w:t xml:space="preserve"> Mai dances more beautifully than </w:t>
      </w:r>
      <w:proofErr w:type="spellStart"/>
      <w:r w:rsidRPr="00691366">
        <w:rPr>
          <w:color w:val="auto"/>
          <w:sz w:val="28"/>
          <w:szCs w:val="28"/>
        </w:rPr>
        <w:t>Hoa</w:t>
      </w:r>
      <w:proofErr w:type="spellEnd"/>
      <w:r w:rsidRPr="00691366">
        <w:rPr>
          <w:color w:val="auto"/>
          <w:sz w:val="28"/>
          <w:szCs w:val="28"/>
        </w:rPr>
        <w:t>.</w:t>
      </w:r>
    </w:p>
    <w:tbl>
      <w:tblPr>
        <w:tblW w:w="0" w:type="auto"/>
        <w:jc w:val="center"/>
        <w:tblLayout w:type="fixed"/>
        <w:tblLook w:val="04A0" w:firstRow="1" w:lastRow="0" w:firstColumn="1" w:lastColumn="0" w:noHBand="0" w:noVBand="1"/>
      </w:tblPr>
      <w:tblGrid>
        <w:gridCol w:w="5244"/>
        <w:gridCol w:w="5244"/>
        <w:gridCol w:w="64"/>
      </w:tblGrid>
      <w:tr w:rsidR="00691366" w:rsidRPr="00691366" w14:paraId="564C5AAD" w14:textId="77777777">
        <w:trPr>
          <w:gridAfter w:val="1"/>
          <w:wAfter w:w="64" w:type="dxa"/>
          <w:cantSplit/>
          <w:jc w:val="center"/>
        </w:trPr>
        <w:tc>
          <w:tcPr>
            <w:tcW w:w="5244" w:type="dxa"/>
            <w:tcBorders>
              <w:top w:val="nil"/>
              <w:left w:val="nil"/>
              <w:bottom w:val="nil"/>
              <w:right w:val="nil"/>
            </w:tcBorders>
            <w:tcMar>
              <w:top w:w="10" w:type="dxa"/>
              <w:left w:w="50" w:type="dxa"/>
              <w:bottom w:w="15" w:type="dxa"/>
              <w:right w:w="70" w:type="dxa"/>
            </w:tcMar>
          </w:tcPr>
          <w:p w14:paraId="04E404C2" w14:textId="77777777" w:rsidR="00A312F0" w:rsidRPr="00691366" w:rsidRDefault="00685F13">
            <w:pPr>
              <w:spacing w:after="0" w:line="240" w:lineRule="auto"/>
              <w:rPr>
                <w:color w:val="auto"/>
                <w:sz w:val="28"/>
                <w:szCs w:val="28"/>
              </w:rPr>
            </w:pPr>
            <w:r w:rsidRPr="00691366">
              <w:rPr>
                <w:color w:val="auto"/>
                <w:sz w:val="28"/>
                <w:szCs w:val="28"/>
              </w:rPr>
              <w:t xml:space="preserve">A. Mai and </w:t>
            </w:r>
            <w:proofErr w:type="spellStart"/>
            <w:r w:rsidRPr="00691366">
              <w:rPr>
                <w:color w:val="auto"/>
                <w:sz w:val="28"/>
                <w:szCs w:val="28"/>
              </w:rPr>
              <w:t>Hoa</w:t>
            </w:r>
            <w:proofErr w:type="spellEnd"/>
            <w:r w:rsidRPr="00691366">
              <w:rPr>
                <w:color w:val="auto"/>
                <w:sz w:val="28"/>
                <w:szCs w:val="28"/>
              </w:rPr>
              <w:t xml:space="preserve"> dance equally beautifully.</w:t>
            </w:r>
          </w:p>
        </w:tc>
        <w:tc>
          <w:tcPr>
            <w:tcW w:w="5244" w:type="dxa"/>
            <w:tcBorders>
              <w:top w:val="nil"/>
              <w:left w:val="nil"/>
              <w:bottom w:val="nil"/>
              <w:right w:val="nil"/>
            </w:tcBorders>
            <w:tcMar>
              <w:top w:w="10" w:type="dxa"/>
              <w:left w:w="50" w:type="dxa"/>
              <w:bottom w:w="15" w:type="dxa"/>
              <w:right w:w="70" w:type="dxa"/>
            </w:tcMar>
          </w:tcPr>
          <w:p w14:paraId="3A973801" w14:textId="77777777" w:rsidR="00A312F0" w:rsidRPr="00691366" w:rsidRDefault="00685F13">
            <w:pPr>
              <w:spacing w:after="0" w:line="240" w:lineRule="auto"/>
              <w:rPr>
                <w:color w:val="auto"/>
                <w:sz w:val="28"/>
                <w:szCs w:val="28"/>
              </w:rPr>
            </w:pPr>
            <w:r w:rsidRPr="00691366">
              <w:rPr>
                <w:color w:val="auto"/>
                <w:sz w:val="28"/>
                <w:szCs w:val="28"/>
              </w:rPr>
              <w:t xml:space="preserve">B. Mai does not dance as beautifully as </w:t>
            </w:r>
            <w:proofErr w:type="spellStart"/>
            <w:r w:rsidRPr="00691366">
              <w:rPr>
                <w:color w:val="auto"/>
                <w:sz w:val="28"/>
                <w:szCs w:val="28"/>
              </w:rPr>
              <w:t>Hoa</w:t>
            </w:r>
            <w:proofErr w:type="spellEnd"/>
            <w:r w:rsidRPr="00691366">
              <w:rPr>
                <w:color w:val="auto"/>
                <w:sz w:val="28"/>
                <w:szCs w:val="28"/>
              </w:rPr>
              <w:t>.</w:t>
            </w:r>
          </w:p>
        </w:tc>
      </w:tr>
      <w:tr w:rsidR="00691366" w:rsidRPr="00691366" w14:paraId="3A45EB4F" w14:textId="77777777">
        <w:trPr>
          <w:gridAfter w:val="1"/>
          <w:wAfter w:w="64" w:type="dxa"/>
          <w:cantSplit/>
          <w:jc w:val="center"/>
        </w:trPr>
        <w:tc>
          <w:tcPr>
            <w:tcW w:w="5244" w:type="dxa"/>
            <w:tcBorders>
              <w:top w:val="nil"/>
              <w:left w:val="nil"/>
              <w:bottom w:val="nil"/>
              <w:right w:val="nil"/>
            </w:tcBorders>
            <w:tcMar>
              <w:top w:w="10" w:type="dxa"/>
              <w:left w:w="50" w:type="dxa"/>
              <w:bottom w:w="15" w:type="dxa"/>
              <w:right w:w="70" w:type="dxa"/>
            </w:tcMar>
          </w:tcPr>
          <w:p w14:paraId="4A3F704B" w14:textId="77777777" w:rsidR="00A312F0" w:rsidRPr="00691366" w:rsidRDefault="00685F13">
            <w:pPr>
              <w:spacing w:after="0" w:line="240" w:lineRule="auto"/>
              <w:rPr>
                <w:color w:val="auto"/>
                <w:sz w:val="28"/>
                <w:szCs w:val="28"/>
              </w:rPr>
            </w:pPr>
            <w:r w:rsidRPr="00691366">
              <w:rPr>
                <w:color w:val="auto"/>
                <w:sz w:val="28"/>
                <w:szCs w:val="28"/>
              </w:rPr>
              <w:t xml:space="preserve">C. </w:t>
            </w:r>
            <w:proofErr w:type="spellStart"/>
            <w:r w:rsidRPr="00691366">
              <w:rPr>
                <w:color w:val="auto"/>
                <w:sz w:val="28"/>
                <w:szCs w:val="28"/>
              </w:rPr>
              <w:t>Hoa</w:t>
            </w:r>
            <w:proofErr w:type="spellEnd"/>
            <w:r w:rsidRPr="00691366">
              <w:rPr>
                <w:color w:val="auto"/>
                <w:sz w:val="28"/>
                <w:szCs w:val="28"/>
              </w:rPr>
              <w:t xml:space="preserve"> does not dance as beautifully as Mai.</w:t>
            </w:r>
          </w:p>
        </w:tc>
        <w:tc>
          <w:tcPr>
            <w:tcW w:w="5244" w:type="dxa"/>
            <w:tcBorders>
              <w:top w:val="nil"/>
              <w:left w:val="nil"/>
              <w:bottom w:val="nil"/>
              <w:right w:val="nil"/>
            </w:tcBorders>
            <w:tcMar>
              <w:top w:w="10" w:type="dxa"/>
              <w:left w:w="50" w:type="dxa"/>
              <w:bottom w:w="15" w:type="dxa"/>
              <w:right w:w="70" w:type="dxa"/>
            </w:tcMar>
          </w:tcPr>
          <w:p w14:paraId="7EC3D817" w14:textId="77777777" w:rsidR="00A312F0" w:rsidRPr="00691366" w:rsidRDefault="00685F13">
            <w:pPr>
              <w:spacing w:after="0" w:line="240" w:lineRule="auto"/>
              <w:rPr>
                <w:color w:val="auto"/>
                <w:sz w:val="28"/>
                <w:szCs w:val="28"/>
              </w:rPr>
            </w:pPr>
            <w:r w:rsidRPr="00691366">
              <w:rPr>
                <w:color w:val="auto"/>
                <w:sz w:val="28"/>
                <w:szCs w:val="28"/>
              </w:rPr>
              <w:t xml:space="preserve">D. </w:t>
            </w:r>
            <w:proofErr w:type="spellStart"/>
            <w:r w:rsidRPr="00691366">
              <w:rPr>
                <w:color w:val="auto"/>
                <w:sz w:val="28"/>
                <w:szCs w:val="28"/>
              </w:rPr>
              <w:t>Hoa</w:t>
            </w:r>
            <w:proofErr w:type="spellEnd"/>
            <w:r w:rsidRPr="00691366">
              <w:rPr>
                <w:color w:val="auto"/>
                <w:sz w:val="28"/>
                <w:szCs w:val="28"/>
              </w:rPr>
              <w:t xml:space="preserve"> dances more beautifully than Mai.</w:t>
            </w:r>
          </w:p>
        </w:tc>
      </w:tr>
      <w:tr w:rsidR="00691366" w:rsidRPr="00691366" w14:paraId="2FE91450" w14:textId="77777777">
        <w:trPr>
          <w:jc w:val="center"/>
        </w:trPr>
        <w:tc>
          <w:tcPr>
            <w:tcW w:w="5244" w:type="dxa"/>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27610068" w14:textId="77777777" w:rsidR="00A312F0" w:rsidRPr="00691366" w:rsidRDefault="00685F13">
            <w:pPr>
              <w:jc w:val="center"/>
              <w:rPr>
                <w:color w:val="auto"/>
                <w:sz w:val="28"/>
                <w:szCs w:val="28"/>
              </w:rPr>
            </w:pPr>
            <w:r w:rsidRPr="0097413C">
              <w:rPr>
                <w:b/>
                <w:color w:val="FFFFFF" w:themeColor="background1"/>
                <w:sz w:val="28"/>
                <w:szCs w:val="28"/>
              </w:rPr>
              <w:t>PART IV</w:t>
            </w:r>
          </w:p>
        </w:tc>
        <w:tc>
          <w:tcPr>
            <w:tcW w:w="5244" w:type="dxa"/>
            <w:gridSpan w:val="2"/>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4F594CEE" w14:textId="77777777" w:rsidR="00A312F0" w:rsidRPr="00691366" w:rsidRDefault="00685F13">
            <w:pPr>
              <w:keepNext/>
              <w:rPr>
                <w:color w:val="auto"/>
                <w:sz w:val="28"/>
                <w:szCs w:val="28"/>
              </w:rPr>
            </w:pPr>
            <w:r w:rsidRPr="00691366">
              <w:rPr>
                <w:b/>
                <w:color w:val="auto"/>
                <w:sz w:val="28"/>
                <w:szCs w:val="28"/>
              </w:rPr>
              <w:t xml:space="preserve">PRACTICAL </w:t>
            </w:r>
            <w:proofErr w:type="gramStart"/>
            <w:r w:rsidRPr="00691366">
              <w:rPr>
                <w:b/>
                <w:color w:val="auto"/>
                <w:sz w:val="28"/>
                <w:szCs w:val="28"/>
              </w:rPr>
              <w:t>SKILLS  (</w:t>
            </w:r>
            <w:proofErr w:type="gramEnd"/>
            <w:r w:rsidRPr="00691366">
              <w:rPr>
                <w:b/>
                <w:color w:val="auto"/>
                <w:sz w:val="28"/>
                <w:szCs w:val="28"/>
              </w:rPr>
              <w:t xml:space="preserve">1.0 </w:t>
            </w:r>
            <w:proofErr w:type="spellStart"/>
            <w:r w:rsidRPr="00691366">
              <w:rPr>
                <w:b/>
                <w:color w:val="auto"/>
                <w:sz w:val="28"/>
                <w:szCs w:val="28"/>
              </w:rPr>
              <w:t>pt</w:t>
            </w:r>
            <w:proofErr w:type="spellEnd"/>
            <w:r w:rsidRPr="00691366">
              <w:rPr>
                <w:b/>
                <w:color w:val="auto"/>
                <w:sz w:val="28"/>
                <w:szCs w:val="28"/>
              </w:rPr>
              <w:t>)</w:t>
            </w:r>
          </w:p>
        </w:tc>
      </w:tr>
    </w:tbl>
    <w:p w14:paraId="3F2893D3" w14:textId="77777777" w:rsidR="00A312F0" w:rsidRPr="0097413C" w:rsidRDefault="00685F13">
      <w:pPr>
        <w:keepNext/>
        <w:spacing w:before="20" w:line="240" w:lineRule="auto"/>
        <w:rPr>
          <w:b/>
          <w:bCs/>
          <w:color w:val="auto"/>
          <w:sz w:val="28"/>
          <w:szCs w:val="28"/>
        </w:rPr>
      </w:pPr>
      <w:r w:rsidRPr="0097413C">
        <w:rPr>
          <w:b/>
          <w:bCs/>
          <w:color w:val="auto"/>
          <w:sz w:val="28"/>
          <w:szCs w:val="28"/>
        </w:rPr>
        <w:t>Task 1. Look at the signs and choose the best answer.</w:t>
      </w:r>
    </w:p>
    <w:tbl>
      <w:tblPr>
        <w:tblW w:w="0" w:type="auto"/>
        <w:jc w:val="center"/>
        <w:tblLayout w:type="fixed"/>
        <w:tblLook w:val="04A0" w:firstRow="1" w:lastRow="0" w:firstColumn="1" w:lastColumn="0" w:noHBand="0" w:noVBand="1"/>
      </w:tblPr>
      <w:tblGrid>
        <w:gridCol w:w="5244"/>
        <w:gridCol w:w="5244"/>
      </w:tblGrid>
      <w:tr w:rsidR="00691366" w:rsidRPr="00691366" w14:paraId="2B67CD0E" w14:textId="77777777">
        <w:trPr>
          <w:jc w:val="center"/>
        </w:trPr>
        <w:tc>
          <w:tcPr>
            <w:tcW w:w="5244" w:type="dxa"/>
            <w:tcBorders>
              <w:top w:val="single" w:sz="5" w:space="0" w:color="B7DAD8"/>
              <w:left w:val="single" w:sz="5" w:space="0" w:color="B7DAD8"/>
              <w:bottom w:val="single" w:sz="5" w:space="0" w:color="B7DAD8"/>
              <w:right w:val="single" w:sz="5" w:space="0" w:color="B7DAD8"/>
            </w:tcBorders>
            <w:shd w:val="clear" w:color="auto" w:fill="FBFEFE"/>
            <w:tcMar>
              <w:top w:w="70" w:type="dxa"/>
              <w:left w:w="90" w:type="dxa"/>
              <w:bottom w:w="70" w:type="dxa"/>
              <w:right w:w="90" w:type="dxa"/>
            </w:tcMar>
          </w:tcPr>
          <w:p w14:paraId="12BBE4AA" w14:textId="412BDD1A" w:rsidR="00A312F0" w:rsidRPr="00691366" w:rsidRDefault="00685F13">
            <w:pPr>
              <w:spacing w:after="20" w:line="240" w:lineRule="auto"/>
              <w:rPr>
                <w:color w:val="auto"/>
                <w:sz w:val="28"/>
                <w:szCs w:val="28"/>
              </w:rPr>
            </w:pPr>
            <w:r w:rsidRPr="00691366">
              <w:rPr>
                <w:b/>
                <w:color w:val="auto"/>
                <w:sz w:val="28"/>
                <w:szCs w:val="28"/>
              </w:rPr>
              <w:t>20.</w:t>
            </w:r>
            <w:r w:rsidRPr="00691366">
              <w:rPr>
                <w:color w:val="auto"/>
                <w:sz w:val="28"/>
                <w:szCs w:val="28"/>
              </w:rPr>
              <w:t xml:space="preserve"> What must visitors do on this farm tour?</w:t>
            </w:r>
          </w:p>
          <w:p w14:paraId="4D400D85" w14:textId="4ACE1147" w:rsidR="00A312F0" w:rsidRDefault="0097413C">
            <w:pPr>
              <w:spacing w:after="20"/>
              <w:jc w:val="center"/>
              <w:rPr>
                <w:noProof/>
                <w:color w:val="auto"/>
                <w:sz w:val="28"/>
                <w:szCs w:val="28"/>
              </w:rPr>
            </w:pPr>
            <w:r>
              <w:rPr>
                <w:noProof/>
              </w:rPr>
              <w:drawing>
                <wp:anchor distT="0" distB="0" distL="114300" distR="114300" simplePos="0" relativeHeight="251657216" behindDoc="0" locked="0" layoutInCell="1" allowOverlap="1" wp14:anchorId="1965D89D" wp14:editId="7A2F9611">
                  <wp:simplePos x="0" y="0"/>
                  <wp:positionH relativeFrom="column">
                    <wp:posOffset>568960</wp:posOffset>
                  </wp:positionH>
                  <wp:positionV relativeFrom="paragraph">
                    <wp:posOffset>40005</wp:posOffset>
                  </wp:positionV>
                  <wp:extent cx="2091055" cy="1495425"/>
                  <wp:effectExtent l="0" t="0" r="4445" b="0"/>
                  <wp:wrapNone/>
                  <wp:docPr id="86771080" name="Picture 1" descr="Caution Safety Boots Area Sign - Get 10% Off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ution Safety Boots Area Sign - Get 10% Off No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1055" cy="14954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A11608" w14:textId="77777777" w:rsidR="0097413C" w:rsidRDefault="0097413C">
            <w:pPr>
              <w:spacing w:after="20"/>
              <w:jc w:val="center"/>
              <w:rPr>
                <w:noProof/>
                <w:color w:val="auto"/>
                <w:sz w:val="28"/>
                <w:szCs w:val="28"/>
              </w:rPr>
            </w:pPr>
          </w:p>
          <w:p w14:paraId="65C79B43" w14:textId="77777777" w:rsidR="0097413C" w:rsidRDefault="0097413C">
            <w:pPr>
              <w:spacing w:after="20"/>
              <w:jc w:val="center"/>
              <w:rPr>
                <w:noProof/>
                <w:color w:val="auto"/>
                <w:sz w:val="28"/>
                <w:szCs w:val="28"/>
              </w:rPr>
            </w:pPr>
          </w:p>
          <w:p w14:paraId="45C8AD59" w14:textId="77777777" w:rsidR="0097413C" w:rsidRDefault="0097413C">
            <w:pPr>
              <w:spacing w:after="20"/>
              <w:jc w:val="center"/>
              <w:rPr>
                <w:noProof/>
                <w:color w:val="auto"/>
                <w:sz w:val="28"/>
                <w:szCs w:val="28"/>
              </w:rPr>
            </w:pPr>
          </w:p>
          <w:p w14:paraId="5A1704A4" w14:textId="77777777" w:rsidR="0097413C" w:rsidRDefault="0097413C">
            <w:pPr>
              <w:spacing w:after="20"/>
              <w:jc w:val="center"/>
              <w:rPr>
                <w:noProof/>
                <w:color w:val="auto"/>
                <w:sz w:val="28"/>
                <w:szCs w:val="28"/>
              </w:rPr>
            </w:pPr>
          </w:p>
          <w:p w14:paraId="3D5986FD" w14:textId="77777777" w:rsidR="0097413C" w:rsidRDefault="0097413C">
            <w:pPr>
              <w:spacing w:after="20"/>
              <w:jc w:val="center"/>
              <w:rPr>
                <w:noProof/>
                <w:color w:val="auto"/>
                <w:sz w:val="28"/>
                <w:szCs w:val="28"/>
              </w:rPr>
            </w:pPr>
          </w:p>
          <w:p w14:paraId="442354A5" w14:textId="77777777" w:rsidR="0097413C" w:rsidRPr="00691366" w:rsidRDefault="0097413C">
            <w:pPr>
              <w:spacing w:after="20"/>
              <w:jc w:val="center"/>
              <w:rPr>
                <w:color w:val="auto"/>
                <w:sz w:val="28"/>
                <w:szCs w:val="28"/>
              </w:rPr>
            </w:pPr>
          </w:p>
          <w:p w14:paraId="2D539743" w14:textId="77777777" w:rsidR="00A312F0" w:rsidRPr="00691366" w:rsidRDefault="00685F13">
            <w:pPr>
              <w:spacing w:after="0" w:line="228" w:lineRule="auto"/>
              <w:rPr>
                <w:color w:val="auto"/>
                <w:sz w:val="28"/>
                <w:szCs w:val="28"/>
              </w:rPr>
            </w:pPr>
            <w:r w:rsidRPr="00691366">
              <w:rPr>
                <w:color w:val="auto"/>
                <w:sz w:val="28"/>
                <w:szCs w:val="28"/>
              </w:rPr>
              <w:t>A. Wear boots and stay with the guide.</w:t>
            </w:r>
          </w:p>
          <w:p w14:paraId="7ADEA70C" w14:textId="77777777" w:rsidR="00A312F0" w:rsidRPr="00691366" w:rsidRDefault="00685F13">
            <w:pPr>
              <w:spacing w:after="0" w:line="228" w:lineRule="auto"/>
              <w:rPr>
                <w:color w:val="auto"/>
                <w:sz w:val="28"/>
                <w:szCs w:val="28"/>
              </w:rPr>
            </w:pPr>
            <w:r w:rsidRPr="00691366">
              <w:rPr>
                <w:color w:val="auto"/>
                <w:sz w:val="28"/>
                <w:szCs w:val="28"/>
              </w:rPr>
              <w:t>B. Feed the animals by themselves.</w:t>
            </w:r>
          </w:p>
          <w:p w14:paraId="4ABB8306" w14:textId="77777777" w:rsidR="00A312F0" w:rsidRPr="00691366" w:rsidRDefault="00685F13">
            <w:pPr>
              <w:spacing w:after="0" w:line="228" w:lineRule="auto"/>
              <w:rPr>
                <w:color w:val="auto"/>
                <w:sz w:val="28"/>
                <w:szCs w:val="28"/>
              </w:rPr>
            </w:pPr>
            <w:r w:rsidRPr="00691366">
              <w:rPr>
                <w:color w:val="auto"/>
                <w:sz w:val="28"/>
                <w:szCs w:val="28"/>
              </w:rPr>
              <w:t>C. Leave the farm before 9 a.m.</w:t>
            </w:r>
          </w:p>
          <w:p w14:paraId="169E6D33" w14:textId="77777777" w:rsidR="00A312F0" w:rsidRPr="00691366" w:rsidRDefault="00685F13">
            <w:pPr>
              <w:spacing w:after="0" w:line="228" w:lineRule="auto"/>
              <w:rPr>
                <w:color w:val="auto"/>
                <w:sz w:val="28"/>
                <w:szCs w:val="28"/>
              </w:rPr>
            </w:pPr>
            <w:r w:rsidRPr="00691366">
              <w:rPr>
                <w:color w:val="auto"/>
                <w:sz w:val="28"/>
                <w:szCs w:val="28"/>
              </w:rPr>
              <w:t>D. Bring a combine harvester.</w:t>
            </w:r>
          </w:p>
        </w:tc>
        <w:tc>
          <w:tcPr>
            <w:tcW w:w="5244" w:type="dxa"/>
            <w:tcBorders>
              <w:top w:val="single" w:sz="5" w:space="0" w:color="B7DAD8"/>
              <w:left w:val="single" w:sz="5" w:space="0" w:color="B7DAD8"/>
              <w:bottom w:val="single" w:sz="5" w:space="0" w:color="B7DAD8"/>
              <w:right w:val="single" w:sz="5" w:space="0" w:color="B7DAD8"/>
            </w:tcBorders>
            <w:shd w:val="clear" w:color="auto" w:fill="FBFEFE"/>
            <w:tcMar>
              <w:top w:w="70" w:type="dxa"/>
              <w:left w:w="90" w:type="dxa"/>
              <w:bottom w:w="70" w:type="dxa"/>
              <w:right w:w="90" w:type="dxa"/>
            </w:tcMar>
          </w:tcPr>
          <w:p w14:paraId="56D00635" w14:textId="11CFC7D0" w:rsidR="00A312F0" w:rsidRPr="00691366" w:rsidRDefault="00685F13">
            <w:pPr>
              <w:spacing w:after="20" w:line="240" w:lineRule="auto"/>
              <w:rPr>
                <w:color w:val="auto"/>
                <w:sz w:val="28"/>
                <w:szCs w:val="28"/>
              </w:rPr>
            </w:pPr>
            <w:r w:rsidRPr="00691366">
              <w:rPr>
                <w:b/>
                <w:color w:val="auto"/>
                <w:sz w:val="28"/>
                <w:szCs w:val="28"/>
              </w:rPr>
              <w:t>21.</w:t>
            </w:r>
            <w:r w:rsidRPr="00691366">
              <w:rPr>
                <w:color w:val="auto"/>
                <w:sz w:val="28"/>
                <w:szCs w:val="28"/>
              </w:rPr>
              <w:t xml:space="preserve"> What is the main message of this sign?</w:t>
            </w:r>
          </w:p>
          <w:p w14:paraId="058B0071" w14:textId="6B31338D" w:rsidR="00A312F0" w:rsidRDefault="007A22AD">
            <w:pPr>
              <w:spacing w:after="20"/>
              <w:jc w:val="center"/>
              <w:rPr>
                <w:noProof/>
                <w:color w:val="auto"/>
                <w:sz w:val="28"/>
                <w:szCs w:val="28"/>
              </w:rPr>
            </w:pPr>
            <w:r>
              <w:rPr>
                <w:noProof/>
              </w:rPr>
              <w:drawing>
                <wp:anchor distT="0" distB="0" distL="114300" distR="114300" simplePos="0" relativeHeight="251658240" behindDoc="0" locked="0" layoutInCell="1" allowOverlap="1" wp14:anchorId="4CC61C9B" wp14:editId="5B1DE8EF">
                  <wp:simplePos x="0" y="0"/>
                  <wp:positionH relativeFrom="column">
                    <wp:posOffset>763270</wp:posOffset>
                  </wp:positionH>
                  <wp:positionV relativeFrom="paragraph">
                    <wp:posOffset>11430</wp:posOffset>
                  </wp:positionV>
                  <wp:extent cx="1574949" cy="1400175"/>
                  <wp:effectExtent l="0" t="0" r="6350" b="0"/>
                  <wp:wrapNone/>
                  <wp:docPr id="1266974787" name="Picture 2" descr="No Feeding&quot; Images – Browse 198 Stock Photos, Vectors, and Video | Adob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Feeding&quot; Images – Browse 198 Stock Photos, Vectors, and Video | Adobe  Stock"/>
                          <pic:cNvPicPr>
                            <a:picLocks noChangeAspect="1" noChangeArrowheads="1"/>
                          </pic:cNvPicPr>
                        </pic:nvPicPr>
                        <pic:blipFill rotWithShape="1">
                          <a:blip r:embed="rId9">
                            <a:extLst>
                              <a:ext uri="{28A0092B-C50C-407E-A947-70E740481C1C}">
                                <a14:useLocalDpi xmlns:a14="http://schemas.microsoft.com/office/drawing/2010/main" val="0"/>
                              </a:ext>
                            </a:extLst>
                          </a:blip>
                          <a:srcRect l="3056" t="6112" b="7701"/>
                          <a:stretch>
                            <a:fillRect/>
                          </a:stretch>
                        </pic:blipFill>
                        <pic:spPr bwMode="auto">
                          <a:xfrm>
                            <a:off x="0" y="0"/>
                            <a:ext cx="1574949" cy="1400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780F77" w14:textId="77777777" w:rsidR="0097413C" w:rsidRDefault="0097413C">
            <w:pPr>
              <w:spacing w:after="20"/>
              <w:jc w:val="center"/>
              <w:rPr>
                <w:noProof/>
                <w:color w:val="auto"/>
                <w:sz w:val="28"/>
                <w:szCs w:val="28"/>
              </w:rPr>
            </w:pPr>
          </w:p>
          <w:p w14:paraId="24884A7C" w14:textId="77777777" w:rsidR="0097413C" w:rsidRDefault="0097413C">
            <w:pPr>
              <w:spacing w:after="20"/>
              <w:jc w:val="center"/>
              <w:rPr>
                <w:noProof/>
                <w:color w:val="auto"/>
                <w:sz w:val="28"/>
                <w:szCs w:val="28"/>
              </w:rPr>
            </w:pPr>
          </w:p>
          <w:p w14:paraId="1E172540" w14:textId="77777777" w:rsidR="0097413C" w:rsidRDefault="0097413C">
            <w:pPr>
              <w:spacing w:after="20"/>
              <w:jc w:val="center"/>
              <w:rPr>
                <w:noProof/>
                <w:color w:val="auto"/>
                <w:sz w:val="28"/>
                <w:szCs w:val="28"/>
              </w:rPr>
            </w:pPr>
          </w:p>
          <w:p w14:paraId="15164516" w14:textId="77777777" w:rsidR="0097413C" w:rsidRDefault="0097413C">
            <w:pPr>
              <w:spacing w:after="20"/>
              <w:jc w:val="center"/>
              <w:rPr>
                <w:noProof/>
                <w:color w:val="auto"/>
                <w:sz w:val="28"/>
                <w:szCs w:val="28"/>
              </w:rPr>
            </w:pPr>
          </w:p>
          <w:p w14:paraId="2F813A8E" w14:textId="77777777" w:rsidR="0097413C" w:rsidRDefault="0097413C">
            <w:pPr>
              <w:spacing w:after="20"/>
              <w:jc w:val="center"/>
              <w:rPr>
                <w:color w:val="auto"/>
                <w:sz w:val="28"/>
                <w:szCs w:val="28"/>
              </w:rPr>
            </w:pPr>
          </w:p>
          <w:p w14:paraId="409C92B8" w14:textId="77777777" w:rsidR="00A312F0" w:rsidRPr="00691366" w:rsidRDefault="00685F13">
            <w:pPr>
              <w:spacing w:after="0" w:line="228" w:lineRule="auto"/>
              <w:rPr>
                <w:color w:val="auto"/>
                <w:sz w:val="28"/>
                <w:szCs w:val="28"/>
              </w:rPr>
            </w:pPr>
            <w:r w:rsidRPr="00691366">
              <w:rPr>
                <w:color w:val="auto"/>
                <w:sz w:val="28"/>
                <w:szCs w:val="28"/>
              </w:rPr>
              <w:t>A. Visitors may open the gate.</w:t>
            </w:r>
          </w:p>
          <w:p w14:paraId="51B56200" w14:textId="77777777" w:rsidR="00A312F0" w:rsidRPr="00691366" w:rsidRDefault="00685F13">
            <w:pPr>
              <w:spacing w:after="0" w:line="228" w:lineRule="auto"/>
              <w:rPr>
                <w:color w:val="auto"/>
                <w:sz w:val="28"/>
                <w:szCs w:val="28"/>
              </w:rPr>
            </w:pPr>
            <w:r w:rsidRPr="00691366">
              <w:rPr>
                <w:color w:val="auto"/>
                <w:sz w:val="28"/>
                <w:szCs w:val="28"/>
              </w:rPr>
              <w:t>B. Animals should be fed at noon.</w:t>
            </w:r>
          </w:p>
          <w:p w14:paraId="367D8CF1" w14:textId="77777777" w:rsidR="00A312F0" w:rsidRPr="00691366" w:rsidRDefault="00685F13">
            <w:pPr>
              <w:spacing w:after="0" w:line="228" w:lineRule="auto"/>
              <w:rPr>
                <w:color w:val="auto"/>
                <w:sz w:val="28"/>
                <w:szCs w:val="28"/>
              </w:rPr>
            </w:pPr>
            <w:r w:rsidRPr="00691366">
              <w:rPr>
                <w:color w:val="auto"/>
                <w:sz w:val="28"/>
                <w:szCs w:val="28"/>
              </w:rPr>
              <w:t>C. Visitors must not give food to the animals.</w:t>
            </w:r>
          </w:p>
          <w:p w14:paraId="0994C575" w14:textId="77777777" w:rsidR="00A312F0" w:rsidRPr="00691366" w:rsidRDefault="00685F13">
            <w:pPr>
              <w:spacing w:after="0" w:line="228" w:lineRule="auto"/>
              <w:rPr>
                <w:color w:val="auto"/>
                <w:sz w:val="28"/>
                <w:szCs w:val="28"/>
              </w:rPr>
            </w:pPr>
            <w:r w:rsidRPr="00691366">
              <w:rPr>
                <w:color w:val="auto"/>
                <w:sz w:val="28"/>
                <w:szCs w:val="28"/>
              </w:rPr>
              <w:t>D. Only farmers can enter on Sundays.</w:t>
            </w:r>
          </w:p>
        </w:tc>
      </w:tr>
    </w:tbl>
    <w:p w14:paraId="513536D7" w14:textId="77777777" w:rsidR="00A312F0" w:rsidRPr="00691366" w:rsidRDefault="00685F13">
      <w:pPr>
        <w:keepNext/>
        <w:spacing w:before="20" w:line="240" w:lineRule="auto"/>
        <w:rPr>
          <w:color w:val="auto"/>
          <w:sz w:val="28"/>
          <w:szCs w:val="28"/>
        </w:rPr>
      </w:pPr>
      <w:r w:rsidRPr="00691366">
        <w:rPr>
          <w:b/>
          <w:color w:val="auto"/>
          <w:sz w:val="28"/>
          <w:szCs w:val="28"/>
        </w:rPr>
        <w:t>Task 2. Read the notice and choose the best answer.</w:t>
      </w:r>
    </w:p>
    <w:tbl>
      <w:tblPr>
        <w:tblW w:w="0" w:type="auto"/>
        <w:jc w:val="center"/>
        <w:tblLayout w:type="fixed"/>
        <w:tblLook w:val="04A0" w:firstRow="1" w:lastRow="0" w:firstColumn="1" w:lastColumn="0" w:noHBand="0" w:noVBand="1"/>
      </w:tblPr>
      <w:tblGrid>
        <w:gridCol w:w="10488"/>
      </w:tblGrid>
      <w:tr w:rsidR="00691366" w:rsidRPr="00691366" w14:paraId="7F0C7BFB" w14:textId="77777777">
        <w:trPr>
          <w:jc w:val="center"/>
        </w:trPr>
        <w:tc>
          <w:tcPr>
            <w:tcW w:w="10488" w:type="dxa"/>
            <w:tcBorders>
              <w:top w:val="single" w:sz="6" w:space="0" w:color="90C5C2"/>
              <w:left w:val="single" w:sz="6" w:space="0" w:color="90C5C2"/>
              <w:bottom w:val="single" w:sz="6" w:space="0" w:color="90C5C2"/>
              <w:right w:val="single" w:sz="6" w:space="0" w:color="90C5C2"/>
            </w:tcBorders>
            <w:shd w:val="clear" w:color="auto" w:fill="1E7A78"/>
            <w:tcMar>
              <w:top w:w="60" w:type="dxa"/>
              <w:left w:w="120" w:type="dxa"/>
              <w:bottom w:w="60" w:type="dxa"/>
              <w:right w:w="120" w:type="dxa"/>
            </w:tcMar>
            <w:vAlign w:val="center"/>
          </w:tcPr>
          <w:p w14:paraId="0185A4B6" w14:textId="77777777" w:rsidR="00A312F0" w:rsidRPr="0097413C" w:rsidRDefault="00685F13">
            <w:pPr>
              <w:spacing w:after="0" w:line="240" w:lineRule="auto"/>
              <w:jc w:val="center"/>
              <w:rPr>
                <w:color w:val="FFFFFF" w:themeColor="background1"/>
                <w:sz w:val="28"/>
                <w:szCs w:val="28"/>
              </w:rPr>
            </w:pPr>
            <w:r w:rsidRPr="0097413C">
              <w:rPr>
                <w:b/>
                <w:color w:val="FFFFFF" w:themeColor="background1"/>
                <w:sz w:val="28"/>
                <w:szCs w:val="28"/>
              </w:rPr>
              <w:t>SUNRISE LOWER SECONDARY SCHOOL</w:t>
            </w:r>
          </w:p>
        </w:tc>
      </w:tr>
      <w:tr w:rsidR="00691366" w:rsidRPr="00691366" w14:paraId="3CFDC887" w14:textId="77777777">
        <w:trPr>
          <w:jc w:val="center"/>
        </w:trPr>
        <w:tc>
          <w:tcPr>
            <w:tcW w:w="10488" w:type="dxa"/>
            <w:tcBorders>
              <w:top w:val="single" w:sz="6" w:space="0" w:color="90C5C2"/>
              <w:left w:val="single" w:sz="6" w:space="0" w:color="90C5C2"/>
              <w:bottom w:val="single" w:sz="6" w:space="0" w:color="90C5C2"/>
              <w:right w:val="single" w:sz="6" w:space="0" w:color="90C5C2"/>
            </w:tcBorders>
            <w:shd w:val="clear" w:color="auto" w:fill="FFF7D6"/>
            <w:tcMar>
              <w:top w:w="60" w:type="dxa"/>
              <w:left w:w="120" w:type="dxa"/>
              <w:bottom w:w="60" w:type="dxa"/>
              <w:right w:w="120" w:type="dxa"/>
            </w:tcMar>
            <w:vAlign w:val="center"/>
          </w:tcPr>
          <w:p w14:paraId="1CFD5049" w14:textId="77777777" w:rsidR="00A312F0" w:rsidRPr="00691366" w:rsidRDefault="00685F13">
            <w:pPr>
              <w:spacing w:after="0" w:line="240" w:lineRule="auto"/>
              <w:jc w:val="center"/>
              <w:rPr>
                <w:color w:val="auto"/>
                <w:sz w:val="28"/>
                <w:szCs w:val="28"/>
              </w:rPr>
            </w:pPr>
            <w:r w:rsidRPr="00691366">
              <w:rPr>
                <w:b/>
                <w:color w:val="auto"/>
                <w:sz w:val="28"/>
                <w:szCs w:val="28"/>
              </w:rPr>
              <w:t>COUNTRYSIDE EXPERIENCE DAY</w:t>
            </w:r>
          </w:p>
        </w:tc>
      </w:tr>
      <w:tr w:rsidR="00691366" w:rsidRPr="00691366" w14:paraId="54887921" w14:textId="77777777">
        <w:trPr>
          <w:jc w:val="center"/>
        </w:trPr>
        <w:tc>
          <w:tcPr>
            <w:tcW w:w="10488" w:type="dxa"/>
            <w:tcBorders>
              <w:top w:val="single" w:sz="6" w:space="0" w:color="90C5C2"/>
              <w:left w:val="single" w:sz="6" w:space="0" w:color="90C5C2"/>
              <w:bottom w:val="single" w:sz="6" w:space="0" w:color="90C5C2"/>
              <w:right w:val="single" w:sz="6" w:space="0" w:color="90C5C2"/>
            </w:tcBorders>
            <w:tcMar>
              <w:top w:w="60" w:type="dxa"/>
              <w:left w:w="120" w:type="dxa"/>
              <w:bottom w:w="60" w:type="dxa"/>
              <w:right w:w="120" w:type="dxa"/>
            </w:tcMar>
            <w:vAlign w:val="center"/>
          </w:tcPr>
          <w:p w14:paraId="6F02ABDF" w14:textId="77777777" w:rsidR="00A312F0" w:rsidRPr="00691366" w:rsidRDefault="00685F13">
            <w:pPr>
              <w:spacing w:after="0" w:line="240" w:lineRule="auto"/>
              <w:rPr>
                <w:color w:val="auto"/>
                <w:sz w:val="28"/>
                <w:szCs w:val="28"/>
              </w:rPr>
            </w:pPr>
            <w:r w:rsidRPr="00691366">
              <w:rPr>
                <w:color w:val="auto"/>
                <w:sz w:val="28"/>
                <w:szCs w:val="28"/>
              </w:rPr>
              <w:t>Explore Green Field Village and learn about rural life.</w:t>
            </w:r>
          </w:p>
        </w:tc>
      </w:tr>
      <w:tr w:rsidR="00691366" w:rsidRPr="00691366" w14:paraId="7E693DDA" w14:textId="77777777">
        <w:trPr>
          <w:jc w:val="center"/>
        </w:trPr>
        <w:tc>
          <w:tcPr>
            <w:tcW w:w="10488" w:type="dxa"/>
            <w:tcBorders>
              <w:top w:val="single" w:sz="6" w:space="0" w:color="90C5C2"/>
              <w:left w:val="single" w:sz="6" w:space="0" w:color="90C5C2"/>
              <w:bottom w:val="single" w:sz="6" w:space="0" w:color="90C5C2"/>
              <w:right w:val="single" w:sz="6" w:space="0" w:color="90C5C2"/>
            </w:tcBorders>
            <w:tcMar>
              <w:top w:w="60" w:type="dxa"/>
              <w:left w:w="120" w:type="dxa"/>
              <w:bottom w:w="60" w:type="dxa"/>
              <w:right w:w="120" w:type="dxa"/>
            </w:tcMar>
            <w:vAlign w:val="center"/>
          </w:tcPr>
          <w:p w14:paraId="129BCF37" w14:textId="77777777" w:rsidR="00A312F0" w:rsidRPr="00691366" w:rsidRDefault="00685F13">
            <w:pPr>
              <w:spacing w:after="0" w:line="240" w:lineRule="auto"/>
              <w:rPr>
                <w:color w:val="auto"/>
                <w:sz w:val="28"/>
                <w:szCs w:val="28"/>
              </w:rPr>
            </w:pPr>
            <w:r w:rsidRPr="00691366">
              <w:rPr>
                <w:color w:val="auto"/>
                <w:sz w:val="28"/>
                <w:szCs w:val="28"/>
              </w:rPr>
              <w:lastRenderedPageBreak/>
              <w:t>Activities: ploughing demonstration, feeding farm animals, drying rice, and village games</w:t>
            </w:r>
          </w:p>
        </w:tc>
      </w:tr>
      <w:tr w:rsidR="00691366" w:rsidRPr="00691366" w14:paraId="39D5C6BF" w14:textId="77777777">
        <w:trPr>
          <w:jc w:val="center"/>
        </w:trPr>
        <w:tc>
          <w:tcPr>
            <w:tcW w:w="10488" w:type="dxa"/>
            <w:tcBorders>
              <w:top w:val="single" w:sz="6" w:space="0" w:color="90C5C2"/>
              <w:left w:val="single" w:sz="6" w:space="0" w:color="90C5C2"/>
              <w:bottom w:val="single" w:sz="6" w:space="0" w:color="90C5C2"/>
              <w:right w:val="single" w:sz="6" w:space="0" w:color="90C5C2"/>
            </w:tcBorders>
            <w:tcMar>
              <w:top w:w="60" w:type="dxa"/>
              <w:left w:w="120" w:type="dxa"/>
              <w:bottom w:w="60" w:type="dxa"/>
              <w:right w:w="120" w:type="dxa"/>
            </w:tcMar>
            <w:vAlign w:val="center"/>
          </w:tcPr>
          <w:p w14:paraId="2676E256" w14:textId="77777777" w:rsidR="00A312F0" w:rsidRPr="00691366" w:rsidRDefault="00685F13">
            <w:pPr>
              <w:spacing w:after="0" w:line="240" w:lineRule="auto"/>
              <w:rPr>
                <w:color w:val="auto"/>
                <w:sz w:val="28"/>
                <w:szCs w:val="28"/>
              </w:rPr>
            </w:pPr>
            <w:r w:rsidRPr="00691366">
              <w:rPr>
                <w:color w:val="auto"/>
                <w:sz w:val="28"/>
                <w:szCs w:val="28"/>
              </w:rPr>
              <w:t>Time: 7:30 a.m. - 3:30 p.m., Saturday 12 October</w:t>
            </w:r>
          </w:p>
        </w:tc>
      </w:tr>
      <w:tr w:rsidR="00691366" w:rsidRPr="00691366" w14:paraId="1839C133" w14:textId="77777777">
        <w:trPr>
          <w:jc w:val="center"/>
        </w:trPr>
        <w:tc>
          <w:tcPr>
            <w:tcW w:w="10488" w:type="dxa"/>
            <w:tcBorders>
              <w:top w:val="single" w:sz="6" w:space="0" w:color="90C5C2"/>
              <w:left w:val="single" w:sz="6" w:space="0" w:color="90C5C2"/>
              <w:bottom w:val="single" w:sz="6" w:space="0" w:color="90C5C2"/>
              <w:right w:val="single" w:sz="6" w:space="0" w:color="90C5C2"/>
            </w:tcBorders>
            <w:tcMar>
              <w:top w:w="60" w:type="dxa"/>
              <w:left w:w="120" w:type="dxa"/>
              <w:bottom w:w="60" w:type="dxa"/>
              <w:right w:w="120" w:type="dxa"/>
            </w:tcMar>
            <w:vAlign w:val="center"/>
          </w:tcPr>
          <w:p w14:paraId="59366E7E" w14:textId="77777777" w:rsidR="00A312F0" w:rsidRPr="00691366" w:rsidRDefault="00685F13">
            <w:pPr>
              <w:spacing w:after="0" w:line="240" w:lineRule="auto"/>
              <w:rPr>
                <w:color w:val="auto"/>
                <w:sz w:val="28"/>
                <w:szCs w:val="28"/>
              </w:rPr>
            </w:pPr>
            <w:r w:rsidRPr="00691366">
              <w:rPr>
                <w:color w:val="auto"/>
                <w:sz w:val="28"/>
                <w:szCs w:val="28"/>
              </w:rPr>
              <w:t>Meeting point: School gate | Bring: a hat, water, and comfortable shoes</w:t>
            </w:r>
          </w:p>
        </w:tc>
      </w:tr>
      <w:tr w:rsidR="00691366" w:rsidRPr="00691366" w14:paraId="219AF367" w14:textId="77777777">
        <w:trPr>
          <w:jc w:val="center"/>
        </w:trPr>
        <w:tc>
          <w:tcPr>
            <w:tcW w:w="10488" w:type="dxa"/>
            <w:tcBorders>
              <w:top w:val="single" w:sz="6" w:space="0" w:color="90C5C2"/>
              <w:left w:val="single" w:sz="6" w:space="0" w:color="90C5C2"/>
              <w:bottom w:val="single" w:sz="6" w:space="0" w:color="90C5C2"/>
              <w:right w:val="single" w:sz="6" w:space="0" w:color="90C5C2"/>
            </w:tcBorders>
            <w:tcMar>
              <w:top w:w="60" w:type="dxa"/>
              <w:left w:w="120" w:type="dxa"/>
              <w:bottom w:w="60" w:type="dxa"/>
              <w:right w:w="120" w:type="dxa"/>
            </w:tcMar>
            <w:vAlign w:val="center"/>
          </w:tcPr>
          <w:p w14:paraId="7AB58ACE" w14:textId="77777777" w:rsidR="00A312F0" w:rsidRPr="00691366" w:rsidRDefault="00685F13">
            <w:pPr>
              <w:spacing w:after="0" w:line="240" w:lineRule="auto"/>
              <w:rPr>
                <w:color w:val="auto"/>
                <w:sz w:val="28"/>
                <w:szCs w:val="28"/>
              </w:rPr>
            </w:pPr>
            <w:r w:rsidRPr="00691366">
              <w:rPr>
                <w:color w:val="auto"/>
                <w:sz w:val="28"/>
                <w:szCs w:val="28"/>
              </w:rPr>
              <w:t xml:space="preserve">Register with </w:t>
            </w:r>
            <w:proofErr w:type="spellStart"/>
            <w:r w:rsidRPr="00691366">
              <w:rPr>
                <w:color w:val="auto"/>
                <w:sz w:val="28"/>
                <w:szCs w:val="28"/>
              </w:rPr>
              <w:t>Ms</w:t>
            </w:r>
            <w:proofErr w:type="spellEnd"/>
            <w:r w:rsidRPr="00691366">
              <w:rPr>
                <w:color w:val="auto"/>
                <w:sz w:val="28"/>
                <w:szCs w:val="28"/>
              </w:rPr>
              <w:t xml:space="preserve"> </w:t>
            </w:r>
            <w:proofErr w:type="spellStart"/>
            <w:r w:rsidRPr="00691366">
              <w:rPr>
                <w:color w:val="auto"/>
                <w:sz w:val="28"/>
                <w:szCs w:val="28"/>
              </w:rPr>
              <w:t>Hoa</w:t>
            </w:r>
            <w:proofErr w:type="spellEnd"/>
            <w:r w:rsidRPr="00691366">
              <w:rPr>
                <w:color w:val="auto"/>
                <w:sz w:val="28"/>
                <w:szCs w:val="28"/>
              </w:rPr>
              <w:t xml:space="preserve"> by Wednesday.</w:t>
            </w:r>
          </w:p>
        </w:tc>
      </w:tr>
    </w:tbl>
    <w:p w14:paraId="3AB6577F" w14:textId="77777777" w:rsidR="00A312F0" w:rsidRPr="00691366" w:rsidRDefault="00685F13">
      <w:pPr>
        <w:keepLines/>
        <w:spacing w:after="20" w:line="240" w:lineRule="auto"/>
        <w:rPr>
          <w:color w:val="auto"/>
          <w:sz w:val="28"/>
          <w:szCs w:val="28"/>
        </w:rPr>
      </w:pPr>
      <w:r w:rsidRPr="00691366">
        <w:rPr>
          <w:b/>
          <w:color w:val="auto"/>
          <w:sz w:val="28"/>
          <w:szCs w:val="28"/>
        </w:rPr>
        <w:t>22.</w:t>
      </w:r>
      <w:r w:rsidRPr="00691366">
        <w:rPr>
          <w:color w:val="auto"/>
          <w:sz w:val="28"/>
          <w:szCs w:val="28"/>
        </w:rPr>
        <w:t xml:space="preserve"> What is the main purpose of the notice?</w:t>
      </w:r>
    </w:p>
    <w:tbl>
      <w:tblPr>
        <w:tblW w:w="0" w:type="auto"/>
        <w:jc w:val="center"/>
        <w:tblLayout w:type="fixed"/>
        <w:tblLook w:val="04A0" w:firstRow="1" w:lastRow="0" w:firstColumn="1" w:lastColumn="0" w:noHBand="0" w:noVBand="1"/>
      </w:tblPr>
      <w:tblGrid>
        <w:gridCol w:w="5244"/>
        <w:gridCol w:w="5244"/>
      </w:tblGrid>
      <w:tr w:rsidR="00691366" w:rsidRPr="00691366" w14:paraId="1B5889AA"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004775C9" w14:textId="77777777" w:rsidR="00A312F0" w:rsidRPr="00691366" w:rsidRDefault="00685F13">
            <w:pPr>
              <w:spacing w:after="0" w:line="240" w:lineRule="auto"/>
              <w:rPr>
                <w:color w:val="auto"/>
                <w:sz w:val="28"/>
                <w:szCs w:val="28"/>
              </w:rPr>
            </w:pPr>
            <w:r w:rsidRPr="00691366">
              <w:rPr>
                <w:color w:val="auto"/>
                <w:sz w:val="28"/>
                <w:szCs w:val="28"/>
              </w:rPr>
              <w:t>A. To announce a city sports competition</w:t>
            </w:r>
          </w:p>
        </w:tc>
        <w:tc>
          <w:tcPr>
            <w:tcW w:w="5244" w:type="dxa"/>
            <w:tcBorders>
              <w:top w:val="nil"/>
              <w:left w:val="nil"/>
              <w:bottom w:val="nil"/>
              <w:right w:val="nil"/>
            </w:tcBorders>
            <w:tcMar>
              <w:top w:w="10" w:type="dxa"/>
              <w:left w:w="50" w:type="dxa"/>
              <w:bottom w:w="15" w:type="dxa"/>
              <w:right w:w="70" w:type="dxa"/>
            </w:tcMar>
          </w:tcPr>
          <w:p w14:paraId="507E60E8" w14:textId="77777777" w:rsidR="00A312F0" w:rsidRPr="00691366" w:rsidRDefault="00685F13">
            <w:pPr>
              <w:spacing w:after="0" w:line="240" w:lineRule="auto"/>
              <w:rPr>
                <w:color w:val="auto"/>
                <w:sz w:val="28"/>
                <w:szCs w:val="28"/>
              </w:rPr>
            </w:pPr>
            <w:r w:rsidRPr="00691366">
              <w:rPr>
                <w:color w:val="auto"/>
                <w:sz w:val="28"/>
                <w:szCs w:val="28"/>
              </w:rPr>
              <w:t>B. To invite students to a countryside experience day</w:t>
            </w:r>
          </w:p>
        </w:tc>
      </w:tr>
      <w:tr w:rsidR="00691366" w:rsidRPr="00691366" w14:paraId="19B49471"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2EA5F768" w14:textId="77777777" w:rsidR="00A312F0" w:rsidRPr="00691366" w:rsidRDefault="00685F13">
            <w:pPr>
              <w:spacing w:after="0" w:line="240" w:lineRule="auto"/>
              <w:rPr>
                <w:color w:val="auto"/>
                <w:sz w:val="28"/>
                <w:szCs w:val="28"/>
              </w:rPr>
            </w:pPr>
            <w:r w:rsidRPr="00691366">
              <w:rPr>
                <w:color w:val="auto"/>
                <w:sz w:val="28"/>
                <w:szCs w:val="28"/>
              </w:rPr>
              <w:t>C. To recruit students for an English club</w:t>
            </w:r>
          </w:p>
        </w:tc>
        <w:tc>
          <w:tcPr>
            <w:tcW w:w="5244" w:type="dxa"/>
            <w:tcBorders>
              <w:top w:val="nil"/>
              <w:left w:val="nil"/>
              <w:bottom w:val="nil"/>
              <w:right w:val="nil"/>
            </w:tcBorders>
            <w:tcMar>
              <w:top w:w="10" w:type="dxa"/>
              <w:left w:w="50" w:type="dxa"/>
              <w:bottom w:w="15" w:type="dxa"/>
              <w:right w:w="70" w:type="dxa"/>
            </w:tcMar>
          </w:tcPr>
          <w:p w14:paraId="3011108C" w14:textId="77777777" w:rsidR="00A312F0" w:rsidRPr="00691366" w:rsidRDefault="00685F13">
            <w:pPr>
              <w:spacing w:after="0" w:line="240" w:lineRule="auto"/>
              <w:rPr>
                <w:color w:val="auto"/>
                <w:sz w:val="28"/>
                <w:szCs w:val="28"/>
              </w:rPr>
            </w:pPr>
            <w:r w:rsidRPr="00691366">
              <w:rPr>
                <w:color w:val="auto"/>
                <w:sz w:val="28"/>
                <w:szCs w:val="28"/>
              </w:rPr>
              <w:t>D. To advertise a farm for sale</w:t>
            </w:r>
          </w:p>
        </w:tc>
      </w:tr>
    </w:tbl>
    <w:p w14:paraId="3FAF74C3" w14:textId="77777777" w:rsidR="00A312F0" w:rsidRPr="00691366" w:rsidRDefault="00685F13">
      <w:pPr>
        <w:keepLines/>
        <w:spacing w:after="20" w:line="240" w:lineRule="auto"/>
        <w:rPr>
          <w:color w:val="auto"/>
          <w:sz w:val="28"/>
          <w:szCs w:val="28"/>
        </w:rPr>
      </w:pPr>
      <w:r w:rsidRPr="00691366">
        <w:rPr>
          <w:b/>
          <w:color w:val="auto"/>
          <w:sz w:val="28"/>
          <w:szCs w:val="28"/>
        </w:rPr>
        <w:t>23.</w:t>
      </w:r>
      <w:r w:rsidRPr="00691366">
        <w:rPr>
          <w:color w:val="auto"/>
          <w:sz w:val="28"/>
          <w:szCs w:val="28"/>
        </w:rPr>
        <w:t xml:space="preserve"> What must students do before taking part?</w:t>
      </w:r>
    </w:p>
    <w:tbl>
      <w:tblPr>
        <w:tblW w:w="0" w:type="auto"/>
        <w:jc w:val="center"/>
        <w:tblLayout w:type="fixed"/>
        <w:tblLook w:val="04A0" w:firstRow="1" w:lastRow="0" w:firstColumn="1" w:lastColumn="0" w:noHBand="0" w:noVBand="1"/>
      </w:tblPr>
      <w:tblGrid>
        <w:gridCol w:w="50"/>
        <w:gridCol w:w="5194"/>
        <w:gridCol w:w="5244"/>
        <w:gridCol w:w="50"/>
      </w:tblGrid>
      <w:tr w:rsidR="00691366" w:rsidRPr="00691366" w14:paraId="4F394F18" w14:textId="77777777" w:rsidTr="00533313">
        <w:trPr>
          <w:gridBefore w:val="1"/>
          <w:wBefore w:w="50" w:type="dxa"/>
          <w:cantSplit/>
          <w:jc w:val="center"/>
        </w:trPr>
        <w:tc>
          <w:tcPr>
            <w:tcW w:w="10488" w:type="dxa"/>
            <w:gridSpan w:val="3"/>
            <w:tcBorders>
              <w:top w:val="nil"/>
              <w:left w:val="nil"/>
              <w:bottom w:val="nil"/>
              <w:right w:val="nil"/>
            </w:tcBorders>
            <w:tcMar>
              <w:top w:w="10" w:type="dxa"/>
              <w:left w:w="50" w:type="dxa"/>
              <w:bottom w:w="15" w:type="dxa"/>
              <w:right w:w="70" w:type="dxa"/>
            </w:tcMar>
          </w:tcPr>
          <w:p w14:paraId="491F4225" w14:textId="77777777" w:rsidR="00A312F0" w:rsidRPr="00691366" w:rsidRDefault="00685F13">
            <w:pPr>
              <w:spacing w:after="0" w:line="240" w:lineRule="auto"/>
              <w:rPr>
                <w:color w:val="auto"/>
                <w:sz w:val="28"/>
                <w:szCs w:val="28"/>
              </w:rPr>
            </w:pPr>
            <w:r w:rsidRPr="00691366">
              <w:rPr>
                <w:color w:val="auto"/>
                <w:sz w:val="28"/>
                <w:szCs w:val="28"/>
              </w:rPr>
              <w:t>A. Pay an entrance fee</w:t>
            </w:r>
          </w:p>
        </w:tc>
      </w:tr>
      <w:tr w:rsidR="00691366" w:rsidRPr="00691366" w14:paraId="58872C05" w14:textId="77777777" w:rsidTr="00533313">
        <w:trPr>
          <w:gridBefore w:val="1"/>
          <w:wBefore w:w="50" w:type="dxa"/>
          <w:cantSplit/>
          <w:jc w:val="center"/>
        </w:trPr>
        <w:tc>
          <w:tcPr>
            <w:tcW w:w="10488" w:type="dxa"/>
            <w:gridSpan w:val="3"/>
            <w:tcBorders>
              <w:top w:val="nil"/>
              <w:left w:val="nil"/>
              <w:bottom w:val="nil"/>
              <w:right w:val="nil"/>
            </w:tcBorders>
            <w:tcMar>
              <w:top w:w="10" w:type="dxa"/>
              <w:left w:w="50" w:type="dxa"/>
              <w:bottom w:w="15" w:type="dxa"/>
              <w:right w:w="70" w:type="dxa"/>
            </w:tcMar>
          </w:tcPr>
          <w:p w14:paraId="649C3AC3" w14:textId="77777777" w:rsidR="00A312F0" w:rsidRPr="00691366" w:rsidRDefault="00685F13">
            <w:pPr>
              <w:spacing w:after="0" w:line="240" w:lineRule="auto"/>
              <w:rPr>
                <w:color w:val="auto"/>
                <w:sz w:val="28"/>
                <w:szCs w:val="28"/>
              </w:rPr>
            </w:pPr>
            <w:r w:rsidRPr="00691366">
              <w:rPr>
                <w:color w:val="auto"/>
                <w:sz w:val="28"/>
                <w:szCs w:val="28"/>
              </w:rPr>
              <w:t>B. Bring farm animals to school</w:t>
            </w:r>
          </w:p>
        </w:tc>
      </w:tr>
      <w:tr w:rsidR="00691366" w:rsidRPr="00691366" w14:paraId="18CB58C7" w14:textId="77777777" w:rsidTr="00533313">
        <w:trPr>
          <w:gridBefore w:val="1"/>
          <w:wBefore w:w="50" w:type="dxa"/>
          <w:cantSplit/>
          <w:jc w:val="center"/>
        </w:trPr>
        <w:tc>
          <w:tcPr>
            <w:tcW w:w="10488" w:type="dxa"/>
            <w:gridSpan w:val="3"/>
            <w:tcBorders>
              <w:top w:val="nil"/>
              <w:left w:val="nil"/>
              <w:bottom w:val="nil"/>
              <w:right w:val="nil"/>
            </w:tcBorders>
            <w:tcMar>
              <w:top w:w="10" w:type="dxa"/>
              <w:left w:w="50" w:type="dxa"/>
              <w:bottom w:w="15" w:type="dxa"/>
              <w:right w:w="70" w:type="dxa"/>
            </w:tcMar>
          </w:tcPr>
          <w:p w14:paraId="54B0AC35" w14:textId="77777777" w:rsidR="00A312F0" w:rsidRPr="00691366" w:rsidRDefault="00685F13">
            <w:pPr>
              <w:spacing w:after="0" w:line="240" w:lineRule="auto"/>
              <w:rPr>
                <w:color w:val="auto"/>
                <w:sz w:val="28"/>
                <w:szCs w:val="28"/>
              </w:rPr>
            </w:pPr>
            <w:r w:rsidRPr="00691366">
              <w:rPr>
                <w:color w:val="auto"/>
                <w:sz w:val="28"/>
                <w:szCs w:val="28"/>
              </w:rPr>
              <w:t>C. Meet at the village at 6 a.m.</w:t>
            </w:r>
          </w:p>
        </w:tc>
      </w:tr>
      <w:tr w:rsidR="00691366" w:rsidRPr="00691366" w14:paraId="0CBDB4EB" w14:textId="77777777" w:rsidTr="00533313">
        <w:trPr>
          <w:gridBefore w:val="1"/>
          <w:wBefore w:w="50" w:type="dxa"/>
          <w:cantSplit/>
          <w:jc w:val="center"/>
        </w:trPr>
        <w:tc>
          <w:tcPr>
            <w:tcW w:w="10488" w:type="dxa"/>
            <w:gridSpan w:val="3"/>
            <w:tcBorders>
              <w:top w:val="nil"/>
              <w:left w:val="nil"/>
              <w:bottom w:val="nil"/>
              <w:right w:val="nil"/>
            </w:tcBorders>
            <w:tcMar>
              <w:top w:w="10" w:type="dxa"/>
              <w:left w:w="50" w:type="dxa"/>
              <w:bottom w:w="15" w:type="dxa"/>
              <w:right w:w="70" w:type="dxa"/>
            </w:tcMar>
          </w:tcPr>
          <w:p w14:paraId="4C1996DF" w14:textId="77777777" w:rsidR="00A312F0" w:rsidRPr="00691366" w:rsidRDefault="00685F13">
            <w:pPr>
              <w:spacing w:after="0" w:line="240" w:lineRule="auto"/>
              <w:rPr>
                <w:color w:val="auto"/>
                <w:sz w:val="28"/>
                <w:szCs w:val="28"/>
              </w:rPr>
            </w:pPr>
            <w:r w:rsidRPr="00691366">
              <w:rPr>
                <w:color w:val="auto"/>
                <w:sz w:val="28"/>
                <w:szCs w:val="28"/>
              </w:rPr>
              <w:t xml:space="preserve">D. Register with </w:t>
            </w:r>
            <w:proofErr w:type="spellStart"/>
            <w:r w:rsidRPr="00691366">
              <w:rPr>
                <w:color w:val="auto"/>
                <w:sz w:val="28"/>
                <w:szCs w:val="28"/>
              </w:rPr>
              <w:t>Ms</w:t>
            </w:r>
            <w:proofErr w:type="spellEnd"/>
            <w:r w:rsidRPr="00691366">
              <w:rPr>
                <w:color w:val="auto"/>
                <w:sz w:val="28"/>
                <w:szCs w:val="28"/>
              </w:rPr>
              <w:t xml:space="preserve"> </w:t>
            </w:r>
            <w:proofErr w:type="spellStart"/>
            <w:r w:rsidRPr="00691366">
              <w:rPr>
                <w:color w:val="auto"/>
                <w:sz w:val="28"/>
                <w:szCs w:val="28"/>
              </w:rPr>
              <w:t>Hoa</w:t>
            </w:r>
            <w:proofErr w:type="spellEnd"/>
            <w:r w:rsidRPr="00691366">
              <w:rPr>
                <w:color w:val="auto"/>
                <w:sz w:val="28"/>
                <w:szCs w:val="28"/>
              </w:rPr>
              <w:t xml:space="preserve"> by Wednesday</w:t>
            </w:r>
          </w:p>
        </w:tc>
      </w:tr>
      <w:tr w:rsidR="00691366" w:rsidRPr="00691366" w14:paraId="48099E31" w14:textId="77777777" w:rsidTr="00533313">
        <w:trPr>
          <w:gridAfter w:val="1"/>
          <w:wAfter w:w="50" w:type="dxa"/>
          <w:jc w:val="center"/>
        </w:trPr>
        <w:tc>
          <w:tcPr>
            <w:tcW w:w="5244" w:type="dxa"/>
            <w:gridSpan w:val="2"/>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732A8C5F" w14:textId="77777777" w:rsidR="00A312F0" w:rsidRPr="00691366" w:rsidRDefault="00685F13">
            <w:pPr>
              <w:jc w:val="center"/>
              <w:rPr>
                <w:color w:val="auto"/>
                <w:sz w:val="28"/>
                <w:szCs w:val="28"/>
              </w:rPr>
            </w:pPr>
            <w:r w:rsidRPr="00533313">
              <w:rPr>
                <w:b/>
                <w:color w:val="FFFFFF" w:themeColor="background1"/>
                <w:sz w:val="28"/>
                <w:szCs w:val="28"/>
              </w:rPr>
              <w:t>PART V</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42581425" w14:textId="77777777" w:rsidR="00A312F0" w:rsidRPr="00691366" w:rsidRDefault="00685F13">
            <w:pPr>
              <w:keepNext/>
              <w:rPr>
                <w:color w:val="auto"/>
                <w:sz w:val="28"/>
                <w:szCs w:val="28"/>
              </w:rPr>
            </w:pPr>
            <w:proofErr w:type="gramStart"/>
            <w:r w:rsidRPr="00691366">
              <w:rPr>
                <w:b/>
                <w:color w:val="auto"/>
                <w:sz w:val="28"/>
                <w:szCs w:val="28"/>
              </w:rPr>
              <w:t>READING  (</w:t>
            </w:r>
            <w:proofErr w:type="gramEnd"/>
            <w:r w:rsidRPr="00691366">
              <w:rPr>
                <w:b/>
                <w:color w:val="auto"/>
                <w:sz w:val="28"/>
                <w:szCs w:val="28"/>
              </w:rPr>
              <w:t>2.25 pts)</w:t>
            </w:r>
          </w:p>
        </w:tc>
      </w:tr>
    </w:tbl>
    <w:p w14:paraId="7B676695" w14:textId="77777777" w:rsidR="00A312F0" w:rsidRPr="00691366" w:rsidRDefault="00685F13">
      <w:pPr>
        <w:keepNext/>
        <w:spacing w:before="20" w:line="240" w:lineRule="auto"/>
        <w:rPr>
          <w:color w:val="auto"/>
          <w:sz w:val="28"/>
          <w:szCs w:val="28"/>
        </w:rPr>
      </w:pPr>
      <w:r w:rsidRPr="00691366">
        <w:rPr>
          <w:b/>
          <w:color w:val="auto"/>
          <w:sz w:val="28"/>
          <w:szCs w:val="28"/>
        </w:rPr>
        <w:t>Task 1. Read the announcement and choose the correct option A, B, C, or D for each blank.</w:t>
      </w:r>
    </w:p>
    <w:tbl>
      <w:tblPr>
        <w:tblW w:w="0" w:type="auto"/>
        <w:jc w:val="center"/>
        <w:tblLayout w:type="fixed"/>
        <w:tblLook w:val="04A0" w:firstRow="1" w:lastRow="0" w:firstColumn="1" w:lastColumn="0" w:noHBand="0" w:noVBand="1"/>
      </w:tblPr>
      <w:tblGrid>
        <w:gridCol w:w="70"/>
        <w:gridCol w:w="2622"/>
        <w:gridCol w:w="2622"/>
        <w:gridCol w:w="2622"/>
        <w:gridCol w:w="2552"/>
        <w:gridCol w:w="70"/>
      </w:tblGrid>
      <w:tr w:rsidR="00691366" w:rsidRPr="00691366" w14:paraId="0B56F7DF" w14:textId="77777777">
        <w:trPr>
          <w:gridAfter w:val="1"/>
          <w:wAfter w:w="70" w:type="dxa"/>
          <w:jc w:val="center"/>
        </w:trPr>
        <w:tc>
          <w:tcPr>
            <w:tcW w:w="10488" w:type="dxa"/>
            <w:gridSpan w:val="5"/>
            <w:tcBorders>
              <w:top w:val="single" w:sz="6" w:space="0" w:color="A5CFCB"/>
              <w:left w:val="single" w:sz="6" w:space="0" w:color="A5CFCB"/>
              <w:bottom w:val="single" w:sz="6" w:space="0" w:color="A5CFCB"/>
              <w:right w:val="single" w:sz="6" w:space="0" w:color="A5CFCB"/>
            </w:tcBorders>
            <w:shd w:val="clear" w:color="auto" w:fill="FFF7D6"/>
            <w:tcMar>
              <w:top w:w="65" w:type="dxa"/>
              <w:left w:w="120" w:type="dxa"/>
              <w:bottom w:w="65" w:type="dxa"/>
              <w:right w:w="120" w:type="dxa"/>
            </w:tcMar>
          </w:tcPr>
          <w:p w14:paraId="48D76BFF" w14:textId="77777777" w:rsidR="00A312F0" w:rsidRPr="00691366" w:rsidRDefault="00685F13">
            <w:pPr>
              <w:spacing w:after="0" w:line="240" w:lineRule="auto"/>
              <w:jc w:val="center"/>
              <w:rPr>
                <w:color w:val="auto"/>
                <w:sz w:val="28"/>
                <w:szCs w:val="28"/>
              </w:rPr>
            </w:pPr>
            <w:r w:rsidRPr="00691366">
              <w:rPr>
                <w:b/>
                <w:color w:val="auto"/>
                <w:sz w:val="28"/>
                <w:szCs w:val="28"/>
              </w:rPr>
              <w:t>VILLAGE HARVEST DAY</w:t>
            </w:r>
          </w:p>
        </w:tc>
      </w:tr>
      <w:tr w:rsidR="00691366" w:rsidRPr="00691366" w14:paraId="38B7F96B" w14:textId="77777777">
        <w:trPr>
          <w:gridAfter w:val="1"/>
          <w:wAfter w:w="70" w:type="dxa"/>
          <w:jc w:val="center"/>
        </w:trPr>
        <w:tc>
          <w:tcPr>
            <w:tcW w:w="10488" w:type="dxa"/>
            <w:gridSpan w:val="5"/>
            <w:tcBorders>
              <w:top w:val="single" w:sz="6" w:space="0" w:color="A5CFCB"/>
              <w:left w:val="single" w:sz="6" w:space="0" w:color="A5CFCB"/>
              <w:bottom w:val="single" w:sz="6" w:space="0" w:color="A5CFCB"/>
              <w:right w:val="single" w:sz="6" w:space="0" w:color="A5CFCB"/>
            </w:tcBorders>
            <w:tcMar>
              <w:top w:w="65" w:type="dxa"/>
              <w:left w:w="120" w:type="dxa"/>
              <w:bottom w:w="65" w:type="dxa"/>
              <w:right w:w="120" w:type="dxa"/>
            </w:tcMar>
          </w:tcPr>
          <w:p w14:paraId="226FDE83" w14:textId="77777777" w:rsidR="00A312F0" w:rsidRPr="00691366" w:rsidRDefault="00685F13">
            <w:pPr>
              <w:spacing w:after="0" w:line="240" w:lineRule="auto"/>
              <w:jc w:val="center"/>
              <w:rPr>
                <w:color w:val="auto"/>
                <w:sz w:val="28"/>
                <w:szCs w:val="28"/>
              </w:rPr>
            </w:pPr>
            <w:r w:rsidRPr="00691366">
              <w:rPr>
                <w:color w:val="auto"/>
                <w:sz w:val="28"/>
                <w:szCs w:val="28"/>
              </w:rPr>
              <w:t>Our class will visit Green Field Village during harvest time.</w:t>
            </w:r>
          </w:p>
        </w:tc>
      </w:tr>
      <w:tr w:rsidR="00691366" w:rsidRPr="00691366" w14:paraId="5F4620A0" w14:textId="77777777">
        <w:trPr>
          <w:gridAfter w:val="1"/>
          <w:wAfter w:w="70" w:type="dxa"/>
          <w:jc w:val="center"/>
        </w:trPr>
        <w:tc>
          <w:tcPr>
            <w:tcW w:w="10488" w:type="dxa"/>
            <w:gridSpan w:val="5"/>
            <w:tcBorders>
              <w:top w:val="single" w:sz="6" w:space="0" w:color="A5CFCB"/>
              <w:left w:val="single" w:sz="6" w:space="0" w:color="A5CFCB"/>
              <w:bottom w:val="single" w:sz="6" w:space="0" w:color="A5CFCB"/>
              <w:right w:val="single" w:sz="6" w:space="0" w:color="A5CFCB"/>
            </w:tcBorders>
            <w:tcMar>
              <w:top w:w="65" w:type="dxa"/>
              <w:left w:w="120" w:type="dxa"/>
              <w:bottom w:w="65" w:type="dxa"/>
              <w:right w:w="120" w:type="dxa"/>
            </w:tcMar>
          </w:tcPr>
          <w:p w14:paraId="04E84FB2" w14:textId="77777777" w:rsidR="00A312F0" w:rsidRPr="00691366" w:rsidRDefault="00685F13">
            <w:pPr>
              <w:spacing w:after="0" w:line="240" w:lineRule="auto"/>
              <w:rPr>
                <w:color w:val="auto"/>
                <w:sz w:val="28"/>
                <w:szCs w:val="28"/>
              </w:rPr>
            </w:pPr>
            <w:r w:rsidRPr="00691366">
              <w:rPr>
                <w:color w:val="auto"/>
                <w:sz w:val="28"/>
                <w:szCs w:val="28"/>
              </w:rPr>
              <w:t>We will watch farmers (24) ________ rice and use a combine harvester.</w:t>
            </w:r>
          </w:p>
        </w:tc>
      </w:tr>
      <w:tr w:rsidR="00691366" w:rsidRPr="00691366" w14:paraId="65599C75" w14:textId="77777777">
        <w:trPr>
          <w:gridAfter w:val="1"/>
          <w:wAfter w:w="70" w:type="dxa"/>
          <w:jc w:val="center"/>
        </w:trPr>
        <w:tc>
          <w:tcPr>
            <w:tcW w:w="10488" w:type="dxa"/>
            <w:gridSpan w:val="5"/>
            <w:tcBorders>
              <w:top w:val="single" w:sz="6" w:space="0" w:color="A5CFCB"/>
              <w:left w:val="single" w:sz="6" w:space="0" w:color="A5CFCB"/>
              <w:bottom w:val="single" w:sz="6" w:space="0" w:color="A5CFCB"/>
              <w:right w:val="single" w:sz="6" w:space="0" w:color="A5CFCB"/>
            </w:tcBorders>
            <w:tcMar>
              <w:top w:w="65" w:type="dxa"/>
              <w:left w:w="120" w:type="dxa"/>
              <w:bottom w:w="65" w:type="dxa"/>
              <w:right w:w="120" w:type="dxa"/>
            </w:tcMar>
          </w:tcPr>
          <w:p w14:paraId="205E8679" w14:textId="77777777" w:rsidR="00A312F0" w:rsidRPr="00691366" w:rsidRDefault="00685F13">
            <w:pPr>
              <w:spacing w:after="0" w:line="240" w:lineRule="auto"/>
              <w:rPr>
                <w:color w:val="auto"/>
                <w:sz w:val="28"/>
                <w:szCs w:val="28"/>
              </w:rPr>
            </w:pPr>
            <w:r w:rsidRPr="00691366">
              <w:rPr>
                <w:color w:val="auto"/>
                <w:sz w:val="28"/>
                <w:szCs w:val="28"/>
              </w:rPr>
              <w:t>Students can also learn how to (25) ________ rice and feed farm animals.</w:t>
            </w:r>
          </w:p>
        </w:tc>
      </w:tr>
      <w:tr w:rsidR="00691366" w:rsidRPr="00691366" w14:paraId="19D4D983" w14:textId="77777777">
        <w:trPr>
          <w:gridAfter w:val="1"/>
          <w:wAfter w:w="70" w:type="dxa"/>
          <w:jc w:val="center"/>
        </w:trPr>
        <w:tc>
          <w:tcPr>
            <w:tcW w:w="10488" w:type="dxa"/>
            <w:gridSpan w:val="5"/>
            <w:tcBorders>
              <w:top w:val="single" w:sz="6" w:space="0" w:color="A5CFCB"/>
              <w:left w:val="single" w:sz="6" w:space="0" w:color="A5CFCB"/>
              <w:bottom w:val="single" w:sz="6" w:space="0" w:color="A5CFCB"/>
              <w:right w:val="single" w:sz="6" w:space="0" w:color="A5CFCB"/>
            </w:tcBorders>
            <w:tcMar>
              <w:top w:w="65" w:type="dxa"/>
              <w:left w:w="120" w:type="dxa"/>
              <w:bottom w:w="65" w:type="dxa"/>
              <w:right w:w="120" w:type="dxa"/>
            </w:tcMar>
          </w:tcPr>
          <w:p w14:paraId="39D41FCD" w14:textId="77777777" w:rsidR="00A312F0" w:rsidRPr="00691366" w:rsidRDefault="00685F13">
            <w:pPr>
              <w:spacing w:after="0" w:line="240" w:lineRule="auto"/>
              <w:rPr>
                <w:color w:val="auto"/>
                <w:sz w:val="28"/>
                <w:szCs w:val="28"/>
              </w:rPr>
            </w:pPr>
            <w:r w:rsidRPr="00691366">
              <w:rPr>
                <w:color w:val="auto"/>
                <w:sz w:val="28"/>
                <w:szCs w:val="28"/>
              </w:rPr>
              <w:t>Please walk (26) ________ near the machines and listen to the guide.</w:t>
            </w:r>
          </w:p>
        </w:tc>
      </w:tr>
      <w:tr w:rsidR="00691366" w:rsidRPr="00691366" w14:paraId="15834291" w14:textId="77777777">
        <w:trPr>
          <w:gridAfter w:val="1"/>
          <w:wAfter w:w="70" w:type="dxa"/>
          <w:jc w:val="center"/>
        </w:trPr>
        <w:tc>
          <w:tcPr>
            <w:tcW w:w="10488" w:type="dxa"/>
            <w:gridSpan w:val="5"/>
            <w:tcBorders>
              <w:top w:val="single" w:sz="6" w:space="0" w:color="A5CFCB"/>
              <w:left w:val="single" w:sz="6" w:space="0" w:color="A5CFCB"/>
              <w:bottom w:val="single" w:sz="6" w:space="0" w:color="A5CFCB"/>
              <w:right w:val="single" w:sz="6" w:space="0" w:color="A5CFCB"/>
            </w:tcBorders>
            <w:tcMar>
              <w:top w:w="65" w:type="dxa"/>
              <w:left w:w="120" w:type="dxa"/>
              <w:bottom w:w="65" w:type="dxa"/>
              <w:right w:w="120" w:type="dxa"/>
            </w:tcMar>
          </w:tcPr>
          <w:p w14:paraId="15A9287F" w14:textId="77777777" w:rsidR="00A312F0" w:rsidRPr="00691366" w:rsidRDefault="00685F13">
            <w:pPr>
              <w:spacing w:after="0" w:line="240" w:lineRule="auto"/>
              <w:rPr>
                <w:color w:val="auto"/>
                <w:sz w:val="28"/>
                <w:szCs w:val="28"/>
              </w:rPr>
            </w:pPr>
            <w:r w:rsidRPr="00691366">
              <w:rPr>
                <w:color w:val="auto"/>
                <w:sz w:val="28"/>
                <w:szCs w:val="28"/>
              </w:rPr>
              <w:t>The trip will help us understand why countryside people often work (27) ________ than we do.</w:t>
            </w:r>
          </w:p>
        </w:tc>
      </w:tr>
      <w:tr w:rsidR="00691366" w:rsidRPr="00691366" w14:paraId="7836B75C" w14:textId="77777777">
        <w:trPr>
          <w:gridBefore w:val="1"/>
          <w:wBefore w:w="70" w:type="dxa"/>
          <w:cantSplit/>
          <w:jc w:val="center"/>
        </w:trPr>
        <w:tc>
          <w:tcPr>
            <w:tcW w:w="2622" w:type="dxa"/>
            <w:tcBorders>
              <w:top w:val="nil"/>
              <w:left w:val="nil"/>
              <w:bottom w:val="nil"/>
              <w:right w:val="nil"/>
            </w:tcBorders>
            <w:tcMar>
              <w:top w:w="10" w:type="dxa"/>
              <w:left w:w="50" w:type="dxa"/>
              <w:bottom w:w="15" w:type="dxa"/>
              <w:right w:w="70" w:type="dxa"/>
            </w:tcMar>
          </w:tcPr>
          <w:p w14:paraId="36CAD2D4" w14:textId="3380CB11" w:rsidR="00A312F0" w:rsidRPr="00691366" w:rsidRDefault="00685F13">
            <w:pPr>
              <w:spacing w:after="0" w:line="240" w:lineRule="auto"/>
              <w:rPr>
                <w:color w:val="auto"/>
                <w:sz w:val="28"/>
                <w:szCs w:val="28"/>
              </w:rPr>
            </w:pPr>
            <w:r w:rsidRPr="00691366">
              <w:rPr>
                <w:b/>
                <w:color w:val="auto"/>
                <w:sz w:val="28"/>
                <w:szCs w:val="28"/>
              </w:rPr>
              <w:t>24.</w:t>
            </w:r>
            <w:r w:rsidR="00533313">
              <w:rPr>
                <w:b/>
                <w:color w:val="auto"/>
                <w:sz w:val="28"/>
                <w:szCs w:val="28"/>
              </w:rPr>
              <w:t xml:space="preserve"> </w:t>
            </w:r>
            <w:r w:rsidRPr="00691366">
              <w:rPr>
                <w:color w:val="auto"/>
                <w:sz w:val="28"/>
                <w:szCs w:val="28"/>
              </w:rPr>
              <w:t>A. catch</w:t>
            </w:r>
          </w:p>
        </w:tc>
        <w:tc>
          <w:tcPr>
            <w:tcW w:w="2622" w:type="dxa"/>
            <w:tcBorders>
              <w:top w:val="nil"/>
              <w:left w:val="nil"/>
              <w:bottom w:val="nil"/>
              <w:right w:val="nil"/>
            </w:tcBorders>
            <w:tcMar>
              <w:top w:w="10" w:type="dxa"/>
              <w:left w:w="50" w:type="dxa"/>
              <w:bottom w:w="15" w:type="dxa"/>
              <w:right w:w="70" w:type="dxa"/>
            </w:tcMar>
          </w:tcPr>
          <w:p w14:paraId="1E06E5B6" w14:textId="77777777" w:rsidR="00A312F0" w:rsidRPr="00691366" w:rsidRDefault="00685F13">
            <w:pPr>
              <w:spacing w:after="0" w:line="240" w:lineRule="auto"/>
              <w:rPr>
                <w:color w:val="auto"/>
                <w:sz w:val="28"/>
                <w:szCs w:val="28"/>
              </w:rPr>
            </w:pPr>
            <w:r w:rsidRPr="00691366">
              <w:rPr>
                <w:color w:val="auto"/>
                <w:sz w:val="28"/>
                <w:szCs w:val="28"/>
              </w:rPr>
              <w:t>B. herd</w:t>
            </w:r>
          </w:p>
        </w:tc>
        <w:tc>
          <w:tcPr>
            <w:tcW w:w="2622" w:type="dxa"/>
            <w:tcBorders>
              <w:top w:val="nil"/>
              <w:left w:val="nil"/>
              <w:bottom w:val="nil"/>
              <w:right w:val="nil"/>
            </w:tcBorders>
            <w:tcMar>
              <w:top w:w="10" w:type="dxa"/>
              <w:left w:w="50" w:type="dxa"/>
              <w:bottom w:w="15" w:type="dxa"/>
              <w:right w:w="70" w:type="dxa"/>
            </w:tcMar>
          </w:tcPr>
          <w:p w14:paraId="09A730AA" w14:textId="77777777" w:rsidR="00A312F0" w:rsidRPr="00691366" w:rsidRDefault="00685F13">
            <w:pPr>
              <w:spacing w:after="0" w:line="240" w:lineRule="auto"/>
              <w:rPr>
                <w:color w:val="auto"/>
                <w:sz w:val="28"/>
                <w:szCs w:val="28"/>
              </w:rPr>
            </w:pPr>
            <w:r w:rsidRPr="00691366">
              <w:rPr>
                <w:color w:val="auto"/>
                <w:sz w:val="28"/>
                <w:szCs w:val="28"/>
              </w:rPr>
              <w:t>C. harvest</w:t>
            </w:r>
          </w:p>
        </w:tc>
        <w:tc>
          <w:tcPr>
            <w:tcW w:w="2622" w:type="dxa"/>
            <w:gridSpan w:val="2"/>
            <w:tcBorders>
              <w:top w:val="nil"/>
              <w:left w:val="nil"/>
              <w:bottom w:val="nil"/>
              <w:right w:val="nil"/>
            </w:tcBorders>
            <w:tcMar>
              <w:top w:w="10" w:type="dxa"/>
              <w:left w:w="50" w:type="dxa"/>
              <w:bottom w:w="15" w:type="dxa"/>
              <w:right w:w="70" w:type="dxa"/>
            </w:tcMar>
          </w:tcPr>
          <w:p w14:paraId="6E02B06A" w14:textId="77777777" w:rsidR="00A312F0" w:rsidRPr="00691366" w:rsidRDefault="00685F13">
            <w:pPr>
              <w:spacing w:after="0" w:line="240" w:lineRule="auto"/>
              <w:rPr>
                <w:color w:val="auto"/>
                <w:sz w:val="28"/>
                <w:szCs w:val="28"/>
              </w:rPr>
            </w:pPr>
            <w:r w:rsidRPr="00691366">
              <w:rPr>
                <w:color w:val="auto"/>
                <w:sz w:val="28"/>
                <w:szCs w:val="28"/>
              </w:rPr>
              <w:t>D. feed</w:t>
            </w:r>
          </w:p>
        </w:tc>
      </w:tr>
      <w:tr w:rsidR="00691366" w:rsidRPr="00691366" w14:paraId="0FC6E0D4" w14:textId="77777777">
        <w:trPr>
          <w:gridBefore w:val="1"/>
          <w:wBefore w:w="70" w:type="dxa"/>
          <w:cantSplit/>
          <w:jc w:val="center"/>
        </w:trPr>
        <w:tc>
          <w:tcPr>
            <w:tcW w:w="2622" w:type="dxa"/>
            <w:tcBorders>
              <w:top w:val="nil"/>
              <w:left w:val="nil"/>
              <w:bottom w:val="nil"/>
              <w:right w:val="nil"/>
            </w:tcBorders>
            <w:tcMar>
              <w:top w:w="10" w:type="dxa"/>
              <w:left w:w="50" w:type="dxa"/>
              <w:bottom w:w="15" w:type="dxa"/>
              <w:right w:w="70" w:type="dxa"/>
            </w:tcMar>
          </w:tcPr>
          <w:p w14:paraId="3BDB217F" w14:textId="34E18F74" w:rsidR="00A312F0" w:rsidRPr="00691366" w:rsidRDefault="00685F13">
            <w:pPr>
              <w:spacing w:after="0" w:line="240" w:lineRule="auto"/>
              <w:rPr>
                <w:color w:val="auto"/>
                <w:sz w:val="28"/>
                <w:szCs w:val="28"/>
              </w:rPr>
            </w:pPr>
            <w:r w:rsidRPr="00691366">
              <w:rPr>
                <w:b/>
                <w:color w:val="auto"/>
                <w:sz w:val="28"/>
                <w:szCs w:val="28"/>
              </w:rPr>
              <w:t>25.</w:t>
            </w:r>
            <w:r w:rsidR="00533313">
              <w:rPr>
                <w:b/>
                <w:color w:val="auto"/>
                <w:sz w:val="28"/>
                <w:szCs w:val="28"/>
              </w:rPr>
              <w:t xml:space="preserve"> </w:t>
            </w:r>
            <w:r w:rsidRPr="00691366">
              <w:rPr>
                <w:color w:val="auto"/>
                <w:sz w:val="28"/>
                <w:szCs w:val="28"/>
              </w:rPr>
              <w:t>A. dry</w:t>
            </w:r>
          </w:p>
        </w:tc>
        <w:tc>
          <w:tcPr>
            <w:tcW w:w="2622" w:type="dxa"/>
            <w:tcBorders>
              <w:top w:val="nil"/>
              <w:left w:val="nil"/>
              <w:bottom w:val="nil"/>
              <w:right w:val="nil"/>
            </w:tcBorders>
            <w:tcMar>
              <w:top w:w="10" w:type="dxa"/>
              <w:left w:w="50" w:type="dxa"/>
              <w:bottom w:w="15" w:type="dxa"/>
              <w:right w:w="70" w:type="dxa"/>
            </w:tcMar>
          </w:tcPr>
          <w:p w14:paraId="60A0E2CC" w14:textId="77777777" w:rsidR="00A312F0" w:rsidRPr="00691366" w:rsidRDefault="00685F13">
            <w:pPr>
              <w:spacing w:after="0" w:line="240" w:lineRule="auto"/>
              <w:rPr>
                <w:color w:val="auto"/>
                <w:sz w:val="28"/>
                <w:szCs w:val="28"/>
              </w:rPr>
            </w:pPr>
            <w:r w:rsidRPr="00691366">
              <w:rPr>
                <w:color w:val="auto"/>
                <w:sz w:val="28"/>
                <w:szCs w:val="28"/>
              </w:rPr>
              <w:t>B. milk</w:t>
            </w:r>
          </w:p>
        </w:tc>
        <w:tc>
          <w:tcPr>
            <w:tcW w:w="2622" w:type="dxa"/>
            <w:tcBorders>
              <w:top w:val="nil"/>
              <w:left w:val="nil"/>
              <w:bottom w:val="nil"/>
              <w:right w:val="nil"/>
            </w:tcBorders>
            <w:tcMar>
              <w:top w:w="10" w:type="dxa"/>
              <w:left w:w="50" w:type="dxa"/>
              <w:bottom w:w="15" w:type="dxa"/>
              <w:right w:w="70" w:type="dxa"/>
            </w:tcMar>
          </w:tcPr>
          <w:p w14:paraId="172987E6" w14:textId="77777777" w:rsidR="00A312F0" w:rsidRPr="00691366" w:rsidRDefault="00685F13">
            <w:pPr>
              <w:spacing w:after="0" w:line="240" w:lineRule="auto"/>
              <w:rPr>
                <w:color w:val="auto"/>
                <w:sz w:val="28"/>
                <w:szCs w:val="28"/>
              </w:rPr>
            </w:pPr>
            <w:r w:rsidRPr="00691366">
              <w:rPr>
                <w:color w:val="auto"/>
                <w:sz w:val="28"/>
                <w:szCs w:val="28"/>
              </w:rPr>
              <w:t>C. load</w:t>
            </w:r>
          </w:p>
        </w:tc>
        <w:tc>
          <w:tcPr>
            <w:tcW w:w="2622" w:type="dxa"/>
            <w:gridSpan w:val="2"/>
            <w:tcBorders>
              <w:top w:val="nil"/>
              <w:left w:val="nil"/>
              <w:bottom w:val="nil"/>
              <w:right w:val="nil"/>
            </w:tcBorders>
            <w:tcMar>
              <w:top w:w="10" w:type="dxa"/>
              <w:left w:w="50" w:type="dxa"/>
              <w:bottom w:w="15" w:type="dxa"/>
              <w:right w:w="70" w:type="dxa"/>
            </w:tcMar>
          </w:tcPr>
          <w:p w14:paraId="2F4F4997" w14:textId="77777777" w:rsidR="00A312F0" w:rsidRPr="00691366" w:rsidRDefault="00685F13">
            <w:pPr>
              <w:spacing w:after="0" w:line="240" w:lineRule="auto"/>
              <w:rPr>
                <w:color w:val="auto"/>
                <w:sz w:val="28"/>
                <w:szCs w:val="28"/>
              </w:rPr>
            </w:pPr>
            <w:r w:rsidRPr="00691366">
              <w:rPr>
                <w:color w:val="auto"/>
                <w:sz w:val="28"/>
                <w:szCs w:val="28"/>
              </w:rPr>
              <w:t>D. plough</w:t>
            </w:r>
          </w:p>
        </w:tc>
      </w:tr>
      <w:tr w:rsidR="00691366" w:rsidRPr="00691366" w14:paraId="001760FF" w14:textId="77777777">
        <w:trPr>
          <w:gridBefore w:val="1"/>
          <w:wBefore w:w="70" w:type="dxa"/>
          <w:cantSplit/>
          <w:jc w:val="center"/>
        </w:trPr>
        <w:tc>
          <w:tcPr>
            <w:tcW w:w="2622" w:type="dxa"/>
            <w:tcBorders>
              <w:top w:val="nil"/>
              <w:left w:val="nil"/>
              <w:bottom w:val="nil"/>
              <w:right w:val="nil"/>
            </w:tcBorders>
            <w:tcMar>
              <w:top w:w="10" w:type="dxa"/>
              <w:left w:w="50" w:type="dxa"/>
              <w:bottom w:w="15" w:type="dxa"/>
              <w:right w:w="70" w:type="dxa"/>
            </w:tcMar>
          </w:tcPr>
          <w:p w14:paraId="6A554EAD" w14:textId="2B82C88D" w:rsidR="00A312F0" w:rsidRPr="00691366" w:rsidRDefault="00685F13">
            <w:pPr>
              <w:spacing w:after="0" w:line="240" w:lineRule="auto"/>
              <w:rPr>
                <w:color w:val="auto"/>
                <w:sz w:val="28"/>
                <w:szCs w:val="28"/>
              </w:rPr>
            </w:pPr>
            <w:r w:rsidRPr="00691366">
              <w:rPr>
                <w:b/>
                <w:color w:val="auto"/>
                <w:sz w:val="28"/>
                <w:szCs w:val="28"/>
              </w:rPr>
              <w:t>26.</w:t>
            </w:r>
            <w:r w:rsidR="00533313">
              <w:rPr>
                <w:b/>
                <w:color w:val="auto"/>
                <w:sz w:val="28"/>
                <w:szCs w:val="28"/>
              </w:rPr>
              <w:t xml:space="preserve"> </w:t>
            </w:r>
            <w:r w:rsidRPr="00691366">
              <w:rPr>
                <w:color w:val="auto"/>
                <w:sz w:val="28"/>
                <w:szCs w:val="28"/>
              </w:rPr>
              <w:t>A. careful</w:t>
            </w:r>
          </w:p>
        </w:tc>
        <w:tc>
          <w:tcPr>
            <w:tcW w:w="2622" w:type="dxa"/>
            <w:tcBorders>
              <w:top w:val="nil"/>
              <w:left w:val="nil"/>
              <w:bottom w:val="nil"/>
              <w:right w:val="nil"/>
            </w:tcBorders>
            <w:tcMar>
              <w:top w:w="10" w:type="dxa"/>
              <w:left w:w="50" w:type="dxa"/>
              <w:bottom w:w="15" w:type="dxa"/>
              <w:right w:w="70" w:type="dxa"/>
            </w:tcMar>
          </w:tcPr>
          <w:p w14:paraId="65B83689" w14:textId="77777777" w:rsidR="00A312F0" w:rsidRPr="00691366" w:rsidRDefault="00685F13">
            <w:pPr>
              <w:spacing w:after="0" w:line="240" w:lineRule="auto"/>
              <w:rPr>
                <w:color w:val="auto"/>
                <w:sz w:val="28"/>
                <w:szCs w:val="28"/>
              </w:rPr>
            </w:pPr>
            <w:r w:rsidRPr="00691366">
              <w:rPr>
                <w:color w:val="auto"/>
                <w:sz w:val="28"/>
                <w:szCs w:val="28"/>
              </w:rPr>
              <w:t>B. more careful</w:t>
            </w:r>
          </w:p>
        </w:tc>
        <w:tc>
          <w:tcPr>
            <w:tcW w:w="2622" w:type="dxa"/>
            <w:tcBorders>
              <w:top w:val="nil"/>
              <w:left w:val="nil"/>
              <w:bottom w:val="nil"/>
              <w:right w:val="nil"/>
            </w:tcBorders>
            <w:tcMar>
              <w:top w:w="10" w:type="dxa"/>
              <w:left w:w="50" w:type="dxa"/>
              <w:bottom w:w="15" w:type="dxa"/>
              <w:right w:w="70" w:type="dxa"/>
            </w:tcMar>
          </w:tcPr>
          <w:p w14:paraId="671110FD" w14:textId="77777777" w:rsidR="00A312F0" w:rsidRPr="00691366" w:rsidRDefault="00685F13">
            <w:pPr>
              <w:spacing w:after="0" w:line="240" w:lineRule="auto"/>
              <w:rPr>
                <w:color w:val="auto"/>
                <w:sz w:val="28"/>
                <w:szCs w:val="28"/>
              </w:rPr>
            </w:pPr>
            <w:r w:rsidRPr="00691366">
              <w:rPr>
                <w:color w:val="auto"/>
                <w:sz w:val="28"/>
                <w:szCs w:val="28"/>
              </w:rPr>
              <w:t>C. care</w:t>
            </w:r>
          </w:p>
        </w:tc>
        <w:tc>
          <w:tcPr>
            <w:tcW w:w="2622" w:type="dxa"/>
            <w:gridSpan w:val="2"/>
            <w:tcBorders>
              <w:top w:val="nil"/>
              <w:left w:val="nil"/>
              <w:bottom w:val="nil"/>
              <w:right w:val="nil"/>
            </w:tcBorders>
            <w:tcMar>
              <w:top w:w="10" w:type="dxa"/>
              <w:left w:w="50" w:type="dxa"/>
              <w:bottom w:w="15" w:type="dxa"/>
              <w:right w:w="70" w:type="dxa"/>
            </w:tcMar>
          </w:tcPr>
          <w:p w14:paraId="14C5B758" w14:textId="77777777" w:rsidR="00A312F0" w:rsidRPr="00691366" w:rsidRDefault="00685F13">
            <w:pPr>
              <w:spacing w:after="0" w:line="240" w:lineRule="auto"/>
              <w:rPr>
                <w:color w:val="auto"/>
                <w:sz w:val="28"/>
                <w:szCs w:val="28"/>
              </w:rPr>
            </w:pPr>
            <w:r w:rsidRPr="00691366">
              <w:rPr>
                <w:color w:val="auto"/>
                <w:sz w:val="28"/>
                <w:szCs w:val="28"/>
              </w:rPr>
              <w:t>D. carefully</w:t>
            </w:r>
          </w:p>
        </w:tc>
      </w:tr>
      <w:tr w:rsidR="00691366" w:rsidRPr="00691366" w14:paraId="45146B89" w14:textId="77777777">
        <w:trPr>
          <w:gridBefore w:val="1"/>
          <w:wBefore w:w="70" w:type="dxa"/>
          <w:cantSplit/>
          <w:jc w:val="center"/>
        </w:trPr>
        <w:tc>
          <w:tcPr>
            <w:tcW w:w="2622" w:type="dxa"/>
            <w:tcBorders>
              <w:top w:val="nil"/>
              <w:left w:val="nil"/>
              <w:bottom w:val="nil"/>
              <w:right w:val="nil"/>
            </w:tcBorders>
            <w:tcMar>
              <w:top w:w="10" w:type="dxa"/>
              <w:left w:w="50" w:type="dxa"/>
              <w:bottom w:w="15" w:type="dxa"/>
              <w:right w:w="70" w:type="dxa"/>
            </w:tcMar>
          </w:tcPr>
          <w:p w14:paraId="7F4FEEA9" w14:textId="6EE9C689" w:rsidR="00A312F0" w:rsidRPr="00691366" w:rsidRDefault="00685F13">
            <w:pPr>
              <w:spacing w:after="0" w:line="240" w:lineRule="auto"/>
              <w:rPr>
                <w:color w:val="auto"/>
                <w:sz w:val="28"/>
                <w:szCs w:val="28"/>
              </w:rPr>
            </w:pPr>
            <w:r w:rsidRPr="00691366">
              <w:rPr>
                <w:b/>
                <w:color w:val="auto"/>
                <w:sz w:val="28"/>
                <w:szCs w:val="28"/>
              </w:rPr>
              <w:t>27.</w:t>
            </w:r>
            <w:r w:rsidR="00533313">
              <w:rPr>
                <w:b/>
                <w:color w:val="auto"/>
                <w:sz w:val="28"/>
                <w:szCs w:val="28"/>
              </w:rPr>
              <w:t xml:space="preserve"> </w:t>
            </w:r>
            <w:r w:rsidRPr="00691366">
              <w:rPr>
                <w:color w:val="auto"/>
                <w:sz w:val="28"/>
                <w:szCs w:val="28"/>
              </w:rPr>
              <w:t>A. hard</w:t>
            </w:r>
          </w:p>
        </w:tc>
        <w:tc>
          <w:tcPr>
            <w:tcW w:w="2622" w:type="dxa"/>
            <w:tcBorders>
              <w:top w:val="nil"/>
              <w:left w:val="nil"/>
              <w:bottom w:val="nil"/>
              <w:right w:val="nil"/>
            </w:tcBorders>
            <w:tcMar>
              <w:top w:w="10" w:type="dxa"/>
              <w:left w:w="50" w:type="dxa"/>
              <w:bottom w:w="15" w:type="dxa"/>
              <w:right w:w="70" w:type="dxa"/>
            </w:tcMar>
          </w:tcPr>
          <w:p w14:paraId="3883D85C" w14:textId="77777777" w:rsidR="00A312F0" w:rsidRPr="00691366" w:rsidRDefault="00685F13">
            <w:pPr>
              <w:spacing w:after="0" w:line="240" w:lineRule="auto"/>
              <w:rPr>
                <w:color w:val="auto"/>
                <w:sz w:val="28"/>
                <w:szCs w:val="28"/>
              </w:rPr>
            </w:pPr>
            <w:r w:rsidRPr="00691366">
              <w:rPr>
                <w:color w:val="auto"/>
                <w:sz w:val="28"/>
                <w:szCs w:val="28"/>
              </w:rPr>
              <w:t>B. harder</w:t>
            </w:r>
          </w:p>
        </w:tc>
        <w:tc>
          <w:tcPr>
            <w:tcW w:w="2622" w:type="dxa"/>
            <w:tcBorders>
              <w:top w:val="nil"/>
              <w:left w:val="nil"/>
              <w:bottom w:val="nil"/>
              <w:right w:val="nil"/>
            </w:tcBorders>
            <w:tcMar>
              <w:top w:w="10" w:type="dxa"/>
              <w:left w:w="50" w:type="dxa"/>
              <w:bottom w:w="15" w:type="dxa"/>
              <w:right w:w="70" w:type="dxa"/>
            </w:tcMar>
          </w:tcPr>
          <w:p w14:paraId="35100AC7" w14:textId="77777777" w:rsidR="00A312F0" w:rsidRPr="00691366" w:rsidRDefault="00685F13">
            <w:pPr>
              <w:spacing w:after="0" w:line="240" w:lineRule="auto"/>
              <w:rPr>
                <w:color w:val="auto"/>
                <w:sz w:val="28"/>
                <w:szCs w:val="28"/>
              </w:rPr>
            </w:pPr>
            <w:r w:rsidRPr="00691366">
              <w:rPr>
                <w:color w:val="auto"/>
                <w:sz w:val="28"/>
                <w:szCs w:val="28"/>
              </w:rPr>
              <w:t xml:space="preserve">C. </w:t>
            </w:r>
            <w:proofErr w:type="gramStart"/>
            <w:r w:rsidRPr="00691366">
              <w:rPr>
                <w:color w:val="auto"/>
                <w:sz w:val="28"/>
                <w:szCs w:val="28"/>
              </w:rPr>
              <w:t>more hard</w:t>
            </w:r>
            <w:proofErr w:type="gramEnd"/>
          </w:p>
        </w:tc>
        <w:tc>
          <w:tcPr>
            <w:tcW w:w="2622" w:type="dxa"/>
            <w:gridSpan w:val="2"/>
            <w:tcBorders>
              <w:top w:val="nil"/>
              <w:left w:val="nil"/>
              <w:bottom w:val="nil"/>
              <w:right w:val="nil"/>
            </w:tcBorders>
            <w:tcMar>
              <w:top w:w="10" w:type="dxa"/>
              <w:left w:w="50" w:type="dxa"/>
              <w:bottom w:w="15" w:type="dxa"/>
              <w:right w:w="70" w:type="dxa"/>
            </w:tcMar>
          </w:tcPr>
          <w:p w14:paraId="437A4777" w14:textId="77777777" w:rsidR="00A312F0" w:rsidRPr="00691366" w:rsidRDefault="00685F13">
            <w:pPr>
              <w:spacing w:after="0" w:line="240" w:lineRule="auto"/>
              <w:rPr>
                <w:color w:val="auto"/>
                <w:sz w:val="28"/>
                <w:szCs w:val="28"/>
              </w:rPr>
            </w:pPr>
            <w:r w:rsidRPr="00691366">
              <w:rPr>
                <w:color w:val="auto"/>
                <w:sz w:val="28"/>
                <w:szCs w:val="28"/>
              </w:rPr>
              <w:t>D. hardest</w:t>
            </w:r>
          </w:p>
        </w:tc>
      </w:tr>
    </w:tbl>
    <w:p w14:paraId="3B6E2F4D" w14:textId="77777777" w:rsidR="00A312F0" w:rsidRPr="00691366" w:rsidRDefault="00685F13">
      <w:pPr>
        <w:keepNext/>
        <w:spacing w:before="20" w:line="240" w:lineRule="auto"/>
        <w:rPr>
          <w:color w:val="auto"/>
          <w:sz w:val="28"/>
          <w:szCs w:val="28"/>
        </w:rPr>
      </w:pPr>
      <w:r w:rsidRPr="00691366">
        <w:rPr>
          <w:b/>
          <w:color w:val="auto"/>
          <w:sz w:val="28"/>
          <w:szCs w:val="28"/>
        </w:rPr>
        <w:t>Task 2. Read the text and choose the correct answer A, B, C, or D.</w:t>
      </w:r>
    </w:p>
    <w:tbl>
      <w:tblPr>
        <w:tblW w:w="0" w:type="auto"/>
        <w:jc w:val="center"/>
        <w:tblLayout w:type="fixed"/>
        <w:tblLook w:val="04A0" w:firstRow="1" w:lastRow="0" w:firstColumn="1" w:lastColumn="0" w:noHBand="0" w:noVBand="1"/>
      </w:tblPr>
      <w:tblGrid>
        <w:gridCol w:w="10488"/>
      </w:tblGrid>
      <w:tr w:rsidR="00691366" w:rsidRPr="00691366" w14:paraId="23F2E69E" w14:textId="77777777">
        <w:trPr>
          <w:jc w:val="center"/>
        </w:trPr>
        <w:tc>
          <w:tcPr>
            <w:tcW w:w="10488" w:type="dxa"/>
            <w:tcBorders>
              <w:top w:val="single" w:sz="6" w:space="0" w:color="A5CFCB"/>
              <w:left w:val="single" w:sz="6" w:space="0" w:color="A5CFCB"/>
              <w:bottom w:val="single" w:sz="6" w:space="0" w:color="A5CFCB"/>
              <w:right w:val="single" w:sz="6" w:space="0" w:color="A5CFCB"/>
            </w:tcBorders>
            <w:shd w:val="clear" w:color="auto" w:fill="F7FBFB"/>
            <w:tcMar>
              <w:top w:w="100" w:type="dxa"/>
              <w:left w:w="140" w:type="dxa"/>
              <w:bottom w:w="100" w:type="dxa"/>
              <w:right w:w="140" w:type="dxa"/>
            </w:tcMar>
          </w:tcPr>
          <w:p w14:paraId="0D197039" w14:textId="77777777" w:rsidR="00A312F0" w:rsidRPr="00691366" w:rsidRDefault="00685F13">
            <w:pPr>
              <w:spacing w:after="0" w:line="259" w:lineRule="auto"/>
              <w:rPr>
                <w:color w:val="auto"/>
                <w:sz w:val="28"/>
                <w:szCs w:val="28"/>
              </w:rPr>
            </w:pPr>
            <w:r w:rsidRPr="00691366">
              <w:rPr>
                <w:color w:val="auto"/>
                <w:sz w:val="28"/>
                <w:szCs w:val="28"/>
              </w:rPr>
              <w:t xml:space="preserve">Last summer, Minh spent two weeks with his grandparents in a small village in Bac </w:t>
            </w:r>
            <w:proofErr w:type="spellStart"/>
            <w:r w:rsidRPr="00691366">
              <w:rPr>
                <w:color w:val="auto"/>
                <w:sz w:val="28"/>
                <w:szCs w:val="28"/>
              </w:rPr>
              <w:t>Giang</w:t>
            </w:r>
            <w:proofErr w:type="spellEnd"/>
            <w:r w:rsidRPr="00691366">
              <w:rPr>
                <w:color w:val="auto"/>
                <w:sz w:val="28"/>
                <w:szCs w:val="28"/>
              </w:rPr>
              <w:t xml:space="preserve"> Province. Their house is surrounded by green paddy fields and a narrow river. Every morning, Minh got up earlier than he did in the city. He helped his grandfather feed the pigs, milk the cows, and collect eggs from the poultry yard. During harvest time, the farmers worked quickly but carefully. Minh helped them unload rice from a combine harvester and spread it in the yard to dry. In the afternoon, he caught fish with his cousins or cycled along the village road. The local people spoke more quietly and moved more slowly than city people, but they were always friendly and hospitable. Before the trip, Minh thought countryside life was boring. By the end of his holiday, he found it peaceful, picturesque, and full of interesting experiences. He hopes to return next summer.</w:t>
            </w:r>
          </w:p>
        </w:tc>
      </w:tr>
    </w:tbl>
    <w:p w14:paraId="3885FFCF" w14:textId="77777777" w:rsidR="00A312F0" w:rsidRPr="00691366" w:rsidRDefault="00A312F0">
      <w:pPr>
        <w:spacing w:after="20"/>
        <w:rPr>
          <w:color w:val="auto"/>
          <w:sz w:val="28"/>
          <w:szCs w:val="28"/>
        </w:rPr>
      </w:pPr>
    </w:p>
    <w:p w14:paraId="07B37BD3" w14:textId="77777777" w:rsidR="00A312F0" w:rsidRPr="00691366" w:rsidRDefault="00685F13">
      <w:pPr>
        <w:keepLines/>
        <w:spacing w:after="20" w:line="240" w:lineRule="auto"/>
        <w:rPr>
          <w:color w:val="auto"/>
          <w:sz w:val="28"/>
          <w:szCs w:val="28"/>
        </w:rPr>
      </w:pPr>
      <w:r w:rsidRPr="00691366">
        <w:rPr>
          <w:b/>
          <w:color w:val="auto"/>
          <w:sz w:val="28"/>
          <w:szCs w:val="28"/>
        </w:rPr>
        <w:lastRenderedPageBreak/>
        <w:t>28.</w:t>
      </w:r>
      <w:r w:rsidRPr="00691366">
        <w:rPr>
          <w:color w:val="auto"/>
          <w:sz w:val="28"/>
          <w:szCs w:val="28"/>
        </w:rPr>
        <w:t xml:space="preserve"> Why did Minh go to the village?</w:t>
      </w:r>
    </w:p>
    <w:tbl>
      <w:tblPr>
        <w:tblW w:w="0" w:type="auto"/>
        <w:jc w:val="center"/>
        <w:tblLayout w:type="fixed"/>
        <w:tblLook w:val="04A0" w:firstRow="1" w:lastRow="0" w:firstColumn="1" w:lastColumn="0" w:noHBand="0" w:noVBand="1"/>
      </w:tblPr>
      <w:tblGrid>
        <w:gridCol w:w="5244"/>
        <w:gridCol w:w="5244"/>
      </w:tblGrid>
      <w:tr w:rsidR="00691366" w:rsidRPr="00691366" w14:paraId="4EC694F7"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0BA1F60B" w14:textId="77777777" w:rsidR="00A312F0" w:rsidRPr="00691366" w:rsidRDefault="00685F13">
            <w:pPr>
              <w:spacing w:after="0" w:line="240" w:lineRule="auto"/>
              <w:rPr>
                <w:color w:val="auto"/>
                <w:sz w:val="28"/>
                <w:szCs w:val="28"/>
              </w:rPr>
            </w:pPr>
            <w:r w:rsidRPr="00691366">
              <w:rPr>
                <w:color w:val="auto"/>
                <w:sz w:val="28"/>
                <w:szCs w:val="28"/>
              </w:rPr>
              <w:t>A. To join a farming competition</w:t>
            </w:r>
          </w:p>
        </w:tc>
        <w:tc>
          <w:tcPr>
            <w:tcW w:w="5244" w:type="dxa"/>
            <w:tcBorders>
              <w:top w:val="nil"/>
              <w:left w:val="nil"/>
              <w:bottom w:val="nil"/>
              <w:right w:val="nil"/>
            </w:tcBorders>
            <w:tcMar>
              <w:top w:w="10" w:type="dxa"/>
              <w:left w:w="50" w:type="dxa"/>
              <w:bottom w:w="15" w:type="dxa"/>
              <w:right w:w="70" w:type="dxa"/>
            </w:tcMar>
          </w:tcPr>
          <w:p w14:paraId="5F68B3CC" w14:textId="77777777" w:rsidR="00A312F0" w:rsidRPr="00691366" w:rsidRDefault="00685F13">
            <w:pPr>
              <w:spacing w:after="0" w:line="240" w:lineRule="auto"/>
              <w:rPr>
                <w:color w:val="auto"/>
                <w:sz w:val="28"/>
                <w:szCs w:val="28"/>
              </w:rPr>
            </w:pPr>
            <w:r w:rsidRPr="00691366">
              <w:rPr>
                <w:color w:val="auto"/>
                <w:sz w:val="28"/>
                <w:szCs w:val="28"/>
              </w:rPr>
              <w:t>B. To visit a new factory</w:t>
            </w:r>
          </w:p>
        </w:tc>
      </w:tr>
      <w:tr w:rsidR="00691366" w:rsidRPr="00691366" w14:paraId="657A8E66"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334DAB3D" w14:textId="77777777" w:rsidR="00A312F0" w:rsidRPr="00691366" w:rsidRDefault="00685F13">
            <w:pPr>
              <w:spacing w:after="0" w:line="240" w:lineRule="auto"/>
              <w:rPr>
                <w:color w:val="auto"/>
                <w:sz w:val="28"/>
                <w:szCs w:val="28"/>
              </w:rPr>
            </w:pPr>
            <w:r w:rsidRPr="00691366">
              <w:rPr>
                <w:color w:val="auto"/>
                <w:sz w:val="28"/>
                <w:szCs w:val="28"/>
              </w:rPr>
              <w:t>C. To stay with his grandparents</w:t>
            </w:r>
          </w:p>
        </w:tc>
        <w:tc>
          <w:tcPr>
            <w:tcW w:w="5244" w:type="dxa"/>
            <w:tcBorders>
              <w:top w:val="nil"/>
              <w:left w:val="nil"/>
              <w:bottom w:val="nil"/>
              <w:right w:val="nil"/>
            </w:tcBorders>
            <w:tcMar>
              <w:top w:w="10" w:type="dxa"/>
              <w:left w:w="50" w:type="dxa"/>
              <w:bottom w:w="15" w:type="dxa"/>
              <w:right w:w="70" w:type="dxa"/>
            </w:tcMar>
          </w:tcPr>
          <w:p w14:paraId="45AEFF07" w14:textId="77777777" w:rsidR="00A312F0" w:rsidRPr="00691366" w:rsidRDefault="00685F13">
            <w:pPr>
              <w:spacing w:after="0" w:line="240" w:lineRule="auto"/>
              <w:rPr>
                <w:color w:val="auto"/>
                <w:sz w:val="28"/>
                <w:szCs w:val="28"/>
              </w:rPr>
            </w:pPr>
            <w:r w:rsidRPr="00691366">
              <w:rPr>
                <w:color w:val="auto"/>
                <w:sz w:val="28"/>
                <w:szCs w:val="28"/>
              </w:rPr>
              <w:t>D. To learn snowboarding</w:t>
            </w:r>
          </w:p>
        </w:tc>
      </w:tr>
    </w:tbl>
    <w:p w14:paraId="29B5DD9C" w14:textId="77777777" w:rsidR="00A312F0" w:rsidRPr="00691366" w:rsidRDefault="00685F13">
      <w:pPr>
        <w:keepLines/>
        <w:spacing w:after="20" w:line="240" w:lineRule="auto"/>
        <w:rPr>
          <w:color w:val="auto"/>
          <w:sz w:val="28"/>
          <w:szCs w:val="28"/>
        </w:rPr>
      </w:pPr>
      <w:r w:rsidRPr="00691366">
        <w:rPr>
          <w:b/>
          <w:color w:val="auto"/>
          <w:sz w:val="28"/>
          <w:szCs w:val="28"/>
        </w:rPr>
        <w:t>29.</w:t>
      </w:r>
      <w:r w:rsidRPr="00691366">
        <w:rPr>
          <w:color w:val="auto"/>
          <w:sz w:val="28"/>
          <w:szCs w:val="28"/>
        </w:rPr>
        <w:t xml:space="preserve"> What did Minh help the farmers do during harvest time?</w:t>
      </w:r>
    </w:p>
    <w:tbl>
      <w:tblPr>
        <w:tblW w:w="0" w:type="auto"/>
        <w:jc w:val="center"/>
        <w:tblLayout w:type="fixed"/>
        <w:tblLook w:val="04A0" w:firstRow="1" w:lastRow="0" w:firstColumn="1" w:lastColumn="0" w:noHBand="0" w:noVBand="1"/>
      </w:tblPr>
      <w:tblGrid>
        <w:gridCol w:w="5244"/>
        <w:gridCol w:w="5244"/>
      </w:tblGrid>
      <w:tr w:rsidR="00691366" w:rsidRPr="00691366" w14:paraId="0FFD436E"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41037B7E" w14:textId="77777777" w:rsidR="00A312F0" w:rsidRPr="00691366" w:rsidRDefault="00685F13">
            <w:pPr>
              <w:spacing w:after="0" w:line="240" w:lineRule="auto"/>
              <w:rPr>
                <w:color w:val="auto"/>
                <w:sz w:val="28"/>
                <w:szCs w:val="28"/>
              </w:rPr>
            </w:pPr>
            <w:r w:rsidRPr="00691366">
              <w:rPr>
                <w:color w:val="auto"/>
                <w:sz w:val="28"/>
                <w:szCs w:val="28"/>
              </w:rPr>
              <w:t>A. Unload and dry rice</w:t>
            </w:r>
          </w:p>
        </w:tc>
        <w:tc>
          <w:tcPr>
            <w:tcW w:w="5244" w:type="dxa"/>
            <w:tcBorders>
              <w:top w:val="nil"/>
              <w:left w:val="nil"/>
              <w:bottom w:val="nil"/>
              <w:right w:val="nil"/>
            </w:tcBorders>
            <w:tcMar>
              <w:top w:w="10" w:type="dxa"/>
              <w:left w:w="50" w:type="dxa"/>
              <w:bottom w:w="15" w:type="dxa"/>
              <w:right w:w="70" w:type="dxa"/>
            </w:tcMar>
          </w:tcPr>
          <w:p w14:paraId="3DA5781A" w14:textId="77777777" w:rsidR="00A312F0" w:rsidRPr="00691366" w:rsidRDefault="00685F13">
            <w:pPr>
              <w:spacing w:after="0" w:line="240" w:lineRule="auto"/>
              <w:rPr>
                <w:color w:val="auto"/>
                <w:sz w:val="28"/>
                <w:szCs w:val="28"/>
              </w:rPr>
            </w:pPr>
            <w:r w:rsidRPr="00691366">
              <w:rPr>
                <w:color w:val="auto"/>
                <w:sz w:val="28"/>
                <w:szCs w:val="28"/>
              </w:rPr>
              <w:t>B. Plough all the fields</w:t>
            </w:r>
          </w:p>
        </w:tc>
      </w:tr>
      <w:tr w:rsidR="00691366" w:rsidRPr="00691366" w14:paraId="057CF24D"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02109F78" w14:textId="77777777" w:rsidR="00A312F0" w:rsidRPr="00691366" w:rsidRDefault="00685F13">
            <w:pPr>
              <w:spacing w:after="0" w:line="240" w:lineRule="auto"/>
              <w:rPr>
                <w:color w:val="auto"/>
                <w:sz w:val="28"/>
                <w:szCs w:val="28"/>
              </w:rPr>
            </w:pPr>
            <w:r w:rsidRPr="00691366">
              <w:rPr>
                <w:color w:val="auto"/>
                <w:sz w:val="28"/>
                <w:szCs w:val="28"/>
              </w:rPr>
              <w:t>C. Catch poultry</w:t>
            </w:r>
          </w:p>
        </w:tc>
        <w:tc>
          <w:tcPr>
            <w:tcW w:w="5244" w:type="dxa"/>
            <w:tcBorders>
              <w:top w:val="nil"/>
              <w:left w:val="nil"/>
              <w:bottom w:val="nil"/>
              <w:right w:val="nil"/>
            </w:tcBorders>
            <w:tcMar>
              <w:top w:w="10" w:type="dxa"/>
              <w:left w:w="50" w:type="dxa"/>
              <w:bottom w:w="15" w:type="dxa"/>
              <w:right w:w="70" w:type="dxa"/>
            </w:tcMar>
          </w:tcPr>
          <w:p w14:paraId="52C25D2A" w14:textId="77777777" w:rsidR="00A312F0" w:rsidRPr="00691366" w:rsidRDefault="00685F13">
            <w:pPr>
              <w:spacing w:after="0" w:line="240" w:lineRule="auto"/>
              <w:rPr>
                <w:color w:val="auto"/>
                <w:sz w:val="28"/>
                <w:szCs w:val="28"/>
              </w:rPr>
            </w:pPr>
            <w:r w:rsidRPr="00691366">
              <w:rPr>
                <w:color w:val="auto"/>
                <w:sz w:val="28"/>
                <w:szCs w:val="28"/>
              </w:rPr>
              <w:t>D. Build a cottage</w:t>
            </w:r>
          </w:p>
        </w:tc>
      </w:tr>
    </w:tbl>
    <w:p w14:paraId="25681684" w14:textId="77777777" w:rsidR="00A312F0" w:rsidRPr="00691366" w:rsidRDefault="00685F13">
      <w:pPr>
        <w:keepLines/>
        <w:spacing w:after="20" w:line="240" w:lineRule="auto"/>
        <w:rPr>
          <w:color w:val="auto"/>
          <w:sz w:val="28"/>
          <w:szCs w:val="28"/>
        </w:rPr>
      </w:pPr>
      <w:r w:rsidRPr="00691366">
        <w:rPr>
          <w:b/>
          <w:color w:val="auto"/>
          <w:sz w:val="28"/>
          <w:szCs w:val="28"/>
        </w:rPr>
        <w:t>30.</w:t>
      </w:r>
      <w:r w:rsidRPr="00691366">
        <w:rPr>
          <w:color w:val="auto"/>
          <w:sz w:val="28"/>
          <w:szCs w:val="28"/>
        </w:rPr>
        <w:t xml:space="preserve"> Which statement about the farmers is correct?</w:t>
      </w:r>
    </w:p>
    <w:tbl>
      <w:tblPr>
        <w:tblW w:w="0" w:type="auto"/>
        <w:jc w:val="center"/>
        <w:tblLayout w:type="fixed"/>
        <w:tblLook w:val="04A0" w:firstRow="1" w:lastRow="0" w:firstColumn="1" w:lastColumn="0" w:noHBand="0" w:noVBand="1"/>
      </w:tblPr>
      <w:tblGrid>
        <w:gridCol w:w="2622"/>
        <w:gridCol w:w="2622"/>
        <w:gridCol w:w="2622"/>
        <w:gridCol w:w="2622"/>
      </w:tblGrid>
      <w:tr w:rsidR="00691366" w:rsidRPr="00691366" w14:paraId="14A99D6F"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253495AE" w14:textId="77777777" w:rsidR="00A312F0" w:rsidRPr="00691366" w:rsidRDefault="00685F13">
            <w:pPr>
              <w:spacing w:after="0" w:line="240" w:lineRule="auto"/>
              <w:rPr>
                <w:color w:val="auto"/>
                <w:sz w:val="28"/>
                <w:szCs w:val="28"/>
              </w:rPr>
            </w:pPr>
            <w:r w:rsidRPr="00691366">
              <w:rPr>
                <w:color w:val="auto"/>
                <w:sz w:val="28"/>
                <w:szCs w:val="28"/>
              </w:rPr>
              <w:t>A. They worked carelessly.</w:t>
            </w:r>
          </w:p>
        </w:tc>
        <w:tc>
          <w:tcPr>
            <w:tcW w:w="2622" w:type="dxa"/>
            <w:tcBorders>
              <w:top w:val="nil"/>
              <w:left w:val="nil"/>
              <w:bottom w:val="nil"/>
              <w:right w:val="nil"/>
            </w:tcBorders>
            <w:tcMar>
              <w:top w:w="10" w:type="dxa"/>
              <w:left w:w="50" w:type="dxa"/>
              <w:bottom w:w="15" w:type="dxa"/>
              <w:right w:w="70" w:type="dxa"/>
            </w:tcMar>
          </w:tcPr>
          <w:p w14:paraId="6D5EF1E0" w14:textId="77777777" w:rsidR="00A312F0" w:rsidRPr="00691366" w:rsidRDefault="00685F13">
            <w:pPr>
              <w:spacing w:after="0" w:line="240" w:lineRule="auto"/>
              <w:rPr>
                <w:color w:val="auto"/>
                <w:sz w:val="28"/>
                <w:szCs w:val="28"/>
              </w:rPr>
            </w:pPr>
            <w:r w:rsidRPr="00691366">
              <w:rPr>
                <w:color w:val="auto"/>
                <w:sz w:val="28"/>
                <w:szCs w:val="28"/>
              </w:rPr>
              <w:t>B. They used no machines.</w:t>
            </w:r>
          </w:p>
        </w:tc>
        <w:tc>
          <w:tcPr>
            <w:tcW w:w="2622" w:type="dxa"/>
            <w:tcBorders>
              <w:top w:val="nil"/>
              <w:left w:val="nil"/>
              <w:bottom w:val="nil"/>
              <w:right w:val="nil"/>
            </w:tcBorders>
            <w:tcMar>
              <w:top w:w="10" w:type="dxa"/>
              <w:left w:w="50" w:type="dxa"/>
              <w:bottom w:w="15" w:type="dxa"/>
              <w:right w:w="70" w:type="dxa"/>
            </w:tcMar>
          </w:tcPr>
          <w:p w14:paraId="6E720B05" w14:textId="77777777" w:rsidR="00A312F0" w:rsidRPr="00691366" w:rsidRDefault="00685F13">
            <w:pPr>
              <w:spacing w:after="0" w:line="240" w:lineRule="auto"/>
              <w:rPr>
                <w:color w:val="auto"/>
                <w:sz w:val="28"/>
                <w:szCs w:val="28"/>
              </w:rPr>
            </w:pPr>
            <w:r w:rsidRPr="00691366">
              <w:rPr>
                <w:color w:val="auto"/>
                <w:sz w:val="28"/>
                <w:szCs w:val="28"/>
              </w:rPr>
              <w:t>C. They worked more slowly than Minh.</w:t>
            </w:r>
          </w:p>
        </w:tc>
        <w:tc>
          <w:tcPr>
            <w:tcW w:w="2622" w:type="dxa"/>
            <w:tcBorders>
              <w:top w:val="nil"/>
              <w:left w:val="nil"/>
              <w:bottom w:val="nil"/>
              <w:right w:val="nil"/>
            </w:tcBorders>
            <w:tcMar>
              <w:top w:w="10" w:type="dxa"/>
              <w:left w:w="50" w:type="dxa"/>
              <w:bottom w:w="15" w:type="dxa"/>
              <w:right w:w="70" w:type="dxa"/>
            </w:tcMar>
          </w:tcPr>
          <w:p w14:paraId="281DA758" w14:textId="77777777" w:rsidR="00A312F0" w:rsidRPr="00691366" w:rsidRDefault="00685F13">
            <w:pPr>
              <w:spacing w:after="0" w:line="240" w:lineRule="auto"/>
              <w:rPr>
                <w:color w:val="auto"/>
                <w:sz w:val="28"/>
                <w:szCs w:val="28"/>
              </w:rPr>
            </w:pPr>
            <w:r w:rsidRPr="00691366">
              <w:rPr>
                <w:color w:val="auto"/>
                <w:sz w:val="28"/>
                <w:szCs w:val="28"/>
              </w:rPr>
              <w:t>D. They worked quickly but carefully.</w:t>
            </w:r>
          </w:p>
        </w:tc>
      </w:tr>
    </w:tbl>
    <w:p w14:paraId="4A096338" w14:textId="77777777" w:rsidR="00A312F0" w:rsidRPr="00691366" w:rsidRDefault="00685F13">
      <w:pPr>
        <w:keepLines/>
        <w:spacing w:after="20" w:line="240" w:lineRule="auto"/>
        <w:rPr>
          <w:color w:val="auto"/>
          <w:sz w:val="28"/>
          <w:szCs w:val="28"/>
        </w:rPr>
      </w:pPr>
      <w:r w:rsidRPr="00691366">
        <w:rPr>
          <w:b/>
          <w:color w:val="auto"/>
          <w:sz w:val="28"/>
          <w:szCs w:val="28"/>
        </w:rPr>
        <w:t>31.</w:t>
      </w:r>
      <w:r w:rsidRPr="00691366">
        <w:rPr>
          <w:color w:val="auto"/>
          <w:sz w:val="28"/>
          <w:szCs w:val="28"/>
        </w:rPr>
        <w:t xml:space="preserve"> Compared with city people, the local people ________.</w:t>
      </w:r>
    </w:p>
    <w:tbl>
      <w:tblPr>
        <w:tblW w:w="0" w:type="auto"/>
        <w:jc w:val="center"/>
        <w:tblLayout w:type="fixed"/>
        <w:tblLook w:val="04A0" w:firstRow="1" w:lastRow="0" w:firstColumn="1" w:lastColumn="0" w:noHBand="0" w:noVBand="1"/>
      </w:tblPr>
      <w:tblGrid>
        <w:gridCol w:w="5244"/>
        <w:gridCol w:w="5244"/>
      </w:tblGrid>
      <w:tr w:rsidR="00691366" w:rsidRPr="00691366" w14:paraId="1BF9B992"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65304883" w14:textId="77777777" w:rsidR="00A312F0" w:rsidRPr="00691366" w:rsidRDefault="00685F13">
            <w:pPr>
              <w:spacing w:after="0" w:line="240" w:lineRule="auto"/>
              <w:rPr>
                <w:color w:val="auto"/>
                <w:sz w:val="28"/>
                <w:szCs w:val="28"/>
              </w:rPr>
            </w:pPr>
            <w:r w:rsidRPr="00691366">
              <w:rPr>
                <w:color w:val="auto"/>
                <w:sz w:val="28"/>
                <w:szCs w:val="28"/>
              </w:rPr>
              <w:t>A. drove faster</w:t>
            </w:r>
          </w:p>
        </w:tc>
        <w:tc>
          <w:tcPr>
            <w:tcW w:w="5244" w:type="dxa"/>
            <w:tcBorders>
              <w:top w:val="nil"/>
              <w:left w:val="nil"/>
              <w:bottom w:val="nil"/>
              <w:right w:val="nil"/>
            </w:tcBorders>
            <w:tcMar>
              <w:top w:w="10" w:type="dxa"/>
              <w:left w:w="50" w:type="dxa"/>
              <w:bottom w:w="15" w:type="dxa"/>
              <w:right w:w="70" w:type="dxa"/>
            </w:tcMar>
          </w:tcPr>
          <w:p w14:paraId="085ABC62" w14:textId="77777777" w:rsidR="00A312F0" w:rsidRPr="00691366" w:rsidRDefault="00685F13">
            <w:pPr>
              <w:spacing w:after="0" w:line="240" w:lineRule="auto"/>
              <w:rPr>
                <w:color w:val="auto"/>
                <w:sz w:val="28"/>
                <w:szCs w:val="28"/>
              </w:rPr>
            </w:pPr>
            <w:r w:rsidRPr="00691366">
              <w:rPr>
                <w:color w:val="auto"/>
                <w:sz w:val="28"/>
                <w:szCs w:val="28"/>
              </w:rPr>
              <w:t>B. spoke more quietly and moved more slowly</w:t>
            </w:r>
          </w:p>
        </w:tc>
      </w:tr>
      <w:tr w:rsidR="00691366" w:rsidRPr="00691366" w14:paraId="7E0D2360" w14:textId="77777777">
        <w:trPr>
          <w:cantSplit/>
          <w:jc w:val="center"/>
        </w:trPr>
        <w:tc>
          <w:tcPr>
            <w:tcW w:w="5244" w:type="dxa"/>
            <w:tcBorders>
              <w:top w:val="nil"/>
              <w:left w:val="nil"/>
              <w:bottom w:val="nil"/>
              <w:right w:val="nil"/>
            </w:tcBorders>
            <w:tcMar>
              <w:top w:w="10" w:type="dxa"/>
              <w:left w:w="50" w:type="dxa"/>
              <w:bottom w:w="15" w:type="dxa"/>
              <w:right w:w="70" w:type="dxa"/>
            </w:tcMar>
          </w:tcPr>
          <w:p w14:paraId="5650D1D5" w14:textId="77777777" w:rsidR="00A312F0" w:rsidRPr="00691366" w:rsidRDefault="00685F13">
            <w:pPr>
              <w:spacing w:after="0" w:line="240" w:lineRule="auto"/>
              <w:rPr>
                <w:color w:val="auto"/>
                <w:sz w:val="28"/>
                <w:szCs w:val="28"/>
              </w:rPr>
            </w:pPr>
            <w:r w:rsidRPr="00691366">
              <w:rPr>
                <w:color w:val="auto"/>
                <w:sz w:val="28"/>
                <w:szCs w:val="28"/>
              </w:rPr>
              <w:t>C. were less friendly</w:t>
            </w:r>
          </w:p>
        </w:tc>
        <w:tc>
          <w:tcPr>
            <w:tcW w:w="5244" w:type="dxa"/>
            <w:tcBorders>
              <w:top w:val="nil"/>
              <w:left w:val="nil"/>
              <w:bottom w:val="nil"/>
              <w:right w:val="nil"/>
            </w:tcBorders>
            <w:tcMar>
              <w:top w:w="10" w:type="dxa"/>
              <w:left w:w="50" w:type="dxa"/>
              <w:bottom w:w="15" w:type="dxa"/>
              <w:right w:w="70" w:type="dxa"/>
            </w:tcMar>
          </w:tcPr>
          <w:p w14:paraId="758EB044" w14:textId="77777777" w:rsidR="00A312F0" w:rsidRPr="00691366" w:rsidRDefault="00685F13">
            <w:pPr>
              <w:spacing w:after="0" w:line="240" w:lineRule="auto"/>
              <w:rPr>
                <w:color w:val="auto"/>
                <w:sz w:val="28"/>
                <w:szCs w:val="28"/>
              </w:rPr>
            </w:pPr>
            <w:r w:rsidRPr="00691366">
              <w:rPr>
                <w:color w:val="auto"/>
                <w:sz w:val="28"/>
                <w:szCs w:val="28"/>
              </w:rPr>
              <w:t>D. worked only in the afternoon</w:t>
            </w:r>
          </w:p>
        </w:tc>
      </w:tr>
    </w:tbl>
    <w:p w14:paraId="591311AF" w14:textId="77777777" w:rsidR="00A312F0" w:rsidRPr="00691366" w:rsidRDefault="00685F13">
      <w:pPr>
        <w:keepLines/>
        <w:spacing w:after="20" w:line="240" w:lineRule="auto"/>
        <w:rPr>
          <w:color w:val="auto"/>
          <w:sz w:val="28"/>
          <w:szCs w:val="28"/>
        </w:rPr>
      </w:pPr>
      <w:r w:rsidRPr="00691366">
        <w:rPr>
          <w:b/>
          <w:color w:val="auto"/>
          <w:sz w:val="28"/>
          <w:szCs w:val="28"/>
        </w:rPr>
        <w:t>32.</w:t>
      </w:r>
      <w:r w:rsidRPr="00691366">
        <w:rPr>
          <w:color w:val="auto"/>
          <w:sz w:val="28"/>
          <w:szCs w:val="28"/>
        </w:rPr>
        <w:t xml:space="preserve"> How did Minh’s opinion of countryside life change?</w:t>
      </w:r>
    </w:p>
    <w:tbl>
      <w:tblPr>
        <w:tblW w:w="0" w:type="auto"/>
        <w:jc w:val="center"/>
        <w:tblLayout w:type="fixed"/>
        <w:tblLook w:val="04A0" w:firstRow="1" w:lastRow="0" w:firstColumn="1" w:lastColumn="0" w:noHBand="0" w:noVBand="1"/>
      </w:tblPr>
      <w:tblGrid>
        <w:gridCol w:w="50"/>
        <w:gridCol w:w="5194"/>
        <w:gridCol w:w="5244"/>
        <w:gridCol w:w="50"/>
      </w:tblGrid>
      <w:tr w:rsidR="00691366" w:rsidRPr="00691366" w14:paraId="7A3556B1" w14:textId="77777777" w:rsidTr="00C74069">
        <w:trPr>
          <w:gridBefore w:val="1"/>
          <w:wBefore w:w="50" w:type="dxa"/>
          <w:cantSplit/>
          <w:jc w:val="center"/>
        </w:trPr>
        <w:tc>
          <w:tcPr>
            <w:tcW w:w="10488" w:type="dxa"/>
            <w:gridSpan w:val="3"/>
            <w:tcBorders>
              <w:top w:val="nil"/>
              <w:left w:val="nil"/>
              <w:bottom w:val="nil"/>
              <w:right w:val="nil"/>
            </w:tcBorders>
            <w:tcMar>
              <w:top w:w="10" w:type="dxa"/>
              <w:left w:w="50" w:type="dxa"/>
              <w:bottom w:w="15" w:type="dxa"/>
              <w:right w:w="70" w:type="dxa"/>
            </w:tcMar>
          </w:tcPr>
          <w:p w14:paraId="4B9A517F" w14:textId="77777777" w:rsidR="00A312F0" w:rsidRPr="00691366" w:rsidRDefault="00685F13">
            <w:pPr>
              <w:spacing w:after="0" w:line="240" w:lineRule="auto"/>
              <w:rPr>
                <w:color w:val="auto"/>
                <w:sz w:val="28"/>
                <w:szCs w:val="28"/>
              </w:rPr>
            </w:pPr>
            <w:r w:rsidRPr="00691366">
              <w:rPr>
                <w:color w:val="auto"/>
                <w:sz w:val="28"/>
                <w:szCs w:val="28"/>
              </w:rPr>
              <w:t>A. He still thought it was boring.</w:t>
            </w:r>
          </w:p>
        </w:tc>
      </w:tr>
      <w:tr w:rsidR="00691366" w:rsidRPr="00691366" w14:paraId="51D8BBFA" w14:textId="77777777" w:rsidTr="00C74069">
        <w:trPr>
          <w:gridBefore w:val="1"/>
          <w:wBefore w:w="50" w:type="dxa"/>
          <w:cantSplit/>
          <w:jc w:val="center"/>
        </w:trPr>
        <w:tc>
          <w:tcPr>
            <w:tcW w:w="10488" w:type="dxa"/>
            <w:gridSpan w:val="3"/>
            <w:tcBorders>
              <w:top w:val="nil"/>
              <w:left w:val="nil"/>
              <w:bottom w:val="nil"/>
              <w:right w:val="nil"/>
            </w:tcBorders>
            <w:tcMar>
              <w:top w:w="10" w:type="dxa"/>
              <w:left w:w="50" w:type="dxa"/>
              <w:bottom w:w="15" w:type="dxa"/>
              <w:right w:w="70" w:type="dxa"/>
            </w:tcMar>
          </w:tcPr>
          <w:p w14:paraId="6B4BB12B" w14:textId="77777777" w:rsidR="00A312F0" w:rsidRPr="00691366" w:rsidRDefault="00685F13">
            <w:pPr>
              <w:spacing w:after="0" w:line="240" w:lineRule="auto"/>
              <w:rPr>
                <w:color w:val="auto"/>
                <w:sz w:val="28"/>
                <w:szCs w:val="28"/>
              </w:rPr>
            </w:pPr>
            <w:r w:rsidRPr="00691366">
              <w:rPr>
                <w:color w:val="auto"/>
                <w:sz w:val="28"/>
                <w:szCs w:val="28"/>
              </w:rPr>
              <w:t>B. He preferred the noise of the city.</w:t>
            </w:r>
          </w:p>
        </w:tc>
      </w:tr>
      <w:tr w:rsidR="00691366" w:rsidRPr="00691366" w14:paraId="3DE04F91" w14:textId="77777777" w:rsidTr="00C74069">
        <w:trPr>
          <w:gridBefore w:val="1"/>
          <w:wBefore w:w="50" w:type="dxa"/>
          <w:cantSplit/>
          <w:jc w:val="center"/>
        </w:trPr>
        <w:tc>
          <w:tcPr>
            <w:tcW w:w="10488" w:type="dxa"/>
            <w:gridSpan w:val="3"/>
            <w:tcBorders>
              <w:top w:val="nil"/>
              <w:left w:val="nil"/>
              <w:bottom w:val="nil"/>
              <w:right w:val="nil"/>
            </w:tcBorders>
            <w:tcMar>
              <w:top w:w="10" w:type="dxa"/>
              <w:left w:w="50" w:type="dxa"/>
              <w:bottom w:w="15" w:type="dxa"/>
              <w:right w:w="70" w:type="dxa"/>
            </w:tcMar>
          </w:tcPr>
          <w:p w14:paraId="02B03B51" w14:textId="77777777" w:rsidR="00A312F0" w:rsidRPr="00691366" w:rsidRDefault="00685F13">
            <w:pPr>
              <w:spacing w:after="0" w:line="240" w:lineRule="auto"/>
              <w:rPr>
                <w:color w:val="auto"/>
                <w:sz w:val="28"/>
                <w:szCs w:val="28"/>
              </w:rPr>
            </w:pPr>
            <w:r w:rsidRPr="00691366">
              <w:rPr>
                <w:color w:val="auto"/>
                <w:sz w:val="28"/>
                <w:szCs w:val="28"/>
              </w:rPr>
              <w:t>C. He found it peaceful and interesting.</w:t>
            </w:r>
          </w:p>
        </w:tc>
      </w:tr>
      <w:tr w:rsidR="00691366" w:rsidRPr="00691366" w14:paraId="3A5B6D25" w14:textId="77777777" w:rsidTr="00C74069">
        <w:trPr>
          <w:gridBefore w:val="1"/>
          <w:wBefore w:w="50" w:type="dxa"/>
          <w:cantSplit/>
          <w:jc w:val="center"/>
        </w:trPr>
        <w:tc>
          <w:tcPr>
            <w:tcW w:w="10488" w:type="dxa"/>
            <w:gridSpan w:val="3"/>
            <w:tcBorders>
              <w:top w:val="nil"/>
              <w:left w:val="nil"/>
              <w:bottom w:val="nil"/>
              <w:right w:val="nil"/>
            </w:tcBorders>
            <w:tcMar>
              <w:top w:w="10" w:type="dxa"/>
              <w:left w:w="50" w:type="dxa"/>
              <w:bottom w:w="15" w:type="dxa"/>
              <w:right w:w="70" w:type="dxa"/>
            </w:tcMar>
          </w:tcPr>
          <w:p w14:paraId="61594FE8" w14:textId="77777777" w:rsidR="00A312F0" w:rsidRPr="00691366" w:rsidRDefault="00685F13">
            <w:pPr>
              <w:spacing w:after="0" w:line="240" w:lineRule="auto"/>
              <w:rPr>
                <w:color w:val="auto"/>
                <w:sz w:val="28"/>
                <w:szCs w:val="28"/>
              </w:rPr>
            </w:pPr>
            <w:r w:rsidRPr="00691366">
              <w:rPr>
                <w:color w:val="auto"/>
                <w:sz w:val="28"/>
                <w:szCs w:val="28"/>
              </w:rPr>
              <w:t>D. He decided never to return.</w:t>
            </w:r>
          </w:p>
        </w:tc>
      </w:tr>
      <w:tr w:rsidR="00691366" w:rsidRPr="00691366" w14:paraId="4CDFA603" w14:textId="77777777" w:rsidTr="00C74069">
        <w:trPr>
          <w:gridAfter w:val="1"/>
          <w:wAfter w:w="50" w:type="dxa"/>
          <w:jc w:val="center"/>
        </w:trPr>
        <w:tc>
          <w:tcPr>
            <w:tcW w:w="5244" w:type="dxa"/>
            <w:gridSpan w:val="2"/>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4E6AD452" w14:textId="77777777" w:rsidR="00A312F0" w:rsidRPr="00691366" w:rsidRDefault="00685F13">
            <w:pPr>
              <w:jc w:val="center"/>
              <w:rPr>
                <w:color w:val="auto"/>
                <w:sz w:val="28"/>
                <w:szCs w:val="28"/>
              </w:rPr>
            </w:pPr>
            <w:r w:rsidRPr="00C74069">
              <w:rPr>
                <w:b/>
                <w:color w:val="FFFFFF" w:themeColor="background1"/>
                <w:sz w:val="28"/>
                <w:szCs w:val="28"/>
              </w:rPr>
              <w:t>PART VI</w:t>
            </w:r>
          </w:p>
        </w:tc>
        <w:tc>
          <w:tcPr>
            <w:tcW w:w="5244" w:type="dxa"/>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7360350A" w14:textId="77777777" w:rsidR="00A312F0" w:rsidRPr="00691366" w:rsidRDefault="00685F13">
            <w:pPr>
              <w:keepNext/>
              <w:rPr>
                <w:color w:val="auto"/>
                <w:sz w:val="28"/>
                <w:szCs w:val="28"/>
              </w:rPr>
            </w:pPr>
            <w:proofErr w:type="gramStart"/>
            <w:r w:rsidRPr="00691366">
              <w:rPr>
                <w:b/>
                <w:color w:val="auto"/>
                <w:sz w:val="28"/>
                <w:szCs w:val="28"/>
              </w:rPr>
              <w:t>ORDERING  (</w:t>
            </w:r>
            <w:proofErr w:type="gramEnd"/>
            <w:r w:rsidRPr="00691366">
              <w:rPr>
                <w:b/>
                <w:color w:val="auto"/>
                <w:sz w:val="28"/>
                <w:szCs w:val="28"/>
              </w:rPr>
              <w:t xml:space="preserve">0.5 </w:t>
            </w:r>
            <w:proofErr w:type="spellStart"/>
            <w:r w:rsidRPr="00691366">
              <w:rPr>
                <w:b/>
                <w:color w:val="auto"/>
                <w:sz w:val="28"/>
                <w:szCs w:val="28"/>
              </w:rPr>
              <w:t>pt</w:t>
            </w:r>
            <w:proofErr w:type="spellEnd"/>
            <w:r w:rsidRPr="00691366">
              <w:rPr>
                <w:b/>
                <w:color w:val="auto"/>
                <w:sz w:val="28"/>
                <w:szCs w:val="28"/>
              </w:rPr>
              <w:t>)</w:t>
            </w:r>
          </w:p>
        </w:tc>
      </w:tr>
    </w:tbl>
    <w:p w14:paraId="3A15BDE9" w14:textId="77777777" w:rsidR="00A312F0" w:rsidRPr="00C74069" w:rsidRDefault="00685F13">
      <w:pPr>
        <w:keepNext/>
        <w:spacing w:after="60" w:line="240" w:lineRule="auto"/>
        <w:rPr>
          <w:b/>
          <w:bCs/>
          <w:iCs/>
          <w:color w:val="auto"/>
          <w:sz w:val="28"/>
          <w:szCs w:val="28"/>
        </w:rPr>
      </w:pPr>
      <w:r w:rsidRPr="00C74069">
        <w:rPr>
          <w:b/>
          <w:bCs/>
          <w:iCs/>
          <w:color w:val="auto"/>
          <w:sz w:val="28"/>
          <w:szCs w:val="28"/>
        </w:rPr>
        <w:t>Arrange the sentences to make a complete dialogue.</w:t>
      </w:r>
    </w:p>
    <w:p w14:paraId="6F237114" w14:textId="77777777" w:rsidR="00A312F0" w:rsidRPr="00691366" w:rsidRDefault="00685F13">
      <w:pPr>
        <w:spacing w:after="20"/>
        <w:rPr>
          <w:color w:val="auto"/>
          <w:sz w:val="28"/>
          <w:szCs w:val="28"/>
        </w:rPr>
      </w:pPr>
      <w:r w:rsidRPr="00691366">
        <w:rPr>
          <w:b/>
          <w:color w:val="auto"/>
          <w:sz w:val="28"/>
          <w:szCs w:val="28"/>
        </w:rPr>
        <w:t>33.</w:t>
      </w:r>
    </w:p>
    <w:p w14:paraId="3DB5F983" w14:textId="77777777" w:rsidR="00A312F0" w:rsidRPr="00691366" w:rsidRDefault="00685F13">
      <w:pPr>
        <w:spacing w:after="20"/>
        <w:ind w:left="255"/>
        <w:rPr>
          <w:color w:val="auto"/>
          <w:sz w:val="28"/>
          <w:szCs w:val="28"/>
        </w:rPr>
      </w:pPr>
      <w:r w:rsidRPr="00691366">
        <w:rPr>
          <w:color w:val="auto"/>
          <w:sz w:val="28"/>
          <w:szCs w:val="28"/>
        </w:rPr>
        <w:t>a. Thank you. I took it near my grandparents’ house.</w:t>
      </w:r>
    </w:p>
    <w:p w14:paraId="0931EA23" w14:textId="77777777" w:rsidR="00A312F0" w:rsidRPr="00691366" w:rsidRDefault="00685F13">
      <w:pPr>
        <w:spacing w:after="20"/>
        <w:ind w:left="255"/>
        <w:rPr>
          <w:color w:val="auto"/>
          <w:sz w:val="28"/>
          <w:szCs w:val="28"/>
        </w:rPr>
      </w:pPr>
      <w:r w:rsidRPr="00691366">
        <w:rPr>
          <w:color w:val="auto"/>
          <w:sz w:val="28"/>
          <w:szCs w:val="28"/>
        </w:rPr>
        <w:t>b. What a beautiful photo of the paddy field!</w:t>
      </w:r>
    </w:p>
    <w:p w14:paraId="5AF0087F" w14:textId="77777777" w:rsidR="00A312F0" w:rsidRPr="00691366" w:rsidRDefault="00685F13">
      <w:pPr>
        <w:spacing w:after="20"/>
        <w:ind w:left="255"/>
        <w:rPr>
          <w:color w:val="auto"/>
          <w:sz w:val="28"/>
          <w:szCs w:val="28"/>
        </w:rPr>
      </w:pPr>
      <w:r w:rsidRPr="00691366">
        <w:rPr>
          <w:color w:val="auto"/>
          <w:sz w:val="28"/>
          <w:szCs w:val="28"/>
        </w:rPr>
        <w:t xml:space="preserve">c. The </w:t>
      </w:r>
      <w:proofErr w:type="spellStart"/>
      <w:r w:rsidRPr="00691366">
        <w:rPr>
          <w:color w:val="auto"/>
          <w:sz w:val="28"/>
          <w:szCs w:val="28"/>
        </w:rPr>
        <w:t>colours</w:t>
      </w:r>
      <w:proofErr w:type="spellEnd"/>
      <w:r w:rsidRPr="00691366">
        <w:rPr>
          <w:color w:val="auto"/>
          <w:sz w:val="28"/>
          <w:szCs w:val="28"/>
        </w:rPr>
        <w:t xml:space="preserve"> are amazing, too.</w:t>
      </w:r>
    </w:p>
    <w:p w14:paraId="4582CA6D" w14:textId="77777777" w:rsidR="00A312F0" w:rsidRPr="00691366" w:rsidRDefault="00685F13">
      <w:pPr>
        <w:spacing w:after="20"/>
        <w:ind w:left="255"/>
        <w:rPr>
          <w:color w:val="auto"/>
          <w:sz w:val="28"/>
          <w:szCs w:val="28"/>
        </w:rPr>
      </w:pPr>
      <w:r w:rsidRPr="00691366">
        <w:rPr>
          <w:color w:val="auto"/>
          <w:sz w:val="28"/>
          <w:szCs w:val="28"/>
        </w:rPr>
        <w:t>d. I’m glad you like it.</w:t>
      </w:r>
    </w:p>
    <w:tbl>
      <w:tblPr>
        <w:tblW w:w="0" w:type="auto"/>
        <w:jc w:val="center"/>
        <w:tblLayout w:type="fixed"/>
        <w:tblLook w:val="04A0" w:firstRow="1" w:lastRow="0" w:firstColumn="1" w:lastColumn="0" w:noHBand="0" w:noVBand="1"/>
      </w:tblPr>
      <w:tblGrid>
        <w:gridCol w:w="2622"/>
        <w:gridCol w:w="2622"/>
        <w:gridCol w:w="2622"/>
        <w:gridCol w:w="2622"/>
      </w:tblGrid>
      <w:tr w:rsidR="00691366" w:rsidRPr="00691366" w14:paraId="38161AE4" w14:textId="77777777">
        <w:trPr>
          <w:cantSplit/>
          <w:jc w:val="center"/>
        </w:trPr>
        <w:tc>
          <w:tcPr>
            <w:tcW w:w="2622" w:type="dxa"/>
            <w:tcBorders>
              <w:top w:val="nil"/>
              <w:left w:val="nil"/>
              <w:bottom w:val="nil"/>
              <w:right w:val="nil"/>
            </w:tcBorders>
            <w:tcMar>
              <w:top w:w="10" w:type="dxa"/>
              <w:left w:w="50" w:type="dxa"/>
              <w:bottom w:w="15" w:type="dxa"/>
              <w:right w:w="70" w:type="dxa"/>
            </w:tcMar>
          </w:tcPr>
          <w:p w14:paraId="459C8CB7" w14:textId="77777777" w:rsidR="00A312F0" w:rsidRPr="00691366" w:rsidRDefault="00685F13">
            <w:pPr>
              <w:spacing w:after="0" w:line="240" w:lineRule="auto"/>
              <w:rPr>
                <w:color w:val="auto"/>
                <w:sz w:val="28"/>
                <w:szCs w:val="28"/>
              </w:rPr>
            </w:pPr>
            <w:r w:rsidRPr="00691366">
              <w:rPr>
                <w:color w:val="auto"/>
                <w:sz w:val="28"/>
                <w:szCs w:val="28"/>
              </w:rPr>
              <w:t>A. a - b - d - c</w:t>
            </w:r>
          </w:p>
        </w:tc>
        <w:tc>
          <w:tcPr>
            <w:tcW w:w="2622" w:type="dxa"/>
            <w:tcBorders>
              <w:top w:val="nil"/>
              <w:left w:val="nil"/>
              <w:bottom w:val="nil"/>
              <w:right w:val="nil"/>
            </w:tcBorders>
            <w:tcMar>
              <w:top w:w="10" w:type="dxa"/>
              <w:left w:w="50" w:type="dxa"/>
              <w:bottom w:w="15" w:type="dxa"/>
              <w:right w:w="70" w:type="dxa"/>
            </w:tcMar>
          </w:tcPr>
          <w:p w14:paraId="21CF2F82" w14:textId="77777777" w:rsidR="00A312F0" w:rsidRPr="00691366" w:rsidRDefault="00685F13">
            <w:pPr>
              <w:spacing w:after="0" w:line="240" w:lineRule="auto"/>
              <w:rPr>
                <w:color w:val="auto"/>
                <w:sz w:val="28"/>
                <w:szCs w:val="28"/>
              </w:rPr>
            </w:pPr>
            <w:r w:rsidRPr="00691366">
              <w:rPr>
                <w:color w:val="auto"/>
                <w:sz w:val="28"/>
                <w:szCs w:val="28"/>
              </w:rPr>
              <w:t>B. b - c - a - d</w:t>
            </w:r>
          </w:p>
        </w:tc>
        <w:tc>
          <w:tcPr>
            <w:tcW w:w="2622" w:type="dxa"/>
            <w:tcBorders>
              <w:top w:val="nil"/>
              <w:left w:val="nil"/>
              <w:bottom w:val="nil"/>
              <w:right w:val="nil"/>
            </w:tcBorders>
            <w:tcMar>
              <w:top w:w="10" w:type="dxa"/>
              <w:left w:w="50" w:type="dxa"/>
              <w:bottom w:w="15" w:type="dxa"/>
              <w:right w:w="70" w:type="dxa"/>
            </w:tcMar>
          </w:tcPr>
          <w:p w14:paraId="245E5EB4" w14:textId="77777777" w:rsidR="00A312F0" w:rsidRPr="00691366" w:rsidRDefault="00685F13">
            <w:pPr>
              <w:spacing w:after="0" w:line="240" w:lineRule="auto"/>
              <w:rPr>
                <w:color w:val="auto"/>
                <w:sz w:val="28"/>
                <w:szCs w:val="28"/>
              </w:rPr>
            </w:pPr>
            <w:r w:rsidRPr="00691366">
              <w:rPr>
                <w:color w:val="auto"/>
                <w:sz w:val="28"/>
                <w:szCs w:val="28"/>
              </w:rPr>
              <w:t>C. b - a - c - d</w:t>
            </w:r>
          </w:p>
        </w:tc>
        <w:tc>
          <w:tcPr>
            <w:tcW w:w="2622" w:type="dxa"/>
            <w:tcBorders>
              <w:top w:val="nil"/>
              <w:left w:val="nil"/>
              <w:bottom w:val="nil"/>
              <w:right w:val="nil"/>
            </w:tcBorders>
            <w:tcMar>
              <w:top w:w="10" w:type="dxa"/>
              <w:left w:w="50" w:type="dxa"/>
              <w:bottom w:w="15" w:type="dxa"/>
              <w:right w:w="70" w:type="dxa"/>
            </w:tcMar>
          </w:tcPr>
          <w:p w14:paraId="5363D603" w14:textId="77777777" w:rsidR="00A312F0" w:rsidRPr="00691366" w:rsidRDefault="00685F13">
            <w:pPr>
              <w:spacing w:after="0" w:line="240" w:lineRule="auto"/>
              <w:rPr>
                <w:color w:val="auto"/>
                <w:sz w:val="28"/>
                <w:szCs w:val="28"/>
              </w:rPr>
            </w:pPr>
            <w:r w:rsidRPr="00691366">
              <w:rPr>
                <w:color w:val="auto"/>
                <w:sz w:val="28"/>
                <w:szCs w:val="28"/>
              </w:rPr>
              <w:t>D. c - b - d - a</w:t>
            </w:r>
          </w:p>
        </w:tc>
      </w:tr>
    </w:tbl>
    <w:p w14:paraId="43126296" w14:textId="77777777" w:rsidR="00A312F0" w:rsidRPr="00691366" w:rsidRDefault="00685F13">
      <w:pPr>
        <w:spacing w:after="20"/>
        <w:rPr>
          <w:color w:val="auto"/>
          <w:sz w:val="28"/>
          <w:szCs w:val="28"/>
        </w:rPr>
      </w:pPr>
      <w:r w:rsidRPr="00691366">
        <w:rPr>
          <w:b/>
          <w:color w:val="auto"/>
          <w:sz w:val="28"/>
          <w:szCs w:val="28"/>
        </w:rPr>
        <w:t>34.</w:t>
      </w:r>
    </w:p>
    <w:p w14:paraId="335CF274" w14:textId="77777777" w:rsidR="00A312F0" w:rsidRPr="00691366" w:rsidRDefault="00685F13">
      <w:pPr>
        <w:spacing w:after="20"/>
        <w:ind w:left="255"/>
        <w:rPr>
          <w:color w:val="auto"/>
          <w:sz w:val="28"/>
          <w:szCs w:val="28"/>
        </w:rPr>
      </w:pPr>
      <w:r w:rsidRPr="00691366">
        <w:rPr>
          <w:color w:val="auto"/>
          <w:sz w:val="28"/>
          <w:szCs w:val="28"/>
        </w:rPr>
        <w:t>a. Because the air is fresher and life is quieter.</w:t>
      </w:r>
    </w:p>
    <w:p w14:paraId="0FCE1D71" w14:textId="77777777" w:rsidR="00A312F0" w:rsidRPr="00691366" w:rsidRDefault="00685F13">
      <w:pPr>
        <w:spacing w:after="20"/>
        <w:ind w:left="255"/>
        <w:rPr>
          <w:color w:val="auto"/>
          <w:sz w:val="28"/>
          <w:szCs w:val="28"/>
        </w:rPr>
      </w:pPr>
      <w:r w:rsidRPr="00691366">
        <w:rPr>
          <w:color w:val="auto"/>
          <w:sz w:val="28"/>
          <w:szCs w:val="28"/>
        </w:rPr>
        <w:t>b. What do you like about the countryside?</w:t>
      </w:r>
    </w:p>
    <w:p w14:paraId="714C2E99" w14:textId="77777777" w:rsidR="00A312F0" w:rsidRPr="00691366" w:rsidRDefault="00685F13">
      <w:pPr>
        <w:spacing w:after="20"/>
        <w:ind w:left="255"/>
        <w:rPr>
          <w:color w:val="auto"/>
          <w:sz w:val="28"/>
          <w:szCs w:val="28"/>
        </w:rPr>
      </w:pPr>
      <w:r w:rsidRPr="00691366">
        <w:rPr>
          <w:color w:val="auto"/>
          <w:sz w:val="28"/>
          <w:szCs w:val="28"/>
        </w:rPr>
        <w:t>c. I like the peaceful atmosphere most.</w:t>
      </w:r>
    </w:p>
    <w:p w14:paraId="12A4866A" w14:textId="77777777" w:rsidR="00A312F0" w:rsidRDefault="00685F13">
      <w:pPr>
        <w:spacing w:after="20"/>
        <w:ind w:left="255"/>
        <w:rPr>
          <w:color w:val="auto"/>
          <w:sz w:val="28"/>
          <w:szCs w:val="28"/>
        </w:rPr>
      </w:pPr>
      <w:r w:rsidRPr="00691366">
        <w:rPr>
          <w:color w:val="auto"/>
          <w:sz w:val="28"/>
          <w:szCs w:val="28"/>
        </w:rPr>
        <w:t>d. Why do you like it?</w:t>
      </w:r>
    </w:p>
    <w:tbl>
      <w:tblPr>
        <w:tblW w:w="0" w:type="auto"/>
        <w:jc w:val="center"/>
        <w:tblLayout w:type="fixed"/>
        <w:tblLook w:val="04A0" w:firstRow="1" w:lastRow="0" w:firstColumn="1" w:lastColumn="0" w:noHBand="0" w:noVBand="1"/>
      </w:tblPr>
      <w:tblGrid>
        <w:gridCol w:w="100"/>
        <w:gridCol w:w="2622"/>
        <w:gridCol w:w="2522"/>
        <w:gridCol w:w="100"/>
        <w:gridCol w:w="2622"/>
        <w:gridCol w:w="2522"/>
        <w:gridCol w:w="100"/>
      </w:tblGrid>
      <w:tr w:rsidR="00C74069" w:rsidRPr="00691366" w14:paraId="7FE6770F" w14:textId="77777777" w:rsidTr="00C74069">
        <w:trPr>
          <w:gridBefore w:val="1"/>
          <w:wBefore w:w="100" w:type="dxa"/>
          <w:cantSplit/>
          <w:jc w:val="center"/>
        </w:trPr>
        <w:tc>
          <w:tcPr>
            <w:tcW w:w="2622" w:type="dxa"/>
            <w:tcBorders>
              <w:top w:val="nil"/>
              <w:left w:val="nil"/>
              <w:bottom w:val="nil"/>
              <w:right w:val="nil"/>
            </w:tcBorders>
            <w:tcMar>
              <w:top w:w="10" w:type="dxa"/>
              <w:left w:w="50" w:type="dxa"/>
              <w:bottom w:w="15" w:type="dxa"/>
              <w:right w:w="70" w:type="dxa"/>
            </w:tcMar>
          </w:tcPr>
          <w:p w14:paraId="2B4D8A9B" w14:textId="77777777" w:rsidR="00C74069" w:rsidRPr="00691366" w:rsidRDefault="00C74069" w:rsidP="006A7274">
            <w:pPr>
              <w:spacing w:after="0" w:line="240" w:lineRule="auto"/>
              <w:ind w:left="864" w:hanging="864"/>
              <w:rPr>
                <w:color w:val="auto"/>
                <w:sz w:val="28"/>
                <w:szCs w:val="28"/>
              </w:rPr>
            </w:pPr>
            <w:r w:rsidRPr="00691366">
              <w:rPr>
                <w:color w:val="auto"/>
                <w:sz w:val="28"/>
                <w:szCs w:val="28"/>
              </w:rPr>
              <w:t>A. a - b - c - d</w:t>
            </w:r>
          </w:p>
        </w:tc>
        <w:tc>
          <w:tcPr>
            <w:tcW w:w="2622" w:type="dxa"/>
            <w:gridSpan w:val="2"/>
            <w:tcBorders>
              <w:top w:val="nil"/>
              <w:left w:val="nil"/>
              <w:bottom w:val="nil"/>
              <w:right w:val="nil"/>
            </w:tcBorders>
            <w:tcMar>
              <w:top w:w="10" w:type="dxa"/>
              <w:left w:w="50" w:type="dxa"/>
              <w:bottom w:w="15" w:type="dxa"/>
              <w:right w:w="70" w:type="dxa"/>
            </w:tcMar>
          </w:tcPr>
          <w:p w14:paraId="58CB291C" w14:textId="77777777" w:rsidR="00C74069" w:rsidRPr="00691366" w:rsidRDefault="00C74069" w:rsidP="006A7274">
            <w:pPr>
              <w:spacing w:after="0" w:line="240" w:lineRule="auto"/>
              <w:rPr>
                <w:color w:val="auto"/>
                <w:sz w:val="28"/>
                <w:szCs w:val="28"/>
              </w:rPr>
            </w:pPr>
            <w:r w:rsidRPr="00691366">
              <w:rPr>
                <w:color w:val="auto"/>
                <w:sz w:val="28"/>
                <w:szCs w:val="28"/>
              </w:rPr>
              <w:t>B. c - b - a - d</w:t>
            </w:r>
          </w:p>
        </w:tc>
        <w:tc>
          <w:tcPr>
            <w:tcW w:w="2622" w:type="dxa"/>
            <w:tcBorders>
              <w:top w:val="nil"/>
              <w:left w:val="nil"/>
              <w:bottom w:val="nil"/>
              <w:right w:val="nil"/>
            </w:tcBorders>
            <w:tcMar>
              <w:top w:w="10" w:type="dxa"/>
              <w:left w:w="50" w:type="dxa"/>
              <w:bottom w:w="15" w:type="dxa"/>
              <w:right w:w="70" w:type="dxa"/>
            </w:tcMar>
          </w:tcPr>
          <w:p w14:paraId="04F4F7FC" w14:textId="77777777" w:rsidR="00C74069" w:rsidRPr="00691366" w:rsidRDefault="00C74069" w:rsidP="006A7274">
            <w:pPr>
              <w:spacing w:after="0" w:line="240" w:lineRule="auto"/>
              <w:rPr>
                <w:color w:val="auto"/>
                <w:sz w:val="28"/>
                <w:szCs w:val="28"/>
              </w:rPr>
            </w:pPr>
            <w:r w:rsidRPr="00691366">
              <w:rPr>
                <w:color w:val="auto"/>
                <w:sz w:val="28"/>
                <w:szCs w:val="28"/>
              </w:rPr>
              <w:t>C. b - d - c - a</w:t>
            </w:r>
          </w:p>
        </w:tc>
        <w:tc>
          <w:tcPr>
            <w:tcW w:w="2622" w:type="dxa"/>
            <w:gridSpan w:val="2"/>
            <w:tcBorders>
              <w:top w:val="nil"/>
              <w:left w:val="nil"/>
              <w:bottom w:val="nil"/>
              <w:right w:val="nil"/>
            </w:tcBorders>
            <w:tcMar>
              <w:top w:w="10" w:type="dxa"/>
              <w:left w:w="50" w:type="dxa"/>
              <w:bottom w:w="15" w:type="dxa"/>
              <w:right w:w="70" w:type="dxa"/>
            </w:tcMar>
          </w:tcPr>
          <w:p w14:paraId="44DA25BC" w14:textId="77777777" w:rsidR="00C74069" w:rsidRPr="00691366" w:rsidRDefault="00C74069" w:rsidP="006A7274">
            <w:pPr>
              <w:spacing w:after="0" w:line="240" w:lineRule="auto"/>
              <w:rPr>
                <w:color w:val="auto"/>
                <w:sz w:val="28"/>
                <w:szCs w:val="28"/>
              </w:rPr>
            </w:pPr>
            <w:r w:rsidRPr="00691366">
              <w:rPr>
                <w:color w:val="auto"/>
                <w:sz w:val="28"/>
                <w:szCs w:val="28"/>
              </w:rPr>
              <w:t>D. b - c - d - a</w:t>
            </w:r>
          </w:p>
        </w:tc>
      </w:tr>
      <w:tr w:rsidR="00C74069" w:rsidRPr="00691366" w14:paraId="33BFE2F2" w14:textId="77777777" w:rsidTr="00C74069">
        <w:trPr>
          <w:gridAfter w:val="1"/>
          <w:wAfter w:w="100" w:type="dxa"/>
          <w:jc w:val="center"/>
        </w:trPr>
        <w:tc>
          <w:tcPr>
            <w:tcW w:w="5244" w:type="dxa"/>
            <w:gridSpan w:val="3"/>
            <w:tcBorders>
              <w:top w:val="single" w:sz="8" w:space="0" w:color="1E7A78"/>
              <w:left w:val="single" w:sz="8" w:space="0" w:color="1E7A78"/>
              <w:bottom w:val="single" w:sz="8" w:space="0" w:color="1E7A78"/>
              <w:right w:val="single" w:sz="8" w:space="0" w:color="1E7A78"/>
            </w:tcBorders>
            <w:shd w:val="clear" w:color="auto" w:fill="1E7A78"/>
            <w:tcMar>
              <w:top w:w="80" w:type="dxa"/>
              <w:left w:w="100" w:type="dxa"/>
              <w:bottom w:w="80" w:type="dxa"/>
              <w:right w:w="100" w:type="dxa"/>
            </w:tcMar>
            <w:vAlign w:val="center"/>
          </w:tcPr>
          <w:p w14:paraId="1AA0BE18" w14:textId="637236C7" w:rsidR="00C74069" w:rsidRPr="00691366" w:rsidRDefault="00C74069" w:rsidP="006A7274">
            <w:pPr>
              <w:jc w:val="center"/>
              <w:rPr>
                <w:color w:val="auto"/>
                <w:sz w:val="28"/>
                <w:szCs w:val="28"/>
              </w:rPr>
            </w:pPr>
            <w:r w:rsidRPr="00C74069">
              <w:rPr>
                <w:b/>
                <w:color w:val="FFFFFF" w:themeColor="background1"/>
                <w:sz w:val="28"/>
                <w:szCs w:val="28"/>
              </w:rPr>
              <w:t>PART VI</w:t>
            </w:r>
            <w:r>
              <w:rPr>
                <w:b/>
                <w:color w:val="FFFFFF" w:themeColor="background1"/>
                <w:sz w:val="28"/>
                <w:szCs w:val="28"/>
              </w:rPr>
              <w:t>I</w:t>
            </w:r>
          </w:p>
        </w:tc>
        <w:tc>
          <w:tcPr>
            <w:tcW w:w="5244" w:type="dxa"/>
            <w:gridSpan w:val="3"/>
            <w:tcBorders>
              <w:top w:val="single" w:sz="8" w:space="0" w:color="1E7A78"/>
              <w:left w:val="single" w:sz="8" w:space="0" w:color="1E7A78"/>
              <w:bottom w:val="single" w:sz="8" w:space="0" w:color="1E7A78"/>
              <w:right w:val="single" w:sz="8" w:space="0" w:color="1E7A78"/>
            </w:tcBorders>
            <w:shd w:val="clear" w:color="auto" w:fill="E8F5F4"/>
            <w:tcMar>
              <w:top w:w="80" w:type="dxa"/>
              <w:left w:w="100" w:type="dxa"/>
              <w:bottom w:w="80" w:type="dxa"/>
              <w:right w:w="100" w:type="dxa"/>
            </w:tcMar>
            <w:vAlign w:val="center"/>
          </w:tcPr>
          <w:p w14:paraId="23A95F75" w14:textId="1BAA5F1A" w:rsidR="00C74069" w:rsidRPr="00691366" w:rsidRDefault="00C74069" w:rsidP="006A7274">
            <w:pPr>
              <w:keepNext/>
              <w:rPr>
                <w:color w:val="auto"/>
                <w:sz w:val="28"/>
                <w:szCs w:val="28"/>
              </w:rPr>
            </w:pPr>
            <w:r>
              <w:rPr>
                <w:b/>
                <w:color w:val="auto"/>
                <w:sz w:val="28"/>
                <w:szCs w:val="28"/>
              </w:rPr>
              <w:t>WRITING</w:t>
            </w:r>
            <w:r w:rsidRPr="00691366">
              <w:rPr>
                <w:b/>
                <w:color w:val="auto"/>
                <w:sz w:val="28"/>
                <w:szCs w:val="28"/>
              </w:rPr>
              <w:t xml:space="preserve"> (</w:t>
            </w:r>
            <w:r>
              <w:rPr>
                <w:b/>
                <w:color w:val="auto"/>
                <w:sz w:val="28"/>
                <w:szCs w:val="28"/>
              </w:rPr>
              <w:t>1</w:t>
            </w:r>
            <w:r w:rsidRPr="00691366">
              <w:rPr>
                <w:b/>
                <w:color w:val="auto"/>
                <w:sz w:val="28"/>
                <w:szCs w:val="28"/>
              </w:rPr>
              <w:t xml:space="preserve">.5 </w:t>
            </w:r>
            <w:proofErr w:type="spellStart"/>
            <w:r w:rsidRPr="00691366">
              <w:rPr>
                <w:b/>
                <w:color w:val="auto"/>
                <w:sz w:val="28"/>
                <w:szCs w:val="28"/>
              </w:rPr>
              <w:t>pt</w:t>
            </w:r>
            <w:proofErr w:type="spellEnd"/>
            <w:r w:rsidRPr="00691366">
              <w:rPr>
                <w:b/>
                <w:color w:val="auto"/>
                <w:sz w:val="28"/>
                <w:szCs w:val="28"/>
              </w:rPr>
              <w:t>)</w:t>
            </w:r>
          </w:p>
        </w:tc>
      </w:tr>
    </w:tbl>
    <w:p w14:paraId="5535C558" w14:textId="77777777" w:rsidR="00A312F0" w:rsidRPr="00691366" w:rsidRDefault="00685F13">
      <w:pPr>
        <w:keepNext/>
        <w:spacing w:before="20" w:line="240" w:lineRule="auto"/>
        <w:rPr>
          <w:color w:val="auto"/>
          <w:sz w:val="28"/>
          <w:szCs w:val="28"/>
        </w:rPr>
      </w:pPr>
      <w:r w:rsidRPr="00691366">
        <w:rPr>
          <w:b/>
          <w:color w:val="auto"/>
          <w:sz w:val="28"/>
          <w:szCs w:val="28"/>
        </w:rPr>
        <w:t xml:space="preserve">Task 1. Rewrite each sentence so that it has a similar meaning to the original one. (1.0 </w:t>
      </w:r>
      <w:proofErr w:type="spellStart"/>
      <w:r w:rsidRPr="00691366">
        <w:rPr>
          <w:b/>
          <w:color w:val="auto"/>
          <w:sz w:val="28"/>
          <w:szCs w:val="28"/>
        </w:rPr>
        <w:t>pt</w:t>
      </w:r>
      <w:proofErr w:type="spellEnd"/>
      <w:r w:rsidRPr="00691366">
        <w:rPr>
          <w:b/>
          <w:color w:val="auto"/>
          <w:sz w:val="28"/>
          <w:szCs w:val="28"/>
        </w:rPr>
        <w:t>)</w:t>
      </w:r>
    </w:p>
    <w:p w14:paraId="0AE0AF0B" w14:textId="77777777" w:rsidR="00A312F0" w:rsidRPr="00691366" w:rsidRDefault="00685F13">
      <w:pPr>
        <w:spacing w:after="20"/>
        <w:rPr>
          <w:color w:val="auto"/>
          <w:sz w:val="28"/>
          <w:szCs w:val="28"/>
        </w:rPr>
      </w:pPr>
      <w:r w:rsidRPr="00691366">
        <w:rPr>
          <w:b/>
          <w:color w:val="auto"/>
          <w:sz w:val="28"/>
          <w:szCs w:val="28"/>
        </w:rPr>
        <w:t>35.</w:t>
      </w:r>
      <w:r w:rsidRPr="00691366">
        <w:rPr>
          <w:color w:val="auto"/>
          <w:sz w:val="28"/>
          <w:szCs w:val="28"/>
        </w:rPr>
        <w:t xml:space="preserve"> People in the city travel faster than people in the countryside.</w:t>
      </w:r>
    </w:p>
    <w:p w14:paraId="68A7E5F3" w14:textId="70B25496" w:rsidR="00A312F0" w:rsidRPr="00691366" w:rsidRDefault="00685F13">
      <w:pPr>
        <w:spacing w:after="80" w:line="240" w:lineRule="auto"/>
        <w:ind w:left="255"/>
        <w:rPr>
          <w:color w:val="auto"/>
          <w:sz w:val="28"/>
          <w:szCs w:val="28"/>
        </w:rPr>
      </w:pPr>
      <w:r w:rsidRPr="00691366">
        <w:rPr>
          <w:color w:val="auto"/>
          <w:sz w:val="28"/>
          <w:szCs w:val="28"/>
        </w:rPr>
        <w:t>→ People in the countryside travel ____________________________________________.</w:t>
      </w:r>
    </w:p>
    <w:p w14:paraId="0C2D9AE2" w14:textId="77777777" w:rsidR="00A312F0" w:rsidRPr="00691366" w:rsidRDefault="00685F13">
      <w:pPr>
        <w:spacing w:after="20"/>
        <w:rPr>
          <w:color w:val="auto"/>
          <w:sz w:val="28"/>
          <w:szCs w:val="28"/>
        </w:rPr>
      </w:pPr>
      <w:r w:rsidRPr="00691366">
        <w:rPr>
          <w:b/>
          <w:color w:val="auto"/>
          <w:sz w:val="28"/>
          <w:szCs w:val="28"/>
        </w:rPr>
        <w:t>36.</w:t>
      </w:r>
      <w:r w:rsidRPr="00691366">
        <w:rPr>
          <w:color w:val="auto"/>
          <w:sz w:val="28"/>
          <w:szCs w:val="28"/>
        </w:rPr>
        <w:t xml:space="preserve"> The red combine harvester works more efficiently than the old one.</w:t>
      </w:r>
    </w:p>
    <w:p w14:paraId="4C9B9064" w14:textId="2DE537A0" w:rsidR="00A312F0" w:rsidRPr="00691366" w:rsidRDefault="00685F13">
      <w:pPr>
        <w:spacing w:after="80" w:line="240" w:lineRule="auto"/>
        <w:ind w:left="255"/>
        <w:rPr>
          <w:color w:val="auto"/>
          <w:sz w:val="28"/>
          <w:szCs w:val="28"/>
        </w:rPr>
      </w:pPr>
      <w:r w:rsidRPr="00691366">
        <w:rPr>
          <w:color w:val="auto"/>
          <w:sz w:val="28"/>
          <w:szCs w:val="28"/>
        </w:rPr>
        <w:t>→ The old combine harvester does not work ____________________________________.</w:t>
      </w:r>
    </w:p>
    <w:p w14:paraId="06FF2054" w14:textId="77777777" w:rsidR="00A312F0" w:rsidRPr="00691366" w:rsidRDefault="00685F13">
      <w:pPr>
        <w:spacing w:after="20"/>
        <w:rPr>
          <w:color w:val="auto"/>
          <w:sz w:val="28"/>
          <w:szCs w:val="28"/>
        </w:rPr>
      </w:pPr>
      <w:r w:rsidRPr="00691366">
        <w:rPr>
          <w:b/>
          <w:color w:val="auto"/>
          <w:sz w:val="28"/>
          <w:szCs w:val="28"/>
        </w:rPr>
        <w:t>37.</w:t>
      </w:r>
      <w:r w:rsidRPr="00691366">
        <w:rPr>
          <w:color w:val="auto"/>
          <w:sz w:val="28"/>
          <w:szCs w:val="28"/>
        </w:rPr>
        <w:t xml:space="preserve"> Mai speaks more quietly than Lan.</w:t>
      </w:r>
    </w:p>
    <w:p w14:paraId="0487DB62" w14:textId="6188C427" w:rsidR="00A312F0" w:rsidRPr="00691366" w:rsidRDefault="00685F13">
      <w:pPr>
        <w:spacing w:after="80" w:line="240" w:lineRule="auto"/>
        <w:ind w:left="255"/>
        <w:rPr>
          <w:color w:val="auto"/>
          <w:sz w:val="28"/>
          <w:szCs w:val="28"/>
        </w:rPr>
      </w:pPr>
      <w:r w:rsidRPr="00691366">
        <w:rPr>
          <w:color w:val="auto"/>
          <w:sz w:val="28"/>
          <w:szCs w:val="28"/>
        </w:rPr>
        <w:t>→ Lan speaks ____________________________________________________________.</w:t>
      </w:r>
    </w:p>
    <w:p w14:paraId="6AF80029" w14:textId="77777777" w:rsidR="00A312F0" w:rsidRPr="00691366" w:rsidRDefault="00685F13">
      <w:pPr>
        <w:spacing w:after="20"/>
        <w:rPr>
          <w:color w:val="auto"/>
          <w:sz w:val="28"/>
          <w:szCs w:val="28"/>
        </w:rPr>
      </w:pPr>
      <w:r w:rsidRPr="00691366">
        <w:rPr>
          <w:b/>
          <w:color w:val="auto"/>
          <w:sz w:val="28"/>
          <w:szCs w:val="28"/>
        </w:rPr>
        <w:t>38.</w:t>
      </w:r>
      <w:r w:rsidRPr="00691366">
        <w:rPr>
          <w:color w:val="auto"/>
          <w:sz w:val="28"/>
          <w:szCs w:val="28"/>
        </w:rPr>
        <w:t xml:space="preserve"> This is a very picturesque village.</w:t>
      </w:r>
    </w:p>
    <w:p w14:paraId="472B22A0" w14:textId="315D8680" w:rsidR="00A312F0" w:rsidRPr="00691366" w:rsidRDefault="00685F13">
      <w:pPr>
        <w:spacing w:after="80" w:line="240" w:lineRule="auto"/>
        <w:ind w:left="255"/>
        <w:rPr>
          <w:color w:val="auto"/>
          <w:sz w:val="28"/>
          <w:szCs w:val="28"/>
        </w:rPr>
      </w:pPr>
      <w:r w:rsidRPr="00691366">
        <w:rPr>
          <w:color w:val="auto"/>
          <w:sz w:val="28"/>
          <w:szCs w:val="28"/>
        </w:rPr>
        <w:lastRenderedPageBreak/>
        <w:t>→ What ________________________________________________________________!</w:t>
      </w:r>
    </w:p>
    <w:p w14:paraId="5CDC262C" w14:textId="77777777" w:rsidR="00A312F0" w:rsidRPr="00A61C2D" w:rsidRDefault="00685F13">
      <w:pPr>
        <w:keepNext/>
        <w:spacing w:before="20" w:line="240" w:lineRule="auto"/>
        <w:rPr>
          <w:b/>
          <w:bCs/>
          <w:color w:val="auto"/>
          <w:sz w:val="28"/>
          <w:szCs w:val="28"/>
        </w:rPr>
      </w:pPr>
      <w:r w:rsidRPr="00A61C2D">
        <w:rPr>
          <w:b/>
          <w:bCs/>
          <w:color w:val="auto"/>
          <w:sz w:val="28"/>
          <w:szCs w:val="28"/>
        </w:rPr>
        <w:t xml:space="preserve">Task 2. Write a paragraph of 80-100 words about a countryside place you know or have visited. (0.5 </w:t>
      </w:r>
      <w:proofErr w:type="spellStart"/>
      <w:r w:rsidRPr="00A61C2D">
        <w:rPr>
          <w:b/>
          <w:bCs/>
          <w:color w:val="auto"/>
          <w:sz w:val="28"/>
          <w:szCs w:val="28"/>
        </w:rPr>
        <w:t>pt</w:t>
      </w:r>
      <w:proofErr w:type="spellEnd"/>
      <w:r w:rsidRPr="00A61C2D">
        <w:rPr>
          <w:b/>
          <w:bCs/>
          <w:color w:val="auto"/>
          <w:sz w:val="28"/>
          <w:szCs w:val="28"/>
        </w:rPr>
        <w:t>)</w:t>
      </w:r>
    </w:p>
    <w:p w14:paraId="04B13BDB" w14:textId="77777777" w:rsidR="00A312F0" w:rsidRPr="00691366" w:rsidRDefault="00685F13">
      <w:pPr>
        <w:keepNext/>
        <w:spacing w:after="60" w:line="240" w:lineRule="auto"/>
        <w:rPr>
          <w:color w:val="auto"/>
          <w:sz w:val="28"/>
          <w:szCs w:val="28"/>
        </w:rPr>
      </w:pPr>
      <w:r w:rsidRPr="00691366">
        <w:rPr>
          <w:color w:val="auto"/>
          <w:sz w:val="28"/>
          <w:szCs w:val="28"/>
        </w:rPr>
        <w:t>In your paragraph, you should:</w:t>
      </w:r>
    </w:p>
    <w:p w14:paraId="1E51FA2E" w14:textId="77777777" w:rsidR="00A312F0" w:rsidRPr="00691366" w:rsidRDefault="00685F13">
      <w:pPr>
        <w:spacing w:after="20"/>
        <w:ind w:left="198"/>
        <w:rPr>
          <w:color w:val="auto"/>
          <w:sz w:val="28"/>
          <w:szCs w:val="28"/>
        </w:rPr>
      </w:pPr>
      <w:r w:rsidRPr="00691366">
        <w:rPr>
          <w:color w:val="auto"/>
          <w:sz w:val="28"/>
          <w:szCs w:val="28"/>
        </w:rPr>
        <w:t>• say where the place is and when you visited or learnt about it</w:t>
      </w:r>
    </w:p>
    <w:p w14:paraId="49F78456" w14:textId="77777777" w:rsidR="00A312F0" w:rsidRPr="00691366" w:rsidRDefault="00685F13">
      <w:pPr>
        <w:spacing w:after="20"/>
        <w:ind w:left="198"/>
        <w:rPr>
          <w:color w:val="auto"/>
          <w:sz w:val="28"/>
          <w:szCs w:val="28"/>
        </w:rPr>
      </w:pPr>
      <w:r w:rsidRPr="00691366">
        <w:rPr>
          <w:color w:val="auto"/>
          <w:sz w:val="28"/>
          <w:szCs w:val="28"/>
        </w:rPr>
        <w:t>• describe its activities, scenery, and local people</w:t>
      </w:r>
    </w:p>
    <w:p w14:paraId="379CB7FA" w14:textId="77777777" w:rsidR="00A312F0" w:rsidRPr="00691366" w:rsidRDefault="00685F13">
      <w:pPr>
        <w:spacing w:after="20"/>
        <w:ind w:left="198"/>
        <w:rPr>
          <w:color w:val="auto"/>
          <w:sz w:val="28"/>
          <w:szCs w:val="28"/>
        </w:rPr>
      </w:pPr>
      <w:r w:rsidRPr="00691366">
        <w:rPr>
          <w:color w:val="auto"/>
          <w:sz w:val="28"/>
          <w:szCs w:val="28"/>
        </w:rPr>
        <w:t>• explain what you like or dislike about life there</w:t>
      </w:r>
    </w:p>
    <w:p w14:paraId="559A3354" w14:textId="77777777" w:rsidR="00A61C2D" w:rsidRPr="00691366" w:rsidRDefault="00A61C2D" w:rsidP="00A61C2D">
      <w:pPr>
        <w:spacing w:before="60" w:after="160"/>
        <w:jc w:val="center"/>
        <w:rPr>
          <w:color w:val="auto"/>
          <w:sz w:val="28"/>
          <w:szCs w:val="28"/>
        </w:rPr>
      </w:pPr>
      <w:r w:rsidRPr="00691366">
        <w:rPr>
          <w:b/>
          <w:color w:val="auto"/>
          <w:sz w:val="28"/>
          <w:szCs w:val="28"/>
        </w:rPr>
        <w:t>39.</w:t>
      </w:r>
      <w:r w:rsidRPr="00691366">
        <w:rPr>
          <w:color w:val="auto"/>
          <w:sz w:val="28"/>
          <w:szCs w:val="28"/>
        </w:rPr>
        <w:t xml:space="preserve"> A countryside place I know</w:t>
      </w:r>
    </w:p>
    <w:p w14:paraId="17B012A2" w14:textId="43A5AE8C" w:rsidR="00A61C2D" w:rsidRPr="00691366" w:rsidRDefault="00A61C2D" w:rsidP="00A61C2D">
      <w:pPr>
        <w:spacing w:after="140" w:line="240" w:lineRule="auto"/>
        <w:rPr>
          <w:color w:val="auto"/>
          <w:sz w:val="28"/>
          <w:szCs w:val="28"/>
        </w:rPr>
      </w:pPr>
      <w:r w:rsidRPr="00691366">
        <w:rPr>
          <w:color w:val="auto"/>
          <w:sz w:val="28"/>
          <w:szCs w:val="28"/>
        </w:rPr>
        <w:t>················································································································</w:t>
      </w:r>
    </w:p>
    <w:p w14:paraId="58C780A8" w14:textId="462603BB" w:rsidR="00A61C2D" w:rsidRPr="00691366" w:rsidRDefault="00A61C2D" w:rsidP="00A61C2D">
      <w:pPr>
        <w:spacing w:after="140" w:line="240" w:lineRule="auto"/>
        <w:rPr>
          <w:color w:val="auto"/>
          <w:sz w:val="28"/>
          <w:szCs w:val="28"/>
        </w:rPr>
      </w:pPr>
      <w:r w:rsidRPr="00691366">
        <w:rPr>
          <w:color w:val="auto"/>
          <w:sz w:val="28"/>
          <w:szCs w:val="28"/>
        </w:rPr>
        <w:t>················································································································</w:t>
      </w:r>
    </w:p>
    <w:p w14:paraId="789F8285" w14:textId="3B69F2BA" w:rsidR="00A61C2D" w:rsidRPr="00691366" w:rsidRDefault="00A61C2D" w:rsidP="00A61C2D">
      <w:pPr>
        <w:spacing w:after="140" w:line="240" w:lineRule="auto"/>
        <w:rPr>
          <w:color w:val="auto"/>
          <w:sz w:val="28"/>
          <w:szCs w:val="28"/>
        </w:rPr>
      </w:pPr>
      <w:r w:rsidRPr="00691366">
        <w:rPr>
          <w:color w:val="auto"/>
          <w:sz w:val="28"/>
          <w:szCs w:val="28"/>
        </w:rPr>
        <w:t>················································································································</w:t>
      </w:r>
    </w:p>
    <w:p w14:paraId="1A5F3230" w14:textId="6A91A295" w:rsidR="00A61C2D" w:rsidRPr="00691366" w:rsidRDefault="00A61C2D" w:rsidP="00A61C2D">
      <w:pPr>
        <w:spacing w:after="140" w:line="240" w:lineRule="auto"/>
        <w:rPr>
          <w:color w:val="auto"/>
          <w:sz w:val="28"/>
          <w:szCs w:val="28"/>
        </w:rPr>
      </w:pPr>
      <w:r w:rsidRPr="00691366">
        <w:rPr>
          <w:color w:val="auto"/>
          <w:sz w:val="28"/>
          <w:szCs w:val="28"/>
        </w:rPr>
        <w:t>················································································································</w:t>
      </w:r>
    </w:p>
    <w:p w14:paraId="5115174E" w14:textId="7017263D" w:rsidR="00A61C2D" w:rsidRPr="00691366" w:rsidRDefault="00A61C2D" w:rsidP="00A61C2D">
      <w:pPr>
        <w:spacing w:after="140" w:line="240" w:lineRule="auto"/>
        <w:rPr>
          <w:color w:val="auto"/>
          <w:sz w:val="28"/>
          <w:szCs w:val="28"/>
        </w:rPr>
      </w:pPr>
      <w:r w:rsidRPr="00691366">
        <w:rPr>
          <w:color w:val="auto"/>
          <w:sz w:val="28"/>
          <w:szCs w:val="28"/>
        </w:rPr>
        <w:t>················································································································</w:t>
      </w:r>
    </w:p>
    <w:p w14:paraId="312BEA32" w14:textId="4322D285" w:rsidR="00A61C2D" w:rsidRPr="00691366" w:rsidRDefault="00A61C2D" w:rsidP="00A61C2D">
      <w:pPr>
        <w:spacing w:after="140" w:line="240" w:lineRule="auto"/>
        <w:rPr>
          <w:color w:val="auto"/>
          <w:sz w:val="28"/>
          <w:szCs w:val="28"/>
        </w:rPr>
      </w:pPr>
      <w:r w:rsidRPr="00691366">
        <w:rPr>
          <w:color w:val="auto"/>
          <w:sz w:val="28"/>
          <w:szCs w:val="28"/>
        </w:rPr>
        <w:t>················································································································</w:t>
      </w:r>
    </w:p>
    <w:p w14:paraId="7CC4585A" w14:textId="29F30292" w:rsidR="00A61C2D" w:rsidRPr="00691366" w:rsidRDefault="00A61C2D" w:rsidP="00A61C2D">
      <w:pPr>
        <w:spacing w:after="140" w:line="240" w:lineRule="auto"/>
        <w:rPr>
          <w:color w:val="auto"/>
          <w:sz w:val="28"/>
          <w:szCs w:val="28"/>
        </w:rPr>
      </w:pPr>
      <w:r w:rsidRPr="00691366">
        <w:rPr>
          <w:color w:val="auto"/>
          <w:sz w:val="28"/>
          <w:szCs w:val="28"/>
        </w:rPr>
        <w:t>················································································································</w:t>
      </w:r>
    </w:p>
    <w:p w14:paraId="137E6CE2" w14:textId="6AB6751A" w:rsidR="00A61C2D" w:rsidRPr="00691366" w:rsidRDefault="00A61C2D" w:rsidP="00A61C2D">
      <w:pPr>
        <w:spacing w:after="140" w:line="240" w:lineRule="auto"/>
        <w:rPr>
          <w:color w:val="auto"/>
          <w:sz w:val="28"/>
          <w:szCs w:val="28"/>
        </w:rPr>
      </w:pPr>
      <w:r w:rsidRPr="00691366">
        <w:rPr>
          <w:color w:val="auto"/>
          <w:sz w:val="28"/>
          <w:szCs w:val="28"/>
        </w:rPr>
        <w:t>················································································································</w:t>
      </w:r>
    </w:p>
    <w:p w14:paraId="7423DB10" w14:textId="74B74D05" w:rsidR="00A61C2D" w:rsidRPr="00691366" w:rsidRDefault="00A61C2D" w:rsidP="00A61C2D">
      <w:pPr>
        <w:spacing w:after="140" w:line="240" w:lineRule="auto"/>
        <w:rPr>
          <w:color w:val="auto"/>
          <w:sz w:val="28"/>
          <w:szCs w:val="28"/>
        </w:rPr>
      </w:pPr>
      <w:r w:rsidRPr="00691366">
        <w:rPr>
          <w:color w:val="auto"/>
          <w:sz w:val="28"/>
          <w:szCs w:val="28"/>
        </w:rPr>
        <w:t>················································································································</w:t>
      </w:r>
    </w:p>
    <w:p w14:paraId="1E97E129" w14:textId="0DECE74F" w:rsidR="00A61C2D" w:rsidRDefault="00A61C2D" w:rsidP="00A61C2D">
      <w:pPr>
        <w:spacing w:after="140" w:line="240" w:lineRule="auto"/>
        <w:rPr>
          <w:color w:val="auto"/>
          <w:sz w:val="28"/>
          <w:szCs w:val="28"/>
        </w:rPr>
      </w:pPr>
      <w:r w:rsidRPr="00691366">
        <w:rPr>
          <w:color w:val="auto"/>
          <w:sz w:val="28"/>
          <w:szCs w:val="28"/>
        </w:rPr>
        <w:t>················································································································</w:t>
      </w:r>
    </w:p>
    <w:p w14:paraId="54727673" w14:textId="1B677B40" w:rsidR="003327B9" w:rsidRDefault="003327B9" w:rsidP="00A61C2D">
      <w:pPr>
        <w:spacing w:after="140" w:line="240" w:lineRule="auto"/>
        <w:rPr>
          <w:color w:val="auto"/>
          <w:sz w:val="28"/>
          <w:szCs w:val="28"/>
        </w:rPr>
      </w:pPr>
    </w:p>
    <w:p w14:paraId="6BF007F6" w14:textId="569F48DB" w:rsidR="003327B9" w:rsidRDefault="003327B9" w:rsidP="00A61C2D">
      <w:pPr>
        <w:spacing w:after="140" w:line="240" w:lineRule="auto"/>
        <w:rPr>
          <w:color w:val="auto"/>
          <w:sz w:val="28"/>
          <w:szCs w:val="28"/>
        </w:rPr>
      </w:pPr>
    </w:p>
    <w:p w14:paraId="37BAEF32" w14:textId="0289C85F" w:rsidR="003327B9" w:rsidRDefault="003327B9" w:rsidP="00A61C2D">
      <w:pPr>
        <w:spacing w:after="140" w:line="240" w:lineRule="auto"/>
        <w:rPr>
          <w:color w:val="auto"/>
          <w:sz w:val="28"/>
          <w:szCs w:val="28"/>
        </w:rPr>
      </w:pPr>
    </w:p>
    <w:p w14:paraId="7AD88387" w14:textId="31F41505" w:rsidR="003327B9" w:rsidRDefault="003327B9" w:rsidP="00A61C2D">
      <w:pPr>
        <w:spacing w:after="140" w:line="240" w:lineRule="auto"/>
        <w:rPr>
          <w:color w:val="auto"/>
          <w:sz w:val="28"/>
          <w:szCs w:val="28"/>
        </w:rPr>
      </w:pPr>
    </w:p>
    <w:p w14:paraId="7BD71F4E" w14:textId="6CFF4A4C" w:rsidR="003327B9" w:rsidRDefault="003327B9" w:rsidP="00A61C2D">
      <w:pPr>
        <w:spacing w:after="140" w:line="240" w:lineRule="auto"/>
        <w:rPr>
          <w:color w:val="auto"/>
          <w:sz w:val="28"/>
          <w:szCs w:val="28"/>
        </w:rPr>
      </w:pPr>
    </w:p>
    <w:p w14:paraId="18D23C73" w14:textId="3105543E" w:rsidR="003327B9" w:rsidRDefault="003327B9" w:rsidP="00A61C2D">
      <w:pPr>
        <w:spacing w:after="140" w:line="240" w:lineRule="auto"/>
        <w:rPr>
          <w:color w:val="auto"/>
          <w:sz w:val="28"/>
          <w:szCs w:val="28"/>
        </w:rPr>
      </w:pPr>
    </w:p>
    <w:p w14:paraId="347D8F56" w14:textId="144013B9" w:rsidR="003327B9" w:rsidRDefault="003327B9" w:rsidP="00A61C2D">
      <w:pPr>
        <w:spacing w:after="140" w:line="240" w:lineRule="auto"/>
        <w:rPr>
          <w:color w:val="auto"/>
          <w:sz w:val="28"/>
          <w:szCs w:val="28"/>
        </w:rPr>
      </w:pPr>
    </w:p>
    <w:p w14:paraId="79414E6F" w14:textId="7965C62B" w:rsidR="003327B9" w:rsidRDefault="003327B9" w:rsidP="00A61C2D">
      <w:pPr>
        <w:spacing w:after="140" w:line="240" w:lineRule="auto"/>
        <w:rPr>
          <w:color w:val="auto"/>
          <w:sz w:val="28"/>
          <w:szCs w:val="28"/>
        </w:rPr>
      </w:pPr>
    </w:p>
    <w:p w14:paraId="50705209" w14:textId="4DC5FD1F" w:rsidR="003327B9" w:rsidRDefault="003327B9" w:rsidP="00A61C2D">
      <w:pPr>
        <w:spacing w:after="140" w:line="240" w:lineRule="auto"/>
        <w:rPr>
          <w:color w:val="auto"/>
          <w:sz w:val="28"/>
          <w:szCs w:val="28"/>
        </w:rPr>
      </w:pPr>
    </w:p>
    <w:p w14:paraId="3F8C6C86" w14:textId="0B391FAB" w:rsidR="003327B9" w:rsidRDefault="003327B9" w:rsidP="00A61C2D">
      <w:pPr>
        <w:spacing w:after="140" w:line="240" w:lineRule="auto"/>
        <w:rPr>
          <w:color w:val="auto"/>
          <w:sz w:val="28"/>
          <w:szCs w:val="28"/>
        </w:rPr>
      </w:pPr>
    </w:p>
    <w:p w14:paraId="2980A00A" w14:textId="47BC6A73" w:rsidR="003327B9" w:rsidRDefault="003327B9" w:rsidP="00A61C2D">
      <w:pPr>
        <w:spacing w:after="140" w:line="240" w:lineRule="auto"/>
        <w:rPr>
          <w:color w:val="auto"/>
          <w:sz w:val="28"/>
          <w:szCs w:val="28"/>
        </w:rPr>
      </w:pPr>
    </w:p>
    <w:p w14:paraId="224C8B7B" w14:textId="70B7C931" w:rsidR="003327B9" w:rsidRDefault="003327B9" w:rsidP="00A61C2D">
      <w:pPr>
        <w:spacing w:after="140" w:line="240" w:lineRule="auto"/>
        <w:rPr>
          <w:color w:val="auto"/>
          <w:sz w:val="28"/>
          <w:szCs w:val="28"/>
        </w:rPr>
      </w:pPr>
    </w:p>
    <w:p w14:paraId="55AE4673" w14:textId="7B8F1DE3" w:rsidR="003327B9" w:rsidRDefault="003327B9" w:rsidP="00A61C2D">
      <w:pPr>
        <w:spacing w:after="140" w:line="240" w:lineRule="auto"/>
        <w:rPr>
          <w:color w:val="auto"/>
          <w:sz w:val="28"/>
          <w:szCs w:val="28"/>
        </w:rPr>
      </w:pPr>
    </w:p>
    <w:p w14:paraId="3C7A8F04" w14:textId="36B45117" w:rsidR="003327B9" w:rsidRDefault="003327B9" w:rsidP="00A61C2D">
      <w:pPr>
        <w:spacing w:after="140" w:line="240" w:lineRule="auto"/>
        <w:rPr>
          <w:color w:val="auto"/>
          <w:sz w:val="28"/>
          <w:szCs w:val="28"/>
        </w:rPr>
      </w:pPr>
    </w:p>
    <w:p w14:paraId="3E97C123" w14:textId="48816563" w:rsidR="003327B9" w:rsidRDefault="003327B9" w:rsidP="00A61C2D">
      <w:pPr>
        <w:spacing w:after="140" w:line="240" w:lineRule="auto"/>
        <w:rPr>
          <w:color w:val="auto"/>
          <w:sz w:val="28"/>
          <w:szCs w:val="28"/>
        </w:rPr>
      </w:pPr>
    </w:p>
    <w:p w14:paraId="66FE2A91" w14:textId="77777777" w:rsidR="003327B9" w:rsidRDefault="003327B9" w:rsidP="003327B9">
      <w:pPr>
        <w:shd w:val="clear" w:color="auto" w:fill="E85B6B"/>
        <w:spacing w:before="80" w:after="80"/>
        <w:jc w:val="center"/>
      </w:pPr>
      <w:r>
        <w:rPr>
          <w:rFonts w:cs="Times New Roman"/>
          <w:b/>
          <w:color w:val="FFFFFF"/>
          <w:sz w:val="32"/>
        </w:rPr>
        <w:t>DÀNH CHO GIÁO VIÊN – LISTENING TRANSCRIPT</w:t>
      </w:r>
    </w:p>
    <w:p w14:paraId="3FB3F982" w14:textId="77777777" w:rsidR="003327B9" w:rsidRDefault="003327B9" w:rsidP="003327B9">
      <w:pPr>
        <w:spacing w:after="60"/>
        <w:jc w:val="center"/>
      </w:pPr>
      <w:r>
        <w:rPr>
          <w:rFonts w:cs="Times New Roman"/>
          <w:b/>
          <w:color w:val="000000"/>
          <w:sz w:val="28"/>
        </w:rPr>
        <w:lastRenderedPageBreak/>
        <w:t>Part I. Listening – Questions 1–5</w:t>
      </w:r>
    </w:p>
    <w:p w14:paraId="7677BB3A" w14:textId="77777777" w:rsidR="003327B9" w:rsidRDefault="003327B9" w:rsidP="003327B9">
      <w:pPr>
        <w:spacing w:after="100"/>
      </w:pPr>
      <w:proofErr w:type="spellStart"/>
      <w:r>
        <w:rPr>
          <w:rFonts w:cs="Times New Roman"/>
          <w:i/>
          <w:color w:val="000000"/>
          <w:sz w:val="24"/>
        </w:rPr>
        <w:t>Hướng</w:t>
      </w:r>
      <w:proofErr w:type="spellEnd"/>
      <w:r>
        <w:rPr>
          <w:rFonts w:cs="Times New Roman"/>
          <w:i/>
          <w:color w:val="000000"/>
          <w:sz w:val="24"/>
        </w:rPr>
        <w:t xml:space="preserve"> </w:t>
      </w:r>
      <w:proofErr w:type="spellStart"/>
      <w:r>
        <w:rPr>
          <w:rFonts w:cs="Times New Roman"/>
          <w:i/>
          <w:color w:val="000000"/>
          <w:sz w:val="24"/>
        </w:rPr>
        <w:t>dẫn</w:t>
      </w:r>
      <w:proofErr w:type="spellEnd"/>
      <w:r>
        <w:rPr>
          <w:rFonts w:cs="Times New Roman"/>
          <w:i/>
          <w:color w:val="000000"/>
          <w:sz w:val="24"/>
        </w:rPr>
        <w:t xml:space="preserve"> </w:t>
      </w:r>
      <w:proofErr w:type="spellStart"/>
      <w:r>
        <w:rPr>
          <w:rFonts w:cs="Times New Roman"/>
          <w:i/>
          <w:color w:val="000000"/>
          <w:sz w:val="24"/>
        </w:rPr>
        <w:t>đọc</w:t>
      </w:r>
      <w:proofErr w:type="spellEnd"/>
      <w:r>
        <w:rPr>
          <w:rFonts w:cs="Times New Roman"/>
          <w:i/>
          <w:color w:val="000000"/>
          <w:sz w:val="24"/>
        </w:rPr>
        <w:t xml:space="preserve">: Cho </w:t>
      </w:r>
      <w:proofErr w:type="spellStart"/>
      <w:r>
        <w:rPr>
          <w:rFonts w:cs="Times New Roman"/>
          <w:i/>
          <w:color w:val="000000"/>
          <w:sz w:val="24"/>
        </w:rPr>
        <w:t>học</w:t>
      </w:r>
      <w:proofErr w:type="spellEnd"/>
      <w:r>
        <w:rPr>
          <w:rFonts w:cs="Times New Roman"/>
          <w:i/>
          <w:color w:val="000000"/>
          <w:sz w:val="24"/>
        </w:rPr>
        <w:t xml:space="preserve"> </w:t>
      </w:r>
      <w:proofErr w:type="spellStart"/>
      <w:r>
        <w:rPr>
          <w:rFonts w:cs="Times New Roman"/>
          <w:i/>
          <w:color w:val="000000"/>
          <w:sz w:val="24"/>
        </w:rPr>
        <w:t>sinh</w:t>
      </w:r>
      <w:proofErr w:type="spellEnd"/>
      <w:r>
        <w:rPr>
          <w:rFonts w:cs="Times New Roman"/>
          <w:i/>
          <w:color w:val="000000"/>
          <w:sz w:val="24"/>
        </w:rPr>
        <w:t xml:space="preserve"> 30 </w:t>
      </w:r>
      <w:proofErr w:type="spellStart"/>
      <w:r>
        <w:rPr>
          <w:rFonts w:cs="Times New Roman"/>
          <w:i/>
          <w:color w:val="000000"/>
          <w:sz w:val="24"/>
        </w:rPr>
        <w:t>giây</w:t>
      </w:r>
      <w:proofErr w:type="spellEnd"/>
      <w:r>
        <w:rPr>
          <w:rFonts w:cs="Times New Roman"/>
          <w:i/>
          <w:color w:val="000000"/>
          <w:sz w:val="24"/>
        </w:rPr>
        <w:t xml:space="preserve"> </w:t>
      </w:r>
      <w:proofErr w:type="spellStart"/>
      <w:r>
        <w:rPr>
          <w:rFonts w:cs="Times New Roman"/>
          <w:i/>
          <w:color w:val="000000"/>
          <w:sz w:val="24"/>
        </w:rPr>
        <w:t>đọc</w:t>
      </w:r>
      <w:proofErr w:type="spellEnd"/>
      <w:r>
        <w:rPr>
          <w:rFonts w:cs="Times New Roman"/>
          <w:i/>
          <w:color w:val="000000"/>
          <w:sz w:val="24"/>
        </w:rPr>
        <w:t xml:space="preserve"> </w:t>
      </w:r>
      <w:proofErr w:type="spellStart"/>
      <w:r>
        <w:rPr>
          <w:rFonts w:cs="Times New Roman"/>
          <w:i/>
          <w:color w:val="000000"/>
          <w:sz w:val="24"/>
        </w:rPr>
        <w:t>câu</w:t>
      </w:r>
      <w:proofErr w:type="spellEnd"/>
      <w:r>
        <w:rPr>
          <w:rFonts w:cs="Times New Roman"/>
          <w:i/>
          <w:color w:val="000000"/>
          <w:sz w:val="24"/>
        </w:rPr>
        <w:t xml:space="preserve"> </w:t>
      </w:r>
      <w:proofErr w:type="spellStart"/>
      <w:r>
        <w:rPr>
          <w:rFonts w:cs="Times New Roman"/>
          <w:i/>
          <w:color w:val="000000"/>
          <w:sz w:val="24"/>
        </w:rPr>
        <w:t>hỏi</w:t>
      </w:r>
      <w:proofErr w:type="spellEnd"/>
      <w:r>
        <w:rPr>
          <w:rFonts w:cs="Times New Roman"/>
          <w:i/>
          <w:color w:val="000000"/>
          <w:sz w:val="24"/>
        </w:rPr>
        <w:t xml:space="preserve">. </w:t>
      </w:r>
      <w:proofErr w:type="spellStart"/>
      <w:r>
        <w:rPr>
          <w:rFonts w:cs="Times New Roman"/>
          <w:i/>
          <w:color w:val="000000"/>
          <w:sz w:val="24"/>
        </w:rPr>
        <w:t>Đọc</w:t>
      </w:r>
      <w:proofErr w:type="spellEnd"/>
      <w:r>
        <w:rPr>
          <w:rFonts w:cs="Times New Roman"/>
          <w:i/>
          <w:color w:val="000000"/>
          <w:sz w:val="24"/>
        </w:rPr>
        <w:t xml:space="preserve"> </w:t>
      </w:r>
      <w:proofErr w:type="spellStart"/>
      <w:r>
        <w:rPr>
          <w:rFonts w:cs="Times New Roman"/>
          <w:i/>
          <w:color w:val="000000"/>
          <w:sz w:val="24"/>
        </w:rPr>
        <w:t>bài</w:t>
      </w:r>
      <w:proofErr w:type="spellEnd"/>
      <w:r>
        <w:rPr>
          <w:rFonts w:cs="Times New Roman"/>
          <w:i/>
          <w:color w:val="000000"/>
          <w:sz w:val="24"/>
        </w:rPr>
        <w:t xml:space="preserve"> </w:t>
      </w:r>
      <w:proofErr w:type="spellStart"/>
      <w:r>
        <w:rPr>
          <w:rFonts w:cs="Times New Roman"/>
          <w:i/>
          <w:color w:val="000000"/>
          <w:sz w:val="24"/>
        </w:rPr>
        <w:t>hai</w:t>
      </w:r>
      <w:proofErr w:type="spellEnd"/>
      <w:r>
        <w:rPr>
          <w:rFonts w:cs="Times New Roman"/>
          <w:i/>
          <w:color w:val="000000"/>
          <w:sz w:val="24"/>
        </w:rPr>
        <w:t xml:space="preserve"> </w:t>
      </w:r>
      <w:proofErr w:type="spellStart"/>
      <w:r>
        <w:rPr>
          <w:rFonts w:cs="Times New Roman"/>
          <w:i/>
          <w:color w:val="000000"/>
          <w:sz w:val="24"/>
        </w:rPr>
        <w:t>lần</w:t>
      </w:r>
      <w:proofErr w:type="spellEnd"/>
      <w:r>
        <w:rPr>
          <w:rFonts w:cs="Times New Roman"/>
          <w:i/>
          <w:color w:val="000000"/>
          <w:sz w:val="24"/>
        </w:rPr>
        <w:t xml:space="preserve"> </w:t>
      </w:r>
      <w:proofErr w:type="spellStart"/>
      <w:r>
        <w:rPr>
          <w:rFonts w:cs="Times New Roman"/>
          <w:i/>
          <w:color w:val="000000"/>
          <w:sz w:val="24"/>
        </w:rPr>
        <w:t>với</w:t>
      </w:r>
      <w:proofErr w:type="spellEnd"/>
      <w:r>
        <w:rPr>
          <w:rFonts w:cs="Times New Roman"/>
          <w:i/>
          <w:color w:val="000000"/>
          <w:sz w:val="24"/>
        </w:rPr>
        <w:t xml:space="preserve"> </w:t>
      </w:r>
      <w:proofErr w:type="spellStart"/>
      <w:r>
        <w:rPr>
          <w:rFonts w:cs="Times New Roman"/>
          <w:i/>
          <w:color w:val="000000"/>
          <w:sz w:val="24"/>
        </w:rPr>
        <w:t>tốc</w:t>
      </w:r>
      <w:proofErr w:type="spellEnd"/>
      <w:r>
        <w:rPr>
          <w:rFonts w:cs="Times New Roman"/>
          <w:i/>
          <w:color w:val="000000"/>
          <w:sz w:val="24"/>
        </w:rPr>
        <w:t xml:space="preserve"> </w:t>
      </w:r>
      <w:proofErr w:type="spellStart"/>
      <w:r>
        <w:rPr>
          <w:rFonts w:cs="Times New Roman"/>
          <w:i/>
          <w:color w:val="000000"/>
          <w:sz w:val="24"/>
        </w:rPr>
        <w:t>độ</w:t>
      </w:r>
      <w:proofErr w:type="spellEnd"/>
      <w:r>
        <w:rPr>
          <w:rFonts w:cs="Times New Roman"/>
          <w:i/>
          <w:color w:val="000000"/>
          <w:sz w:val="24"/>
        </w:rPr>
        <w:t xml:space="preserve"> </w:t>
      </w:r>
      <w:proofErr w:type="spellStart"/>
      <w:r>
        <w:rPr>
          <w:rFonts w:cs="Times New Roman"/>
          <w:i/>
          <w:color w:val="000000"/>
          <w:sz w:val="24"/>
        </w:rPr>
        <w:t>tự</w:t>
      </w:r>
      <w:proofErr w:type="spellEnd"/>
      <w:r>
        <w:rPr>
          <w:rFonts w:cs="Times New Roman"/>
          <w:i/>
          <w:color w:val="000000"/>
          <w:sz w:val="24"/>
        </w:rPr>
        <w:t xml:space="preserve"> </w:t>
      </w:r>
      <w:proofErr w:type="spellStart"/>
      <w:r>
        <w:rPr>
          <w:rFonts w:cs="Times New Roman"/>
          <w:i/>
          <w:color w:val="000000"/>
          <w:sz w:val="24"/>
        </w:rPr>
        <w:t>nhiên</w:t>
      </w:r>
      <w:proofErr w:type="spellEnd"/>
      <w:r>
        <w:rPr>
          <w:rFonts w:cs="Times New Roman"/>
          <w:i/>
          <w:color w:val="000000"/>
          <w:sz w:val="24"/>
        </w:rPr>
        <w:t xml:space="preserve">; </w:t>
      </w:r>
      <w:proofErr w:type="spellStart"/>
      <w:r>
        <w:rPr>
          <w:rFonts w:cs="Times New Roman"/>
          <w:i/>
          <w:color w:val="000000"/>
          <w:sz w:val="24"/>
        </w:rPr>
        <w:t>nghỉ</w:t>
      </w:r>
      <w:proofErr w:type="spellEnd"/>
      <w:r>
        <w:rPr>
          <w:rFonts w:cs="Times New Roman"/>
          <w:i/>
          <w:color w:val="000000"/>
          <w:sz w:val="24"/>
        </w:rPr>
        <w:t xml:space="preserve"> </w:t>
      </w:r>
      <w:proofErr w:type="spellStart"/>
      <w:r>
        <w:rPr>
          <w:rFonts w:cs="Times New Roman"/>
          <w:i/>
          <w:color w:val="000000"/>
          <w:sz w:val="24"/>
        </w:rPr>
        <w:t>khoảng</w:t>
      </w:r>
      <w:proofErr w:type="spellEnd"/>
      <w:r>
        <w:rPr>
          <w:rFonts w:cs="Times New Roman"/>
          <w:i/>
          <w:color w:val="000000"/>
          <w:sz w:val="24"/>
        </w:rPr>
        <w:t xml:space="preserve"> 5 </w:t>
      </w:r>
      <w:proofErr w:type="spellStart"/>
      <w:r>
        <w:rPr>
          <w:rFonts w:cs="Times New Roman"/>
          <w:i/>
          <w:color w:val="000000"/>
          <w:sz w:val="24"/>
        </w:rPr>
        <w:t>giây</w:t>
      </w:r>
      <w:proofErr w:type="spellEnd"/>
      <w:r>
        <w:rPr>
          <w:rFonts w:cs="Times New Roman"/>
          <w:i/>
          <w:color w:val="000000"/>
          <w:sz w:val="24"/>
        </w:rPr>
        <w:t xml:space="preserve"> </w:t>
      </w:r>
      <w:proofErr w:type="spellStart"/>
      <w:r>
        <w:rPr>
          <w:rFonts w:cs="Times New Roman"/>
          <w:i/>
          <w:color w:val="000000"/>
          <w:sz w:val="24"/>
        </w:rPr>
        <w:t>giữa</w:t>
      </w:r>
      <w:proofErr w:type="spellEnd"/>
      <w:r>
        <w:rPr>
          <w:rFonts w:cs="Times New Roman"/>
          <w:i/>
          <w:color w:val="000000"/>
          <w:sz w:val="24"/>
        </w:rPr>
        <w:t xml:space="preserve"> </w:t>
      </w:r>
      <w:proofErr w:type="spellStart"/>
      <w:r>
        <w:rPr>
          <w:rFonts w:cs="Times New Roman"/>
          <w:i/>
          <w:color w:val="000000"/>
          <w:sz w:val="24"/>
        </w:rPr>
        <w:t>các</w:t>
      </w:r>
      <w:proofErr w:type="spellEnd"/>
      <w:r>
        <w:rPr>
          <w:rFonts w:cs="Times New Roman"/>
          <w:i/>
          <w:color w:val="000000"/>
          <w:sz w:val="24"/>
        </w:rPr>
        <w:t xml:space="preserve"> </w:t>
      </w:r>
      <w:proofErr w:type="spellStart"/>
      <w:r>
        <w:rPr>
          <w:rFonts w:cs="Times New Roman"/>
          <w:i/>
          <w:color w:val="000000"/>
          <w:sz w:val="24"/>
        </w:rPr>
        <w:t>câu</w:t>
      </w:r>
      <w:proofErr w:type="spellEnd"/>
      <w:r>
        <w:rPr>
          <w:rFonts w:cs="Times New Roman"/>
          <w:i/>
          <w:color w:val="000000"/>
          <w:sz w:val="24"/>
        </w:rPr>
        <w:t xml:space="preserve"> </w:t>
      </w:r>
      <w:proofErr w:type="spellStart"/>
      <w:r>
        <w:rPr>
          <w:rFonts w:cs="Times New Roman"/>
          <w:i/>
          <w:color w:val="000000"/>
          <w:sz w:val="24"/>
        </w:rPr>
        <w:t>hỏi</w:t>
      </w:r>
      <w:proofErr w:type="spellEnd"/>
      <w:r>
        <w:rPr>
          <w:rFonts w:cs="Times New Roman"/>
          <w:i/>
          <w:color w:val="000000"/>
          <w:sz w:val="24"/>
        </w:rPr>
        <w:t xml:space="preserve">. Sau </w:t>
      </w:r>
      <w:proofErr w:type="spellStart"/>
      <w:r>
        <w:rPr>
          <w:rFonts w:cs="Times New Roman"/>
          <w:i/>
          <w:color w:val="000000"/>
          <w:sz w:val="24"/>
        </w:rPr>
        <w:t>lần</w:t>
      </w:r>
      <w:proofErr w:type="spellEnd"/>
      <w:r>
        <w:rPr>
          <w:rFonts w:cs="Times New Roman"/>
          <w:i/>
          <w:color w:val="000000"/>
          <w:sz w:val="24"/>
        </w:rPr>
        <w:t xml:space="preserve"> </w:t>
      </w:r>
      <w:proofErr w:type="spellStart"/>
      <w:r>
        <w:rPr>
          <w:rFonts w:cs="Times New Roman"/>
          <w:i/>
          <w:color w:val="000000"/>
          <w:sz w:val="24"/>
        </w:rPr>
        <w:t>đọc</w:t>
      </w:r>
      <w:proofErr w:type="spellEnd"/>
      <w:r>
        <w:rPr>
          <w:rFonts w:cs="Times New Roman"/>
          <w:i/>
          <w:color w:val="000000"/>
          <w:sz w:val="24"/>
        </w:rPr>
        <w:t xml:space="preserve"> </w:t>
      </w:r>
      <w:proofErr w:type="spellStart"/>
      <w:r>
        <w:rPr>
          <w:rFonts w:cs="Times New Roman"/>
          <w:i/>
          <w:color w:val="000000"/>
          <w:sz w:val="24"/>
        </w:rPr>
        <w:t>thứ</w:t>
      </w:r>
      <w:proofErr w:type="spellEnd"/>
      <w:r>
        <w:rPr>
          <w:rFonts w:cs="Times New Roman"/>
          <w:i/>
          <w:color w:val="000000"/>
          <w:sz w:val="24"/>
        </w:rPr>
        <w:t xml:space="preserve"> </w:t>
      </w:r>
      <w:proofErr w:type="spellStart"/>
      <w:r>
        <w:rPr>
          <w:rFonts w:cs="Times New Roman"/>
          <w:i/>
          <w:color w:val="000000"/>
          <w:sz w:val="24"/>
        </w:rPr>
        <w:t>hai</w:t>
      </w:r>
      <w:proofErr w:type="spellEnd"/>
      <w:r>
        <w:rPr>
          <w:rFonts w:cs="Times New Roman"/>
          <w:i/>
          <w:color w:val="000000"/>
          <w:sz w:val="24"/>
        </w:rPr>
        <w:t xml:space="preserve">, </w:t>
      </w:r>
      <w:proofErr w:type="spellStart"/>
      <w:r>
        <w:rPr>
          <w:rFonts w:cs="Times New Roman"/>
          <w:i/>
          <w:color w:val="000000"/>
          <w:sz w:val="24"/>
        </w:rPr>
        <w:t>cho</w:t>
      </w:r>
      <w:proofErr w:type="spellEnd"/>
      <w:r>
        <w:rPr>
          <w:rFonts w:cs="Times New Roman"/>
          <w:i/>
          <w:color w:val="000000"/>
          <w:sz w:val="24"/>
        </w:rPr>
        <w:t xml:space="preserve"> </w:t>
      </w:r>
      <w:proofErr w:type="spellStart"/>
      <w:r>
        <w:rPr>
          <w:rFonts w:cs="Times New Roman"/>
          <w:i/>
          <w:color w:val="000000"/>
          <w:sz w:val="24"/>
        </w:rPr>
        <w:t>học</w:t>
      </w:r>
      <w:proofErr w:type="spellEnd"/>
      <w:r>
        <w:rPr>
          <w:rFonts w:cs="Times New Roman"/>
          <w:i/>
          <w:color w:val="000000"/>
          <w:sz w:val="24"/>
        </w:rPr>
        <w:t xml:space="preserve"> </w:t>
      </w:r>
      <w:proofErr w:type="spellStart"/>
      <w:r>
        <w:rPr>
          <w:rFonts w:cs="Times New Roman"/>
          <w:i/>
          <w:color w:val="000000"/>
          <w:sz w:val="24"/>
        </w:rPr>
        <w:t>sinh</w:t>
      </w:r>
      <w:proofErr w:type="spellEnd"/>
      <w:r>
        <w:rPr>
          <w:rFonts w:cs="Times New Roman"/>
          <w:i/>
          <w:color w:val="000000"/>
          <w:sz w:val="24"/>
        </w:rPr>
        <w:t xml:space="preserve"> 30 </w:t>
      </w:r>
      <w:proofErr w:type="spellStart"/>
      <w:r>
        <w:rPr>
          <w:rFonts w:cs="Times New Roman"/>
          <w:i/>
          <w:color w:val="000000"/>
          <w:sz w:val="24"/>
        </w:rPr>
        <w:t>giây</w:t>
      </w:r>
      <w:proofErr w:type="spellEnd"/>
      <w:r>
        <w:rPr>
          <w:rFonts w:cs="Times New Roman"/>
          <w:i/>
          <w:color w:val="000000"/>
          <w:sz w:val="24"/>
        </w:rPr>
        <w:t xml:space="preserve"> </w:t>
      </w:r>
      <w:proofErr w:type="spellStart"/>
      <w:r>
        <w:rPr>
          <w:rFonts w:cs="Times New Roman"/>
          <w:i/>
          <w:color w:val="000000"/>
          <w:sz w:val="24"/>
        </w:rPr>
        <w:t>kiểm</w:t>
      </w:r>
      <w:proofErr w:type="spellEnd"/>
      <w:r>
        <w:rPr>
          <w:rFonts w:cs="Times New Roman"/>
          <w:i/>
          <w:color w:val="000000"/>
          <w:sz w:val="24"/>
        </w:rPr>
        <w:t xml:space="preserve"> </w:t>
      </w:r>
      <w:proofErr w:type="spellStart"/>
      <w:r>
        <w:rPr>
          <w:rFonts w:cs="Times New Roman"/>
          <w:i/>
          <w:color w:val="000000"/>
          <w:sz w:val="24"/>
        </w:rPr>
        <w:t>tra</w:t>
      </w:r>
      <w:proofErr w:type="spellEnd"/>
      <w:r>
        <w:rPr>
          <w:rFonts w:cs="Times New Roman"/>
          <w:i/>
          <w:color w:val="000000"/>
          <w:sz w:val="24"/>
        </w:rPr>
        <w:t xml:space="preserve"> </w:t>
      </w:r>
      <w:proofErr w:type="spellStart"/>
      <w:r>
        <w:rPr>
          <w:rFonts w:cs="Times New Roman"/>
          <w:i/>
          <w:color w:val="000000"/>
          <w:sz w:val="24"/>
        </w:rPr>
        <w:t>đáp</w:t>
      </w:r>
      <w:proofErr w:type="spellEnd"/>
      <w:r>
        <w:rPr>
          <w:rFonts w:cs="Times New Roman"/>
          <w:i/>
          <w:color w:val="000000"/>
          <w:sz w:val="24"/>
        </w:rPr>
        <w:t xml:space="preserve"> </w:t>
      </w:r>
      <w:proofErr w:type="spellStart"/>
      <w:r>
        <w:rPr>
          <w:rFonts w:cs="Times New Roman"/>
          <w:i/>
          <w:color w:val="000000"/>
          <w:sz w:val="24"/>
        </w:rPr>
        <w:t>án</w:t>
      </w:r>
      <w:proofErr w:type="spellEnd"/>
      <w:r>
        <w:rPr>
          <w:rFonts w:cs="Times New Roman"/>
          <w:i/>
          <w:color w:val="000000"/>
          <w:sz w:val="24"/>
        </w:rPr>
        <w:t>.</w:t>
      </w:r>
    </w:p>
    <w:p w14:paraId="6A569974" w14:textId="77777777" w:rsidR="003327B9" w:rsidRDefault="003327B9" w:rsidP="003327B9">
      <w:pPr>
        <w:shd w:val="clear" w:color="auto" w:fill="FFF4CC"/>
        <w:spacing w:after="120"/>
      </w:pPr>
      <w:r>
        <w:rPr>
          <w:rFonts w:cs="Times New Roman"/>
          <w:color w:val="000000"/>
          <w:sz w:val="28"/>
        </w:rPr>
        <w:t xml:space="preserve">Last summer, I spent two wonderful weeks in Green Field Village in Bac </w:t>
      </w:r>
      <w:proofErr w:type="spellStart"/>
      <w:r>
        <w:rPr>
          <w:rFonts w:cs="Times New Roman"/>
          <w:color w:val="000000"/>
          <w:sz w:val="28"/>
        </w:rPr>
        <w:t>Giang</w:t>
      </w:r>
      <w:proofErr w:type="spellEnd"/>
      <w:r>
        <w:rPr>
          <w:rFonts w:cs="Times New Roman"/>
          <w:color w:val="000000"/>
          <w:sz w:val="28"/>
        </w:rPr>
        <w:t xml:space="preserve"> Province. At first, my parents thought about booking a hotel near a lake, but in the </w:t>
      </w:r>
      <w:proofErr w:type="gramStart"/>
      <w:r>
        <w:rPr>
          <w:rFonts w:cs="Times New Roman"/>
          <w:color w:val="000000"/>
          <w:sz w:val="28"/>
        </w:rPr>
        <w:t>end</w:t>
      </w:r>
      <w:proofErr w:type="gramEnd"/>
      <w:r>
        <w:rPr>
          <w:rFonts w:cs="Times New Roman"/>
          <w:color w:val="000000"/>
          <w:sz w:val="28"/>
        </w:rPr>
        <w:t xml:space="preserve"> I stayed at my grandparents’ farm. It was harvest time, so everyone was busy. In the mornings, I helped feed the poultry and collect eggs. Later, I joined the farmers and helped load bags of rice onto a truck. I wanted to plant some fruit trees, but there was no time. In the afternoons, I sometimes cycled beside the paddy fields. My uncle invited me to go fishing in the evenings, but I usually played traditional games with the village children. The combine harvester was impressive, but the best part of the trip was meeting friendly, hospitable people and enjoying the peaceful way of life. I hope to return next summer.</w:t>
      </w:r>
    </w:p>
    <w:p w14:paraId="1749DADF" w14:textId="77777777" w:rsidR="003327B9" w:rsidRDefault="003327B9" w:rsidP="003327B9">
      <w:pPr>
        <w:spacing w:after="100"/>
      </w:pPr>
      <w:r>
        <w:rPr>
          <w:rFonts w:cs="Times New Roman"/>
          <w:b/>
          <w:color w:val="000000"/>
          <w:sz w:val="28"/>
        </w:rPr>
        <w:t>Listening key: 1B – 2C – 3A – 4C – 5B</w:t>
      </w:r>
    </w:p>
    <w:p w14:paraId="075E6DCA" w14:textId="77777777" w:rsidR="003327B9" w:rsidRDefault="003327B9" w:rsidP="003327B9">
      <w:pPr>
        <w:shd w:val="clear" w:color="auto" w:fill="247F82"/>
        <w:spacing w:before="80" w:after="80"/>
        <w:jc w:val="center"/>
      </w:pPr>
      <w:r>
        <w:rPr>
          <w:rFonts w:cs="Times New Roman"/>
          <w:b/>
          <w:color w:val="FFFFFF"/>
          <w:sz w:val="32"/>
        </w:rPr>
        <w:t>ANSWER KEY</w:t>
      </w:r>
    </w:p>
    <w:tbl>
      <w:tblPr>
        <w:tblStyle w:val="TableGrid"/>
        <w:tblW w:w="0" w:type="auto"/>
        <w:jc w:val="center"/>
        <w:tblLook w:val="04A0" w:firstRow="1" w:lastRow="0" w:firstColumn="1" w:lastColumn="0" w:noHBand="0" w:noVBand="1"/>
      </w:tblPr>
      <w:tblGrid>
        <w:gridCol w:w="5244"/>
        <w:gridCol w:w="5244"/>
      </w:tblGrid>
      <w:tr w:rsidR="003327B9" w14:paraId="667BF552" w14:textId="77777777" w:rsidTr="004306B2">
        <w:trPr>
          <w:tblHeader/>
          <w:jc w:val="center"/>
        </w:trPr>
        <w:tc>
          <w:tcPr>
            <w:tcW w:w="5244" w:type="dxa"/>
            <w:shd w:val="clear" w:color="auto" w:fill="247F82"/>
            <w:vAlign w:val="center"/>
          </w:tcPr>
          <w:p w14:paraId="4CA68A84" w14:textId="77777777" w:rsidR="003327B9" w:rsidRDefault="003327B9" w:rsidP="004306B2">
            <w:pPr>
              <w:jc w:val="center"/>
            </w:pPr>
            <w:r>
              <w:rPr>
                <w:rFonts w:cs="Times New Roman"/>
                <w:b/>
                <w:color w:val="FFFFFF"/>
                <w:sz w:val="24"/>
              </w:rPr>
              <w:t>SECTION</w:t>
            </w:r>
          </w:p>
        </w:tc>
        <w:tc>
          <w:tcPr>
            <w:tcW w:w="5244" w:type="dxa"/>
            <w:shd w:val="clear" w:color="auto" w:fill="247F82"/>
            <w:vAlign w:val="center"/>
          </w:tcPr>
          <w:p w14:paraId="2C1CC345" w14:textId="77777777" w:rsidR="003327B9" w:rsidRDefault="003327B9" w:rsidP="004306B2">
            <w:pPr>
              <w:jc w:val="center"/>
            </w:pPr>
            <w:r>
              <w:rPr>
                <w:rFonts w:cs="Times New Roman"/>
                <w:b/>
                <w:color w:val="FFFFFF"/>
                <w:sz w:val="24"/>
              </w:rPr>
              <w:t>ANSWERS</w:t>
            </w:r>
          </w:p>
        </w:tc>
      </w:tr>
      <w:tr w:rsidR="003327B9" w14:paraId="6F10F0D8" w14:textId="77777777" w:rsidTr="004306B2">
        <w:trPr>
          <w:jc w:val="center"/>
        </w:trPr>
        <w:tc>
          <w:tcPr>
            <w:tcW w:w="5244" w:type="dxa"/>
            <w:shd w:val="clear" w:color="auto" w:fill="DDEFF0"/>
            <w:vAlign w:val="center"/>
          </w:tcPr>
          <w:p w14:paraId="3C7F4107" w14:textId="77777777" w:rsidR="003327B9" w:rsidRDefault="003327B9" w:rsidP="004306B2">
            <w:pPr>
              <w:spacing w:after="0"/>
            </w:pPr>
            <w:r>
              <w:rPr>
                <w:rFonts w:cs="Times New Roman"/>
                <w:b/>
                <w:color w:val="000000"/>
                <w:sz w:val="24"/>
              </w:rPr>
              <w:t>PART I. LISTENING</w:t>
            </w:r>
          </w:p>
        </w:tc>
        <w:tc>
          <w:tcPr>
            <w:tcW w:w="5244" w:type="dxa"/>
            <w:vAlign w:val="center"/>
          </w:tcPr>
          <w:p w14:paraId="78EE7524" w14:textId="77777777" w:rsidR="003327B9" w:rsidRDefault="003327B9" w:rsidP="004306B2">
            <w:pPr>
              <w:spacing w:after="0"/>
            </w:pPr>
            <w:r>
              <w:rPr>
                <w:rFonts w:cs="Times New Roman"/>
                <w:color w:val="000000"/>
                <w:sz w:val="24"/>
              </w:rPr>
              <w:t>1B, 2C, 3A, 4C, 5B</w:t>
            </w:r>
          </w:p>
        </w:tc>
      </w:tr>
      <w:tr w:rsidR="003327B9" w14:paraId="33CD078B" w14:textId="77777777" w:rsidTr="004306B2">
        <w:trPr>
          <w:jc w:val="center"/>
        </w:trPr>
        <w:tc>
          <w:tcPr>
            <w:tcW w:w="5244" w:type="dxa"/>
            <w:shd w:val="clear" w:color="auto" w:fill="DDEFF0"/>
            <w:vAlign w:val="center"/>
          </w:tcPr>
          <w:p w14:paraId="77F47797" w14:textId="77777777" w:rsidR="003327B9" w:rsidRDefault="003327B9" w:rsidP="004306B2">
            <w:pPr>
              <w:spacing w:after="0"/>
            </w:pPr>
            <w:r>
              <w:rPr>
                <w:rFonts w:cs="Times New Roman"/>
                <w:b/>
                <w:color w:val="000000"/>
                <w:sz w:val="24"/>
              </w:rPr>
              <w:t>PART II. PHONETICS</w:t>
            </w:r>
          </w:p>
        </w:tc>
        <w:tc>
          <w:tcPr>
            <w:tcW w:w="5244" w:type="dxa"/>
            <w:vAlign w:val="center"/>
          </w:tcPr>
          <w:p w14:paraId="789CD60F" w14:textId="77777777" w:rsidR="003327B9" w:rsidRDefault="003327B9" w:rsidP="004306B2">
            <w:pPr>
              <w:spacing w:after="0"/>
            </w:pPr>
            <w:r>
              <w:rPr>
                <w:rFonts w:cs="Times New Roman"/>
                <w:color w:val="000000"/>
                <w:sz w:val="24"/>
              </w:rPr>
              <w:t>6C, 7D, 8D, 9C</w:t>
            </w:r>
          </w:p>
        </w:tc>
      </w:tr>
      <w:tr w:rsidR="003327B9" w14:paraId="059D6C86" w14:textId="77777777" w:rsidTr="004306B2">
        <w:trPr>
          <w:jc w:val="center"/>
        </w:trPr>
        <w:tc>
          <w:tcPr>
            <w:tcW w:w="5244" w:type="dxa"/>
            <w:shd w:val="clear" w:color="auto" w:fill="DDEFF0"/>
            <w:vAlign w:val="center"/>
          </w:tcPr>
          <w:p w14:paraId="5BA73058" w14:textId="77777777" w:rsidR="003327B9" w:rsidRDefault="003327B9" w:rsidP="004306B2">
            <w:pPr>
              <w:spacing w:after="0"/>
            </w:pPr>
            <w:r>
              <w:rPr>
                <w:rFonts w:cs="Times New Roman"/>
                <w:b/>
                <w:color w:val="000000"/>
                <w:sz w:val="24"/>
              </w:rPr>
              <w:t>PART III. LANGUAGE USE</w:t>
            </w:r>
          </w:p>
        </w:tc>
        <w:tc>
          <w:tcPr>
            <w:tcW w:w="5244" w:type="dxa"/>
            <w:vAlign w:val="center"/>
          </w:tcPr>
          <w:p w14:paraId="37F6796F" w14:textId="77777777" w:rsidR="003327B9" w:rsidRDefault="003327B9" w:rsidP="004306B2">
            <w:pPr>
              <w:spacing w:after="0"/>
            </w:pPr>
            <w:r>
              <w:rPr>
                <w:rFonts w:cs="Times New Roman"/>
                <w:color w:val="000000"/>
                <w:sz w:val="24"/>
              </w:rPr>
              <w:t>10B, 11C, 12A, 13D, 14B, 15C, 16A, 17D, 18B, 19C</w:t>
            </w:r>
          </w:p>
        </w:tc>
      </w:tr>
      <w:tr w:rsidR="003327B9" w14:paraId="63CBD4D9" w14:textId="77777777" w:rsidTr="004306B2">
        <w:trPr>
          <w:jc w:val="center"/>
        </w:trPr>
        <w:tc>
          <w:tcPr>
            <w:tcW w:w="5244" w:type="dxa"/>
            <w:shd w:val="clear" w:color="auto" w:fill="DDEFF0"/>
            <w:vAlign w:val="center"/>
          </w:tcPr>
          <w:p w14:paraId="0358F1F4" w14:textId="77777777" w:rsidR="003327B9" w:rsidRDefault="003327B9" w:rsidP="004306B2">
            <w:pPr>
              <w:spacing w:after="0"/>
            </w:pPr>
            <w:r>
              <w:rPr>
                <w:rFonts w:cs="Times New Roman"/>
                <w:b/>
                <w:color w:val="000000"/>
                <w:sz w:val="24"/>
              </w:rPr>
              <w:t>PART IV. PRACTICAL SKILLS</w:t>
            </w:r>
          </w:p>
        </w:tc>
        <w:tc>
          <w:tcPr>
            <w:tcW w:w="5244" w:type="dxa"/>
            <w:vAlign w:val="center"/>
          </w:tcPr>
          <w:p w14:paraId="0646C3A2" w14:textId="77777777" w:rsidR="003327B9" w:rsidRDefault="003327B9" w:rsidP="004306B2">
            <w:pPr>
              <w:spacing w:after="0"/>
            </w:pPr>
            <w:r>
              <w:rPr>
                <w:rFonts w:cs="Times New Roman"/>
                <w:color w:val="000000"/>
                <w:sz w:val="24"/>
              </w:rPr>
              <w:t>20A, 21C, 22B, 23D</w:t>
            </w:r>
          </w:p>
        </w:tc>
      </w:tr>
      <w:tr w:rsidR="003327B9" w14:paraId="17F0ABC6" w14:textId="77777777" w:rsidTr="004306B2">
        <w:trPr>
          <w:jc w:val="center"/>
        </w:trPr>
        <w:tc>
          <w:tcPr>
            <w:tcW w:w="5244" w:type="dxa"/>
            <w:shd w:val="clear" w:color="auto" w:fill="DDEFF0"/>
            <w:vAlign w:val="center"/>
          </w:tcPr>
          <w:p w14:paraId="1DB16F1D" w14:textId="77777777" w:rsidR="003327B9" w:rsidRDefault="003327B9" w:rsidP="004306B2">
            <w:pPr>
              <w:spacing w:after="0"/>
            </w:pPr>
            <w:r>
              <w:rPr>
                <w:rFonts w:cs="Times New Roman"/>
                <w:b/>
                <w:color w:val="000000"/>
                <w:sz w:val="24"/>
              </w:rPr>
              <w:t>PART V. READING</w:t>
            </w:r>
          </w:p>
        </w:tc>
        <w:tc>
          <w:tcPr>
            <w:tcW w:w="5244" w:type="dxa"/>
            <w:vAlign w:val="center"/>
          </w:tcPr>
          <w:p w14:paraId="3B005CB0" w14:textId="77777777" w:rsidR="003327B9" w:rsidRDefault="003327B9" w:rsidP="004306B2">
            <w:pPr>
              <w:spacing w:after="0"/>
            </w:pPr>
            <w:r>
              <w:rPr>
                <w:rFonts w:cs="Times New Roman"/>
                <w:color w:val="000000"/>
                <w:sz w:val="24"/>
              </w:rPr>
              <w:t>24C, 25A, 26D, 27B, 28C, 29A, 30D, 31B, 32C</w:t>
            </w:r>
          </w:p>
        </w:tc>
      </w:tr>
      <w:tr w:rsidR="003327B9" w14:paraId="4E4200B5" w14:textId="77777777" w:rsidTr="004306B2">
        <w:trPr>
          <w:jc w:val="center"/>
        </w:trPr>
        <w:tc>
          <w:tcPr>
            <w:tcW w:w="5244" w:type="dxa"/>
            <w:shd w:val="clear" w:color="auto" w:fill="DDEFF0"/>
            <w:vAlign w:val="center"/>
          </w:tcPr>
          <w:p w14:paraId="06FA8A9F" w14:textId="77777777" w:rsidR="003327B9" w:rsidRDefault="003327B9" w:rsidP="004306B2">
            <w:pPr>
              <w:spacing w:after="0"/>
            </w:pPr>
            <w:r>
              <w:rPr>
                <w:rFonts w:cs="Times New Roman"/>
                <w:b/>
                <w:color w:val="000000"/>
                <w:sz w:val="24"/>
              </w:rPr>
              <w:t>PART VI. ORDERING</w:t>
            </w:r>
          </w:p>
        </w:tc>
        <w:tc>
          <w:tcPr>
            <w:tcW w:w="5244" w:type="dxa"/>
            <w:vAlign w:val="center"/>
          </w:tcPr>
          <w:p w14:paraId="54A4B85F" w14:textId="77777777" w:rsidR="003327B9" w:rsidRDefault="003327B9" w:rsidP="004306B2">
            <w:pPr>
              <w:spacing w:after="0"/>
            </w:pPr>
            <w:r>
              <w:rPr>
                <w:rFonts w:cs="Times New Roman"/>
                <w:color w:val="000000"/>
                <w:sz w:val="24"/>
              </w:rPr>
              <w:t>33C, 34D</w:t>
            </w:r>
          </w:p>
        </w:tc>
      </w:tr>
    </w:tbl>
    <w:p w14:paraId="552204AE" w14:textId="77777777" w:rsidR="003327B9" w:rsidRDefault="003327B9" w:rsidP="003327B9">
      <w:r>
        <w:br w:type="page"/>
      </w:r>
    </w:p>
    <w:p w14:paraId="151A7AC1" w14:textId="77777777" w:rsidR="003327B9" w:rsidRDefault="003327B9" w:rsidP="003327B9">
      <w:pPr>
        <w:shd w:val="clear" w:color="auto" w:fill="E85B6B"/>
        <w:spacing w:before="80" w:after="80"/>
        <w:jc w:val="center"/>
      </w:pPr>
      <w:r>
        <w:rPr>
          <w:rFonts w:cs="Times New Roman"/>
          <w:b/>
          <w:color w:val="FFFFFF"/>
          <w:sz w:val="32"/>
        </w:rPr>
        <w:lastRenderedPageBreak/>
        <w:t>WRITING KEY AND SAMPLE PARAGRAPH</w:t>
      </w:r>
    </w:p>
    <w:p w14:paraId="33E3F509" w14:textId="77777777" w:rsidR="003327B9" w:rsidRDefault="003327B9" w:rsidP="003327B9">
      <w:pPr>
        <w:spacing w:after="80"/>
      </w:pPr>
      <w:r>
        <w:rPr>
          <w:rFonts w:cs="Times New Roman"/>
          <w:b/>
          <w:color w:val="C83741"/>
          <w:sz w:val="28"/>
        </w:rPr>
        <w:t xml:space="preserve">35. </w:t>
      </w:r>
      <w:r>
        <w:rPr>
          <w:rFonts w:cs="Times New Roman"/>
          <w:color w:val="000000"/>
          <w:sz w:val="28"/>
        </w:rPr>
        <w:t>People in the countryside travel more slowly than people in the city.</w:t>
      </w:r>
    </w:p>
    <w:p w14:paraId="4B3C3994" w14:textId="77777777" w:rsidR="003327B9" w:rsidRDefault="003327B9" w:rsidP="003327B9">
      <w:pPr>
        <w:spacing w:after="80"/>
      </w:pPr>
      <w:r>
        <w:rPr>
          <w:rFonts w:cs="Times New Roman"/>
          <w:b/>
          <w:color w:val="C83741"/>
          <w:sz w:val="28"/>
        </w:rPr>
        <w:t xml:space="preserve">36. </w:t>
      </w:r>
      <w:r>
        <w:rPr>
          <w:rFonts w:cs="Times New Roman"/>
          <w:color w:val="000000"/>
          <w:sz w:val="28"/>
        </w:rPr>
        <w:t>The old combine harvester does not work as efficiently as the red one.</w:t>
      </w:r>
    </w:p>
    <w:p w14:paraId="6079BE67" w14:textId="77777777" w:rsidR="003327B9" w:rsidRDefault="003327B9" w:rsidP="003327B9">
      <w:pPr>
        <w:spacing w:after="80"/>
      </w:pPr>
      <w:r>
        <w:rPr>
          <w:rFonts w:cs="Times New Roman"/>
          <w:b/>
          <w:color w:val="C83741"/>
          <w:sz w:val="28"/>
        </w:rPr>
        <w:t xml:space="preserve">37. </w:t>
      </w:r>
      <w:r>
        <w:rPr>
          <w:rFonts w:cs="Times New Roman"/>
          <w:color w:val="000000"/>
          <w:sz w:val="28"/>
        </w:rPr>
        <w:t>Lan speaks more loudly than Mai.</w:t>
      </w:r>
    </w:p>
    <w:p w14:paraId="398A54E1" w14:textId="77777777" w:rsidR="003327B9" w:rsidRDefault="003327B9" w:rsidP="003327B9">
      <w:pPr>
        <w:spacing w:after="80"/>
      </w:pPr>
      <w:r>
        <w:rPr>
          <w:rFonts w:cs="Times New Roman"/>
          <w:b/>
          <w:color w:val="C83741"/>
          <w:sz w:val="28"/>
        </w:rPr>
        <w:t xml:space="preserve">38. </w:t>
      </w:r>
      <w:r>
        <w:rPr>
          <w:rFonts w:cs="Times New Roman"/>
          <w:color w:val="000000"/>
          <w:sz w:val="28"/>
        </w:rPr>
        <w:t>What a picturesque village this is!</w:t>
      </w:r>
    </w:p>
    <w:p w14:paraId="0AE6FEF4" w14:textId="77777777" w:rsidR="003327B9" w:rsidRDefault="003327B9" w:rsidP="003327B9">
      <w:pPr>
        <w:spacing w:after="60"/>
      </w:pPr>
      <w:r>
        <w:rPr>
          <w:rFonts w:cs="Times New Roman"/>
          <w:b/>
          <w:color w:val="000000"/>
          <w:sz w:val="28"/>
        </w:rPr>
        <w:t>39. Sample paragraph (about 90 words)</w:t>
      </w:r>
    </w:p>
    <w:p w14:paraId="5ACF877E" w14:textId="77777777" w:rsidR="003327B9" w:rsidRDefault="003327B9" w:rsidP="003327B9">
      <w:pPr>
        <w:shd w:val="clear" w:color="auto" w:fill="E6F4E8"/>
        <w:spacing w:after="100"/>
      </w:pPr>
      <w:r>
        <w:rPr>
          <w:rFonts w:cs="Times New Roman"/>
          <w:color w:val="000000"/>
          <w:sz w:val="28"/>
        </w:rPr>
        <w:t xml:space="preserve">Last summer, I visited my grandparents’ village in Bac </w:t>
      </w:r>
      <w:proofErr w:type="spellStart"/>
      <w:r>
        <w:rPr>
          <w:rFonts w:cs="Times New Roman"/>
          <w:color w:val="000000"/>
          <w:sz w:val="28"/>
        </w:rPr>
        <w:t>Giang</w:t>
      </w:r>
      <w:proofErr w:type="spellEnd"/>
      <w:r>
        <w:rPr>
          <w:rFonts w:cs="Times New Roman"/>
          <w:color w:val="000000"/>
          <w:sz w:val="28"/>
        </w:rPr>
        <w:t xml:space="preserve"> Province. The village is surrounded by green paddy fields and a small river. Every morning, farmers feed their animals and work in the fields. During harvest time, they use a combine harvester and dry rice in large yards. The local people are friendly and hospitable, and life there is quieter than life in the city. I especially like cycling along the village roads and playing traditional games with my cousins. However, there are not many shops or entertainment </w:t>
      </w:r>
      <w:proofErr w:type="spellStart"/>
      <w:r>
        <w:rPr>
          <w:rFonts w:cs="Times New Roman"/>
          <w:color w:val="000000"/>
          <w:sz w:val="28"/>
        </w:rPr>
        <w:t>centres</w:t>
      </w:r>
      <w:proofErr w:type="spellEnd"/>
      <w:r>
        <w:rPr>
          <w:rFonts w:cs="Times New Roman"/>
          <w:color w:val="000000"/>
          <w:sz w:val="28"/>
        </w:rPr>
        <w:t>.</w:t>
      </w:r>
    </w:p>
    <w:p w14:paraId="668DD718" w14:textId="77777777" w:rsidR="003327B9" w:rsidRDefault="003327B9" w:rsidP="003327B9">
      <w:pPr>
        <w:shd w:val="clear" w:color="auto" w:fill="247F82"/>
        <w:spacing w:before="80" w:after="80"/>
        <w:jc w:val="center"/>
      </w:pPr>
      <w:r>
        <w:rPr>
          <w:rFonts w:cs="Times New Roman"/>
          <w:b/>
          <w:color w:val="FFFFFF"/>
          <w:sz w:val="30"/>
        </w:rPr>
        <w:t>TEACHER NOTES – CORRECTIONS APPLIED</w:t>
      </w:r>
    </w:p>
    <w:p w14:paraId="6A81AA41" w14:textId="77777777" w:rsidR="003327B9" w:rsidRDefault="003327B9" w:rsidP="003327B9">
      <w:pPr>
        <w:ind w:left="288" w:hanging="216"/>
      </w:pPr>
      <w:r>
        <w:rPr>
          <w:rFonts w:cs="Times New Roman"/>
          <w:color w:val="000000"/>
          <w:sz w:val="24"/>
        </w:rPr>
        <w:t>• Question 8: changed “hospital” to “hospitable” so the stress question has one clear answer.</w:t>
      </w:r>
    </w:p>
    <w:p w14:paraId="0B6D6718" w14:textId="77777777" w:rsidR="003327B9" w:rsidRDefault="003327B9" w:rsidP="003327B9">
      <w:pPr>
        <w:ind w:left="288" w:hanging="216"/>
      </w:pPr>
      <w:r>
        <w:rPr>
          <w:rFonts w:cs="Times New Roman"/>
          <w:color w:val="000000"/>
          <w:sz w:val="24"/>
        </w:rPr>
        <w:t>• Question 16: revised the comparison to “better than she could last week”.</w:t>
      </w:r>
    </w:p>
    <w:p w14:paraId="7F18B146" w14:textId="77777777" w:rsidR="003327B9" w:rsidRDefault="003327B9" w:rsidP="003327B9">
      <w:pPr>
        <w:ind w:left="288" w:hanging="216"/>
      </w:pPr>
      <w:r>
        <w:rPr>
          <w:rFonts w:cs="Times New Roman"/>
          <w:color w:val="000000"/>
          <w:sz w:val="24"/>
        </w:rPr>
        <w:t>• Question 20: revised the question and answer to match the safety-boots sign.</w:t>
      </w:r>
    </w:p>
    <w:p w14:paraId="7155B50D" w14:textId="77777777" w:rsidR="003327B9" w:rsidRDefault="003327B9" w:rsidP="003327B9">
      <w:pPr>
        <w:ind w:left="288" w:hanging="216"/>
      </w:pPr>
      <w:r>
        <w:rPr>
          <w:rFonts w:cs="Times New Roman"/>
          <w:color w:val="000000"/>
          <w:sz w:val="24"/>
        </w:rPr>
        <w:t xml:space="preserve">• Question 27 and the reading comparison: narrowed the context to avoid </w:t>
      </w:r>
      <w:proofErr w:type="spellStart"/>
      <w:r>
        <w:rPr>
          <w:rFonts w:cs="Times New Roman"/>
          <w:color w:val="000000"/>
          <w:sz w:val="24"/>
        </w:rPr>
        <w:t>overgeneralising</w:t>
      </w:r>
      <w:proofErr w:type="spellEnd"/>
      <w:r>
        <w:rPr>
          <w:rFonts w:cs="Times New Roman"/>
          <w:color w:val="000000"/>
          <w:sz w:val="24"/>
        </w:rPr>
        <w:t xml:space="preserve"> countryside residents.</w:t>
      </w:r>
    </w:p>
    <w:p w14:paraId="5791254D" w14:textId="62653C9A" w:rsidR="00A312F0" w:rsidRPr="00691366" w:rsidRDefault="00A312F0">
      <w:pPr>
        <w:rPr>
          <w:color w:val="auto"/>
          <w:sz w:val="28"/>
          <w:szCs w:val="28"/>
        </w:rPr>
      </w:pPr>
    </w:p>
    <w:sectPr w:rsidR="00A312F0" w:rsidRPr="00691366" w:rsidSect="00034616">
      <w:headerReference w:type="default" r:id="rId10"/>
      <w:footerReference w:type="default" r:id="rId11"/>
      <w:pgSz w:w="11906" w:h="16838"/>
      <w:pgMar w:top="652" w:right="709" w:bottom="652" w:left="709" w:header="255" w:footer="255" w:gutter="0"/>
      <w:pgBorders w:offsetFrom="page">
        <w:top w:val="single" w:sz="8" w:space="18" w:color="B7DAD8"/>
        <w:left w:val="single" w:sz="8" w:space="18" w:color="B7DAD8"/>
        <w:bottom w:val="single" w:sz="8" w:space="18" w:color="B7DAD8"/>
        <w:right w:val="single" w:sz="8" w:space="18" w:color="B7DAD8"/>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E21279" w14:textId="77777777" w:rsidR="00B23039" w:rsidRDefault="00B23039">
      <w:pPr>
        <w:spacing w:after="0" w:line="240" w:lineRule="auto"/>
      </w:pPr>
      <w:r>
        <w:separator/>
      </w:r>
    </w:p>
  </w:endnote>
  <w:endnote w:type="continuationSeparator" w:id="0">
    <w:p w14:paraId="6413EDCC" w14:textId="77777777" w:rsidR="00B23039" w:rsidRDefault="00B23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93C1C4" w14:textId="77777777" w:rsidR="00A312F0" w:rsidRDefault="00A312F0">
    <w:pPr>
      <w:pStyle w:val="Footer"/>
    </w:pPr>
  </w:p>
  <w:tbl>
    <w:tblPr>
      <w:tblW w:w="0" w:type="auto"/>
      <w:jc w:val="center"/>
      <w:tblLayout w:type="fixed"/>
      <w:tblLook w:val="04A0" w:firstRow="1" w:lastRow="0" w:firstColumn="1" w:lastColumn="0" w:noHBand="0" w:noVBand="1"/>
    </w:tblPr>
    <w:tblGrid>
      <w:gridCol w:w="3477"/>
      <w:gridCol w:w="3477"/>
      <w:gridCol w:w="3477"/>
    </w:tblGrid>
    <w:tr w:rsidR="00A312F0" w14:paraId="0083E17D" w14:textId="77777777">
      <w:trPr>
        <w:jc w:val="center"/>
      </w:trPr>
      <w:tc>
        <w:tcPr>
          <w:tcW w:w="3477" w:type="dxa"/>
          <w:tcBorders>
            <w:top w:val="nil"/>
            <w:left w:val="nil"/>
            <w:bottom w:val="nil"/>
            <w:right w:val="nil"/>
          </w:tcBorders>
          <w:tcMar>
            <w:top w:w="0" w:type="dxa"/>
            <w:left w:w="0" w:type="dxa"/>
            <w:bottom w:w="0" w:type="dxa"/>
            <w:right w:w="0" w:type="dxa"/>
          </w:tcMar>
        </w:tcPr>
        <w:p w14:paraId="5A7D6D91" w14:textId="7B4C8E0B" w:rsidR="00A312F0" w:rsidRPr="00A42C45" w:rsidRDefault="00A312F0">
          <w:pPr>
            <w:spacing w:after="0"/>
            <w:rPr>
              <w:sz w:val="24"/>
              <w:szCs w:val="24"/>
            </w:rPr>
          </w:pPr>
        </w:p>
      </w:tc>
      <w:tc>
        <w:tcPr>
          <w:tcW w:w="3477" w:type="dxa"/>
          <w:tcBorders>
            <w:top w:val="nil"/>
            <w:left w:val="nil"/>
            <w:bottom w:val="nil"/>
            <w:right w:val="nil"/>
          </w:tcBorders>
          <w:tcMar>
            <w:top w:w="0" w:type="dxa"/>
            <w:left w:w="0" w:type="dxa"/>
            <w:bottom w:w="0" w:type="dxa"/>
            <w:right w:w="0" w:type="dxa"/>
          </w:tcMar>
        </w:tcPr>
        <w:p w14:paraId="18E14D10" w14:textId="56877A4C" w:rsidR="00A312F0" w:rsidRDefault="00685F13">
          <w:pPr>
            <w:spacing w:after="0"/>
            <w:jc w:val="center"/>
          </w:pPr>
          <w:r>
            <w:rPr>
              <w:color w:val="5D6773"/>
              <w:sz w:val="16"/>
            </w:rPr>
            <w:t xml:space="preserve">Page </w:t>
          </w:r>
          <w:r>
            <w:fldChar w:fldCharType="begin"/>
          </w:r>
          <w:r>
            <w:instrText>PAGE</w:instrText>
          </w:r>
          <w:r>
            <w:fldChar w:fldCharType="separate"/>
          </w:r>
          <w:r w:rsidR="003327B9">
            <w:rPr>
              <w:noProof/>
            </w:rPr>
            <w:t>7</w:t>
          </w:r>
          <w:r>
            <w:fldChar w:fldCharType="end"/>
          </w:r>
        </w:p>
      </w:tc>
      <w:tc>
        <w:tcPr>
          <w:tcW w:w="3477" w:type="dxa"/>
          <w:tcBorders>
            <w:top w:val="nil"/>
            <w:left w:val="nil"/>
            <w:bottom w:val="nil"/>
            <w:right w:val="nil"/>
          </w:tcBorders>
          <w:tcMar>
            <w:top w:w="0" w:type="dxa"/>
            <w:left w:w="0" w:type="dxa"/>
            <w:bottom w:w="0" w:type="dxa"/>
            <w:right w:w="0" w:type="dxa"/>
          </w:tcMar>
        </w:tcPr>
        <w:p w14:paraId="16561C2F" w14:textId="77777777" w:rsidR="00A312F0" w:rsidRDefault="00685F13">
          <w:pPr>
            <w:spacing w:after="0"/>
            <w:jc w:val="right"/>
          </w:pPr>
          <w:r>
            <w:rPr>
              <w:b/>
              <w:color w:val="155B5A"/>
              <w:sz w:val="16"/>
            </w:rPr>
            <w:t>GLOBAL SUCCESS 8</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5F2B4C" w14:textId="77777777" w:rsidR="00B23039" w:rsidRDefault="00B23039">
      <w:pPr>
        <w:spacing w:after="0" w:line="240" w:lineRule="auto"/>
      </w:pPr>
      <w:r>
        <w:separator/>
      </w:r>
    </w:p>
  </w:footnote>
  <w:footnote w:type="continuationSeparator" w:id="0">
    <w:p w14:paraId="285DAED9" w14:textId="77777777" w:rsidR="00B23039" w:rsidRDefault="00B23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Layout w:type="fixed"/>
      <w:tblLook w:val="04A0" w:firstRow="1" w:lastRow="0" w:firstColumn="1" w:lastColumn="0" w:noHBand="0" w:noVBand="1"/>
    </w:tblPr>
    <w:tblGrid>
      <w:gridCol w:w="5216"/>
      <w:gridCol w:w="5216"/>
    </w:tblGrid>
    <w:tr w:rsidR="00A312F0" w14:paraId="61AC5960" w14:textId="77777777">
      <w:trPr>
        <w:jc w:val="center"/>
      </w:trPr>
      <w:tc>
        <w:tcPr>
          <w:tcW w:w="5216" w:type="dxa"/>
          <w:tcBorders>
            <w:top w:val="nil"/>
            <w:left w:val="nil"/>
            <w:bottom w:val="nil"/>
            <w:right w:val="nil"/>
          </w:tcBorders>
          <w:tcMar>
            <w:top w:w="0" w:type="dxa"/>
            <w:left w:w="0" w:type="dxa"/>
            <w:bottom w:w="0" w:type="dxa"/>
            <w:right w:w="0" w:type="dxa"/>
          </w:tcMar>
        </w:tcPr>
        <w:p w14:paraId="5E7607F5" w14:textId="4B61A01B" w:rsidR="00A42C45" w:rsidRPr="00A42C45" w:rsidRDefault="00A42C45" w:rsidP="00E56007">
          <w:pPr>
            <w:spacing w:after="0"/>
            <w:rPr>
              <w:sz w:val="24"/>
              <w:szCs w:val="24"/>
            </w:rPr>
          </w:pPr>
        </w:p>
      </w:tc>
      <w:tc>
        <w:tcPr>
          <w:tcW w:w="5216" w:type="dxa"/>
          <w:tcBorders>
            <w:top w:val="nil"/>
            <w:left w:val="nil"/>
            <w:bottom w:val="nil"/>
            <w:right w:val="nil"/>
          </w:tcBorders>
          <w:tcMar>
            <w:top w:w="0" w:type="dxa"/>
            <w:left w:w="0" w:type="dxa"/>
            <w:bottom w:w="0" w:type="dxa"/>
            <w:right w:w="0" w:type="dxa"/>
          </w:tcMar>
        </w:tcPr>
        <w:p w14:paraId="711C31B8" w14:textId="77777777" w:rsidR="00A312F0" w:rsidRDefault="00685F13">
          <w:pPr>
            <w:spacing w:after="0"/>
            <w:jc w:val="right"/>
          </w:pPr>
          <w:r>
            <w:rPr>
              <w:b/>
              <w:color w:val="5D6773"/>
              <w:sz w:val="16"/>
            </w:rPr>
            <w:t>UNIT 2 • LIFE IN THE COUNTRYSIDE</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F123A"/>
    <w:rsid w:val="0029639D"/>
    <w:rsid w:val="00326F90"/>
    <w:rsid w:val="003327B9"/>
    <w:rsid w:val="004473D8"/>
    <w:rsid w:val="004A6FF2"/>
    <w:rsid w:val="004B3B80"/>
    <w:rsid w:val="00527517"/>
    <w:rsid w:val="00533313"/>
    <w:rsid w:val="006021F5"/>
    <w:rsid w:val="00685F13"/>
    <w:rsid w:val="00691366"/>
    <w:rsid w:val="007A22AD"/>
    <w:rsid w:val="0097413C"/>
    <w:rsid w:val="00A312F0"/>
    <w:rsid w:val="00A42C45"/>
    <w:rsid w:val="00A61C2D"/>
    <w:rsid w:val="00AA1D8D"/>
    <w:rsid w:val="00AF31D1"/>
    <w:rsid w:val="00B23039"/>
    <w:rsid w:val="00B47730"/>
    <w:rsid w:val="00C74069"/>
    <w:rsid w:val="00CB0664"/>
    <w:rsid w:val="00CC43B2"/>
    <w:rsid w:val="00E5600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378760"/>
  <w14:defaultImageDpi w14:val="300"/>
  <w15:docId w15:val="{3C23A9AF-55EC-4172-BF74-7508FA476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52" w:lineRule="auto"/>
    </w:pPr>
    <w:rPr>
      <w:rFonts w:ascii="Times New Roman" w:eastAsia="Times New Roman" w:hAnsi="Times New Roman"/>
      <w:color w:val="25364A"/>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42C45"/>
    <w:rPr>
      <w:color w:val="0000FF" w:themeColor="hyperlink"/>
      <w:u w:val="single"/>
    </w:rPr>
  </w:style>
  <w:style w:type="character" w:customStyle="1" w:styleId="UnresolvedMention1">
    <w:name w:val="Unresolved Mention1"/>
    <w:basedOn w:val="DefaultParagraphFont"/>
    <w:uiPriority w:val="99"/>
    <w:semiHidden/>
    <w:unhideWhenUsed/>
    <w:rsid w:val="00A42C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6483A-9A06-4B8B-97C8-BDBF77F5D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1834</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Global Success 8 - Unit 2 Test: Life in the Countryside</vt:lpstr>
    </vt:vector>
  </TitlesOfParts>
  <Manager/>
  <Company/>
  <LinksUpToDate>false</LinksUpToDate>
  <CharactersWithSpaces>12270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Global Success 8 - Unit 2 Test: Life in the Countryside</dc:title>
  <dc:subject>Student test based on Global Success 8 Unit 2</dc:subject>
  <dc:creator>Windy Bui</dc:creator>
  <cp:keywords>Global Success 8, Unit 1, Leisure Time, test, English</cp:keywords>
  <dc:description>generated by python-docx</dc:description>
  <cp:lastModifiedBy>ADMIN</cp:lastModifiedBy>
  <cp:revision>9</cp:revision>
  <dcterms:created xsi:type="dcterms:W3CDTF">2013-12-23T23:15:00Z</dcterms:created>
  <dcterms:modified xsi:type="dcterms:W3CDTF">2026-08-06T10:03:00Z</dcterms:modified>
  <cp:category/>
</cp:coreProperties>
</file>