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D3DCE" w14:textId="675ADB98" w:rsidR="00E66C55" w:rsidRPr="00F6615F" w:rsidRDefault="00AE2AB5" w:rsidP="00F6615F">
      <w:pPr>
        <w:tabs>
          <w:tab w:val="left" w:pos="33"/>
        </w:tabs>
        <w:spacing w:after="120"/>
        <w:rPr>
          <w:rFonts w:ascii="Times New Roman" w:hAnsi="Times New Roman" w:cs="Times New Roman"/>
          <w:sz w:val="28"/>
          <w:szCs w:val="28"/>
        </w:rPr>
      </w:pPr>
      <w:r w:rsidRPr="00E66C55">
        <w:rPr>
          <w:rFonts w:ascii="Times New Roman" w:hAnsi="Times New Roman" w:cs="Times New Roman"/>
          <w:sz w:val="28"/>
          <w:szCs w:val="28"/>
        </w:rPr>
        <w:tab/>
      </w:r>
      <w:r w:rsidRPr="00E66C55">
        <w:rPr>
          <w:rStyle w:val="14"/>
          <w:rFonts w:cs="Times New Roman"/>
          <w:szCs w:val="28"/>
        </w:rPr>
        <w:t>Ngày day / /</w:t>
      </w:r>
    </w:p>
    <w:p w14:paraId="6CD8C487" w14:textId="3AE1CEF7" w:rsidR="00E66C55" w:rsidRPr="00E66C55" w:rsidRDefault="00E66C55" w:rsidP="00E66C55">
      <w:pPr>
        <w:spacing w:after="120"/>
        <w:jc w:val="center"/>
        <w:rPr>
          <w:rFonts w:ascii="Times New Roman" w:hAnsi="Times New Roman" w:cs="Times New Roman"/>
          <w:b/>
          <w:sz w:val="28"/>
          <w:szCs w:val="28"/>
        </w:rPr>
      </w:pPr>
      <w:r w:rsidRPr="00E66C55">
        <w:rPr>
          <w:rStyle w:val="14"/>
          <w:rFonts w:cs="Times New Roman"/>
          <w:b/>
          <w:szCs w:val="28"/>
        </w:rPr>
        <w:t>Tuần 21</w:t>
      </w:r>
      <w:r w:rsidR="00F6615F">
        <w:rPr>
          <w:rStyle w:val="14"/>
          <w:rFonts w:cs="Times New Roman"/>
          <w:b/>
          <w:szCs w:val="28"/>
        </w:rPr>
        <w:t>, 22</w:t>
      </w:r>
      <w:r w:rsidRPr="00E66C55">
        <w:rPr>
          <w:rStyle w:val="14"/>
          <w:rFonts w:cs="Times New Roman"/>
          <w:b/>
          <w:szCs w:val="28"/>
        </w:rPr>
        <w:t>:</w:t>
      </w:r>
    </w:p>
    <w:p w14:paraId="015CCCFA" w14:textId="0A2D520D" w:rsidR="00E66C55" w:rsidRPr="00E66C55" w:rsidRDefault="00E66C55" w:rsidP="00E66C55">
      <w:pPr>
        <w:tabs>
          <w:tab w:val="left" w:pos="1150"/>
        </w:tabs>
        <w:spacing w:after="120"/>
        <w:jc w:val="center"/>
        <w:rPr>
          <w:rFonts w:ascii="Times New Roman" w:hAnsi="Times New Roman" w:cs="Times New Roman"/>
          <w:b/>
          <w:sz w:val="28"/>
          <w:szCs w:val="28"/>
          <w:lang w:val="en-GB"/>
        </w:rPr>
      </w:pPr>
      <w:r w:rsidRPr="00E66C55">
        <w:rPr>
          <w:rFonts w:ascii="Times New Roman" w:hAnsi="Times New Roman" w:cs="Times New Roman"/>
          <w:b/>
          <w:sz w:val="28"/>
          <w:szCs w:val="28"/>
        </w:rPr>
        <w:t xml:space="preserve"> SH</w:t>
      </w:r>
      <w:r w:rsidR="00F6615F">
        <w:rPr>
          <w:rFonts w:ascii="Times New Roman" w:hAnsi="Times New Roman" w:cs="Times New Roman"/>
          <w:b/>
          <w:sz w:val="28"/>
          <w:szCs w:val="28"/>
        </w:rPr>
        <w:t>L</w:t>
      </w:r>
      <w:r w:rsidRPr="00E66C55">
        <w:rPr>
          <w:rFonts w:ascii="Times New Roman" w:hAnsi="Times New Roman" w:cs="Times New Roman"/>
          <w:b/>
          <w:sz w:val="28"/>
          <w:szCs w:val="28"/>
        </w:rPr>
        <w:t xml:space="preserve"> – </w:t>
      </w:r>
      <w:r w:rsidR="00F6615F" w:rsidRPr="00E66C55">
        <w:rPr>
          <w:rFonts w:ascii="Times New Roman" w:hAnsi="Times New Roman" w:cs="Times New Roman"/>
          <w:b/>
          <w:sz w:val="28"/>
          <w:szCs w:val="28"/>
        </w:rPr>
        <w:t>SÁNG TÁC THÔNG</w:t>
      </w:r>
      <w:r w:rsidR="00F6615F" w:rsidRPr="00E66C55">
        <w:rPr>
          <w:rFonts w:ascii="Times New Roman" w:hAnsi="Times New Roman" w:cs="Times New Roman"/>
          <w:b/>
          <w:sz w:val="28"/>
          <w:szCs w:val="28"/>
          <w:lang w:val="en-GB"/>
        </w:rPr>
        <w:t xml:space="preserve"> </w:t>
      </w:r>
      <w:r w:rsidR="00F6615F" w:rsidRPr="00E66C55">
        <w:rPr>
          <w:rFonts w:ascii="Times New Roman" w:hAnsi="Times New Roman" w:cs="Times New Roman"/>
          <w:b/>
          <w:spacing w:val="-62"/>
          <w:sz w:val="28"/>
          <w:szCs w:val="28"/>
        </w:rPr>
        <w:t xml:space="preserve"> </w:t>
      </w:r>
      <w:r w:rsidR="00F6615F" w:rsidRPr="00E66C55">
        <w:rPr>
          <w:rFonts w:ascii="Times New Roman" w:hAnsi="Times New Roman" w:cs="Times New Roman"/>
          <w:b/>
          <w:sz w:val="28"/>
          <w:szCs w:val="28"/>
        </w:rPr>
        <w:t>ĐIỆP BẢO VỆ MÔI</w:t>
      </w:r>
      <w:r w:rsidR="00F6615F" w:rsidRPr="00E66C55">
        <w:rPr>
          <w:rFonts w:ascii="Times New Roman" w:hAnsi="Times New Roman" w:cs="Times New Roman"/>
          <w:b/>
          <w:spacing w:val="1"/>
          <w:sz w:val="28"/>
          <w:szCs w:val="28"/>
        </w:rPr>
        <w:t xml:space="preserve"> </w:t>
      </w:r>
      <w:r w:rsidR="00F6615F" w:rsidRPr="00E66C55">
        <w:rPr>
          <w:rFonts w:ascii="Times New Roman" w:hAnsi="Times New Roman" w:cs="Times New Roman"/>
          <w:b/>
          <w:sz w:val="28"/>
          <w:szCs w:val="28"/>
        </w:rPr>
        <w:t>TRƯỜNG</w:t>
      </w:r>
      <w:r w:rsidR="00F6615F" w:rsidRPr="00E66C55">
        <w:rPr>
          <w:rFonts w:ascii="Times New Roman" w:hAnsi="Times New Roman" w:cs="Times New Roman"/>
          <w:b/>
          <w:spacing w:val="-3"/>
          <w:sz w:val="28"/>
          <w:szCs w:val="28"/>
        </w:rPr>
        <w:t xml:space="preserve"> </w:t>
      </w:r>
      <w:r w:rsidR="00F6615F" w:rsidRPr="00E66C55">
        <w:rPr>
          <w:rFonts w:ascii="Times New Roman" w:hAnsi="Times New Roman" w:cs="Times New Roman"/>
          <w:b/>
          <w:sz w:val="28"/>
          <w:szCs w:val="28"/>
        </w:rPr>
        <w:t>TỰ</w:t>
      </w:r>
      <w:r w:rsidR="00F6615F" w:rsidRPr="00E66C55">
        <w:rPr>
          <w:rFonts w:ascii="Times New Roman" w:hAnsi="Times New Roman" w:cs="Times New Roman"/>
          <w:b/>
          <w:spacing w:val="-2"/>
          <w:sz w:val="28"/>
          <w:szCs w:val="28"/>
        </w:rPr>
        <w:t xml:space="preserve"> </w:t>
      </w:r>
      <w:r w:rsidR="00F6615F" w:rsidRPr="00E66C55">
        <w:rPr>
          <w:rFonts w:ascii="Times New Roman" w:hAnsi="Times New Roman" w:cs="Times New Roman"/>
          <w:b/>
          <w:sz w:val="28"/>
          <w:szCs w:val="28"/>
        </w:rPr>
        <w:t>NHIÊN.</w:t>
      </w:r>
      <w:r w:rsidR="00F6615F" w:rsidRPr="00E66C55">
        <w:rPr>
          <w:rFonts w:ascii="Times New Roman" w:hAnsi="Times New Roman" w:cs="Times New Roman"/>
          <w:b/>
          <w:sz w:val="28"/>
          <w:szCs w:val="28"/>
          <w:lang w:val="en-GB"/>
        </w:rPr>
        <w:t xml:space="preserve"> </w:t>
      </w:r>
    </w:p>
    <w:p w14:paraId="60304F49" w14:textId="77777777" w:rsidR="00E66C55" w:rsidRPr="00E66C55" w:rsidRDefault="00E66C55" w:rsidP="00E66C55">
      <w:pPr>
        <w:tabs>
          <w:tab w:val="left" w:pos="1150"/>
        </w:tabs>
        <w:spacing w:after="120"/>
        <w:jc w:val="center"/>
        <w:rPr>
          <w:rFonts w:ascii="Times New Roman" w:hAnsi="Times New Roman" w:cs="Times New Roman"/>
          <w:b/>
          <w:sz w:val="28"/>
          <w:szCs w:val="28"/>
        </w:rPr>
      </w:pPr>
      <w:r w:rsidRPr="00E66C55">
        <w:rPr>
          <w:rFonts w:ascii="Times New Roman" w:hAnsi="Times New Roman" w:cs="Times New Roman"/>
          <w:b/>
          <w:sz w:val="28"/>
          <w:szCs w:val="28"/>
          <w:lang w:val="en-GB"/>
        </w:rPr>
        <w:t>(Tiết 1- thực hành</w:t>
      </w:r>
      <w:r w:rsidRPr="00E66C55">
        <w:rPr>
          <w:rFonts w:ascii="Times New Roman" w:hAnsi="Times New Roman" w:cs="Times New Roman"/>
          <w:b/>
          <w:sz w:val="28"/>
          <w:szCs w:val="28"/>
          <w:lang w:val="vi-VN"/>
        </w:rPr>
        <w:t xml:space="preserve">; </w:t>
      </w:r>
      <w:r w:rsidRPr="00E66C55">
        <w:rPr>
          <w:rFonts w:ascii="Times New Roman" w:hAnsi="Times New Roman" w:cs="Times New Roman"/>
          <w:b/>
          <w:sz w:val="28"/>
          <w:szCs w:val="28"/>
        </w:rPr>
        <w:t>Tiết 2- Báo cáo sản phẩm)</w:t>
      </w:r>
    </w:p>
    <w:p w14:paraId="385E93C4" w14:textId="77777777" w:rsidR="00545B02" w:rsidRPr="006B0A5C" w:rsidRDefault="00AE2AB5">
      <w:pPr>
        <w:tabs>
          <w:tab w:val="left" w:pos="16"/>
        </w:tabs>
        <w:spacing w:after="12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I. MỤC TIÊU</w:t>
      </w:r>
    </w:p>
    <w:p w14:paraId="1F5788E4" w14:textId="77777777" w:rsidR="00545B02" w:rsidRPr="006B0A5C" w:rsidRDefault="00AE2AB5">
      <w:pPr>
        <w:tabs>
          <w:tab w:val="left" w:pos="33"/>
        </w:tabs>
        <w:spacing w:after="12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1. Kiến thức</w:t>
      </w:r>
    </w:p>
    <w:p w14:paraId="7C2B5FA0" w14:textId="77777777" w:rsidR="00545B02" w:rsidRPr="00E66C55" w:rsidRDefault="00AE2AB5">
      <w:pPr>
        <w:tabs>
          <w:tab w:val="left" w:pos="33"/>
        </w:tabs>
        <w:spacing w:after="0"/>
        <w:rPr>
          <w:rFonts w:ascii="Times New Roman" w:hAnsi="Times New Roman" w:cs="Times New Roman"/>
          <w:sz w:val="28"/>
          <w:szCs w:val="28"/>
        </w:rPr>
      </w:pPr>
      <w:r w:rsidRPr="00E66C55">
        <w:rPr>
          <w:rFonts w:ascii="Times New Roman" w:hAnsi="Times New Roman" w:cs="Times New Roman"/>
          <w:sz w:val="28"/>
          <w:szCs w:val="28"/>
        </w:rPr>
        <w:tab/>
      </w:r>
      <w:r w:rsidRPr="00E66C55">
        <w:rPr>
          <w:rStyle w:val="14"/>
          <w:rFonts w:cs="Times New Roman"/>
          <w:szCs w:val="28"/>
        </w:rPr>
        <w:t>Sau khi tham gia hoạt động này, HS có khả năng:</w:t>
      </w:r>
    </w:p>
    <w:p w14:paraId="2700844C" w14:textId="77777777" w:rsidR="009B0636" w:rsidRPr="009B0636" w:rsidRDefault="009B0636" w:rsidP="006B0A5C">
      <w:pPr>
        <w:pStyle w:val="ListParagraph"/>
        <w:numPr>
          <w:ilvl w:val="0"/>
          <w:numId w:val="11"/>
        </w:numPr>
        <w:tabs>
          <w:tab w:val="left" w:pos="33"/>
        </w:tabs>
        <w:spacing w:after="0"/>
        <w:rPr>
          <w:rStyle w:val="14"/>
          <w:rFonts w:cs="Times New Roman"/>
          <w:szCs w:val="28"/>
          <w:lang w:val="vi-VN"/>
        </w:rPr>
      </w:pPr>
      <w:r>
        <w:rPr>
          <w:rStyle w:val="14"/>
          <w:rFonts w:cs="Times New Roman"/>
          <w:szCs w:val="28"/>
          <w:lang w:val="vi-VN"/>
        </w:rPr>
        <w:t>HS được phát triển năng lực riêng của bản thân (vẽ, sáng tạo, thiết kế)</w:t>
      </w:r>
    </w:p>
    <w:p w14:paraId="59E02529" w14:textId="77777777" w:rsidR="00E66C55" w:rsidRPr="006B0A5C" w:rsidRDefault="00AE2AB5" w:rsidP="006B0A5C">
      <w:pPr>
        <w:pStyle w:val="ListParagraph"/>
        <w:numPr>
          <w:ilvl w:val="0"/>
          <w:numId w:val="11"/>
        </w:numPr>
        <w:tabs>
          <w:tab w:val="left" w:pos="33"/>
        </w:tabs>
        <w:spacing w:after="0"/>
        <w:rPr>
          <w:rStyle w:val="14"/>
          <w:rFonts w:cs="Times New Roman"/>
          <w:szCs w:val="28"/>
          <w:lang w:val="vi-VN"/>
        </w:rPr>
      </w:pPr>
      <w:r w:rsidRPr="006B0A5C">
        <w:rPr>
          <w:rStyle w:val="14"/>
          <w:rFonts w:cs="Times New Roman"/>
          <w:szCs w:val="28"/>
        </w:rPr>
        <w:t xml:space="preserve">HS </w:t>
      </w:r>
      <w:r w:rsidR="00E66C55" w:rsidRPr="006B0A5C">
        <w:rPr>
          <w:rStyle w:val="14"/>
          <w:rFonts w:cs="Times New Roman"/>
          <w:szCs w:val="28"/>
          <w:lang w:val="vi-VN"/>
        </w:rPr>
        <w:t>có ý thức bảo vệ môi trường sống</w:t>
      </w:r>
    </w:p>
    <w:p w14:paraId="06FE6FAA" w14:textId="77777777" w:rsidR="00545B02" w:rsidRPr="00E66C55" w:rsidRDefault="00E66C55" w:rsidP="00691CEC">
      <w:pPr>
        <w:pStyle w:val="ListParagraph"/>
        <w:numPr>
          <w:ilvl w:val="0"/>
          <w:numId w:val="11"/>
        </w:numPr>
        <w:tabs>
          <w:tab w:val="left" w:pos="33"/>
        </w:tabs>
        <w:spacing w:after="0"/>
        <w:rPr>
          <w:rFonts w:ascii="Times New Roman" w:hAnsi="Times New Roman" w:cs="Times New Roman"/>
          <w:sz w:val="28"/>
          <w:szCs w:val="28"/>
        </w:rPr>
      </w:pPr>
      <w:r w:rsidRPr="00E66C55">
        <w:rPr>
          <w:rStyle w:val="14"/>
          <w:rFonts w:cs="Times New Roman"/>
          <w:szCs w:val="28"/>
          <w:lang w:val="vi-VN"/>
        </w:rPr>
        <w:t>HS có khả năng thuyết trình sản phẩm trước tập thể.</w:t>
      </w:r>
      <w:r w:rsidR="00AE2AB5" w:rsidRPr="00E66C55">
        <w:rPr>
          <w:rStyle w:val="14"/>
          <w:rFonts w:cs="Times New Roman"/>
          <w:szCs w:val="28"/>
        </w:rPr>
        <w:t>.</w:t>
      </w:r>
    </w:p>
    <w:p w14:paraId="6A0E7119" w14:textId="77777777" w:rsidR="00545B02" w:rsidRPr="006B0A5C" w:rsidRDefault="00AE2AB5">
      <w:pPr>
        <w:tabs>
          <w:tab w:val="left" w:pos="16"/>
        </w:tabs>
        <w:spacing w:after="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2. Năng lực</w:t>
      </w:r>
    </w:p>
    <w:p w14:paraId="4715A998" w14:textId="77777777" w:rsidR="00545B02" w:rsidRPr="00E66C55" w:rsidRDefault="00AE2AB5">
      <w:pPr>
        <w:tabs>
          <w:tab w:val="left" w:pos="16"/>
        </w:tabs>
        <w:spacing w:after="0"/>
        <w:rPr>
          <w:rFonts w:ascii="Times New Roman" w:hAnsi="Times New Roman" w:cs="Times New Roman"/>
          <w:sz w:val="28"/>
          <w:szCs w:val="28"/>
        </w:rPr>
      </w:pPr>
      <w:r w:rsidRPr="00E66C55">
        <w:rPr>
          <w:rFonts w:ascii="Times New Roman" w:hAnsi="Times New Roman" w:cs="Times New Roman"/>
          <w:sz w:val="28"/>
          <w:szCs w:val="28"/>
        </w:rPr>
        <w:tab/>
      </w:r>
      <w:r w:rsidRPr="00E66C55">
        <w:rPr>
          <w:rStyle w:val="14"/>
          <w:rFonts w:cs="Times New Roman"/>
          <w:szCs w:val="28"/>
        </w:rPr>
        <w:t>- Năng lực chung: Giao tiếp hợp tác, tự chủ, tự học, giải quyết vấn đề</w:t>
      </w:r>
    </w:p>
    <w:p w14:paraId="2517FA12" w14:textId="77777777" w:rsidR="00545B02" w:rsidRPr="00E66C55" w:rsidRDefault="00AE2AB5">
      <w:pPr>
        <w:tabs>
          <w:tab w:val="left" w:pos="16"/>
        </w:tabs>
        <w:spacing w:after="0"/>
        <w:jc w:val="both"/>
        <w:rPr>
          <w:rFonts w:ascii="Times New Roman" w:hAnsi="Times New Roman" w:cs="Times New Roman"/>
          <w:sz w:val="28"/>
          <w:szCs w:val="28"/>
        </w:rPr>
      </w:pPr>
      <w:r w:rsidRPr="00E66C55">
        <w:rPr>
          <w:rFonts w:ascii="Times New Roman" w:hAnsi="Times New Roman" w:cs="Times New Roman"/>
          <w:sz w:val="28"/>
          <w:szCs w:val="28"/>
        </w:rPr>
        <w:tab/>
      </w:r>
      <w:r w:rsidRPr="00E66C55">
        <w:rPr>
          <w:rStyle w:val="14"/>
          <w:rFonts w:cs="Times New Roman"/>
          <w:szCs w:val="28"/>
        </w:rPr>
        <w:t>- Năng lự</w:t>
      </w:r>
      <w:r w:rsidR="009B0636">
        <w:rPr>
          <w:rStyle w:val="14"/>
          <w:rFonts w:cs="Times New Roman"/>
          <w:szCs w:val="28"/>
        </w:rPr>
        <w:t>c r</w:t>
      </w:r>
      <w:r w:rsidRPr="00E66C55">
        <w:rPr>
          <w:rStyle w:val="14"/>
          <w:rFonts w:cs="Times New Roman"/>
          <w:szCs w:val="28"/>
        </w:rPr>
        <w:t>iêng: Giải quyết các vấn đề n</w:t>
      </w:r>
      <w:r w:rsidR="00E66C55" w:rsidRPr="00E66C55">
        <w:rPr>
          <w:rStyle w:val="14"/>
          <w:rFonts w:cs="Times New Roman"/>
          <w:szCs w:val="28"/>
          <w:lang w:val="vi-VN"/>
        </w:rPr>
        <w:t>ảy</w:t>
      </w:r>
      <w:r w:rsidRPr="00E66C55">
        <w:rPr>
          <w:rStyle w:val="14"/>
          <w:rFonts w:cs="Times New Roman"/>
          <w:szCs w:val="28"/>
        </w:rPr>
        <w:t xml:space="preserve"> sinh trong hoạt động và trong quan hệ với người khác </w:t>
      </w:r>
    </w:p>
    <w:p w14:paraId="23E153D1" w14:textId="77777777" w:rsidR="00545B02" w:rsidRPr="006B0A5C" w:rsidRDefault="00AE2AB5">
      <w:pPr>
        <w:tabs>
          <w:tab w:val="left" w:pos="16"/>
        </w:tabs>
        <w:spacing w:after="12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3. Phẩm chất</w:t>
      </w:r>
    </w:p>
    <w:p w14:paraId="16593326" w14:textId="77777777" w:rsidR="00545B02" w:rsidRPr="00E66C55" w:rsidRDefault="00E66C55">
      <w:pPr>
        <w:tabs>
          <w:tab w:val="left" w:pos="49"/>
        </w:tabs>
        <w:spacing w:after="0"/>
        <w:rPr>
          <w:rFonts w:ascii="Times New Roman" w:hAnsi="Times New Roman" w:cs="Times New Roman"/>
          <w:sz w:val="28"/>
          <w:szCs w:val="28"/>
        </w:rPr>
      </w:pPr>
      <w:r w:rsidRPr="00E66C55">
        <w:rPr>
          <w:rFonts w:ascii="Times New Roman" w:hAnsi="Times New Roman" w:cs="Times New Roman"/>
          <w:sz w:val="28"/>
          <w:szCs w:val="28"/>
        </w:rPr>
        <w:tab/>
      </w:r>
      <w:r w:rsidR="00AE2AB5" w:rsidRPr="00E66C55">
        <w:rPr>
          <w:rFonts w:ascii="Times New Roman" w:hAnsi="Times New Roman" w:cs="Times New Roman"/>
          <w:sz w:val="28"/>
          <w:szCs w:val="28"/>
        </w:rPr>
        <w:tab/>
      </w:r>
      <w:r w:rsidR="00AE2AB5" w:rsidRPr="00E66C55">
        <w:rPr>
          <w:rStyle w:val="14"/>
          <w:rFonts w:cs="Times New Roman"/>
          <w:szCs w:val="28"/>
        </w:rPr>
        <w:t>Chăm chỉ, trung thực, trách nhiệm, nhân ái.</w:t>
      </w:r>
    </w:p>
    <w:p w14:paraId="770BF173" w14:textId="77777777" w:rsidR="00545B02" w:rsidRPr="006B0A5C" w:rsidRDefault="00AE2AB5">
      <w:pPr>
        <w:tabs>
          <w:tab w:val="left" w:pos="16"/>
        </w:tabs>
        <w:spacing w:after="12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I</w:t>
      </w:r>
      <w:r w:rsidR="006B0A5C" w:rsidRPr="006B0A5C">
        <w:rPr>
          <w:rStyle w:val="14"/>
          <w:rFonts w:cs="Times New Roman"/>
          <w:b/>
          <w:szCs w:val="28"/>
          <w:lang w:val="vi-VN"/>
        </w:rPr>
        <w:t>I</w:t>
      </w:r>
      <w:r w:rsidRPr="006B0A5C">
        <w:rPr>
          <w:rStyle w:val="14"/>
          <w:rFonts w:cs="Times New Roman"/>
          <w:b/>
          <w:szCs w:val="28"/>
        </w:rPr>
        <w:t>. THIẾT BỊ DẠY HỌC VÀ HỌC LIỆU</w:t>
      </w:r>
    </w:p>
    <w:p w14:paraId="203AAEE8" w14:textId="77777777" w:rsidR="00545B02" w:rsidRPr="006B0A5C" w:rsidRDefault="00AE2AB5">
      <w:pPr>
        <w:tabs>
          <w:tab w:val="left" w:pos="33"/>
        </w:tabs>
        <w:spacing w:after="120"/>
        <w:rPr>
          <w:rFonts w:ascii="Times New Roman" w:hAnsi="Times New Roman" w:cs="Times New Roman"/>
          <w:b/>
          <w:sz w:val="28"/>
          <w:szCs w:val="28"/>
          <w:lang w:val="vi-VN"/>
        </w:rPr>
      </w:pPr>
      <w:r w:rsidRPr="006B0A5C">
        <w:rPr>
          <w:rFonts w:ascii="Times New Roman" w:hAnsi="Times New Roman" w:cs="Times New Roman"/>
          <w:b/>
          <w:sz w:val="28"/>
          <w:szCs w:val="28"/>
        </w:rPr>
        <w:tab/>
      </w:r>
      <w:r w:rsidRPr="006B0A5C">
        <w:rPr>
          <w:rStyle w:val="14"/>
          <w:rFonts w:cs="Times New Roman"/>
          <w:b/>
          <w:szCs w:val="28"/>
        </w:rPr>
        <w:t xml:space="preserve">1. Đối với </w:t>
      </w:r>
      <w:r w:rsidR="006B0A5C" w:rsidRPr="006B0A5C">
        <w:rPr>
          <w:rStyle w:val="14"/>
          <w:rFonts w:cs="Times New Roman"/>
          <w:b/>
          <w:szCs w:val="28"/>
          <w:lang w:val="vi-VN"/>
        </w:rPr>
        <w:t>giáo viên</w:t>
      </w:r>
    </w:p>
    <w:p w14:paraId="0654C3F1" w14:textId="77777777" w:rsidR="00545B02" w:rsidRPr="00E66C55" w:rsidRDefault="00E66C55">
      <w:pPr>
        <w:tabs>
          <w:tab w:val="left" w:pos="16"/>
        </w:tabs>
        <w:spacing w:after="120"/>
        <w:rPr>
          <w:rStyle w:val="14"/>
          <w:rFonts w:cs="Times New Roman"/>
          <w:szCs w:val="28"/>
          <w:lang w:val="vi-VN"/>
        </w:rPr>
      </w:pPr>
      <w:r w:rsidRPr="00E66C55">
        <w:rPr>
          <w:rFonts w:ascii="Times New Roman" w:hAnsi="Times New Roman" w:cs="Times New Roman"/>
          <w:sz w:val="28"/>
          <w:szCs w:val="28"/>
          <w:lang w:val="vi-VN"/>
        </w:rPr>
        <w:t xml:space="preserve">- </w:t>
      </w:r>
      <w:r w:rsidR="00AE2AB5" w:rsidRPr="00E66C55">
        <w:rPr>
          <w:rStyle w:val="14"/>
          <w:rFonts w:cs="Times New Roman"/>
          <w:szCs w:val="28"/>
        </w:rPr>
        <w:t>Nội dung liên quan buổi sinh hoạt</w:t>
      </w:r>
      <w:r w:rsidRPr="00E66C55">
        <w:rPr>
          <w:rStyle w:val="14"/>
          <w:rFonts w:cs="Times New Roman"/>
          <w:szCs w:val="28"/>
          <w:lang w:val="vi-VN"/>
        </w:rPr>
        <w:t>;</w:t>
      </w:r>
      <w:r w:rsidR="00AE2AB5" w:rsidRPr="00E66C55">
        <w:rPr>
          <w:rStyle w:val="14"/>
          <w:rFonts w:cs="Times New Roman"/>
          <w:szCs w:val="28"/>
        </w:rPr>
        <w:t xml:space="preserve"> Kế hoạch t</w:t>
      </w:r>
      <w:r w:rsidR="00D8709A">
        <w:rPr>
          <w:rStyle w:val="14"/>
          <w:rFonts w:cs="Times New Roman"/>
          <w:szCs w:val="28"/>
          <w:lang w:val="vi-VN"/>
        </w:rPr>
        <w:t>iết sinh hoạt</w:t>
      </w:r>
      <w:r w:rsidR="00AE2AB5" w:rsidRPr="00E66C55">
        <w:rPr>
          <w:rStyle w:val="14"/>
          <w:rFonts w:cs="Times New Roman"/>
          <w:szCs w:val="28"/>
        </w:rPr>
        <w:t xml:space="preserve"> mới</w:t>
      </w:r>
      <w:r w:rsidRPr="00E66C55">
        <w:rPr>
          <w:rStyle w:val="14"/>
          <w:rFonts w:cs="Times New Roman"/>
          <w:szCs w:val="28"/>
          <w:lang w:val="vi-VN"/>
        </w:rPr>
        <w:t>.</w:t>
      </w:r>
    </w:p>
    <w:p w14:paraId="7CED96DD" w14:textId="77777777" w:rsidR="00E66C55" w:rsidRPr="00E66C55" w:rsidRDefault="00E66C55">
      <w:pPr>
        <w:tabs>
          <w:tab w:val="left" w:pos="16"/>
        </w:tabs>
        <w:spacing w:after="120"/>
        <w:rPr>
          <w:rFonts w:ascii="Times New Roman" w:hAnsi="Times New Roman" w:cs="Times New Roman"/>
          <w:sz w:val="28"/>
          <w:szCs w:val="28"/>
          <w:lang w:val="vi-VN"/>
        </w:rPr>
      </w:pPr>
      <w:r w:rsidRPr="00E66C55">
        <w:rPr>
          <w:rFonts w:ascii="Times New Roman" w:hAnsi="Times New Roman" w:cs="Times New Roman"/>
          <w:sz w:val="28"/>
          <w:szCs w:val="28"/>
          <w:lang w:val="vi-VN"/>
        </w:rPr>
        <w:t xml:space="preserve">- Máy </w:t>
      </w:r>
      <w:r w:rsidR="00C43683">
        <w:rPr>
          <w:rFonts w:ascii="Times New Roman" w:hAnsi="Times New Roman" w:cs="Times New Roman"/>
          <w:sz w:val="28"/>
          <w:szCs w:val="28"/>
          <w:lang w:val="vi-VN"/>
        </w:rPr>
        <w:t>tính, hình ảnh apphich, mô hình tái chế rác thải.</w:t>
      </w:r>
    </w:p>
    <w:p w14:paraId="41C1A3D5" w14:textId="77777777" w:rsidR="00545B02" w:rsidRPr="006B0A5C" w:rsidRDefault="00AE2AB5">
      <w:pPr>
        <w:tabs>
          <w:tab w:val="left" w:pos="16"/>
        </w:tabs>
        <w:spacing w:after="120"/>
        <w:rPr>
          <w:rFonts w:ascii="Times New Roman" w:hAnsi="Times New Roman" w:cs="Times New Roman"/>
          <w:b/>
          <w:sz w:val="28"/>
          <w:szCs w:val="28"/>
          <w:lang w:val="vi-VN"/>
        </w:rPr>
      </w:pPr>
      <w:r w:rsidRPr="006B0A5C">
        <w:rPr>
          <w:rFonts w:ascii="Times New Roman" w:hAnsi="Times New Roman" w:cs="Times New Roman"/>
          <w:b/>
          <w:sz w:val="28"/>
          <w:szCs w:val="28"/>
        </w:rPr>
        <w:tab/>
      </w:r>
      <w:r w:rsidRPr="006B0A5C">
        <w:rPr>
          <w:rStyle w:val="14"/>
          <w:rFonts w:cs="Times New Roman"/>
          <w:b/>
          <w:szCs w:val="28"/>
        </w:rPr>
        <w:t xml:space="preserve">2. Đối với </w:t>
      </w:r>
      <w:r w:rsidR="006B0A5C" w:rsidRPr="006B0A5C">
        <w:rPr>
          <w:rStyle w:val="14"/>
          <w:rFonts w:cs="Times New Roman"/>
          <w:b/>
          <w:szCs w:val="28"/>
          <w:lang w:val="vi-VN"/>
        </w:rPr>
        <w:t>học sinh</w:t>
      </w:r>
    </w:p>
    <w:p w14:paraId="3CB6EC7C" w14:textId="77777777" w:rsidR="00E66C55" w:rsidRPr="00E66C55" w:rsidRDefault="00E66C55" w:rsidP="00E66C55">
      <w:pPr>
        <w:tabs>
          <w:tab w:val="left" w:pos="16"/>
        </w:tabs>
        <w:spacing w:after="120"/>
        <w:rPr>
          <w:rStyle w:val="14"/>
          <w:rFonts w:cs="Times New Roman"/>
          <w:szCs w:val="28"/>
          <w:lang w:val="vi-VN"/>
        </w:rPr>
      </w:pPr>
      <w:r w:rsidRPr="00E66C55">
        <w:rPr>
          <w:rStyle w:val="14"/>
          <w:rFonts w:cs="Times New Roman"/>
          <w:szCs w:val="28"/>
          <w:lang w:val="vi-VN"/>
        </w:rPr>
        <w:t>- Giấy A0, màu</w:t>
      </w:r>
      <w:r>
        <w:rPr>
          <w:rStyle w:val="14"/>
          <w:rFonts w:cs="Times New Roman"/>
          <w:szCs w:val="28"/>
          <w:lang w:val="vi-VN"/>
        </w:rPr>
        <w:t>, bút chì, thước kẻ, compa, kéo, keo, rác tái chế</w:t>
      </w:r>
      <w:r w:rsidR="00C43683">
        <w:rPr>
          <w:rStyle w:val="14"/>
          <w:rFonts w:cs="Times New Roman"/>
          <w:szCs w:val="28"/>
          <w:lang w:val="vi-VN"/>
        </w:rPr>
        <w:t>,...</w:t>
      </w:r>
    </w:p>
    <w:p w14:paraId="509B1D2C" w14:textId="77777777" w:rsidR="00545B02" w:rsidRPr="00E66C55" w:rsidRDefault="00AE2AB5">
      <w:pPr>
        <w:tabs>
          <w:tab w:val="left" w:pos="16"/>
        </w:tabs>
        <w:spacing w:after="0"/>
        <w:rPr>
          <w:rFonts w:ascii="Times New Roman" w:hAnsi="Times New Roman" w:cs="Times New Roman"/>
          <w:sz w:val="28"/>
          <w:szCs w:val="28"/>
        </w:rPr>
      </w:pPr>
      <w:r w:rsidRPr="00E66C55">
        <w:rPr>
          <w:rFonts w:ascii="Times New Roman" w:hAnsi="Times New Roman" w:cs="Times New Roman"/>
          <w:sz w:val="28"/>
          <w:szCs w:val="28"/>
        </w:rPr>
        <w:tab/>
      </w:r>
      <w:r w:rsidRPr="00E66C55">
        <w:rPr>
          <w:rStyle w:val="14"/>
          <w:rFonts w:cs="Times New Roman"/>
          <w:b/>
          <w:szCs w:val="28"/>
        </w:rPr>
        <w:t>II</w:t>
      </w:r>
      <w:r w:rsidR="00177345">
        <w:rPr>
          <w:rStyle w:val="14"/>
          <w:rFonts w:cs="Times New Roman"/>
          <w:b/>
          <w:szCs w:val="28"/>
          <w:lang w:val="vi-VN"/>
        </w:rPr>
        <w:t>I</w:t>
      </w:r>
      <w:r w:rsidRPr="00E66C55">
        <w:rPr>
          <w:rStyle w:val="14"/>
          <w:rFonts w:cs="Times New Roman"/>
          <w:b/>
          <w:szCs w:val="28"/>
        </w:rPr>
        <w:t>. TIẾN TRÌNH DẠY HỌC</w:t>
      </w:r>
    </w:p>
    <w:p w14:paraId="69BB0FCD" w14:textId="77777777" w:rsidR="00545B02" w:rsidRPr="006B0A5C" w:rsidRDefault="00AE2AB5">
      <w:pPr>
        <w:tabs>
          <w:tab w:val="left" w:pos="16"/>
        </w:tabs>
        <w:spacing w:after="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A. HOẠT ĐỘNG MỞ ĐẦU</w:t>
      </w:r>
    </w:p>
    <w:p w14:paraId="485A1E1D" w14:textId="77777777" w:rsidR="006B0A5C" w:rsidRDefault="00AE2AB5">
      <w:pPr>
        <w:tabs>
          <w:tab w:val="left" w:pos="33"/>
        </w:tabs>
        <w:spacing w:after="0"/>
        <w:rPr>
          <w:rStyle w:val="14"/>
          <w:rFonts w:cs="Times New Roman"/>
          <w:szCs w:val="28"/>
        </w:rPr>
      </w:pPr>
      <w:r w:rsidRPr="00E66C55">
        <w:rPr>
          <w:rFonts w:ascii="Times New Roman" w:hAnsi="Times New Roman" w:cs="Times New Roman"/>
          <w:sz w:val="28"/>
          <w:szCs w:val="28"/>
        </w:rPr>
        <w:tab/>
      </w:r>
      <w:r w:rsidRPr="006B0A5C">
        <w:rPr>
          <w:rStyle w:val="14"/>
          <w:rFonts w:cs="Times New Roman"/>
          <w:b/>
          <w:szCs w:val="28"/>
        </w:rPr>
        <w:t>a. Mục tiêu:</w:t>
      </w:r>
      <w:r w:rsidRPr="00E66C55">
        <w:rPr>
          <w:rStyle w:val="14"/>
          <w:rFonts w:cs="Times New Roman"/>
          <w:szCs w:val="28"/>
        </w:rPr>
        <w:t xml:space="preserve"> </w:t>
      </w:r>
    </w:p>
    <w:p w14:paraId="444214ED" w14:textId="77777777" w:rsidR="00545B02" w:rsidRPr="00E11858" w:rsidRDefault="006B0A5C">
      <w:pPr>
        <w:tabs>
          <w:tab w:val="left" w:pos="33"/>
        </w:tabs>
        <w:spacing w:after="0"/>
        <w:rPr>
          <w:rFonts w:ascii="Times New Roman" w:hAnsi="Times New Roman" w:cs="Times New Roman"/>
          <w:sz w:val="28"/>
          <w:szCs w:val="28"/>
          <w:lang w:val="vi-VN"/>
        </w:rPr>
      </w:pPr>
      <w:r>
        <w:rPr>
          <w:rStyle w:val="14"/>
          <w:rFonts w:cs="Times New Roman"/>
          <w:szCs w:val="28"/>
        </w:rPr>
        <w:tab/>
      </w:r>
      <w:r>
        <w:rPr>
          <w:rStyle w:val="14"/>
          <w:rFonts w:cs="Times New Roman"/>
          <w:szCs w:val="28"/>
        </w:rPr>
        <w:tab/>
      </w:r>
      <w:r w:rsidR="00E11858">
        <w:rPr>
          <w:rStyle w:val="14"/>
          <w:rFonts w:cs="Times New Roman"/>
          <w:szCs w:val="28"/>
          <w:lang w:val="vi-VN"/>
        </w:rPr>
        <w:t xml:space="preserve">HS nhận biết được một số </w:t>
      </w:r>
      <w:r w:rsidR="0079627A">
        <w:rPr>
          <w:rStyle w:val="14"/>
          <w:rFonts w:cs="Times New Roman"/>
          <w:szCs w:val="28"/>
          <w:lang w:val="vi-VN"/>
        </w:rPr>
        <w:t>pano/</w:t>
      </w:r>
      <w:r w:rsidR="00E11858">
        <w:rPr>
          <w:rStyle w:val="14"/>
          <w:rFonts w:cs="Times New Roman"/>
          <w:szCs w:val="28"/>
          <w:lang w:val="vi-VN"/>
        </w:rPr>
        <w:t>apphich tuyên truyền về môi trường.</w:t>
      </w:r>
    </w:p>
    <w:p w14:paraId="3629B27F" w14:textId="77777777" w:rsidR="006B0A5C" w:rsidRDefault="00AE2AB5">
      <w:pPr>
        <w:tabs>
          <w:tab w:val="left" w:pos="16"/>
        </w:tabs>
        <w:spacing w:after="0"/>
        <w:rPr>
          <w:rStyle w:val="14"/>
          <w:rFonts w:cs="Times New Roman"/>
          <w:szCs w:val="28"/>
        </w:rPr>
      </w:pPr>
      <w:r w:rsidRPr="00E66C55">
        <w:rPr>
          <w:rFonts w:ascii="Times New Roman" w:hAnsi="Times New Roman" w:cs="Times New Roman"/>
          <w:sz w:val="28"/>
          <w:szCs w:val="28"/>
        </w:rPr>
        <w:tab/>
      </w:r>
      <w:r w:rsidRPr="006B0A5C">
        <w:rPr>
          <w:rStyle w:val="14"/>
          <w:rFonts w:cs="Times New Roman"/>
          <w:b/>
          <w:szCs w:val="28"/>
        </w:rPr>
        <w:t>b. Nội dung:</w:t>
      </w:r>
      <w:r w:rsidRPr="00E66C55">
        <w:rPr>
          <w:rStyle w:val="14"/>
          <w:rFonts w:cs="Times New Roman"/>
          <w:szCs w:val="28"/>
        </w:rPr>
        <w:t xml:space="preserve"> </w:t>
      </w:r>
    </w:p>
    <w:p w14:paraId="78B18946" w14:textId="77777777" w:rsidR="00545B02" w:rsidRPr="00E66C55" w:rsidRDefault="006B0A5C">
      <w:pPr>
        <w:tabs>
          <w:tab w:val="left" w:pos="16"/>
        </w:tabs>
        <w:spacing w:after="0"/>
        <w:rPr>
          <w:rFonts w:ascii="Times New Roman" w:hAnsi="Times New Roman" w:cs="Times New Roman"/>
          <w:sz w:val="28"/>
          <w:szCs w:val="28"/>
        </w:rPr>
      </w:pPr>
      <w:r>
        <w:rPr>
          <w:rStyle w:val="14"/>
          <w:rFonts w:cs="Times New Roman"/>
          <w:szCs w:val="28"/>
        </w:rPr>
        <w:tab/>
      </w:r>
      <w:r>
        <w:rPr>
          <w:rStyle w:val="14"/>
          <w:rFonts w:cs="Times New Roman"/>
          <w:szCs w:val="28"/>
        </w:rPr>
        <w:tab/>
      </w:r>
      <w:r w:rsidR="00E11858">
        <w:rPr>
          <w:rStyle w:val="14"/>
          <w:rFonts w:cs="Times New Roman"/>
          <w:szCs w:val="28"/>
          <w:lang w:val="vi-VN"/>
        </w:rPr>
        <w:t>HS quan sát hình ảnh</w:t>
      </w:r>
      <w:r w:rsidR="00AE2AB5" w:rsidRPr="00E66C55">
        <w:rPr>
          <w:rStyle w:val="14"/>
          <w:rFonts w:cs="Times New Roman"/>
          <w:szCs w:val="28"/>
        </w:rPr>
        <w:t>.</w:t>
      </w:r>
    </w:p>
    <w:p w14:paraId="4DEC4C26" w14:textId="77777777" w:rsidR="006B0A5C" w:rsidRDefault="00AE2AB5">
      <w:pPr>
        <w:tabs>
          <w:tab w:val="left" w:pos="16"/>
        </w:tabs>
        <w:spacing w:after="0"/>
        <w:rPr>
          <w:rStyle w:val="14"/>
          <w:rFonts w:cs="Times New Roman"/>
          <w:szCs w:val="28"/>
        </w:rPr>
      </w:pPr>
      <w:r w:rsidRPr="006B0A5C">
        <w:rPr>
          <w:rFonts w:ascii="Times New Roman" w:hAnsi="Times New Roman" w:cs="Times New Roman"/>
          <w:b/>
          <w:sz w:val="28"/>
          <w:szCs w:val="28"/>
        </w:rPr>
        <w:tab/>
      </w:r>
      <w:r w:rsidRPr="006B0A5C">
        <w:rPr>
          <w:rStyle w:val="14"/>
          <w:rFonts w:cs="Times New Roman"/>
          <w:b/>
          <w:szCs w:val="28"/>
        </w:rPr>
        <w:t>c. Sản phẩm:</w:t>
      </w:r>
      <w:r w:rsidRPr="00E66C55">
        <w:rPr>
          <w:rStyle w:val="14"/>
          <w:rFonts w:cs="Times New Roman"/>
          <w:szCs w:val="28"/>
        </w:rPr>
        <w:t xml:space="preserve"> </w:t>
      </w:r>
    </w:p>
    <w:p w14:paraId="7D32223F" w14:textId="77777777" w:rsidR="00545B02" w:rsidRPr="00E11858" w:rsidRDefault="006B0A5C">
      <w:pPr>
        <w:tabs>
          <w:tab w:val="left" w:pos="16"/>
        </w:tabs>
        <w:spacing w:after="0"/>
        <w:rPr>
          <w:rFonts w:ascii="Times New Roman" w:hAnsi="Times New Roman" w:cs="Times New Roman"/>
          <w:sz w:val="28"/>
          <w:szCs w:val="28"/>
          <w:lang w:val="vi-VN"/>
        </w:rPr>
      </w:pPr>
      <w:r>
        <w:rPr>
          <w:rStyle w:val="14"/>
          <w:rFonts w:cs="Times New Roman"/>
          <w:szCs w:val="28"/>
        </w:rPr>
        <w:tab/>
      </w:r>
      <w:r>
        <w:rPr>
          <w:rStyle w:val="14"/>
          <w:rFonts w:cs="Times New Roman"/>
          <w:szCs w:val="28"/>
        </w:rPr>
        <w:tab/>
      </w:r>
      <w:r w:rsidR="00E11858">
        <w:rPr>
          <w:rStyle w:val="14"/>
          <w:rFonts w:cs="Times New Roman"/>
          <w:szCs w:val="28"/>
          <w:lang w:val="vi-VN"/>
        </w:rPr>
        <w:t>HS lựa chọn sản phẩm theo yêu cầu của giáo viên.</w:t>
      </w:r>
    </w:p>
    <w:p w14:paraId="0758BFEE" w14:textId="77777777" w:rsidR="00545B02" w:rsidRPr="006B0A5C" w:rsidRDefault="00AE2AB5">
      <w:pPr>
        <w:tabs>
          <w:tab w:val="left" w:pos="16"/>
        </w:tabs>
        <w:spacing w:after="0"/>
        <w:rPr>
          <w:rFonts w:ascii="Times New Roman" w:hAnsi="Times New Roman" w:cs="Times New Roman"/>
          <w:b/>
          <w:sz w:val="28"/>
          <w:szCs w:val="28"/>
        </w:rPr>
      </w:pPr>
      <w:r w:rsidRPr="006B0A5C">
        <w:rPr>
          <w:rFonts w:ascii="Times New Roman" w:hAnsi="Times New Roman" w:cs="Times New Roman"/>
          <w:b/>
          <w:sz w:val="28"/>
          <w:szCs w:val="28"/>
        </w:rPr>
        <w:tab/>
      </w:r>
      <w:r w:rsidRPr="006B0A5C">
        <w:rPr>
          <w:rStyle w:val="14"/>
          <w:rFonts w:cs="Times New Roman"/>
          <w:b/>
          <w:szCs w:val="28"/>
        </w:rPr>
        <w:t>d. Tổ chức thực hiện</w:t>
      </w:r>
    </w:p>
    <w:p w14:paraId="72C7B672" w14:textId="77777777" w:rsidR="00545B02" w:rsidRDefault="002F065B">
      <w:pPr>
        <w:tabs>
          <w:tab w:val="left" w:pos="33"/>
        </w:tabs>
        <w:spacing w:after="0"/>
        <w:rPr>
          <w:rFonts w:ascii="Times New Roman" w:hAnsi="Times New Roman" w:cs="Times New Roman"/>
          <w:sz w:val="28"/>
          <w:szCs w:val="28"/>
        </w:rPr>
      </w:pPr>
      <w:r>
        <w:rPr>
          <w:rFonts w:ascii="Times New Roman" w:hAnsi="Times New Roman" w:cs="Times New Roman"/>
          <w:sz w:val="28"/>
          <w:szCs w:val="28"/>
        </w:rPr>
        <w:tab/>
      </w:r>
      <w:r w:rsidR="006B0A5C">
        <w:rPr>
          <w:rFonts w:ascii="Times New Roman" w:hAnsi="Times New Roman" w:cs="Times New Roman"/>
          <w:sz w:val="28"/>
          <w:szCs w:val="28"/>
        </w:rPr>
        <w:tab/>
      </w:r>
      <w:r w:rsidR="00E11858" w:rsidRPr="008D751D">
        <w:rPr>
          <w:rFonts w:ascii="Times New Roman" w:hAnsi="Times New Roman" w:cs="Times New Roman"/>
          <w:b/>
          <w:sz w:val="28"/>
          <w:szCs w:val="28"/>
        </w:rPr>
        <w:t>Bước 1:</w:t>
      </w:r>
      <w:r w:rsidR="00E11858">
        <w:rPr>
          <w:rFonts w:ascii="Times New Roman" w:hAnsi="Times New Roman" w:cs="Times New Roman"/>
          <w:sz w:val="28"/>
          <w:szCs w:val="28"/>
        </w:rPr>
        <w:t xml:space="preserve"> GV </w:t>
      </w:r>
      <w:r w:rsidR="00E11858">
        <w:rPr>
          <w:rFonts w:ascii="Times New Roman" w:hAnsi="Times New Roman" w:cs="Times New Roman"/>
          <w:sz w:val="28"/>
          <w:szCs w:val="28"/>
          <w:lang w:val="vi-VN"/>
        </w:rPr>
        <w:t>chiếu</w:t>
      </w:r>
      <w:r w:rsidR="00E11858">
        <w:rPr>
          <w:rFonts w:ascii="Times New Roman" w:hAnsi="Times New Roman" w:cs="Times New Roman"/>
          <w:sz w:val="28"/>
          <w:szCs w:val="28"/>
        </w:rPr>
        <w:t xml:space="preserve"> một số h</w:t>
      </w:r>
      <w:r w:rsidR="00E11858">
        <w:rPr>
          <w:rFonts w:ascii="Times New Roman" w:hAnsi="Times New Roman" w:cs="Times New Roman"/>
          <w:sz w:val="28"/>
          <w:szCs w:val="28"/>
          <w:lang w:val="vi-VN"/>
        </w:rPr>
        <w:t>ình</w:t>
      </w:r>
      <w:r w:rsidR="00E11858">
        <w:rPr>
          <w:rFonts w:ascii="Times New Roman" w:hAnsi="Times New Roman" w:cs="Times New Roman"/>
          <w:sz w:val="28"/>
          <w:szCs w:val="28"/>
        </w:rPr>
        <w:t xml:space="preserve"> ảnh về môi trường</w:t>
      </w:r>
      <w:r w:rsidR="00E11858">
        <w:rPr>
          <w:rFonts w:ascii="Times New Roman" w:hAnsi="Times New Roman" w:cs="Times New Roman"/>
          <w:sz w:val="28"/>
          <w:szCs w:val="28"/>
          <w:lang w:val="vi-VN"/>
        </w:rPr>
        <w:t>, yêu cầu học sinh tìm hình ảnh về tuyên truyền bảo vệ môi trường</w:t>
      </w:r>
      <w:r w:rsidR="00E11858">
        <w:rPr>
          <w:rFonts w:ascii="Times New Roman" w:hAnsi="Times New Roman" w:cs="Times New Roman"/>
          <w:sz w:val="28"/>
          <w:szCs w:val="28"/>
        </w:rPr>
        <w:t>.</w:t>
      </w:r>
    </w:p>
    <w:p w14:paraId="72AF1AF6" w14:textId="77777777" w:rsidR="00E11858" w:rsidRDefault="002F065B">
      <w:pPr>
        <w:tabs>
          <w:tab w:val="left" w:pos="33"/>
        </w:tabs>
        <w:spacing w:after="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E11858" w:rsidRPr="008D751D">
        <w:rPr>
          <w:rFonts w:ascii="Times New Roman" w:hAnsi="Times New Roman" w:cs="Times New Roman"/>
          <w:b/>
          <w:sz w:val="28"/>
          <w:szCs w:val="28"/>
          <w:lang w:val="vi-VN"/>
        </w:rPr>
        <w:t>Bước 2:</w:t>
      </w:r>
      <w:r w:rsidR="00E11858">
        <w:rPr>
          <w:rFonts w:ascii="Times New Roman" w:hAnsi="Times New Roman" w:cs="Times New Roman"/>
          <w:sz w:val="28"/>
          <w:szCs w:val="28"/>
          <w:lang w:val="vi-VN"/>
        </w:rPr>
        <w:t xml:space="preserve"> </w:t>
      </w:r>
      <w:r w:rsidR="00F932A9">
        <w:rPr>
          <w:rFonts w:ascii="Times New Roman" w:hAnsi="Times New Roman" w:cs="Times New Roman"/>
          <w:sz w:val="28"/>
          <w:szCs w:val="28"/>
          <w:lang w:val="vi-VN"/>
        </w:rPr>
        <w:t>HS đưa ra lựa chọn</w:t>
      </w:r>
    </w:p>
    <w:p w14:paraId="42AA50C5" w14:textId="77777777" w:rsidR="00F932A9" w:rsidRPr="00E11858" w:rsidRDefault="002F065B">
      <w:pPr>
        <w:tabs>
          <w:tab w:val="left" w:pos="33"/>
        </w:tabs>
        <w:spacing w:after="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F932A9" w:rsidRPr="008D751D">
        <w:rPr>
          <w:rFonts w:ascii="Times New Roman" w:hAnsi="Times New Roman" w:cs="Times New Roman"/>
          <w:b/>
          <w:sz w:val="28"/>
          <w:szCs w:val="28"/>
          <w:lang w:val="vi-VN"/>
        </w:rPr>
        <w:t>Bước 3:</w:t>
      </w:r>
      <w:r w:rsidR="00F932A9">
        <w:rPr>
          <w:rFonts w:ascii="Times New Roman" w:hAnsi="Times New Roman" w:cs="Times New Roman"/>
          <w:sz w:val="28"/>
          <w:szCs w:val="28"/>
          <w:lang w:val="vi-VN"/>
        </w:rPr>
        <w:t xml:space="preserve"> GV đưa ra đáp án</w:t>
      </w:r>
    </w:p>
    <w:p w14:paraId="1AE963B8" w14:textId="77777777" w:rsidR="00545B02" w:rsidRPr="006B0A5C" w:rsidRDefault="00AE2AB5">
      <w:pPr>
        <w:tabs>
          <w:tab w:val="left" w:pos="16"/>
        </w:tabs>
        <w:spacing w:after="0"/>
        <w:rPr>
          <w:rFonts w:ascii="Times New Roman" w:hAnsi="Times New Roman" w:cs="Times New Roman"/>
          <w:b/>
          <w:sz w:val="28"/>
          <w:szCs w:val="28"/>
        </w:rPr>
      </w:pPr>
      <w:r w:rsidRPr="00E66C55">
        <w:rPr>
          <w:rFonts w:ascii="Times New Roman" w:hAnsi="Times New Roman" w:cs="Times New Roman"/>
          <w:sz w:val="28"/>
          <w:szCs w:val="28"/>
        </w:rPr>
        <w:lastRenderedPageBreak/>
        <w:tab/>
      </w:r>
      <w:r w:rsidRPr="006B0A5C">
        <w:rPr>
          <w:rStyle w:val="14"/>
          <w:rFonts w:cs="Times New Roman"/>
          <w:b/>
          <w:szCs w:val="28"/>
        </w:rPr>
        <w:t>B. HOẠT ĐỘNG HÌNH THÀNH KIẾN THỨC</w:t>
      </w:r>
    </w:p>
    <w:p w14:paraId="06A34EA2" w14:textId="77777777" w:rsidR="00F932A9" w:rsidRDefault="00AE2AB5" w:rsidP="00F932A9">
      <w:pPr>
        <w:tabs>
          <w:tab w:val="left" w:pos="1150"/>
        </w:tabs>
        <w:spacing w:after="120"/>
        <w:jc w:val="both"/>
        <w:rPr>
          <w:rFonts w:ascii="Times New Roman" w:hAnsi="Times New Roman" w:cs="Times New Roman"/>
          <w:b/>
          <w:sz w:val="28"/>
          <w:szCs w:val="28"/>
          <w:lang w:val="vi-VN"/>
        </w:rPr>
      </w:pPr>
      <w:r w:rsidRPr="006B0A5C">
        <w:rPr>
          <w:rStyle w:val="14"/>
          <w:rFonts w:cs="Times New Roman"/>
          <w:b/>
          <w:szCs w:val="28"/>
        </w:rPr>
        <w:t>Hoạt động 1:</w:t>
      </w:r>
      <w:r w:rsidRPr="00E66C55">
        <w:rPr>
          <w:rStyle w:val="14"/>
          <w:rFonts w:cs="Times New Roman"/>
          <w:szCs w:val="28"/>
        </w:rPr>
        <w:t xml:space="preserve"> </w:t>
      </w:r>
      <w:r w:rsidR="00F932A9" w:rsidRPr="00E66C55">
        <w:rPr>
          <w:rFonts w:ascii="Times New Roman" w:hAnsi="Times New Roman" w:cs="Times New Roman"/>
          <w:b/>
          <w:sz w:val="28"/>
          <w:szCs w:val="28"/>
        </w:rPr>
        <w:t>Sáng tác thông</w:t>
      </w:r>
      <w:r w:rsidR="00F932A9" w:rsidRPr="00E66C55">
        <w:rPr>
          <w:rFonts w:ascii="Times New Roman" w:hAnsi="Times New Roman" w:cs="Times New Roman"/>
          <w:b/>
          <w:sz w:val="28"/>
          <w:szCs w:val="28"/>
          <w:lang w:val="en-GB"/>
        </w:rPr>
        <w:t xml:space="preserve"> </w:t>
      </w:r>
      <w:r w:rsidR="00F932A9" w:rsidRPr="00E66C55">
        <w:rPr>
          <w:rFonts w:ascii="Times New Roman" w:hAnsi="Times New Roman" w:cs="Times New Roman"/>
          <w:b/>
          <w:spacing w:val="-62"/>
          <w:sz w:val="28"/>
          <w:szCs w:val="28"/>
        </w:rPr>
        <w:t xml:space="preserve"> </w:t>
      </w:r>
      <w:r w:rsidR="00F932A9" w:rsidRPr="00E66C55">
        <w:rPr>
          <w:rFonts w:ascii="Times New Roman" w:hAnsi="Times New Roman" w:cs="Times New Roman"/>
          <w:b/>
          <w:sz w:val="28"/>
          <w:szCs w:val="28"/>
        </w:rPr>
        <w:t>điệp bảo vệ môi</w:t>
      </w:r>
      <w:r w:rsidR="00F932A9" w:rsidRPr="00E66C55">
        <w:rPr>
          <w:rFonts w:ascii="Times New Roman" w:hAnsi="Times New Roman" w:cs="Times New Roman"/>
          <w:b/>
          <w:spacing w:val="1"/>
          <w:sz w:val="28"/>
          <w:szCs w:val="28"/>
        </w:rPr>
        <w:t xml:space="preserve"> </w:t>
      </w:r>
      <w:r w:rsidR="00F932A9" w:rsidRPr="00E66C55">
        <w:rPr>
          <w:rFonts w:ascii="Times New Roman" w:hAnsi="Times New Roman" w:cs="Times New Roman"/>
          <w:b/>
          <w:sz w:val="28"/>
          <w:szCs w:val="28"/>
        </w:rPr>
        <w:t>trường</w:t>
      </w:r>
      <w:r w:rsidR="00F932A9" w:rsidRPr="00E66C55">
        <w:rPr>
          <w:rFonts w:ascii="Times New Roman" w:hAnsi="Times New Roman" w:cs="Times New Roman"/>
          <w:b/>
          <w:spacing w:val="-3"/>
          <w:sz w:val="28"/>
          <w:szCs w:val="28"/>
        </w:rPr>
        <w:t xml:space="preserve"> </w:t>
      </w:r>
      <w:r w:rsidR="00F932A9" w:rsidRPr="00E66C55">
        <w:rPr>
          <w:rFonts w:ascii="Times New Roman" w:hAnsi="Times New Roman" w:cs="Times New Roman"/>
          <w:b/>
          <w:sz w:val="28"/>
          <w:szCs w:val="28"/>
        </w:rPr>
        <w:t>tự</w:t>
      </w:r>
      <w:r w:rsidR="00F932A9" w:rsidRPr="00E66C55">
        <w:rPr>
          <w:rFonts w:ascii="Times New Roman" w:hAnsi="Times New Roman" w:cs="Times New Roman"/>
          <w:b/>
          <w:spacing w:val="-2"/>
          <w:sz w:val="28"/>
          <w:szCs w:val="28"/>
        </w:rPr>
        <w:t xml:space="preserve"> </w:t>
      </w:r>
      <w:r w:rsidR="00F932A9" w:rsidRPr="00E66C55">
        <w:rPr>
          <w:rFonts w:ascii="Times New Roman" w:hAnsi="Times New Roman" w:cs="Times New Roman"/>
          <w:b/>
          <w:sz w:val="28"/>
          <w:szCs w:val="28"/>
        </w:rPr>
        <w:t>nhiên.</w:t>
      </w:r>
      <w:r w:rsidR="00F932A9">
        <w:rPr>
          <w:rFonts w:ascii="Times New Roman" w:hAnsi="Times New Roman" w:cs="Times New Roman"/>
          <w:b/>
          <w:sz w:val="28"/>
          <w:szCs w:val="28"/>
          <w:lang w:val="vi-VN"/>
        </w:rPr>
        <w:t xml:space="preserve"> </w:t>
      </w:r>
      <w:r w:rsidR="00F932A9" w:rsidRPr="00E66C55">
        <w:rPr>
          <w:rFonts w:ascii="Times New Roman" w:hAnsi="Times New Roman" w:cs="Times New Roman"/>
          <w:b/>
          <w:sz w:val="28"/>
          <w:szCs w:val="28"/>
          <w:lang w:val="en-GB"/>
        </w:rPr>
        <w:t>(Tiết 1- thực hành</w:t>
      </w:r>
      <w:r w:rsidR="00F932A9">
        <w:rPr>
          <w:rFonts w:ascii="Times New Roman" w:hAnsi="Times New Roman" w:cs="Times New Roman"/>
          <w:b/>
          <w:sz w:val="28"/>
          <w:szCs w:val="28"/>
          <w:lang w:val="vi-VN"/>
        </w:rPr>
        <w:t>)</w:t>
      </w:r>
    </w:p>
    <w:p w14:paraId="420C4696" w14:textId="77777777" w:rsidR="00D600EF" w:rsidRPr="00D600EF" w:rsidRDefault="00AE2AB5" w:rsidP="00D600EF">
      <w:pPr>
        <w:tabs>
          <w:tab w:val="left" w:pos="33"/>
        </w:tabs>
        <w:spacing w:after="0"/>
        <w:rPr>
          <w:rStyle w:val="14"/>
          <w:rFonts w:cs="Times New Roman"/>
          <w:szCs w:val="28"/>
          <w:lang w:val="vi-VN"/>
        </w:rPr>
      </w:pPr>
      <w:r w:rsidRPr="00D600EF">
        <w:rPr>
          <w:rStyle w:val="14"/>
          <w:rFonts w:cs="Times New Roman"/>
          <w:b/>
          <w:szCs w:val="28"/>
        </w:rPr>
        <w:t>a. Mục tiêu:</w:t>
      </w:r>
      <w:r w:rsidRPr="00D600EF">
        <w:rPr>
          <w:rStyle w:val="14"/>
          <w:rFonts w:cs="Times New Roman"/>
          <w:szCs w:val="28"/>
        </w:rPr>
        <w:t xml:space="preserve"> </w:t>
      </w:r>
      <w:r w:rsidR="00191089">
        <w:rPr>
          <w:rStyle w:val="14"/>
          <w:rFonts w:cs="Times New Roman"/>
          <w:szCs w:val="28"/>
          <w:lang w:val="vi-VN"/>
        </w:rPr>
        <w:t xml:space="preserve">Giúp </w:t>
      </w:r>
      <w:r w:rsidR="003A362E">
        <w:rPr>
          <w:rStyle w:val="14"/>
          <w:rFonts w:cs="Times New Roman"/>
          <w:szCs w:val="28"/>
          <w:lang w:val="vi-VN"/>
        </w:rPr>
        <w:t>HS</w:t>
      </w:r>
      <w:r w:rsidR="00D600EF" w:rsidRPr="00D600EF">
        <w:rPr>
          <w:rStyle w:val="14"/>
          <w:rFonts w:cs="Times New Roman"/>
          <w:szCs w:val="28"/>
          <w:lang w:val="vi-VN"/>
        </w:rPr>
        <w:t xml:space="preserve"> phát triển năng lực riêng của bản thân (vẽ, sáng tạo, thiết kế)</w:t>
      </w:r>
      <w:r w:rsidR="00D600EF">
        <w:rPr>
          <w:rStyle w:val="14"/>
          <w:rFonts w:cs="Times New Roman"/>
          <w:szCs w:val="28"/>
          <w:lang w:val="vi-VN"/>
        </w:rPr>
        <w:t xml:space="preserve">; </w:t>
      </w:r>
      <w:r w:rsidR="00D600EF" w:rsidRPr="00D600EF">
        <w:rPr>
          <w:rStyle w:val="14"/>
          <w:rFonts w:cs="Times New Roman"/>
          <w:szCs w:val="28"/>
        </w:rPr>
        <w:t xml:space="preserve">HS </w:t>
      </w:r>
      <w:r w:rsidR="00D600EF" w:rsidRPr="00D600EF">
        <w:rPr>
          <w:rStyle w:val="14"/>
          <w:rFonts w:cs="Times New Roman"/>
          <w:szCs w:val="28"/>
          <w:lang w:val="vi-VN"/>
        </w:rPr>
        <w:t>có ý thức bảo vệ môi trường sống</w:t>
      </w:r>
      <w:r w:rsidR="00D600EF">
        <w:rPr>
          <w:rStyle w:val="14"/>
          <w:rFonts w:cs="Times New Roman"/>
          <w:szCs w:val="28"/>
          <w:lang w:val="vi-VN"/>
        </w:rPr>
        <w:t>.</w:t>
      </w:r>
    </w:p>
    <w:p w14:paraId="6BFCC8FF" w14:textId="77777777" w:rsidR="00545B02" w:rsidRPr="00FC4A90" w:rsidRDefault="00AE2AB5">
      <w:pPr>
        <w:tabs>
          <w:tab w:val="left" w:pos="16"/>
        </w:tabs>
        <w:spacing w:after="0"/>
        <w:rPr>
          <w:rFonts w:ascii="Times New Roman" w:hAnsi="Times New Roman" w:cs="Times New Roman"/>
          <w:sz w:val="28"/>
          <w:szCs w:val="28"/>
          <w:lang w:val="vi-VN"/>
        </w:rPr>
      </w:pPr>
      <w:r w:rsidRPr="00E66C55">
        <w:rPr>
          <w:rFonts w:ascii="Times New Roman" w:hAnsi="Times New Roman" w:cs="Times New Roman"/>
          <w:sz w:val="28"/>
          <w:szCs w:val="28"/>
        </w:rPr>
        <w:tab/>
      </w:r>
      <w:r w:rsidRPr="00F932A9">
        <w:rPr>
          <w:rStyle w:val="14"/>
          <w:rFonts w:cs="Times New Roman"/>
          <w:b/>
          <w:szCs w:val="28"/>
        </w:rPr>
        <w:t>b. Nội dung:</w:t>
      </w:r>
      <w:r w:rsidRPr="00E66C55">
        <w:rPr>
          <w:rStyle w:val="14"/>
          <w:rFonts w:cs="Times New Roman"/>
          <w:szCs w:val="28"/>
        </w:rPr>
        <w:t xml:space="preserve"> </w:t>
      </w:r>
      <w:r w:rsidR="00FC4A90">
        <w:rPr>
          <w:rStyle w:val="14"/>
          <w:rFonts w:cs="Times New Roman"/>
          <w:szCs w:val="28"/>
          <w:lang w:val="vi-VN"/>
        </w:rPr>
        <w:t>HS chọn phương án và thực h</w:t>
      </w:r>
      <w:r w:rsidR="00C43683">
        <w:rPr>
          <w:rStyle w:val="14"/>
          <w:rFonts w:cs="Times New Roman"/>
          <w:szCs w:val="28"/>
          <w:lang w:val="vi-VN"/>
        </w:rPr>
        <w:t>ành thiết kế tại lớp.</w:t>
      </w:r>
    </w:p>
    <w:p w14:paraId="5BB7DD0A" w14:textId="77777777" w:rsidR="00545B02" w:rsidRPr="00FC4A90" w:rsidRDefault="00AE2AB5">
      <w:pPr>
        <w:tabs>
          <w:tab w:val="left" w:pos="16"/>
        </w:tabs>
        <w:spacing w:after="0"/>
        <w:rPr>
          <w:rFonts w:ascii="Times New Roman" w:hAnsi="Times New Roman" w:cs="Times New Roman"/>
          <w:sz w:val="28"/>
          <w:szCs w:val="28"/>
          <w:lang w:val="vi-VN"/>
        </w:rPr>
      </w:pPr>
      <w:r w:rsidRPr="00E66C55">
        <w:rPr>
          <w:rFonts w:ascii="Times New Roman" w:hAnsi="Times New Roman" w:cs="Times New Roman"/>
          <w:sz w:val="28"/>
          <w:szCs w:val="28"/>
        </w:rPr>
        <w:tab/>
      </w:r>
      <w:r w:rsidRPr="00F932A9">
        <w:rPr>
          <w:rStyle w:val="14"/>
          <w:rFonts w:cs="Times New Roman"/>
          <w:b/>
          <w:szCs w:val="28"/>
        </w:rPr>
        <w:t>c. Sản phẩm:</w:t>
      </w:r>
      <w:r w:rsidRPr="00E66C55">
        <w:rPr>
          <w:rStyle w:val="14"/>
          <w:rFonts w:cs="Times New Roman"/>
          <w:szCs w:val="28"/>
        </w:rPr>
        <w:t xml:space="preserve"> </w:t>
      </w:r>
      <w:r w:rsidR="00FC4A90">
        <w:rPr>
          <w:rStyle w:val="14"/>
          <w:rFonts w:cs="Times New Roman"/>
          <w:szCs w:val="28"/>
          <w:lang w:val="vi-VN"/>
        </w:rPr>
        <w:t>pano/apphich/sản phẩm rác tái chế về bảo vệ môi trường.</w:t>
      </w:r>
    </w:p>
    <w:p w14:paraId="37A7B2F5" w14:textId="77777777" w:rsidR="00545B02" w:rsidRPr="00F932A9" w:rsidRDefault="00AE2AB5">
      <w:pPr>
        <w:tabs>
          <w:tab w:val="left" w:pos="16"/>
        </w:tabs>
        <w:spacing w:after="0"/>
        <w:rPr>
          <w:rFonts w:ascii="Times New Roman" w:hAnsi="Times New Roman" w:cs="Times New Roman"/>
          <w:b/>
          <w:sz w:val="28"/>
          <w:szCs w:val="28"/>
        </w:rPr>
      </w:pPr>
      <w:r w:rsidRPr="00F932A9">
        <w:rPr>
          <w:rFonts w:ascii="Times New Roman" w:hAnsi="Times New Roman" w:cs="Times New Roman"/>
          <w:b/>
          <w:sz w:val="28"/>
          <w:szCs w:val="28"/>
        </w:rPr>
        <w:tab/>
      </w:r>
      <w:r w:rsidRPr="00F932A9">
        <w:rPr>
          <w:rStyle w:val="14"/>
          <w:rFonts w:cs="Times New Roman"/>
          <w:b/>
          <w:szCs w:val="28"/>
        </w:rPr>
        <w:t>d. Tổ chức thực hiện:</w:t>
      </w:r>
    </w:p>
    <w:p w14:paraId="3789312E" w14:textId="77777777" w:rsidR="00545B02" w:rsidRDefault="002F065B" w:rsidP="00FC4A90">
      <w:pPr>
        <w:tabs>
          <w:tab w:val="left" w:pos="16"/>
        </w:tabs>
        <w:spacing w:after="0"/>
        <w:jc w:val="both"/>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FC4A90" w:rsidRPr="00FC4A90">
        <w:rPr>
          <w:rFonts w:ascii="Times New Roman" w:hAnsi="Times New Roman" w:cs="Times New Roman"/>
          <w:b/>
          <w:sz w:val="28"/>
          <w:szCs w:val="28"/>
          <w:lang w:val="vi-VN"/>
        </w:rPr>
        <w:t>Bước 1:</w:t>
      </w:r>
      <w:r w:rsidR="00FC4A90">
        <w:rPr>
          <w:rFonts w:ascii="Times New Roman" w:hAnsi="Times New Roman" w:cs="Times New Roman"/>
          <w:sz w:val="28"/>
          <w:szCs w:val="28"/>
          <w:lang w:val="vi-VN"/>
        </w:rPr>
        <w:t xml:space="preserve"> giáo viên cho học sinh chọn phương án thực hiện và giao nhiệm vụ cho HS hoạt động nhóm (mỗi nhóm dưới 6 học sinh) hoàn thành sản phẩm trong 35 - 40 phút.</w:t>
      </w:r>
    </w:p>
    <w:p w14:paraId="253072D3" w14:textId="77777777" w:rsidR="00FC4A90" w:rsidRPr="00FC4A90" w:rsidRDefault="002F065B" w:rsidP="00CB1352">
      <w:pPr>
        <w:tabs>
          <w:tab w:val="left" w:pos="16"/>
        </w:tabs>
        <w:spacing w:after="0"/>
        <w:jc w:val="both"/>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FC4A90" w:rsidRPr="00FC4A90">
        <w:rPr>
          <w:rFonts w:ascii="Times New Roman" w:hAnsi="Times New Roman" w:cs="Times New Roman"/>
          <w:b/>
          <w:sz w:val="28"/>
          <w:szCs w:val="28"/>
          <w:lang w:val="vi-VN"/>
        </w:rPr>
        <w:t>Bước 2:</w:t>
      </w:r>
      <w:r w:rsidR="00FC4A90">
        <w:rPr>
          <w:rFonts w:ascii="Times New Roman" w:hAnsi="Times New Roman" w:cs="Times New Roman"/>
          <w:sz w:val="28"/>
          <w:szCs w:val="28"/>
          <w:lang w:val="vi-VN"/>
        </w:rPr>
        <w:t xml:space="preserve"> HS  phối hợp thực hiện.</w:t>
      </w:r>
    </w:p>
    <w:p w14:paraId="4EB1DC92" w14:textId="77777777" w:rsidR="00CB1352" w:rsidRPr="00CB1352" w:rsidRDefault="00AE2AB5" w:rsidP="00CB1352">
      <w:pPr>
        <w:tabs>
          <w:tab w:val="left" w:pos="1150"/>
        </w:tabs>
        <w:spacing w:after="120"/>
        <w:rPr>
          <w:rFonts w:ascii="Times New Roman" w:hAnsi="Times New Roman" w:cs="Times New Roman"/>
          <w:b/>
          <w:sz w:val="28"/>
          <w:szCs w:val="28"/>
          <w:lang w:val="en-GB"/>
        </w:rPr>
      </w:pPr>
      <w:r w:rsidRPr="00CB1352">
        <w:rPr>
          <w:rStyle w:val="14"/>
          <w:rFonts w:cs="Times New Roman"/>
          <w:b/>
          <w:szCs w:val="28"/>
        </w:rPr>
        <w:t>Hoạt động 2:</w:t>
      </w:r>
      <w:r w:rsidRPr="00E66C55">
        <w:rPr>
          <w:rStyle w:val="14"/>
          <w:rFonts w:cs="Times New Roman"/>
          <w:szCs w:val="28"/>
        </w:rPr>
        <w:t xml:space="preserve"> </w:t>
      </w:r>
      <w:r w:rsidR="00CB1352" w:rsidRPr="00E66C55">
        <w:rPr>
          <w:rFonts w:ascii="Times New Roman" w:hAnsi="Times New Roman" w:cs="Times New Roman"/>
          <w:b/>
          <w:sz w:val="28"/>
          <w:szCs w:val="28"/>
        </w:rPr>
        <w:t>Sáng tác thông</w:t>
      </w:r>
      <w:r w:rsidR="00CB1352" w:rsidRPr="00E66C55">
        <w:rPr>
          <w:rFonts w:ascii="Times New Roman" w:hAnsi="Times New Roman" w:cs="Times New Roman"/>
          <w:b/>
          <w:sz w:val="28"/>
          <w:szCs w:val="28"/>
          <w:lang w:val="en-GB"/>
        </w:rPr>
        <w:t xml:space="preserve"> </w:t>
      </w:r>
      <w:r w:rsidR="00CB1352" w:rsidRPr="00E66C55">
        <w:rPr>
          <w:rFonts w:ascii="Times New Roman" w:hAnsi="Times New Roman" w:cs="Times New Roman"/>
          <w:b/>
          <w:spacing w:val="-62"/>
          <w:sz w:val="28"/>
          <w:szCs w:val="28"/>
        </w:rPr>
        <w:t xml:space="preserve"> </w:t>
      </w:r>
      <w:r w:rsidR="00CB1352" w:rsidRPr="00E66C55">
        <w:rPr>
          <w:rFonts w:ascii="Times New Roman" w:hAnsi="Times New Roman" w:cs="Times New Roman"/>
          <w:b/>
          <w:sz w:val="28"/>
          <w:szCs w:val="28"/>
        </w:rPr>
        <w:t>điệp bảo vệ môi</w:t>
      </w:r>
      <w:r w:rsidR="00CB1352" w:rsidRPr="00E66C55">
        <w:rPr>
          <w:rFonts w:ascii="Times New Roman" w:hAnsi="Times New Roman" w:cs="Times New Roman"/>
          <w:b/>
          <w:spacing w:val="1"/>
          <w:sz w:val="28"/>
          <w:szCs w:val="28"/>
        </w:rPr>
        <w:t xml:space="preserve"> </w:t>
      </w:r>
      <w:r w:rsidR="00CB1352" w:rsidRPr="00E66C55">
        <w:rPr>
          <w:rFonts w:ascii="Times New Roman" w:hAnsi="Times New Roman" w:cs="Times New Roman"/>
          <w:b/>
          <w:sz w:val="28"/>
          <w:szCs w:val="28"/>
        </w:rPr>
        <w:t>trường</w:t>
      </w:r>
      <w:r w:rsidR="00CB1352" w:rsidRPr="00E66C55">
        <w:rPr>
          <w:rFonts w:ascii="Times New Roman" w:hAnsi="Times New Roman" w:cs="Times New Roman"/>
          <w:b/>
          <w:spacing w:val="-3"/>
          <w:sz w:val="28"/>
          <w:szCs w:val="28"/>
        </w:rPr>
        <w:t xml:space="preserve"> </w:t>
      </w:r>
      <w:r w:rsidR="00CB1352" w:rsidRPr="00E66C55">
        <w:rPr>
          <w:rFonts w:ascii="Times New Roman" w:hAnsi="Times New Roman" w:cs="Times New Roman"/>
          <w:b/>
          <w:sz w:val="28"/>
          <w:szCs w:val="28"/>
        </w:rPr>
        <w:t>tự</w:t>
      </w:r>
      <w:r w:rsidR="00CB1352" w:rsidRPr="00E66C55">
        <w:rPr>
          <w:rFonts w:ascii="Times New Roman" w:hAnsi="Times New Roman" w:cs="Times New Roman"/>
          <w:b/>
          <w:spacing w:val="-2"/>
          <w:sz w:val="28"/>
          <w:szCs w:val="28"/>
        </w:rPr>
        <w:t xml:space="preserve"> </w:t>
      </w:r>
      <w:r w:rsidR="00CB1352" w:rsidRPr="00E66C55">
        <w:rPr>
          <w:rFonts w:ascii="Times New Roman" w:hAnsi="Times New Roman" w:cs="Times New Roman"/>
          <w:b/>
          <w:sz w:val="28"/>
          <w:szCs w:val="28"/>
        </w:rPr>
        <w:t>nhiên.</w:t>
      </w:r>
      <w:r w:rsidR="00CB1352" w:rsidRPr="00E66C55">
        <w:rPr>
          <w:rFonts w:ascii="Times New Roman" w:hAnsi="Times New Roman" w:cs="Times New Roman"/>
          <w:b/>
          <w:sz w:val="28"/>
          <w:szCs w:val="28"/>
          <w:lang w:val="en-GB"/>
        </w:rPr>
        <w:t xml:space="preserve"> (Tiế</w:t>
      </w:r>
      <w:r w:rsidR="00CB1352">
        <w:rPr>
          <w:rFonts w:ascii="Times New Roman" w:hAnsi="Times New Roman" w:cs="Times New Roman"/>
          <w:b/>
          <w:sz w:val="28"/>
          <w:szCs w:val="28"/>
          <w:lang w:val="en-GB"/>
        </w:rPr>
        <w:t xml:space="preserve">t </w:t>
      </w:r>
      <w:r w:rsidR="00CB1352" w:rsidRPr="00E66C55">
        <w:rPr>
          <w:rFonts w:ascii="Times New Roman" w:hAnsi="Times New Roman" w:cs="Times New Roman"/>
          <w:b/>
          <w:sz w:val="28"/>
          <w:szCs w:val="28"/>
        </w:rPr>
        <w:t>2- Báo cáo sản phẩm)</w:t>
      </w:r>
    </w:p>
    <w:p w14:paraId="1867B7AA" w14:textId="77777777" w:rsidR="00191089" w:rsidRPr="00191089" w:rsidRDefault="00AE2AB5" w:rsidP="00191089">
      <w:pPr>
        <w:tabs>
          <w:tab w:val="left" w:pos="33"/>
        </w:tabs>
        <w:spacing w:after="0"/>
        <w:rPr>
          <w:rFonts w:ascii="Times New Roman" w:hAnsi="Times New Roman" w:cs="Times New Roman"/>
          <w:sz w:val="28"/>
          <w:szCs w:val="28"/>
        </w:rPr>
      </w:pPr>
      <w:r w:rsidRPr="00191089">
        <w:rPr>
          <w:rStyle w:val="14"/>
          <w:rFonts w:cs="Times New Roman"/>
          <w:b/>
          <w:szCs w:val="28"/>
        </w:rPr>
        <w:t>a. Mục tiêu:</w:t>
      </w:r>
      <w:r w:rsidR="00191089">
        <w:rPr>
          <w:rStyle w:val="14"/>
          <w:rFonts w:cs="Times New Roman"/>
          <w:b/>
          <w:szCs w:val="28"/>
          <w:lang w:val="vi-VN"/>
        </w:rPr>
        <w:t xml:space="preserve"> </w:t>
      </w:r>
      <w:r w:rsidR="00191089">
        <w:rPr>
          <w:rStyle w:val="14"/>
          <w:rFonts w:cs="Times New Roman"/>
          <w:szCs w:val="28"/>
          <w:lang w:val="vi-VN"/>
        </w:rPr>
        <w:t>G</w:t>
      </w:r>
      <w:r w:rsidR="00191089" w:rsidRPr="00191089">
        <w:rPr>
          <w:rStyle w:val="14"/>
          <w:rFonts w:cs="Times New Roman"/>
          <w:szCs w:val="28"/>
          <w:lang w:val="vi-VN"/>
        </w:rPr>
        <w:t>iúp</w:t>
      </w:r>
      <w:r w:rsidR="002F065B" w:rsidRPr="00191089">
        <w:rPr>
          <w:rStyle w:val="14"/>
          <w:rFonts w:cs="Times New Roman"/>
          <w:szCs w:val="28"/>
        </w:rPr>
        <w:t xml:space="preserve"> </w:t>
      </w:r>
      <w:r w:rsidR="00191089" w:rsidRPr="00191089">
        <w:rPr>
          <w:rStyle w:val="14"/>
          <w:rFonts w:cs="Times New Roman"/>
          <w:szCs w:val="28"/>
          <w:lang w:val="vi-VN"/>
        </w:rPr>
        <w:t>HS có khả năng thuyết trình sản phẩm trước tập thể.</w:t>
      </w:r>
      <w:r w:rsidR="00191089" w:rsidRPr="00191089">
        <w:rPr>
          <w:rStyle w:val="14"/>
          <w:rFonts w:cs="Times New Roman"/>
          <w:szCs w:val="28"/>
        </w:rPr>
        <w:t>.</w:t>
      </w:r>
    </w:p>
    <w:p w14:paraId="5DFDBA71" w14:textId="77777777" w:rsidR="00545B02" w:rsidRPr="00191089" w:rsidRDefault="00AE2AB5">
      <w:pPr>
        <w:tabs>
          <w:tab w:val="left" w:pos="0"/>
        </w:tabs>
        <w:spacing w:after="0"/>
        <w:rPr>
          <w:rFonts w:ascii="Times New Roman" w:hAnsi="Times New Roman" w:cs="Times New Roman"/>
          <w:sz w:val="28"/>
          <w:szCs w:val="28"/>
          <w:lang w:val="vi-VN"/>
        </w:rPr>
      </w:pPr>
      <w:r w:rsidRPr="00170A01">
        <w:rPr>
          <w:rStyle w:val="14"/>
          <w:rFonts w:cs="Times New Roman"/>
          <w:b/>
          <w:szCs w:val="28"/>
        </w:rPr>
        <w:t>b. Nội dung:</w:t>
      </w:r>
      <w:r w:rsidRPr="00E66C55">
        <w:rPr>
          <w:rStyle w:val="14"/>
          <w:rFonts w:cs="Times New Roman"/>
          <w:szCs w:val="28"/>
        </w:rPr>
        <w:t xml:space="preserve"> </w:t>
      </w:r>
      <w:r w:rsidR="00191089">
        <w:rPr>
          <w:rStyle w:val="14"/>
          <w:rFonts w:cs="Times New Roman"/>
          <w:szCs w:val="28"/>
          <w:lang w:val="vi-VN"/>
        </w:rPr>
        <w:t>Thuyết trình sản phẩm đã hoàn thành.</w:t>
      </w:r>
    </w:p>
    <w:p w14:paraId="69E6580A" w14:textId="77777777" w:rsidR="00545B02" w:rsidRPr="00191089" w:rsidRDefault="00AE2AB5">
      <w:pPr>
        <w:tabs>
          <w:tab w:val="left" w:pos="16"/>
        </w:tabs>
        <w:spacing w:after="0"/>
        <w:rPr>
          <w:rFonts w:ascii="Times New Roman" w:hAnsi="Times New Roman" w:cs="Times New Roman"/>
          <w:sz w:val="28"/>
          <w:szCs w:val="28"/>
          <w:lang w:val="vi-VN"/>
        </w:rPr>
      </w:pPr>
      <w:r w:rsidRPr="00170A01">
        <w:rPr>
          <w:rFonts w:ascii="Times New Roman" w:hAnsi="Times New Roman" w:cs="Times New Roman"/>
          <w:b/>
          <w:sz w:val="28"/>
          <w:szCs w:val="28"/>
        </w:rPr>
        <w:tab/>
      </w:r>
      <w:r w:rsidRPr="00170A01">
        <w:rPr>
          <w:rStyle w:val="14"/>
          <w:rFonts w:cs="Times New Roman"/>
          <w:b/>
          <w:szCs w:val="28"/>
        </w:rPr>
        <w:t>c. Sản phẩm:</w:t>
      </w:r>
      <w:r w:rsidRPr="00E66C55">
        <w:rPr>
          <w:rStyle w:val="14"/>
          <w:rFonts w:cs="Times New Roman"/>
          <w:szCs w:val="28"/>
        </w:rPr>
        <w:t xml:space="preserve"> </w:t>
      </w:r>
      <w:r w:rsidR="00191089">
        <w:rPr>
          <w:rStyle w:val="14"/>
          <w:rFonts w:cs="Times New Roman"/>
          <w:szCs w:val="28"/>
          <w:lang w:val="vi-VN"/>
        </w:rPr>
        <w:t>bài thuyết trình về sản phẩm thông điệp bảo vệ môi trường.</w:t>
      </w:r>
    </w:p>
    <w:p w14:paraId="44CC736A" w14:textId="77777777" w:rsidR="00545B02" w:rsidRPr="00170A01" w:rsidRDefault="00AE2AB5">
      <w:pPr>
        <w:tabs>
          <w:tab w:val="left" w:pos="16"/>
        </w:tabs>
        <w:spacing w:after="0"/>
        <w:rPr>
          <w:rFonts w:ascii="Times New Roman" w:hAnsi="Times New Roman" w:cs="Times New Roman"/>
          <w:b/>
          <w:sz w:val="28"/>
          <w:szCs w:val="28"/>
        </w:rPr>
      </w:pPr>
      <w:r w:rsidRPr="00170A01">
        <w:rPr>
          <w:rFonts w:ascii="Times New Roman" w:hAnsi="Times New Roman" w:cs="Times New Roman"/>
          <w:b/>
          <w:sz w:val="28"/>
          <w:szCs w:val="28"/>
        </w:rPr>
        <w:tab/>
      </w:r>
      <w:r w:rsidRPr="00170A01">
        <w:rPr>
          <w:rStyle w:val="14"/>
          <w:rFonts w:cs="Times New Roman"/>
          <w:b/>
          <w:szCs w:val="28"/>
        </w:rPr>
        <w:t>d. Tổ chức thực hiện:</w:t>
      </w:r>
    </w:p>
    <w:p w14:paraId="7274860B" w14:textId="77777777" w:rsidR="00545B02" w:rsidRDefault="00A51EDB">
      <w:pPr>
        <w:tabs>
          <w:tab w:val="left" w:pos="16"/>
        </w:tabs>
        <w:spacing w:after="12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79627A" w:rsidRPr="002F065B">
        <w:rPr>
          <w:rFonts w:ascii="Times New Roman" w:hAnsi="Times New Roman" w:cs="Times New Roman"/>
          <w:b/>
          <w:sz w:val="28"/>
          <w:szCs w:val="28"/>
          <w:lang w:val="vi-VN"/>
        </w:rPr>
        <w:t>Bước 1:</w:t>
      </w:r>
      <w:r w:rsidR="0079627A">
        <w:rPr>
          <w:rFonts w:ascii="Times New Roman" w:hAnsi="Times New Roman" w:cs="Times New Roman"/>
          <w:sz w:val="28"/>
          <w:szCs w:val="28"/>
          <w:lang w:val="vi-VN"/>
        </w:rPr>
        <w:t xml:space="preserve"> GV kiểm tra sản phẩm của từng nhóm đã hoàn thành chưa.</w:t>
      </w:r>
    </w:p>
    <w:p w14:paraId="7B473A58" w14:textId="77777777" w:rsidR="0079627A" w:rsidRDefault="00A51EDB">
      <w:pPr>
        <w:tabs>
          <w:tab w:val="left" w:pos="16"/>
        </w:tabs>
        <w:spacing w:after="12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79627A" w:rsidRPr="00191089">
        <w:rPr>
          <w:rFonts w:ascii="Times New Roman" w:hAnsi="Times New Roman" w:cs="Times New Roman"/>
          <w:b/>
          <w:sz w:val="28"/>
          <w:szCs w:val="28"/>
          <w:lang w:val="vi-VN"/>
        </w:rPr>
        <w:t>Bước 2:</w:t>
      </w:r>
      <w:r w:rsidR="0079627A">
        <w:rPr>
          <w:rFonts w:ascii="Times New Roman" w:hAnsi="Times New Roman" w:cs="Times New Roman"/>
          <w:sz w:val="28"/>
          <w:szCs w:val="28"/>
          <w:lang w:val="vi-VN"/>
        </w:rPr>
        <w:t xml:space="preserve"> </w:t>
      </w:r>
      <w:r w:rsidR="00191089">
        <w:rPr>
          <w:rFonts w:ascii="Times New Roman" w:hAnsi="Times New Roman" w:cs="Times New Roman"/>
          <w:sz w:val="28"/>
          <w:szCs w:val="28"/>
          <w:lang w:val="vi-VN"/>
        </w:rPr>
        <w:t>Đại diện nhóm trình bày thuyết trình sản phẩm</w:t>
      </w:r>
      <w:r w:rsidR="00C43683">
        <w:rPr>
          <w:rFonts w:ascii="Times New Roman" w:hAnsi="Times New Roman" w:cs="Times New Roman"/>
          <w:sz w:val="28"/>
          <w:szCs w:val="28"/>
          <w:lang w:val="vi-VN"/>
        </w:rPr>
        <w:t>.</w:t>
      </w:r>
    </w:p>
    <w:p w14:paraId="769646F7" w14:textId="77777777" w:rsidR="00191089" w:rsidRDefault="00A51EDB">
      <w:pPr>
        <w:tabs>
          <w:tab w:val="left" w:pos="16"/>
        </w:tabs>
        <w:spacing w:after="12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191089" w:rsidRPr="00191089">
        <w:rPr>
          <w:rFonts w:ascii="Times New Roman" w:hAnsi="Times New Roman" w:cs="Times New Roman"/>
          <w:b/>
          <w:sz w:val="28"/>
          <w:szCs w:val="28"/>
          <w:lang w:val="vi-VN"/>
        </w:rPr>
        <w:t>Bước 3:</w:t>
      </w:r>
      <w:r w:rsidR="00191089">
        <w:rPr>
          <w:rFonts w:ascii="Times New Roman" w:hAnsi="Times New Roman" w:cs="Times New Roman"/>
          <w:sz w:val="28"/>
          <w:szCs w:val="28"/>
          <w:lang w:val="vi-VN"/>
        </w:rPr>
        <w:t xml:space="preserve"> HS đặt câu hỏi cho nhóm trình bày</w:t>
      </w:r>
    </w:p>
    <w:p w14:paraId="7E2D5B73" w14:textId="77777777" w:rsidR="00191089" w:rsidRDefault="00A51EDB">
      <w:pPr>
        <w:tabs>
          <w:tab w:val="left" w:pos="16"/>
        </w:tabs>
        <w:spacing w:after="12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191089" w:rsidRPr="00191089">
        <w:rPr>
          <w:rFonts w:ascii="Times New Roman" w:hAnsi="Times New Roman" w:cs="Times New Roman"/>
          <w:b/>
          <w:sz w:val="28"/>
          <w:szCs w:val="28"/>
          <w:lang w:val="vi-VN"/>
        </w:rPr>
        <w:t>Bước 4:</w:t>
      </w:r>
      <w:r w:rsidR="00191089">
        <w:rPr>
          <w:rFonts w:ascii="Times New Roman" w:hAnsi="Times New Roman" w:cs="Times New Roman"/>
          <w:sz w:val="28"/>
          <w:szCs w:val="28"/>
          <w:lang w:val="vi-VN"/>
        </w:rPr>
        <w:t xml:space="preserve"> đại diện nhóm trả lời câu hỏi phản biện.</w:t>
      </w:r>
    </w:p>
    <w:p w14:paraId="2D1A565F" w14:textId="77777777" w:rsidR="00191089" w:rsidRPr="0079627A" w:rsidRDefault="00191089">
      <w:pPr>
        <w:tabs>
          <w:tab w:val="left" w:pos="16"/>
        </w:tabs>
        <w:spacing w:after="120"/>
        <w:rPr>
          <w:rStyle w:val="14"/>
          <w:rFonts w:cs="Times New Roman"/>
          <w:szCs w:val="28"/>
          <w:lang w:val="vi-VN"/>
        </w:rPr>
      </w:pPr>
      <w:r w:rsidRPr="00C77EE2">
        <w:rPr>
          <w:rFonts w:ascii="Times New Roman" w:hAnsi="Times New Roman" w:cs="Times New Roman"/>
          <w:b/>
          <w:sz w:val="28"/>
          <w:szCs w:val="28"/>
          <w:lang w:val="vi-VN"/>
        </w:rPr>
        <w:t>Hoạt động 3:</w:t>
      </w:r>
      <w:r>
        <w:rPr>
          <w:rFonts w:ascii="Times New Roman" w:hAnsi="Times New Roman" w:cs="Times New Roman"/>
          <w:sz w:val="28"/>
          <w:szCs w:val="28"/>
          <w:lang w:val="vi-VN"/>
        </w:rPr>
        <w:t xml:space="preserve"> </w:t>
      </w:r>
      <w:r w:rsidRPr="00C77EE2">
        <w:rPr>
          <w:rFonts w:ascii="Times New Roman" w:hAnsi="Times New Roman" w:cs="Times New Roman"/>
          <w:b/>
          <w:sz w:val="28"/>
          <w:szCs w:val="28"/>
          <w:lang w:val="vi-VN"/>
        </w:rPr>
        <w:t>Đánh giá, nhận xét</w:t>
      </w:r>
    </w:p>
    <w:p w14:paraId="66703D45" w14:textId="77777777" w:rsidR="00191089" w:rsidRPr="00191089" w:rsidRDefault="00191089" w:rsidP="00191089">
      <w:pPr>
        <w:tabs>
          <w:tab w:val="left" w:pos="33"/>
        </w:tabs>
        <w:spacing w:after="0"/>
        <w:rPr>
          <w:rFonts w:ascii="Times New Roman" w:hAnsi="Times New Roman" w:cs="Times New Roman"/>
          <w:sz w:val="28"/>
          <w:szCs w:val="28"/>
        </w:rPr>
      </w:pPr>
      <w:r w:rsidRPr="00191089">
        <w:rPr>
          <w:rStyle w:val="14"/>
          <w:rFonts w:cs="Times New Roman"/>
          <w:b/>
          <w:szCs w:val="28"/>
        </w:rPr>
        <w:t>a. Mục tiêu:</w:t>
      </w:r>
      <w:r>
        <w:rPr>
          <w:rStyle w:val="14"/>
          <w:rFonts w:cs="Times New Roman"/>
          <w:b/>
          <w:szCs w:val="28"/>
          <w:lang w:val="vi-VN"/>
        </w:rPr>
        <w:t xml:space="preserve"> </w:t>
      </w:r>
      <w:r>
        <w:rPr>
          <w:rStyle w:val="14"/>
          <w:rFonts w:cs="Times New Roman"/>
          <w:szCs w:val="28"/>
          <w:lang w:val="vi-VN"/>
        </w:rPr>
        <w:t>Đánh giá sản phẩm của học sinh; nhận xét sự tham gia của HS.</w:t>
      </w:r>
    </w:p>
    <w:p w14:paraId="7AEB7A32" w14:textId="77777777" w:rsidR="00191089" w:rsidRPr="00191089" w:rsidRDefault="00191089" w:rsidP="00191089">
      <w:pPr>
        <w:tabs>
          <w:tab w:val="left" w:pos="0"/>
        </w:tabs>
        <w:spacing w:after="0"/>
        <w:rPr>
          <w:rFonts w:ascii="Times New Roman" w:hAnsi="Times New Roman" w:cs="Times New Roman"/>
          <w:sz w:val="28"/>
          <w:szCs w:val="28"/>
          <w:lang w:val="vi-VN"/>
        </w:rPr>
      </w:pPr>
      <w:r w:rsidRPr="00170A01">
        <w:rPr>
          <w:rStyle w:val="14"/>
          <w:rFonts w:cs="Times New Roman"/>
          <w:b/>
          <w:szCs w:val="28"/>
        </w:rPr>
        <w:t>b. Nội dung:</w:t>
      </w:r>
      <w:r w:rsidRPr="00E66C55">
        <w:rPr>
          <w:rStyle w:val="14"/>
          <w:rFonts w:cs="Times New Roman"/>
          <w:szCs w:val="28"/>
        </w:rPr>
        <w:t xml:space="preserve"> </w:t>
      </w:r>
      <w:r w:rsidR="003C334D">
        <w:rPr>
          <w:rStyle w:val="14"/>
          <w:rFonts w:cs="Times New Roman"/>
          <w:szCs w:val="28"/>
          <w:lang w:val="vi-VN"/>
        </w:rPr>
        <w:t>đại diện nhóm gắn sao cho sản phẩm các nhóm</w:t>
      </w:r>
      <w:r w:rsidR="00C77EE2">
        <w:rPr>
          <w:rStyle w:val="14"/>
          <w:rFonts w:cs="Times New Roman"/>
          <w:szCs w:val="28"/>
          <w:lang w:val="vi-VN"/>
        </w:rPr>
        <w:t>.</w:t>
      </w:r>
    </w:p>
    <w:p w14:paraId="36BBD337" w14:textId="77777777" w:rsidR="00191089" w:rsidRPr="00191089" w:rsidRDefault="00191089" w:rsidP="00191089">
      <w:pPr>
        <w:tabs>
          <w:tab w:val="left" w:pos="16"/>
        </w:tabs>
        <w:spacing w:after="0"/>
        <w:rPr>
          <w:rFonts w:ascii="Times New Roman" w:hAnsi="Times New Roman" w:cs="Times New Roman"/>
          <w:sz w:val="28"/>
          <w:szCs w:val="28"/>
          <w:lang w:val="vi-VN"/>
        </w:rPr>
      </w:pPr>
      <w:r w:rsidRPr="00170A01">
        <w:rPr>
          <w:rFonts w:ascii="Times New Roman" w:hAnsi="Times New Roman" w:cs="Times New Roman"/>
          <w:b/>
          <w:sz w:val="28"/>
          <w:szCs w:val="28"/>
        </w:rPr>
        <w:tab/>
      </w:r>
      <w:r w:rsidRPr="00170A01">
        <w:rPr>
          <w:rStyle w:val="14"/>
          <w:rFonts w:cs="Times New Roman"/>
          <w:b/>
          <w:szCs w:val="28"/>
        </w:rPr>
        <w:t>c. Sản phẩm:</w:t>
      </w:r>
      <w:r w:rsidRPr="00E66C55">
        <w:rPr>
          <w:rStyle w:val="14"/>
          <w:rFonts w:cs="Times New Roman"/>
          <w:szCs w:val="28"/>
        </w:rPr>
        <w:t xml:space="preserve"> </w:t>
      </w:r>
    </w:p>
    <w:p w14:paraId="5EA2B2FB" w14:textId="77777777" w:rsidR="00191089" w:rsidRPr="00170A01" w:rsidRDefault="00191089" w:rsidP="00191089">
      <w:pPr>
        <w:tabs>
          <w:tab w:val="left" w:pos="16"/>
        </w:tabs>
        <w:spacing w:after="0"/>
        <w:rPr>
          <w:rFonts w:ascii="Times New Roman" w:hAnsi="Times New Roman" w:cs="Times New Roman"/>
          <w:b/>
          <w:sz w:val="28"/>
          <w:szCs w:val="28"/>
        </w:rPr>
      </w:pPr>
      <w:r w:rsidRPr="00170A01">
        <w:rPr>
          <w:rFonts w:ascii="Times New Roman" w:hAnsi="Times New Roman" w:cs="Times New Roman"/>
          <w:b/>
          <w:sz w:val="28"/>
          <w:szCs w:val="28"/>
        </w:rPr>
        <w:tab/>
      </w:r>
      <w:r w:rsidRPr="00170A01">
        <w:rPr>
          <w:rStyle w:val="14"/>
          <w:rFonts w:cs="Times New Roman"/>
          <w:b/>
          <w:szCs w:val="28"/>
        </w:rPr>
        <w:t>d. Tổ chức thực hiện:</w:t>
      </w:r>
    </w:p>
    <w:p w14:paraId="22B92466" w14:textId="77777777" w:rsidR="0072441C" w:rsidRDefault="00A51EDB" w:rsidP="0072441C">
      <w:pPr>
        <w:tabs>
          <w:tab w:val="left" w:pos="33"/>
        </w:tabs>
        <w:spacing w:after="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00191089" w:rsidRPr="002F065B">
        <w:rPr>
          <w:rFonts w:ascii="Times New Roman" w:hAnsi="Times New Roman" w:cs="Times New Roman"/>
          <w:b/>
          <w:sz w:val="28"/>
          <w:szCs w:val="28"/>
          <w:lang w:val="vi-VN"/>
        </w:rPr>
        <w:t>Bước 1:</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GV cho HS đánh giá sản phẩm của các nhóm thông qua </w:t>
      </w:r>
      <w:r w:rsidR="003C334D">
        <w:rPr>
          <w:rFonts w:ascii="Times New Roman" w:hAnsi="Times New Roman" w:cs="Times New Roman"/>
          <w:sz w:val="28"/>
          <w:szCs w:val="28"/>
          <w:lang w:val="vi-VN"/>
        </w:rPr>
        <w:t>sao</w:t>
      </w:r>
    </w:p>
    <w:p w14:paraId="33B60F08" w14:textId="77777777" w:rsidR="00A51EDB" w:rsidRDefault="00A51EDB" w:rsidP="0072441C">
      <w:pPr>
        <w:tabs>
          <w:tab w:val="left" w:pos="33"/>
        </w:tabs>
        <w:spacing w:after="0"/>
        <w:rPr>
          <w:rFonts w:ascii="Times New Roman" w:hAnsi="Times New Roman" w:cs="Times New Roman"/>
          <w:sz w:val="28"/>
          <w:szCs w:val="28"/>
          <w:lang w:val="vi-VN"/>
        </w:rPr>
      </w:pPr>
      <w:r>
        <w:rPr>
          <w:rFonts w:ascii="Times New Roman" w:hAnsi="Times New Roman" w:cs="Times New Roman"/>
          <w:b/>
          <w:sz w:val="28"/>
          <w:szCs w:val="28"/>
          <w:lang w:val="vi-VN"/>
        </w:rPr>
        <w:tab/>
      </w:r>
      <w:r>
        <w:rPr>
          <w:rFonts w:ascii="Times New Roman" w:hAnsi="Times New Roman" w:cs="Times New Roman"/>
          <w:b/>
          <w:sz w:val="28"/>
          <w:szCs w:val="28"/>
          <w:lang w:val="vi-VN"/>
        </w:rPr>
        <w:tab/>
      </w:r>
      <w:r w:rsidRPr="00A51EDB">
        <w:rPr>
          <w:rFonts w:ascii="Times New Roman" w:hAnsi="Times New Roman" w:cs="Times New Roman"/>
          <w:b/>
          <w:sz w:val="28"/>
          <w:szCs w:val="28"/>
          <w:lang w:val="vi-VN"/>
        </w:rPr>
        <w:t>Bước 2:</w:t>
      </w:r>
      <w:r>
        <w:rPr>
          <w:rFonts w:ascii="Times New Roman" w:hAnsi="Times New Roman" w:cs="Times New Roman"/>
          <w:sz w:val="28"/>
          <w:szCs w:val="28"/>
          <w:lang w:val="vi-VN"/>
        </w:rPr>
        <w:t xml:space="preserve"> GV nhận xét, đánh giá chung.</w:t>
      </w:r>
    </w:p>
    <w:p w14:paraId="6A6B85AA" w14:textId="77777777" w:rsidR="00C43683" w:rsidRPr="003C334D" w:rsidRDefault="00C43683" w:rsidP="0072441C">
      <w:pPr>
        <w:tabs>
          <w:tab w:val="left" w:pos="33"/>
        </w:tabs>
        <w:spacing w:after="0"/>
        <w:rPr>
          <w:rFonts w:ascii="Times New Roman" w:hAnsi="Times New Roman" w:cs="Times New Roman"/>
          <w:b/>
          <w:sz w:val="28"/>
          <w:szCs w:val="28"/>
          <w:lang w:val="vi-VN"/>
        </w:rPr>
      </w:pPr>
      <w:r w:rsidRPr="003C334D">
        <w:rPr>
          <w:rFonts w:ascii="Times New Roman" w:hAnsi="Times New Roman" w:cs="Times New Roman"/>
          <w:b/>
          <w:sz w:val="28"/>
          <w:szCs w:val="28"/>
          <w:lang w:val="vi-VN"/>
        </w:rPr>
        <w:t>IV. HỌC LIỆU</w:t>
      </w:r>
    </w:p>
    <w:p w14:paraId="39F3A9D8" w14:textId="77777777" w:rsidR="00C43683" w:rsidRDefault="00C43683" w:rsidP="0072441C">
      <w:pPr>
        <w:tabs>
          <w:tab w:val="left" w:pos="33"/>
        </w:tabs>
        <w:spacing w:after="0"/>
        <w:rPr>
          <w:rFonts w:ascii="Times New Roman" w:hAnsi="Times New Roman" w:cs="Times New Roman"/>
          <w:sz w:val="28"/>
          <w:szCs w:val="28"/>
          <w:lang w:val="vi-VN"/>
        </w:rPr>
      </w:pPr>
      <w:r>
        <w:rPr>
          <w:noProof/>
        </w:rPr>
        <w:lastRenderedPageBreak/>
        <w:drawing>
          <wp:inline distT="0" distB="0" distL="0" distR="0" wp14:anchorId="75BFFE19" wp14:editId="6183F5FF">
            <wp:extent cx="2709545" cy="2390775"/>
            <wp:effectExtent l="0" t="0" r="0" b="9525"/>
            <wp:docPr id="1" name="Picture 1" descr="Bảo Vệ Môi Trường | Nhật ký nghệ thuật, Hình ảnh,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Vệ Môi Trường | Nhật ký nghệ thuật, Hình ảnh, Môi trườ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1847" cy="2392806"/>
                    </a:xfrm>
                    <a:prstGeom prst="rect">
                      <a:avLst/>
                    </a:prstGeom>
                    <a:noFill/>
                    <a:ln>
                      <a:noFill/>
                    </a:ln>
                  </pic:spPr>
                </pic:pic>
              </a:graphicData>
            </a:graphic>
          </wp:inline>
        </w:drawing>
      </w:r>
      <w:r>
        <w:rPr>
          <w:rFonts w:ascii="Times New Roman" w:hAnsi="Times New Roman" w:cs="Times New Roman"/>
          <w:sz w:val="28"/>
          <w:szCs w:val="28"/>
          <w:lang w:val="vi-VN"/>
        </w:rPr>
        <w:t xml:space="preserve">  </w:t>
      </w:r>
      <w:r>
        <w:rPr>
          <w:noProof/>
        </w:rPr>
        <w:drawing>
          <wp:inline distT="0" distB="0" distL="0" distR="0" wp14:anchorId="1E812DA7" wp14:editId="5CC1165D">
            <wp:extent cx="2330450" cy="2381250"/>
            <wp:effectExtent l="0" t="0" r="0" b="0"/>
            <wp:docPr id="2" name="Picture 2" descr="Hình nền Tải Về Hình ảnh áp Phích Bảo Vệ Môi Trường Bảo Vệ Môi Trường áp  Phích Môi Trường Carbon Thấp, Carbon Thấp, Bảo Vệ Môi Trường X Giá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nền Tải Về Hình ảnh áp Phích Bảo Vệ Môi Trường Bảo Vệ Môi Trường áp  Phích Môi Trường Carbon Thấp, Carbon Thấp, Bảo Vệ Môi Trường X Giá Hiển Th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50" cy="2381250"/>
                    </a:xfrm>
                    <a:prstGeom prst="rect">
                      <a:avLst/>
                    </a:prstGeom>
                    <a:noFill/>
                    <a:ln>
                      <a:noFill/>
                    </a:ln>
                  </pic:spPr>
                </pic:pic>
              </a:graphicData>
            </a:graphic>
          </wp:inline>
        </w:drawing>
      </w:r>
    </w:p>
    <w:p w14:paraId="53C78A33" w14:textId="77777777" w:rsidR="00A51EDB" w:rsidRDefault="00A51EDB" w:rsidP="0072441C">
      <w:pPr>
        <w:tabs>
          <w:tab w:val="left" w:pos="33"/>
        </w:tabs>
        <w:spacing w:after="0"/>
        <w:rPr>
          <w:rFonts w:ascii="Times New Roman" w:hAnsi="Times New Roman" w:cs="Times New Roman"/>
          <w:sz w:val="28"/>
          <w:szCs w:val="28"/>
          <w:lang w:val="vi-VN"/>
        </w:rPr>
      </w:pPr>
    </w:p>
    <w:p w14:paraId="290DB25A" w14:textId="77777777" w:rsidR="00C43683" w:rsidRPr="00A51EDB" w:rsidRDefault="00C43683" w:rsidP="0072441C">
      <w:pPr>
        <w:tabs>
          <w:tab w:val="left" w:pos="33"/>
        </w:tabs>
        <w:spacing w:after="0"/>
        <w:rPr>
          <w:rFonts w:ascii="Times New Roman" w:hAnsi="Times New Roman" w:cs="Times New Roman"/>
          <w:sz w:val="28"/>
          <w:szCs w:val="28"/>
          <w:lang w:val="vi-VN"/>
        </w:rPr>
      </w:pPr>
      <w:r>
        <w:rPr>
          <w:noProof/>
        </w:rPr>
        <w:drawing>
          <wp:inline distT="0" distB="0" distL="0" distR="0" wp14:anchorId="7683DE8D" wp14:editId="3BFDAF39">
            <wp:extent cx="2686050" cy="1790700"/>
            <wp:effectExtent l="0" t="0" r="0" b="0"/>
            <wp:docPr id="3" name="Picture 3" descr="1000 Ý tưởng vẽ tranh bảo vệ môi trường đơn giản và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 Ý tưởng vẽ tranh bảo vệ môi trường đơn giản và đ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871" cy="1791914"/>
                    </a:xfrm>
                    <a:prstGeom prst="rect">
                      <a:avLst/>
                    </a:prstGeom>
                    <a:noFill/>
                    <a:ln>
                      <a:noFill/>
                    </a:ln>
                  </pic:spPr>
                </pic:pic>
              </a:graphicData>
            </a:graphic>
          </wp:inline>
        </w:drawing>
      </w:r>
      <w:r w:rsidRPr="00C43683">
        <w:t xml:space="preserve"> </w:t>
      </w:r>
      <w:r>
        <w:rPr>
          <w:noProof/>
        </w:rPr>
        <w:drawing>
          <wp:inline distT="0" distB="0" distL="0" distR="0" wp14:anchorId="0E37FC0C" wp14:editId="14CCFFC6">
            <wp:extent cx="2564765" cy="1790700"/>
            <wp:effectExtent l="0" t="0" r="6985" b="0"/>
            <wp:docPr id="4" name="Picture 4" descr="TRIỂN LÃM NHỮNG BỨC VẼ BIẾT NÓI – Vẽ tranh Cổ động Hành động vì môi trường  | TRƯỜNG ĐẠI HỌC MỞ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ỂN LÃM NHỮNG BỨC VẼ BIẾT NÓI – Vẽ tranh Cổ động Hành động vì môi trường  | TRƯỜNG ĐẠI HỌC MỞ TP HC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395" cy="1791838"/>
                    </a:xfrm>
                    <a:prstGeom prst="rect">
                      <a:avLst/>
                    </a:prstGeom>
                    <a:noFill/>
                    <a:ln>
                      <a:noFill/>
                    </a:ln>
                  </pic:spPr>
                </pic:pic>
              </a:graphicData>
            </a:graphic>
          </wp:inline>
        </w:drawing>
      </w:r>
    </w:p>
    <w:p w14:paraId="0D7FE8C9" w14:textId="77777777" w:rsidR="00545B02" w:rsidRDefault="00C43683">
      <w:r>
        <w:rPr>
          <w:noProof/>
        </w:rPr>
        <w:drawing>
          <wp:inline distT="0" distB="0" distL="0" distR="0" wp14:anchorId="177D173D" wp14:editId="34F13D80">
            <wp:extent cx="2587655" cy="1724025"/>
            <wp:effectExtent l="0" t="0" r="3175" b="0"/>
            <wp:docPr id="5" name="Picture 5" descr="Độc đáo ý tưởng bảo vệ môi trường từ các món đồ tái c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c đáo ý tưởng bảo vệ môi trường từ các món đồ tái ch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058" cy="1727625"/>
                    </a:xfrm>
                    <a:prstGeom prst="rect">
                      <a:avLst/>
                    </a:prstGeom>
                    <a:noFill/>
                    <a:ln>
                      <a:noFill/>
                    </a:ln>
                  </pic:spPr>
                </pic:pic>
              </a:graphicData>
            </a:graphic>
          </wp:inline>
        </w:drawing>
      </w:r>
      <w:r w:rsidRPr="00C43683">
        <w:t xml:space="preserve"> </w:t>
      </w:r>
      <w:r>
        <w:rPr>
          <w:noProof/>
        </w:rPr>
        <w:drawing>
          <wp:inline distT="0" distB="0" distL="0" distR="0" wp14:anchorId="25D13623" wp14:editId="6616A000">
            <wp:extent cx="2660015" cy="1855470"/>
            <wp:effectExtent l="0" t="0" r="6985" b="0"/>
            <wp:docPr id="6" name="Picture 6" descr="Tham khảo một số ý tưởng sáng tạo bảo vệ môi trường - Chia Sẻ Kiến Thức  Điện Má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m khảo một số ý tưởng sáng tạo bảo vệ môi trường - Chia Sẻ Kiến Thức  Điện Máy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5631" cy="1859387"/>
                    </a:xfrm>
                    <a:prstGeom prst="rect">
                      <a:avLst/>
                    </a:prstGeom>
                    <a:noFill/>
                    <a:ln>
                      <a:noFill/>
                    </a:ln>
                  </pic:spPr>
                </pic:pic>
              </a:graphicData>
            </a:graphic>
          </wp:inline>
        </w:drawing>
      </w:r>
    </w:p>
    <w:p w14:paraId="7F12226F" w14:textId="4EF36E44" w:rsidR="00C43683" w:rsidRDefault="00C43683">
      <w:r>
        <w:rPr>
          <w:noProof/>
        </w:rPr>
        <w:drawing>
          <wp:inline distT="0" distB="0" distL="0" distR="0" wp14:anchorId="0D04FE30" wp14:editId="13983748">
            <wp:extent cx="2882176" cy="1819275"/>
            <wp:effectExtent l="0" t="0" r="0" b="0"/>
            <wp:docPr id="7" name="Picture 7" descr="22+ sản phẩm thân thiện với môi trường xu hướ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sản phẩm thân thiện với môi trường xu hướng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1597" cy="1825222"/>
                    </a:xfrm>
                    <a:prstGeom prst="rect">
                      <a:avLst/>
                    </a:prstGeom>
                    <a:noFill/>
                    <a:ln>
                      <a:noFill/>
                    </a:ln>
                  </pic:spPr>
                </pic:pic>
              </a:graphicData>
            </a:graphic>
          </wp:inline>
        </w:drawing>
      </w:r>
      <w:r w:rsidRPr="00C43683">
        <w:t xml:space="preserve"> </w:t>
      </w:r>
      <w:r>
        <w:rPr>
          <w:noProof/>
        </w:rPr>
        <w:drawing>
          <wp:inline distT="0" distB="0" distL="0" distR="0" wp14:anchorId="518D6F57" wp14:editId="39F5408F">
            <wp:extent cx="2152650" cy="1838325"/>
            <wp:effectExtent l="0" t="0" r="0" b="9525"/>
            <wp:docPr id="8" name="Picture 8" descr="Những hình ảnh ngộ nghĩnh từ đồ tái chế - bảo vệ môi trường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hình ảnh ngộ nghĩnh từ đồ tái chế - bảo vệ môi trường số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14:paraId="6BD9FEF7" w14:textId="251748E3" w:rsidR="00F6615F" w:rsidRDefault="00F6615F"/>
    <w:p w14:paraId="42B408B3" w14:textId="77777777" w:rsidR="00591C17" w:rsidRDefault="00591C17" w:rsidP="00591C17">
      <w:pPr>
        <w:tabs>
          <w:tab w:val="left" w:pos="33"/>
        </w:tabs>
        <w:spacing w:after="120"/>
      </w:pPr>
      <w:r>
        <w:tab/>
      </w:r>
      <w:r>
        <w:rPr>
          <w:rStyle w:val="14"/>
        </w:rPr>
        <w:t>Ngày day / /</w:t>
      </w:r>
    </w:p>
    <w:p w14:paraId="0FBE82BD" w14:textId="77777777" w:rsidR="00591C17" w:rsidRDefault="00591C17" w:rsidP="00591C17">
      <w:pPr>
        <w:spacing w:after="120"/>
        <w:jc w:val="center"/>
      </w:pPr>
      <w:r w:rsidRPr="00C678CA">
        <w:rPr>
          <w:rStyle w:val="14"/>
          <w:b/>
          <w:bCs/>
        </w:rPr>
        <w:lastRenderedPageBreak/>
        <w:t xml:space="preserve">CHỦ ĐỀ </w:t>
      </w:r>
      <w:r>
        <w:rPr>
          <w:rStyle w:val="14"/>
          <w:b/>
          <w:bCs/>
        </w:rPr>
        <w:t>6</w:t>
      </w:r>
      <w:r w:rsidRPr="00C678CA">
        <w:rPr>
          <w:rStyle w:val="14"/>
          <w:b/>
          <w:bCs/>
        </w:rPr>
        <w:t>.</w:t>
      </w:r>
      <w:r>
        <w:rPr>
          <w:rStyle w:val="14"/>
        </w:rPr>
        <w:t xml:space="preserve"> </w:t>
      </w:r>
      <w:r w:rsidRPr="00C678CA">
        <w:rPr>
          <w:rFonts w:ascii="Times New Roman" w:hAnsi="Times New Roman" w:cs="Times New Roman"/>
          <w:b/>
          <w:sz w:val="28"/>
          <w:szCs w:val="28"/>
        </w:rPr>
        <w:t>HÀNH</w:t>
      </w:r>
      <w:r w:rsidRPr="00C678CA">
        <w:rPr>
          <w:rFonts w:ascii="Times New Roman" w:hAnsi="Times New Roman" w:cs="Times New Roman"/>
          <w:b/>
          <w:spacing w:val="1"/>
          <w:sz w:val="28"/>
          <w:szCs w:val="28"/>
        </w:rPr>
        <w:t xml:space="preserve"> </w:t>
      </w:r>
      <w:r w:rsidRPr="00C678CA">
        <w:rPr>
          <w:rFonts w:ascii="Times New Roman" w:hAnsi="Times New Roman" w:cs="Times New Roman"/>
          <w:b/>
          <w:sz w:val="28"/>
          <w:szCs w:val="28"/>
        </w:rPr>
        <w:t>ĐỘNG VÌ</w:t>
      </w:r>
      <w:r w:rsidRPr="00C678CA">
        <w:rPr>
          <w:rFonts w:ascii="Times New Roman" w:hAnsi="Times New Roman" w:cs="Times New Roman"/>
          <w:b/>
          <w:spacing w:val="1"/>
          <w:sz w:val="28"/>
          <w:szCs w:val="28"/>
        </w:rPr>
        <w:t xml:space="preserve"> </w:t>
      </w:r>
      <w:r w:rsidRPr="00C678CA">
        <w:rPr>
          <w:rFonts w:ascii="Times New Roman" w:hAnsi="Times New Roman" w:cs="Times New Roman"/>
          <w:b/>
          <w:sz w:val="28"/>
          <w:szCs w:val="28"/>
        </w:rPr>
        <w:t>MÔI</w:t>
      </w:r>
      <w:r w:rsidRPr="00C678CA">
        <w:rPr>
          <w:rFonts w:ascii="Times New Roman" w:hAnsi="Times New Roman" w:cs="Times New Roman"/>
          <w:b/>
          <w:spacing w:val="1"/>
          <w:sz w:val="28"/>
          <w:szCs w:val="28"/>
        </w:rPr>
        <w:t xml:space="preserve"> </w:t>
      </w:r>
      <w:r w:rsidRPr="00C678CA">
        <w:rPr>
          <w:rFonts w:ascii="Times New Roman" w:hAnsi="Times New Roman" w:cs="Times New Roman"/>
          <w:b/>
          <w:sz w:val="28"/>
          <w:szCs w:val="28"/>
        </w:rPr>
        <w:t>TRƯỜNG</w:t>
      </w:r>
      <w:r>
        <w:rPr>
          <w:rStyle w:val="14"/>
        </w:rPr>
        <w:t xml:space="preserve"> </w:t>
      </w:r>
      <w:r w:rsidRPr="00C678CA">
        <w:rPr>
          <w:rStyle w:val="14"/>
          <w:b/>
          <w:bCs/>
        </w:rPr>
        <w:t>(12 TIẾT)</w:t>
      </w:r>
    </w:p>
    <w:p w14:paraId="1AAA399F" w14:textId="77777777" w:rsidR="00591C17" w:rsidRPr="00C678CA" w:rsidRDefault="00591C17" w:rsidP="00591C17">
      <w:pPr>
        <w:spacing w:after="120"/>
        <w:jc w:val="center"/>
        <w:rPr>
          <w:b/>
          <w:bCs/>
        </w:rPr>
      </w:pPr>
      <w:r w:rsidRPr="00C678CA">
        <w:rPr>
          <w:rStyle w:val="14"/>
          <w:b/>
          <w:bCs/>
        </w:rPr>
        <w:t>TUẤN 23</w:t>
      </w:r>
      <w:r>
        <w:rPr>
          <w:rStyle w:val="14"/>
          <w:b/>
          <w:bCs/>
        </w:rPr>
        <w:t>, 24</w:t>
      </w:r>
      <w:r w:rsidRPr="00C678CA">
        <w:rPr>
          <w:rStyle w:val="14"/>
          <w:b/>
          <w:bCs/>
        </w:rPr>
        <w:t>:</w:t>
      </w:r>
    </w:p>
    <w:p w14:paraId="0F713BA4" w14:textId="39CB123F" w:rsidR="00591C17" w:rsidRDefault="00591C17" w:rsidP="00591C17">
      <w:pPr>
        <w:tabs>
          <w:tab w:val="left" w:pos="1220"/>
        </w:tabs>
        <w:spacing w:after="120"/>
        <w:jc w:val="center"/>
        <w:rPr>
          <w:rFonts w:ascii="Times New Roman" w:hAnsi="Times New Roman" w:cs="Times New Roman"/>
          <w:b/>
          <w:bCs/>
          <w:sz w:val="28"/>
          <w:szCs w:val="28"/>
        </w:rPr>
      </w:pPr>
      <w:r w:rsidRPr="00C678CA">
        <w:rPr>
          <w:rStyle w:val="14"/>
          <w:b/>
          <w:bCs/>
        </w:rPr>
        <w:t xml:space="preserve">SHL - </w:t>
      </w:r>
      <w:r w:rsidRPr="00C678CA">
        <w:rPr>
          <w:rFonts w:ascii="Times New Roman" w:hAnsi="Times New Roman" w:cs="Times New Roman"/>
          <w:b/>
          <w:bCs/>
          <w:sz w:val="28"/>
          <w:szCs w:val="28"/>
        </w:rPr>
        <w:t>ĐỀ</w:t>
      </w:r>
      <w:r w:rsidRPr="00C678CA">
        <w:rPr>
          <w:rFonts w:ascii="Times New Roman" w:hAnsi="Times New Roman" w:cs="Times New Roman"/>
          <w:b/>
          <w:bCs/>
          <w:spacing w:val="1"/>
          <w:sz w:val="28"/>
          <w:szCs w:val="28"/>
        </w:rPr>
        <w:t xml:space="preserve"> </w:t>
      </w:r>
      <w:r w:rsidRPr="00C678CA">
        <w:rPr>
          <w:rFonts w:ascii="Times New Roman" w:hAnsi="Times New Roman" w:cs="Times New Roman"/>
          <w:b/>
          <w:bCs/>
          <w:sz w:val="28"/>
          <w:szCs w:val="28"/>
        </w:rPr>
        <w:t>XUẤT</w:t>
      </w:r>
      <w:r w:rsidRPr="00C678CA">
        <w:rPr>
          <w:rFonts w:ascii="Times New Roman" w:hAnsi="Times New Roman" w:cs="Times New Roman"/>
          <w:b/>
          <w:bCs/>
          <w:spacing w:val="1"/>
          <w:sz w:val="28"/>
          <w:szCs w:val="28"/>
        </w:rPr>
        <w:t xml:space="preserve"> </w:t>
      </w:r>
      <w:r w:rsidRPr="00C678CA">
        <w:rPr>
          <w:rFonts w:ascii="Times New Roman" w:hAnsi="Times New Roman" w:cs="Times New Roman"/>
          <w:b/>
          <w:bCs/>
          <w:sz w:val="28"/>
          <w:szCs w:val="28"/>
        </w:rPr>
        <w:t>SÁNG KIẾN BẢO TỒN CẢNH QUAN</w:t>
      </w:r>
      <w:r w:rsidRPr="00C678CA">
        <w:rPr>
          <w:rFonts w:ascii="Times New Roman" w:hAnsi="Times New Roman" w:cs="Times New Roman"/>
          <w:b/>
          <w:bCs/>
          <w:spacing w:val="-3"/>
          <w:sz w:val="28"/>
          <w:szCs w:val="28"/>
        </w:rPr>
        <w:t xml:space="preserve"> </w:t>
      </w:r>
      <w:r w:rsidRPr="00C678CA">
        <w:rPr>
          <w:rFonts w:ascii="Times New Roman" w:hAnsi="Times New Roman" w:cs="Times New Roman"/>
          <w:b/>
          <w:bCs/>
          <w:sz w:val="28"/>
          <w:szCs w:val="28"/>
        </w:rPr>
        <w:t>THIÊN NHIÊN.</w:t>
      </w:r>
    </w:p>
    <w:p w14:paraId="0609C2DF" w14:textId="77777777" w:rsidR="00591C17" w:rsidRPr="003F3F5D" w:rsidRDefault="00591C17" w:rsidP="00591C17">
      <w:pPr>
        <w:tabs>
          <w:tab w:val="left" w:pos="1220"/>
        </w:tabs>
        <w:spacing w:after="120"/>
        <w:jc w:val="center"/>
        <w:rPr>
          <w:rStyle w:val="14"/>
          <w:rFonts w:asciiTheme="minorHAnsi" w:hAnsiTheme="minorHAnsi"/>
          <w:b/>
          <w:bCs/>
          <w:sz w:val="22"/>
        </w:rPr>
      </w:pPr>
      <w:r>
        <w:rPr>
          <w:rFonts w:ascii="Times New Roman" w:hAnsi="Times New Roman" w:cs="Times New Roman"/>
          <w:b/>
          <w:bCs/>
          <w:sz w:val="28"/>
          <w:szCs w:val="28"/>
        </w:rPr>
        <w:t>( 2 TIẾT )</w:t>
      </w:r>
    </w:p>
    <w:p w14:paraId="3F8592A5"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sz w:val="28"/>
          <w:szCs w:val="28"/>
        </w:rPr>
      </w:pPr>
      <w:r w:rsidRPr="00133CD7">
        <w:rPr>
          <w:rFonts w:ascii="Times New Roman" w:eastAsia="Times New Roman" w:hAnsi="Times New Roman" w:cs="Times New Roman"/>
          <w:b/>
          <w:sz w:val="28"/>
          <w:szCs w:val="28"/>
        </w:rPr>
        <w:t>I. Mục tiêu</w:t>
      </w:r>
    </w:p>
    <w:p w14:paraId="02578F2C" w14:textId="3E87C3F1"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
          <w:bCs/>
          <w:sz w:val="28"/>
          <w:szCs w:val="28"/>
        </w:rPr>
        <w:t>Về kiến thức</w:t>
      </w:r>
    </w:p>
    <w:p w14:paraId="741C4C8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Sau khi tham gia hoạt động này, HS có khả năng:</w:t>
      </w:r>
    </w:p>
    <w:p w14:paraId="7CB16E3A"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Nhận xét, đánh giá được các hành vi, việc làm của tổ chức, cá nhân trong việc bảo tồn cảnh quan thiên nhiên;</w:t>
      </w:r>
    </w:p>
    <w:p w14:paraId="3DDE900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xây dựng và thực hiện được kế hoạch tuyên truyền, kêu gọi mọi người chung tay bảo vệ cảnh quan thiên nhiên.</w:t>
      </w:r>
    </w:p>
    <w:p w14:paraId="1E48E245" w14:textId="7974D235"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
          <w:bCs/>
          <w:sz w:val="28"/>
          <w:szCs w:val="28"/>
        </w:rPr>
        <w:t>Năng lực</w:t>
      </w:r>
    </w:p>
    <w:p w14:paraId="6D1D3699"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i/>
          <w:iCs/>
          <w:sz w:val="28"/>
          <w:szCs w:val="28"/>
        </w:rPr>
        <w:t>- Năng lực chung:</w:t>
      </w:r>
    </w:p>
    <w:p w14:paraId="14C47B01"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50AF8CB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79B6EB0D"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i/>
          <w:iCs/>
          <w:sz w:val="28"/>
          <w:szCs w:val="28"/>
        </w:rPr>
        <w:t>- Năng lực riêng:</w:t>
      </w:r>
    </w:p>
    <w:p w14:paraId="79643AFE"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Chỉ ra được những đặc điểm tính cách và biết cách phát huy điểm mạnh, yếu của bản thân.</w:t>
      </w:r>
    </w:p>
    <w:p w14:paraId="15382A6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Nhận diện được khả năng điều chỉnh tư duy theo hướng tích cực cho bản thân.</w:t>
      </w:r>
    </w:p>
    <w:p w14:paraId="26C0265C" w14:textId="041A3B39"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3.</w:t>
      </w:r>
      <w:r w:rsidR="00E03A18">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
          <w:bCs/>
          <w:sz w:val="28"/>
          <w:szCs w:val="28"/>
        </w:rPr>
        <w:t>Phẩm chất</w:t>
      </w:r>
    </w:p>
    <w:p w14:paraId="348C68F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Chăm chỉ, trung thực, trách nhiệm.</w:t>
      </w:r>
    </w:p>
    <w:p w14:paraId="09A2D75F"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II. THIẾT BỊ DẠY HỌC VÀ HỌC LIỆU</w:t>
      </w:r>
    </w:p>
    <w:p w14:paraId="472D079E"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1. Đối với giáo viên</w:t>
      </w:r>
    </w:p>
    <w:p w14:paraId="258A0367"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SGK, SGV, Giáo án.</w:t>
      </w:r>
    </w:p>
    <w:p w14:paraId="3AB15970"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Video, bài hát hoặc trò chơi đơn giản phù hợp với nội dung chủ đề để tổ chức hoạt động khởi động</w:t>
      </w:r>
    </w:p>
    <w:p w14:paraId="40C1016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Máy tính, máy chiếu.</w:t>
      </w:r>
    </w:p>
    <w:p w14:paraId="476036A5"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Mẫu kế hoạch tuyên truyền ( sử dụng cho hoạt động 4).</w:t>
      </w:r>
    </w:p>
    <w:p w14:paraId="511D2A70"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2. Đối với học sinh</w:t>
      </w:r>
    </w:p>
    <w:p w14:paraId="66F1E400"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SGK, SBT.</w:t>
      </w:r>
    </w:p>
    <w:p w14:paraId="68C4C19E"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Giấy A4, bút (sử dụng cho các hoạt động ở phần Rèn luyện).</w:t>
      </w:r>
    </w:p>
    <w:p w14:paraId="5F44C0A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Bút dạ, giấy khổ A1, A2 (sử dụng cho các hoạt động thảo luận nhóm).</w:t>
      </w:r>
    </w:p>
    <w:p w14:paraId="6B9EF8D1"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Nhớ lại những hành vi, việc làm bảo tồn cảnh quan thiên nhiên và quy định bảo tồn cảnh quan thiên nhiên của cộng đồng ( sử dụng cho hoạt động 1)</w:t>
      </w:r>
    </w:p>
    <w:p w14:paraId="4CBC4E54"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Suy ngẫm về cách thiết kế hoạt động truyên truyền cho lôi cuốn và hấp dẫn.</w:t>
      </w:r>
    </w:p>
    <w:p w14:paraId="6F15D5A3"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III. TIẾN TRÌNH DẠY HỌC</w:t>
      </w:r>
    </w:p>
    <w:p w14:paraId="33B1C859" w14:textId="77777777" w:rsidR="00591C17" w:rsidRPr="00133CD7" w:rsidRDefault="00591C17" w:rsidP="00591C17">
      <w:pPr>
        <w:shd w:val="clear" w:color="auto" w:fill="FFFFFF"/>
        <w:spacing w:after="0" w:line="240" w:lineRule="auto"/>
        <w:jc w:val="center"/>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HOẠT ĐỘNG KHỞI ĐỘNG</w:t>
      </w:r>
    </w:p>
    <w:p w14:paraId="465FDB2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1. Mục tiêu: </w:t>
      </w:r>
      <w:r w:rsidRPr="00133CD7">
        <w:rPr>
          <w:rFonts w:ascii="Times New Roman" w:eastAsia="Times New Roman" w:hAnsi="Times New Roman" w:cs="Times New Roman"/>
          <w:sz w:val="28"/>
          <w:szCs w:val="28"/>
        </w:rPr>
        <w:t>Tạo tâm thế thoải mái, hứng thú, từng bước bước vào nội dung hoạt động.</w:t>
      </w:r>
    </w:p>
    <w:p w14:paraId="6667DC7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2. Nội dung: </w:t>
      </w:r>
      <w:r w:rsidRPr="00133CD7">
        <w:rPr>
          <w:rFonts w:ascii="Times New Roman" w:eastAsia="Times New Roman" w:hAnsi="Times New Roman" w:cs="Times New Roman"/>
          <w:sz w:val="28"/>
          <w:szCs w:val="28"/>
        </w:rPr>
        <w:t>GV trình bày vấn đề, HS trả lời câu hỏi.</w:t>
      </w:r>
    </w:p>
    <w:p w14:paraId="39824F0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3. Sản phẩm học tập: </w:t>
      </w:r>
      <w:r w:rsidRPr="00133CD7">
        <w:rPr>
          <w:rFonts w:ascii="Times New Roman" w:eastAsia="Times New Roman" w:hAnsi="Times New Roman" w:cs="Times New Roman"/>
          <w:sz w:val="28"/>
          <w:szCs w:val="28"/>
        </w:rPr>
        <w:t>HS lắng nghe và bày tỏ quan điểm cá nhân.</w:t>
      </w:r>
    </w:p>
    <w:p w14:paraId="571F5C9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4. Tổ chức thực hiện:</w:t>
      </w:r>
    </w:p>
    <w:p w14:paraId="692F2561"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lastRenderedPageBreak/>
        <w:t>- GV cho HS xem một số video clip thể hiện ý thức bảo tồn cảnh quan thiên nhiên.</w:t>
      </w:r>
    </w:p>
    <w:p w14:paraId="50B9D9FF"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HS tiếp nhận, thực hiện nhiệm vụ.</w:t>
      </w:r>
    </w:p>
    <w:p w14:paraId="04ECEABA"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dẫn dắt vào hoạt động: </w:t>
      </w:r>
      <w:r w:rsidRPr="00133CD7">
        <w:rPr>
          <w:rFonts w:ascii="Times New Roman" w:eastAsia="Times New Roman" w:hAnsi="Times New Roman" w:cs="Times New Roman"/>
          <w:i/>
          <w:iCs/>
          <w:sz w:val="28"/>
          <w:szCs w:val="28"/>
        </w:rPr>
        <w:t>Trong cuộc sống hiện tại có nhiều người vì lợi ích cá nhân  đã chặt cây phá rừng, săn bắt động vật hoang dã và có những hành động như xả rác bừa bãi xuống sông, hồ  những nơi công cộng. Vậy n</w:t>
      </w:r>
      <w:r w:rsidRPr="00133CD7">
        <w:rPr>
          <w:rFonts w:ascii="Times New Roman" w:eastAsia="Times New Roman" w:hAnsi="Times New Roman" w:cs="Times New Roman"/>
          <w:i/>
          <w:sz w:val="28"/>
          <w:szCs w:val="28"/>
        </w:rPr>
        <w:t>hững hành động trên có phải là cách để bảo tồn cảnh quan thiên nhiên không</w:t>
      </w:r>
      <w:r w:rsidRPr="00133CD7">
        <w:rPr>
          <w:rFonts w:ascii="Times New Roman" w:eastAsia="Times New Roman" w:hAnsi="Times New Roman" w:cs="Times New Roman"/>
          <w:sz w:val="28"/>
          <w:szCs w:val="28"/>
        </w:rPr>
        <w:t xml:space="preserve">? </w:t>
      </w:r>
      <w:r w:rsidRPr="00133CD7">
        <w:rPr>
          <w:rFonts w:ascii="Times New Roman" w:eastAsia="Times New Roman" w:hAnsi="Times New Roman" w:cs="Times New Roman"/>
          <w:b/>
          <w:bCs/>
          <w:i/>
          <w:iCs/>
          <w:sz w:val="28"/>
          <w:szCs w:val="28"/>
        </w:rPr>
        <w:t xml:space="preserve"> </w:t>
      </w:r>
    </w:p>
    <w:p w14:paraId="5886C00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Hoạt động 1: Tìm hiểu về hành vi, việc làm bảo tồn cảnh quan thiên nhiên của tổ chức, cá nhân</w:t>
      </w:r>
    </w:p>
    <w:p w14:paraId="4480F52D"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1. Mục tiêu: </w:t>
      </w:r>
    </w:p>
    <w:p w14:paraId="224AA12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xml:space="preserve">     HS nhận thức và trình bày được những hành vi, việc làm phù hợp trong việc bảo tồn cảnh quan thiên nhiên ở địa phương</w:t>
      </w:r>
    </w:p>
    <w:p w14:paraId="24144A67"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Nội dung: </w:t>
      </w:r>
    </w:p>
    <w:p w14:paraId="39771BF9"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GV trình bày vấn đề; HS lắng nghe, đọc SGK, thảo luận và trả lời câu hỏi.</w:t>
      </w:r>
    </w:p>
    <w:p w14:paraId="2978EF08"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3. Sản phẩm học tập: </w:t>
      </w:r>
    </w:p>
    <w:p w14:paraId="1F76DC00"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làm việc cá nhân, làm việc theo nhóm và trả lời câu hỏi.</w:t>
      </w:r>
    </w:p>
    <w:p w14:paraId="2DE2BA87"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4. Tổ chức hoạt động:</w:t>
      </w:r>
    </w:p>
    <w:p w14:paraId="5D6B217F"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1: GV chuyển giao nhiệm vụ học tập</w:t>
      </w:r>
    </w:p>
    <w:p w14:paraId="71F0DD06"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yêu cầu HS: </w:t>
      </w:r>
      <w:r w:rsidRPr="00133CD7">
        <w:rPr>
          <w:rFonts w:ascii="Times New Roman" w:eastAsia="Times New Roman" w:hAnsi="Times New Roman" w:cs="Times New Roman"/>
          <w:i/>
          <w:iCs/>
          <w:sz w:val="28"/>
          <w:szCs w:val="28"/>
        </w:rPr>
        <w:t>Chia sẻ về những hành vi, việc làm của các cá nhân, tổ chức trong việc bảo tồn cảnh quan thiên nhiên ở địa phương mà em biết?</w:t>
      </w:r>
    </w:p>
    <w:p w14:paraId="405C31DB"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gợi ý cho HS: Không vứt rác xuống sông, hồ và nơi công cộng.</w:t>
      </w:r>
    </w:p>
    <w:p w14:paraId="2BF17002"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Thu gom rác trên bãi biển</w:t>
      </w:r>
    </w:p>
    <w:p w14:paraId="6862C135"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Thả cá và bao nilon đựng cá xuống sông, hồ vào ngày 23 tháng Chạp.</w:t>
      </w:r>
    </w:p>
    <w:p w14:paraId="2F9B0F35"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Tham gia trồng cây, gây rừng và chăm sóc cây.</w:t>
      </w:r>
    </w:p>
    <w:p w14:paraId="6AA32EE1"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Thu gom rác làm sạch môi trường ở những nơi công cộng.</w:t>
      </w:r>
    </w:p>
    <w:p w14:paraId="114A6AA6"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Chăm sóc những động vật nơi hoang dã bị săn bắt trước khi bị thả về rừng.</w:t>
      </w:r>
    </w:p>
    <w:p w14:paraId="6EEA0DE9"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Sử dụng hợp lí nguồn tài nguyên thiên nhiên.</w:t>
      </w:r>
    </w:p>
    <w:p w14:paraId="242498E9"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yêu cầu HS: </w:t>
      </w:r>
      <w:r w:rsidRPr="00133CD7">
        <w:rPr>
          <w:rFonts w:ascii="Times New Roman" w:eastAsia="Times New Roman" w:hAnsi="Times New Roman" w:cs="Times New Roman"/>
          <w:i/>
          <w:iCs/>
          <w:sz w:val="28"/>
          <w:szCs w:val="28"/>
        </w:rPr>
        <w:t>Em đã bao giờ tham gia hoạt động bảo tồn cảnh quan thiên nhiên chưa?</w:t>
      </w:r>
    </w:p>
    <w:p w14:paraId="2B0AE076" w14:textId="77777777" w:rsidR="00E03A18" w:rsidRPr="00133CD7" w:rsidRDefault="00E03A18" w:rsidP="00E03A18">
      <w:pPr>
        <w:pStyle w:val="NormalWeb"/>
        <w:shd w:val="clear" w:color="auto" w:fill="FFFFFF"/>
        <w:spacing w:before="0" w:beforeAutospacing="0" w:after="0" w:afterAutospacing="0"/>
        <w:rPr>
          <w:sz w:val="28"/>
          <w:szCs w:val="28"/>
        </w:rPr>
      </w:pPr>
      <w:r w:rsidRPr="00133CD7">
        <w:rPr>
          <w:i/>
          <w:iCs/>
          <w:sz w:val="28"/>
          <w:szCs w:val="28"/>
        </w:rPr>
        <w:t>- </w:t>
      </w:r>
      <w:r w:rsidRPr="00133CD7">
        <w:rPr>
          <w:sz w:val="28"/>
          <w:szCs w:val="28"/>
        </w:rPr>
        <w:t>GV chia HS thành các nhóm, yêu cầu HS thảo luận và trả lời câu hỏi:  xác định danh sách những hành vi, việc làm mà cá nhân, tổ chức cần thực hiện trong việc bảo tồn cảnh quan thiên nhiên ở địa phương?</w:t>
      </w:r>
    </w:p>
    <w:p w14:paraId="5B51E316"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HS: Không sử dụng các đồ dùng có nguồn gốc từ động vật quý hiếm.</w:t>
      </w:r>
    </w:p>
    <w:p w14:paraId="6F81A31F"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Không vứt rác xuống sông, hồ và nơi công cộng.</w:t>
      </w:r>
    </w:p>
    <w:p w14:paraId="5B5BDE30"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Tham gia trồng cây, gây rừng và chăm sóc cây.</w:t>
      </w:r>
    </w:p>
    <w:p w14:paraId="6E67B013"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Thu gom rác, làm sạch môi trường ở những nơi công cộng.</w:t>
      </w:r>
    </w:p>
    <w:p w14:paraId="1ADAC489"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Tuyên truyền mọi người không xả rác bừa bãi ở những nơi công cộng.</w:t>
      </w:r>
    </w:p>
    <w:p w14:paraId="55B28A85" w14:textId="77777777" w:rsidR="00E03A18" w:rsidRPr="00133CD7"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Sử dụng hợp lí các tài nguyên thiên nhiên như: đất, nước, động vật, thực vật,...</w:t>
      </w:r>
    </w:p>
    <w:p w14:paraId="3D78E67C"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p>
    <w:p w14:paraId="622EF88A" w14:textId="77777777" w:rsidR="00E03A18" w:rsidRPr="00133CD7" w:rsidRDefault="00E03A18" w:rsidP="00E03A18">
      <w:pPr>
        <w:pStyle w:val="NormalWeb"/>
        <w:shd w:val="clear" w:color="auto" w:fill="FFFFFF"/>
        <w:spacing w:before="0" w:beforeAutospacing="0" w:after="0" w:afterAutospacing="0"/>
        <w:rPr>
          <w:sz w:val="28"/>
          <w:szCs w:val="28"/>
        </w:rPr>
      </w:pPr>
      <w:r w:rsidRPr="00133CD7">
        <w:rPr>
          <w:sz w:val="28"/>
          <w:szCs w:val="28"/>
        </w:rPr>
        <w:t>- GV yêu cầu HS. Chia sẻ những việc mà em và các bạn có thể làm để bảo tồn cảnh quan thiên nhiên.</w:t>
      </w:r>
    </w:p>
    <w:p w14:paraId="3F01A9A3"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2: HS thực hiện nhiệm vụ học tập</w:t>
      </w:r>
    </w:p>
    <w:p w14:paraId="3DD5B472"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HS đọc SGK, thảo luận và trả lời câu hỏi.</w:t>
      </w:r>
    </w:p>
    <w:p w14:paraId="4A785846"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theo dõi, hỗ trợ HS nếu cần thiết.</w:t>
      </w:r>
    </w:p>
    <w:p w14:paraId="05DF4DA0"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3: Báo cáo kết quả hoạt động và thảo luận</w:t>
      </w:r>
    </w:p>
    <w:p w14:paraId="62B19E95"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lastRenderedPageBreak/>
        <w:t>- GV mời đại diện HS, các nhóm trả lời.</w:t>
      </w:r>
    </w:p>
    <w:p w14:paraId="531DA174"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mời HS khác nhận xét, bổ sung.</w:t>
      </w:r>
    </w:p>
    <w:p w14:paraId="32C7CB7D"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4: Đánh giá kết quả, thực hiện nhiệm vụ học tập</w:t>
      </w:r>
    </w:p>
    <w:p w14:paraId="461A5296" w14:textId="77777777" w:rsidR="00E03A18" w:rsidRDefault="00E03A18" w:rsidP="00E03A18">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GV đánh giá, nhận xét, chuẩn kiến thức, chuyển sang nội dung mới.</w:t>
      </w:r>
    </w:p>
    <w:p w14:paraId="0DFE4167" w14:textId="786B43F0" w:rsidR="00591C17" w:rsidRPr="00133CD7" w:rsidRDefault="00591C17" w:rsidP="00E03A18">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Hoạt động 2: Tìm hiểu về hoạt động tuyên truyền bảo vệ cảnh quan thiên nhiên</w:t>
      </w:r>
    </w:p>
    <w:p w14:paraId="6E1FC284"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1. Mục tiêu: </w:t>
      </w:r>
    </w:p>
    <w:p w14:paraId="53762156"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phân tích được các thành tố trong hoạt động tuyên truyền( nội dung tuyên truyền, hình thức tuyên truyền, đối tượng tuyên truyền)</w:t>
      </w:r>
    </w:p>
    <w:p w14:paraId="75E9C2E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Nội dung: </w:t>
      </w:r>
    </w:p>
    <w:p w14:paraId="23E7BA0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GV trình bày vấn đề; HS lắng nghe, đọc SGK, thảo luận và trả lời câu hỏi.</w:t>
      </w:r>
    </w:p>
    <w:p w14:paraId="0BD8F777"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3. Sản phẩm học tập: </w:t>
      </w:r>
    </w:p>
    <w:p w14:paraId="1D9A3DF0"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làm việc cá nhân, làm việc theo nhóm và trả lời câu hỏi.</w:t>
      </w:r>
    </w:p>
    <w:p w14:paraId="4146F262"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4. Tổ chức hoạt động:</w:t>
      </w:r>
    </w:p>
    <w:p w14:paraId="3C0A111B"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1: GV chuyển giao nhiệm vụ học tập</w:t>
      </w:r>
    </w:p>
    <w:p w14:paraId="693F0C0D"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w:t>
      </w:r>
      <w:r w:rsidRPr="00133CD7">
        <w:rPr>
          <w:rFonts w:ascii="Times New Roman" w:eastAsia="Times New Roman" w:hAnsi="Times New Roman" w:cs="Times New Roman"/>
          <w:sz w:val="28"/>
          <w:szCs w:val="28"/>
        </w:rPr>
        <w:t>GV hướng dẫn HS trả lời câu hỏi:</w:t>
      </w:r>
    </w:p>
    <w:p w14:paraId="32BE475C"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Em đã biết những hoạt động tuyên truyền, bảo vệ cảnh quan thiên nhiên nào?</w:t>
      </w:r>
    </w:p>
    <w:p w14:paraId="48C458D5"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Em đã từng tham gia những hoạt động tuyên truyền để bảo vệ cảnh quan thiên nhiên chưa? Nếu có, em đã tuyên truyền cho đối tượng nào?</w:t>
      </w:r>
    </w:p>
    <w:p w14:paraId="2F90B700"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Em đã sử dụng hình thức tuyên truyền nào để bảo vệ cảnh quan thiên nhiên. </w:t>
      </w:r>
    </w:p>
    <w:p w14:paraId="5DC949C0"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HS:</w:t>
      </w:r>
    </w:p>
    <w:p w14:paraId="0E1F20EC"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hoạt động tuyên truyền, bảo vệ cảnh quan thiên nhiên mà em biết: </w:t>
      </w:r>
    </w:p>
    <w:p w14:paraId="5B3EACDD"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Ngăn chặn việc săn bắn các động vật hoang dã.</w:t>
      </w:r>
    </w:p>
    <w:p w14:paraId="0E7A7DCB"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Bảo vệ các loài động vật, thực vật sống trong các khu rừng. </w:t>
      </w:r>
    </w:p>
    <w:p w14:paraId="0C38909E"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Xử lí nước thải. </w:t>
      </w:r>
    </w:p>
    <w:p w14:paraId="7110B5E4"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hoạt động tuyên truyền để bảo vệ cảnh quan thiên nhiên: không chặt phá rừng bừa bãi, không vứt rác bừa bãi ở nơi công cộng.  Em đã tuyên truyền cho đối tượng thanh, thiếu niên. </w:t>
      </w:r>
    </w:p>
    <w:p w14:paraId="291EEA62"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Hình thức tuyên truyền nào để bảo vệ cảnh quan thiên nhiên: pano áp phích, thuyết trình. </w:t>
      </w:r>
    </w:p>
    <w:p w14:paraId="22128380"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chia HS thành các nhóm, yêu cầu HS thảo luận và trả lời câu hỏi: </w:t>
      </w:r>
      <w:r w:rsidRPr="00133CD7">
        <w:rPr>
          <w:rFonts w:ascii="Times New Roman" w:hAnsi="Times New Roman" w:cs="Times New Roman"/>
          <w:sz w:val="28"/>
          <w:szCs w:val="28"/>
          <w:shd w:val="clear" w:color="auto" w:fill="FFFFFF"/>
        </w:rPr>
        <w:t>Xác định đối tượng, nội dung, hình thức của hoạt động tuyên truyền nhằm bảo vệ cảnh quan thiên nhiên ở địa phương?</w:t>
      </w:r>
    </w:p>
    <w:p w14:paraId="3B4B8D6F"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xml:space="preserve">- GV hướng dẫn HS: </w:t>
      </w:r>
    </w:p>
    <w:p w14:paraId="5C7D9D2F"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Đối tượng tuyên truyền: học sinh, khách du lịch.</w:t>
      </w:r>
    </w:p>
    <w:p w14:paraId="5A040750"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Nội dung tuyên truyền: giá trị cảnh quan thiên nhiên; những hành vi, việc làm phù hợp để bảo vệ cảnh quan thiên nhiên,....</w:t>
      </w:r>
    </w:p>
    <w:p w14:paraId="67996FD6"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Hình thức tuyên truyền: phát tờ rơi, biểu diễn văn nghệ, thuyết trình,..</w:t>
      </w:r>
    </w:p>
    <w:p w14:paraId="0464548A"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2: HS thực hiện nhiệm vụ học tập</w:t>
      </w:r>
    </w:p>
    <w:p w14:paraId="180BE5E9"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HS đọc SGK, thảo luận và trả lời câu hỏi.</w:t>
      </w:r>
    </w:p>
    <w:p w14:paraId="1B7FE2D4"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theo dõi, hỗ trợ HS nếu cần thiết.</w:t>
      </w:r>
    </w:p>
    <w:p w14:paraId="142DA7ED"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3: Báo cáo kết quả hoạt động và thảo luận</w:t>
      </w:r>
    </w:p>
    <w:p w14:paraId="368FD875"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mời đại diện HS, các nhóm trả lời.</w:t>
      </w:r>
    </w:p>
    <w:p w14:paraId="476FE488"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mời HS khác nhận xét, bổ sung.</w:t>
      </w:r>
    </w:p>
    <w:p w14:paraId="2A9F220E" w14:textId="77777777" w:rsidR="00E03A18" w:rsidRPr="00133CD7" w:rsidRDefault="00E03A18" w:rsidP="00E03A18">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4: Đánh giá kết quả, thực hiện nhiệm vụ học tập</w:t>
      </w:r>
    </w:p>
    <w:p w14:paraId="2FF162BA" w14:textId="77777777" w:rsidR="00E03A18" w:rsidRPr="00E03A18" w:rsidRDefault="00E03A18" w:rsidP="00E03A18">
      <w:pPr>
        <w:pStyle w:val="Heading3"/>
        <w:shd w:val="clear" w:color="auto" w:fill="FFFFFF"/>
        <w:spacing w:before="0"/>
        <w:rPr>
          <w:rFonts w:ascii="Times New Roman" w:eastAsia="Times New Roman" w:hAnsi="Times New Roman" w:cs="Times New Roman"/>
          <w:color w:val="auto"/>
          <w:sz w:val="28"/>
          <w:szCs w:val="28"/>
        </w:rPr>
      </w:pPr>
      <w:r w:rsidRPr="00E03A18">
        <w:rPr>
          <w:rFonts w:ascii="Times New Roman" w:eastAsia="Times New Roman" w:hAnsi="Times New Roman" w:cs="Times New Roman"/>
          <w:color w:val="auto"/>
          <w:sz w:val="28"/>
          <w:szCs w:val="28"/>
        </w:rPr>
        <w:lastRenderedPageBreak/>
        <w:t>GV đánh giá, nhận xét, chuẩn kiến thức, chuyển sang nội dung mới.</w:t>
      </w:r>
    </w:p>
    <w:p w14:paraId="0E41B5E6" w14:textId="7503DAE4" w:rsidR="00591C17" w:rsidRPr="00E03A18" w:rsidRDefault="00591C17" w:rsidP="00E03A18">
      <w:pPr>
        <w:pStyle w:val="Heading3"/>
        <w:shd w:val="clear" w:color="auto" w:fill="FFFFFF"/>
        <w:spacing w:before="0"/>
        <w:rPr>
          <w:rFonts w:ascii="Times New Roman" w:hAnsi="Times New Roman" w:cs="Times New Roman"/>
          <w:b w:val="0"/>
          <w:bCs w:val="0"/>
          <w:color w:val="auto"/>
          <w:sz w:val="28"/>
          <w:szCs w:val="28"/>
        </w:rPr>
      </w:pPr>
      <w:r w:rsidRPr="00E03A18">
        <w:rPr>
          <w:rFonts w:ascii="Times New Roman" w:hAnsi="Times New Roman" w:cs="Times New Roman"/>
          <w:bCs w:val="0"/>
          <w:color w:val="auto"/>
          <w:sz w:val="28"/>
          <w:szCs w:val="28"/>
        </w:rPr>
        <w:t>Hoạt động 3</w:t>
      </w:r>
      <w:r w:rsidRPr="00E03A18">
        <w:rPr>
          <w:rFonts w:ascii="Times New Roman" w:hAnsi="Times New Roman" w:cs="Times New Roman"/>
          <w:b w:val="0"/>
          <w:bCs w:val="0"/>
          <w:color w:val="auto"/>
          <w:sz w:val="28"/>
          <w:szCs w:val="28"/>
        </w:rPr>
        <w:t>: </w:t>
      </w:r>
      <w:r w:rsidRPr="00E03A18">
        <w:rPr>
          <w:rFonts w:ascii="Times New Roman" w:hAnsi="Times New Roman" w:cs="Times New Roman"/>
          <w:color w:val="auto"/>
          <w:sz w:val="28"/>
          <w:szCs w:val="28"/>
        </w:rPr>
        <w:t>Nhận xét, đánh giá hành vi, việc làm của tổ chức, cá nhân trong việc bảo tồn cảnh quan thiên nhiên ở địa phương</w:t>
      </w:r>
    </w:p>
    <w:p w14:paraId="09EBE631"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sz w:val="28"/>
          <w:szCs w:val="28"/>
        </w:rPr>
        <w:t xml:space="preserve">1. </w:t>
      </w:r>
      <w:r w:rsidRPr="00133CD7">
        <w:rPr>
          <w:rFonts w:ascii="Times New Roman" w:eastAsia="Times New Roman" w:hAnsi="Times New Roman" w:cs="Times New Roman"/>
          <w:b/>
          <w:bCs/>
          <w:sz w:val="28"/>
          <w:szCs w:val="28"/>
        </w:rPr>
        <w:t>Mục tiêu: </w:t>
      </w:r>
    </w:p>
    <w:p w14:paraId="39EA8AA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Cs/>
          <w:sz w:val="28"/>
          <w:szCs w:val="28"/>
        </w:rPr>
        <w:t>HS nhận xét, đánh giá hành vi, việc làm của các tổ chức cá nhân trong việc bảo tồn cảnh quan thiên nhiên ở địa phương</w:t>
      </w:r>
      <w:r w:rsidRPr="00133CD7">
        <w:rPr>
          <w:rFonts w:ascii="Times New Roman" w:eastAsia="Times New Roman" w:hAnsi="Times New Roman" w:cs="Times New Roman"/>
          <w:b/>
          <w:bCs/>
          <w:sz w:val="28"/>
          <w:szCs w:val="28"/>
        </w:rPr>
        <w:t>.</w:t>
      </w:r>
    </w:p>
    <w:p w14:paraId="75D683AE"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Nội dung: </w:t>
      </w:r>
    </w:p>
    <w:p w14:paraId="4186A7F1"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GV trình bày vấn đề; HS lắng nghe, đọc SGK, thảo luận và trả lời câu hỏi.</w:t>
      </w:r>
    </w:p>
    <w:p w14:paraId="65E59A98"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3. Sản phẩm học tập: </w:t>
      </w:r>
    </w:p>
    <w:p w14:paraId="3468B573"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làm việc cá nhân, làm việc theo nhóm và trả lời câu hỏi.</w:t>
      </w:r>
    </w:p>
    <w:p w14:paraId="3005DCC3"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4. Tổ chức hoạt động:</w:t>
      </w:r>
    </w:p>
    <w:p w14:paraId="31556122"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1: GV chuyển giao nhiệm vụ học tập</w:t>
      </w:r>
    </w:p>
    <w:p w14:paraId="337C15A4"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chia HS thành các nhóm, yêu cầu HS thảo luận và trả lời câu hỏi:</w:t>
      </w:r>
    </w:p>
    <w:p w14:paraId="3A570893"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nào mà các tổ chức, cá nhân đã thực hiện là phù hợp để bảo tồn cảnh quan thiên nhiên ở địa phương em.</w:t>
      </w:r>
    </w:p>
    <w:p w14:paraId="37F0BAA2"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nào mà các tổ chức, cá nhân đã thực hiện để bảo tồn cảnh quan thiên nhiên là chưa phù hợp? Vì sao?</w:t>
      </w:r>
    </w:p>
    <w:p w14:paraId="29349A6A"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nào cần thiết để bảo tồn cảnh quan mà chưa được thực hiện, cần được bổ sung? Vì sao?</w:t>
      </w:r>
    </w:p>
    <w:p w14:paraId="6214ABDF"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HS:</w:t>
      </w:r>
    </w:p>
    <w:p w14:paraId="4E128245"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mà các tổ chức, cá nhân đã thực hiện là phù hợp để bảo tồn cảnh quan thiên nhiên ở địa phương em:</w:t>
      </w:r>
    </w:p>
    <w:p w14:paraId="371C7F5D"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Dọn dẹp vệ sinh lớp học, khuôn viên nhà ở.</w:t>
      </w:r>
    </w:p>
    <w:p w14:paraId="5B4ED4A5"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Vứt rác đúng nơi quy định, không xả rác bừa bãi.</w:t>
      </w:r>
    </w:p>
    <w:p w14:paraId="7A40B12E"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Hạn chế sử dụng túi nilon.</w:t>
      </w:r>
    </w:p>
    <w:p w14:paraId="1EDA197D"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Tiết kiệm điện, nước trong sinh hoạt.</w:t>
      </w:r>
    </w:p>
    <w:p w14:paraId="301099EB"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Tích cực trồng cây xanh.</w:t>
      </w:r>
    </w:p>
    <w:p w14:paraId="07ED871E"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Hăng hái tham gia các phong trào bảo vệ môi trường.</w:t>
      </w:r>
    </w:p>
    <w:p w14:paraId="3E654CF6"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mà các tổ chức, cá nhân đã thực hiện để bảo tồn cảnh quan thiên nhiên là chưa phù hợp:</w:t>
      </w:r>
    </w:p>
    <w:p w14:paraId="4F4642A5"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Sử dụng phân hóa học vượt mức quy định.</w:t>
      </w:r>
    </w:p>
    <w:p w14:paraId="5577A681"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Khai thác thủy hải sản bằng chất nổ.</w:t>
      </w:r>
    </w:p>
    <w:p w14:paraId="6A3B98A6"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Những hành vi, việc làm cần thiết để bảo tồn cảnh quan mà chưa được thực hiện, cần được bổ sung: sử dụng công nghệ tiên tiến và đầu tư thêm kinh phí cho việc bảo vệ cảnh quan thiên nhiên, chấp nhận giá thành cao hơn.</w:t>
      </w:r>
    </w:p>
    <w:p w14:paraId="0B5C06D4"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2: HS thực hiện nhiệm vụ học tập</w:t>
      </w:r>
    </w:p>
    <w:p w14:paraId="647EA36B"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HS đọc SGK, thảo luận và trả lời câu hỏi.</w:t>
      </w:r>
    </w:p>
    <w:p w14:paraId="695026BF"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hướng dẫn, theo dõi, hỗ trợ HS nếu cần thiết.</w:t>
      </w:r>
    </w:p>
    <w:p w14:paraId="42EB5649"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3: Báo cáo kết quả hoạt động và thảo luận</w:t>
      </w:r>
    </w:p>
    <w:p w14:paraId="595A13BF"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mời đại diện HS, các nhóm trả lời.</w:t>
      </w:r>
    </w:p>
    <w:p w14:paraId="6FB46F6F"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mời HS khác nhận xét, bổ sung.</w:t>
      </w:r>
    </w:p>
    <w:p w14:paraId="7823E87C" w14:textId="77777777" w:rsidR="00E03A18" w:rsidRPr="00133CD7" w:rsidRDefault="00E03A18" w:rsidP="00E03A18">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Bước 4: Đánh giá kết quả, thực hiện nhiệm vụ học tập</w:t>
      </w:r>
    </w:p>
    <w:p w14:paraId="3A196ACD" w14:textId="77777777" w:rsidR="00E03A18" w:rsidRDefault="00E03A18" w:rsidP="00E03A18">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GV đánh giá, nhận xét, chuẩn kiến thức, chuyển sang nội dung mới.</w:t>
      </w:r>
    </w:p>
    <w:p w14:paraId="68E331D4" w14:textId="75C69463" w:rsidR="00E03A18" w:rsidRPr="00E03A18" w:rsidRDefault="00E03A18" w:rsidP="00E03A18">
      <w:pPr>
        <w:pStyle w:val="Heading3"/>
        <w:shd w:val="clear" w:color="auto" w:fill="FFFFFF"/>
        <w:spacing w:before="0"/>
        <w:rPr>
          <w:rFonts w:ascii="Times New Roman" w:hAnsi="Times New Roman" w:cs="Times New Roman"/>
          <w:b w:val="0"/>
          <w:bCs w:val="0"/>
          <w:color w:val="auto"/>
          <w:sz w:val="28"/>
          <w:szCs w:val="28"/>
        </w:rPr>
      </w:pPr>
      <w:r w:rsidRPr="00E03A18">
        <w:rPr>
          <w:rFonts w:ascii="Times New Roman" w:hAnsi="Times New Roman" w:cs="Times New Roman"/>
          <w:bCs w:val="0"/>
          <w:color w:val="auto"/>
          <w:sz w:val="28"/>
          <w:szCs w:val="28"/>
        </w:rPr>
        <w:lastRenderedPageBreak/>
        <w:t xml:space="preserve">Hoạt động </w:t>
      </w:r>
      <w:r>
        <w:rPr>
          <w:rFonts w:ascii="Times New Roman" w:hAnsi="Times New Roman" w:cs="Times New Roman"/>
          <w:bCs w:val="0"/>
          <w:color w:val="auto"/>
          <w:sz w:val="28"/>
          <w:szCs w:val="28"/>
        </w:rPr>
        <w:t>4</w:t>
      </w:r>
      <w:r w:rsidRPr="00E03A18">
        <w:rPr>
          <w:rFonts w:ascii="Times New Roman" w:hAnsi="Times New Roman" w:cs="Times New Roman"/>
          <w:b w:val="0"/>
          <w:bCs w:val="0"/>
          <w:color w:val="auto"/>
          <w:sz w:val="28"/>
          <w:szCs w:val="28"/>
        </w:rPr>
        <w:t>: </w:t>
      </w:r>
      <w:r>
        <w:rPr>
          <w:rFonts w:ascii="Times New Roman" w:hAnsi="Times New Roman" w:cs="Times New Roman"/>
          <w:color w:val="auto"/>
          <w:sz w:val="28"/>
          <w:szCs w:val="28"/>
        </w:rPr>
        <w:t>kết thúc sinh hoạt</w:t>
      </w:r>
    </w:p>
    <w:p w14:paraId="0C4C74CF"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1. Mục tiêu: </w:t>
      </w:r>
    </w:p>
    <w:p w14:paraId="6C29EBA9"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biết cách lập và thực hiện được kế hoạch tuyên truyền kêu gọi mọi người chung tay bảo vệ cảnh quan thiên nhiên ở địa phương.</w:t>
      </w:r>
    </w:p>
    <w:p w14:paraId="1F4290A8"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Nội dung: </w:t>
      </w:r>
    </w:p>
    <w:p w14:paraId="57B443FD"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HS sử dụng SGK, kiến thức đã học, liên hệ bản thân, GV hướng dẫn (nếu cần thiết) để trả lời câu hỏi.</w:t>
      </w:r>
    </w:p>
    <w:p w14:paraId="39A11B46"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3. Sản phẩm học tập: </w:t>
      </w:r>
    </w:p>
    <w:p w14:paraId="74A02883"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sz w:val="28"/>
          <w:szCs w:val="28"/>
        </w:rPr>
        <w:t>Câu trả lời của HS.</w:t>
      </w:r>
    </w:p>
    <w:p w14:paraId="3F3F32D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4. Tổ chức thực hiện:</w:t>
      </w:r>
    </w:p>
    <w:p w14:paraId="768EF2C4"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b/>
          <w:sz w:val="28"/>
          <w:szCs w:val="28"/>
        </w:rPr>
        <w:t>Hoạt động 4</w:t>
      </w:r>
      <w:r w:rsidRPr="00133CD7">
        <w:rPr>
          <w:rFonts w:ascii="Times New Roman" w:eastAsia="Times New Roman" w:hAnsi="Times New Roman" w:cs="Times New Roman"/>
          <w:sz w:val="28"/>
          <w:szCs w:val="28"/>
        </w:rPr>
        <w:t xml:space="preserve">: </w:t>
      </w:r>
      <w:r w:rsidRPr="00133CD7">
        <w:rPr>
          <w:rStyle w:val="Strong"/>
          <w:rFonts w:ascii="Times New Roman" w:hAnsi="Times New Roman" w:cs="Times New Roman"/>
          <w:sz w:val="28"/>
          <w:szCs w:val="28"/>
        </w:rPr>
        <w:t>Xây dựng và thực hiện kế hoạch tuyên truyền bảo vệ cảnh quan thiên nhiên ở địa phương</w:t>
      </w:r>
    </w:p>
    <w:p w14:paraId="65044907"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GV giao nhiêm vụ cho HS:</w:t>
      </w:r>
    </w:p>
    <w:p w14:paraId="70728D3F" w14:textId="77777777" w:rsidR="00591C17" w:rsidRPr="00133CD7" w:rsidRDefault="00591C17" w:rsidP="00591C17">
      <w:pPr>
        <w:pStyle w:val="NormalWeb"/>
        <w:spacing w:before="0" w:beforeAutospacing="0" w:after="0" w:afterAutospacing="0"/>
        <w:rPr>
          <w:sz w:val="28"/>
          <w:szCs w:val="28"/>
        </w:rPr>
      </w:pPr>
      <w:r w:rsidRPr="00133CD7">
        <w:rPr>
          <w:sz w:val="28"/>
          <w:szCs w:val="28"/>
        </w:rPr>
        <w:t xml:space="preserve">     + Xây dựng kế hoạch tuyên truyền bảo vệ cảnh quan thiên nhiên.</w:t>
      </w:r>
    </w:p>
    <w:p w14:paraId="75A1A5D1" w14:textId="77777777" w:rsidR="00591C17" w:rsidRPr="00133CD7" w:rsidRDefault="00591C17" w:rsidP="00591C17">
      <w:pPr>
        <w:pStyle w:val="NormalWeb"/>
        <w:spacing w:before="0" w:beforeAutospacing="0" w:after="0" w:afterAutospacing="0"/>
        <w:rPr>
          <w:sz w:val="28"/>
          <w:szCs w:val="28"/>
        </w:rPr>
      </w:pPr>
      <w:r w:rsidRPr="00133CD7">
        <w:rPr>
          <w:sz w:val="28"/>
          <w:szCs w:val="28"/>
        </w:rPr>
        <w:t xml:space="preserve">     + Thực hiện kế hoạch tuyên truyền bảo vệ cảnh quan thiên nhiên ở địa phương. </w:t>
      </w:r>
    </w:p>
    <w:p w14:paraId="55632D8C"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i/>
          <w:iCs/>
          <w:sz w:val="28"/>
          <w:szCs w:val="28"/>
        </w:rPr>
        <w:t> </w:t>
      </w:r>
      <w:r w:rsidRPr="00133CD7">
        <w:rPr>
          <w:rFonts w:ascii="Times New Roman" w:eastAsia="Times New Roman" w:hAnsi="Times New Roman" w:cs="Times New Roman"/>
          <w:sz w:val="28"/>
          <w:szCs w:val="28"/>
        </w:rPr>
        <w:t>- GV hướng dẫn HS:</w:t>
      </w:r>
    </w:p>
    <w:p w14:paraId="58D73FFB"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Câu 1. Xây dựng kế hoạch tuyên truyền bảo vệ cảnh quan thiên nhiên:</w:t>
      </w:r>
    </w:p>
    <w:p w14:paraId="54BE5E25"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Nhóm thực hiện: Ngôi sao xanh</w:t>
      </w:r>
    </w:p>
    <w:p w14:paraId="262E82BE"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Địa điểm thực hiện: Nhà văn hóa thôn Đoài. </w:t>
      </w:r>
    </w:p>
    <w:p w14:paraId="615A6992"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Thời gian thực hiện: chủ nhật tuần thứ 2 tháng 2.</w:t>
      </w:r>
    </w:p>
    <w:p w14:paraId="6490E8DE"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Mục tiêu tuyên truyền: kêu gọi mọi người chung tay bảo vệ cảnh quan thiên nhiên.</w:t>
      </w:r>
    </w:p>
    <w:p w14:paraId="26427CE5"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Đối tượng tuyên truyền: người dân thôn Đoài.</w:t>
      </w:r>
    </w:p>
    <w:p w14:paraId="5FBE1469"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Nội dung tuyên truyền: vai trò cảnh quan thiên nhiên và trách nhiệm của người dân trong biệc bảo vệ cảnh quan thiên nhiên.</w:t>
      </w:r>
    </w:p>
    <w:p w14:paraId="1A21FB54" w14:textId="77777777" w:rsidR="00591C17" w:rsidRPr="00133CD7" w:rsidRDefault="00591C17" w:rsidP="00591C17">
      <w:pPr>
        <w:shd w:val="clear" w:color="auto" w:fill="FFFFFF"/>
        <w:tabs>
          <w:tab w:val="left" w:pos="9214"/>
        </w:tabs>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Hình thức tuyên truyền: thuyết trình.</w:t>
      </w:r>
    </w:p>
    <w:p w14:paraId="24B390AC"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Cơ quan, tổ chức/cá nhân phối hợp, hỗ trợ: chính quyền xã, trưởng thôn, Đoàn Thanh niên Cộng sản Hồ Chí Minh.</w:t>
      </w:r>
    </w:p>
    <w:p w14:paraId="17C1D115"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rPr>
        <w:t>- Kế hoạch triển khai cụ thể:</w:t>
      </w:r>
    </w:p>
    <w:tbl>
      <w:tblPr>
        <w:tblW w:w="93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4"/>
        <w:gridCol w:w="2552"/>
        <w:gridCol w:w="2976"/>
        <w:gridCol w:w="1843"/>
      </w:tblGrid>
      <w:tr w:rsidR="00591C17" w:rsidRPr="00133CD7" w14:paraId="46F8F5D0"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17EC7C2" w14:textId="77777777" w:rsidR="00591C17" w:rsidRPr="00133CD7" w:rsidRDefault="00591C17" w:rsidP="00F357C2">
            <w:pPr>
              <w:spacing w:after="0" w:line="240" w:lineRule="auto"/>
              <w:jc w:val="center"/>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Hoạt động/nhiệm vụ</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7C208A2" w14:textId="77777777" w:rsidR="00591C17" w:rsidRPr="00133CD7" w:rsidRDefault="00591C17" w:rsidP="00F357C2">
            <w:pPr>
              <w:spacing w:after="0" w:line="240" w:lineRule="auto"/>
              <w:jc w:val="center"/>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Thời gian thực hiện</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9D220AB" w14:textId="77777777" w:rsidR="00591C17" w:rsidRPr="00133CD7" w:rsidRDefault="00591C17" w:rsidP="00F357C2">
            <w:pPr>
              <w:spacing w:after="0" w:line="240" w:lineRule="auto"/>
              <w:jc w:val="center"/>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Sản phẩm cần đạt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D3C2234" w14:textId="77777777" w:rsidR="00591C17" w:rsidRPr="00133CD7" w:rsidRDefault="00591C17" w:rsidP="00F357C2">
            <w:pPr>
              <w:spacing w:after="0" w:line="240" w:lineRule="auto"/>
              <w:jc w:val="center"/>
              <w:rPr>
                <w:rFonts w:ascii="Times New Roman" w:eastAsia="Times New Roman" w:hAnsi="Times New Roman" w:cs="Times New Roman"/>
                <w:sz w:val="28"/>
                <w:szCs w:val="28"/>
              </w:rPr>
            </w:pPr>
            <w:r w:rsidRPr="00133CD7">
              <w:rPr>
                <w:rFonts w:ascii="Times New Roman" w:eastAsia="Times New Roman" w:hAnsi="Times New Roman" w:cs="Times New Roman"/>
                <w:b/>
                <w:bCs/>
                <w:sz w:val="28"/>
                <w:szCs w:val="28"/>
              </w:rPr>
              <w:t>Người chịu trách nhiệm</w:t>
            </w:r>
          </w:p>
        </w:tc>
      </w:tr>
      <w:tr w:rsidR="00591C17" w:rsidRPr="00133CD7" w14:paraId="63820242"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7FB0CFE"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Xây dựng chương trình/kịch bản buổi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52E63B5"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FB4051F"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Chương trình buổi tuyên truyền chi tiết, cụ thể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8356574"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r w:rsidR="00591C17" w:rsidRPr="00133CD7" w14:paraId="05B8E6CF"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D9D8621"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Mời người dân đến dự</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F2F65E5"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864EE18" w14:textId="77777777" w:rsidR="00591C17" w:rsidRPr="00133CD7" w:rsidRDefault="00591C17" w:rsidP="00F357C2">
            <w:pPr>
              <w:spacing w:after="0" w:line="240" w:lineRule="auto"/>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rPr>
              <w:t>Thông báo qua loa phát thanh của thôn</w:t>
            </w:r>
            <w:r w:rsidRPr="00133CD7">
              <w:rPr>
                <w:rFonts w:ascii="Times New Roman" w:eastAsia="Times New Roman" w:hAnsi="Times New Roman" w:cs="Times New Roman"/>
                <w:sz w:val="28"/>
                <w:szCs w:val="28"/>
                <w:lang w:val="vi-VN"/>
              </w:rPr>
              <w:t>, xóm.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30EB16A"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r w:rsidR="00591C17" w:rsidRPr="00133CD7" w14:paraId="0AD5B6D0"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17B48A0"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Viết nội dung bài thuyết trình</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19DE929"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20684DC"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Nội dung bài thuyết trình làm rõ:</w:t>
            </w:r>
          </w:p>
          <w:p w14:paraId="7F23EA3F" w14:textId="77777777" w:rsidR="00591C17" w:rsidRPr="00133CD7" w:rsidRDefault="00591C17" w:rsidP="00F357C2">
            <w:pPr>
              <w:spacing w:after="0" w:line="240" w:lineRule="auto"/>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w:t>
            </w:r>
            <w:r w:rsidRPr="00133CD7">
              <w:rPr>
                <w:rFonts w:ascii="Times New Roman" w:eastAsia="Times New Roman" w:hAnsi="Times New Roman" w:cs="Times New Roman"/>
                <w:sz w:val="28"/>
                <w:szCs w:val="28"/>
              </w:rPr>
              <w:t xml:space="preserve">Những giá trị tinh thần và vật chất của cảnh </w:t>
            </w:r>
            <w:r w:rsidRPr="00133CD7">
              <w:rPr>
                <w:rFonts w:ascii="Times New Roman" w:eastAsia="Times New Roman" w:hAnsi="Times New Roman" w:cs="Times New Roman"/>
                <w:sz w:val="28"/>
                <w:szCs w:val="28"/>
              </w:rPr>
              <w:lastRenderedPageBreak/>
              <w:t>quan thiên nhiên với người dân.</w:t>
            </w:r>
          </w:p>
          <w:p w14:paraId="1FDE7CAF"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w:t>
            </w:r>
            <w:r w:rsidRPr="00133CD7">
              <w:rPr>
                <w:rFonts w:ascii="Times New Roman" w:eastAsia="Times New Roman" w:hAnsi="Times New Roman" w:cs="Times New Roman"/>
                <w:sz w:val="28"/>
                <w:szCs w:val="28"/>
              </w:rPr>
              <w:t>Trách nhiệm bảo vệ cảnh quan thiên nhiên của người dân.</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561FA8D"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lastRenderedPageBreak/>
              <w:t> </w:t>
            </w:r>
          </w:p>
        </w:tc>
      </w:tr>
      <w:tr w:rsidR="00591C17" w:rsidRPr="00133CD7" w14:paraId="5A1EED9A"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3D2F6E5"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Thuyết trình bài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F5684EA"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Chủ nhật tuần thứ 2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535B0B2"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Thuyết trình tự nhiên, thuyết phục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7C84C2A"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r w:rsidR="00591C17" w:rsidRPr="00133CD7" w14:paraId="7D892AF1"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F8E2102"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Chuẩn bị các tiết mục văn nghệ và chủ đề bảo vệ cảnh quan thiên nhiên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A95316E"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8960B6D"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Có hai tiết mục đơn ca và một tiếp mục tốp ca bài hát ca ngợi vẻ đẹp cảnh quan thiên nhiên</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F410C7E"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r w:rsidR="00591C17" w:rsidRPr="00133CD7" w14:paraId="2D50B2DD"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241526B"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Liên hệ và trang trí địa điểm tổ chức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F0397E1"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Trước ngày thuyết trình một ngày</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7E677BD"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Địa điểm tổ chức được trang trí đẹp và trang trọng</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F8C882B"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r w:rsidR="00591C17" w:rsidRPr="00133CD7" w14:paraId="41DEA9FF" w14:textId="77777777" w:rsidTr="00F357C2">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BEA8894"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Chuẩn bị các phương tiện nghe nhìn cần thiết.</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F864366"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CD46B49"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Có đủ loa, đài, tranh ảnh minh họa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C249116" w14:textId="77777777" w:rsidR="00591C17" w:rsidRPr="00133CD7" w:rsidRDefault="00591C17" w:rsidP="00F357C2">
            <w:pPr>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w:t>
            </w:r>
          </w:p>
        </w:tc>
      </w:tr>
    </w:tbl>
    <w:p w14:paraId="162C6D89" w14:textId="77777777" w:rsidR="00591C17" w:rsidRPr="00133CD7" w:rsidRDefault="00591C17" w:rsidP="00591C17">
      <w:p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Câu 2. HS tự thực hiện kế hoạch tuyên truyền bảo vệ cảnh quan thiên nhiên ở địa phương theo gợi ý:</w:t>
      </w:r>
    </w:p>
    <w:p w14:paraId="4172E8B3" w14:textId="77777777" w:rsidR="00591C17" w:rsidRPr="00133CD7" w:rsidRDefault="00591C17" w:rsidP="00591C17">
      <w:pPr>
        <w:numPr>
          <w:ilvl w:val="0"/>
          <w:numId w:val="13"/>
        </w:num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Tiến hành tuyên truyền theo kế hoạch đã xây dựng.</w:t>
      </w:r>
    </w:p>
    <w:p w14:paraId="70560340" w14:textId="77777777" w:rsidR="00591C17" w:rsidRPr="00133CD7" w:rsidRDefault="00591C17" w:rsidP="00591C17">
      <w:pPr>
        <w:numPr>
          <w:ilvl w:val="0"/>
          <w:numId w:val="13"/>
        </w:num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Thu thập thông tin phản hồi từ đối tượng được tuyên truyền,</w:t>
      </w:r>
    </w:p>
    <w:p w14:paraId="2EC7A17E" w14:textId="77777777" w:rsidR="00591C17" w:rsidRPr="00133CD7" w:rsidRDefault="00591C17" w:rsidP="00591C17">
      <w:pPr>
        <w:numPr>
          <w:ilvl w:val="0"/>
          <w:numId w:val="13"/>
        </w:numPr>
        <w:shd w:val="clear" w:color="auto" w:fill="FFFFFF"/>
        <w:spacing w:after="0" w:line="240" w:lineRule="auto"/>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Rút kinh nghiệm và viết báo cáo kết quả thực hiện hoạt động tuyên truyền</w:t>
      </w:r>
    </w:p>
    <w:p w14:paraId="3B8B2056"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b/>
          <w:bCs/>
          <w:sz w:val="28"/>
          <w:szCs w:val="28"/>
        </w:rPr>
        <w:t>- </w:t>
      </w:r>
      <w:r w:rsidRPr="00133CD7">
        <w:rPr>
          <w:rFonts w:ascii="Times New Roman" w:eastAsia="Times New Roman" w:hAnsi="Times New Roman" w:cs="Times New Roman"/>
          <w:sz w:val="28"/>
          <w:szCs w:val="28"/>
        </w:rPr>
        <w:t>HS tiếp nhận, thực hiện nhiệm vụ.</w:t>
      </w:r>
    </w:p>
    <w:p w14:paraId="63645A9B" w14:textId="77777777" w:rsidR="00591C17" w:rsidRPr="00133CD7" w:rsidRDefault="00591C17" w:rsidP="00591C17">
      <w:pPr>
        <w:shd w:val="clear" w:color="auto" w:fill="FFFFFF"/>
        <w:spacing w:after="0" w:line="240" w:lineRule="auto"/>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-Từng nhóm rút kinh nghiệm và viết báo cáo kết quả thực hiện hoạt động tuyên truyền</w:t>
      </w:r>
    </w:p>
    <w:tbl>
      <w:tblPr>
        <w:tblStyle w:val="TableGrid"/>
        <w:tblW w:w="0" w:type="auto"/>
        <w:tblInd w:w="108" w:type="dxa"/>
        <w:tblLook w:val="04A0" w:firstRow="1" w:lastRow="0" w:firstColumn="1" w:lastColumn="0" w:noHBand="0" w:noVBand="1"/>
      </w:tblPr>
      <w:tblGrid>
        <w:gridCol w:w="9356"/>
      </w:tblGrid>
      <w:tr w:rsidR="00591C17" w:rsidRPr="00133CD7" w14:paraId="175F0A87" w14:textId="77777777" w:rsidTr="00F357C2">
        <w:tc>
          <w:tcPr>
            <w:tcW w:w="9356" w:type="dxa"/>
          </w:tcPr>
          <w:p w14:paraId="1BF4E492"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KẾT QUẢ HOẠT ĐỘNG TUYÊN TRUYỀN BẢO VỆ CẢNH QUAN THIÊN NHIÊN</w:t>
            </w:r>
          </w:p>
          <w:p w14:paraId="1CF17CF9"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 xml:space="preserve">Nhóm:  1/ </w:t>
            </w:r>
            <w:r w:rsidRPr="00133CD7">
              <w:rPr>
                <w:rFonts w:ascii="Times New Roman" w:eastAsia="Times New Roman" w:hAnsi="Times New Roman" w:cs="Times New Roman"/>
                <w:sz w:val="28"/>
                <w:szCs w:val="28"/>
              </w:rPr>
              <w:t>Nối vòng tay lớn</w:t>
            </w:r>
          </w:p>
          <w:p w14:paraId="77541E51"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xml:space="preserve">              2/ </w:t>
            </w:r>
            <w:r w:rsidRPr="00133CD7">
              <w:rPr>
                <w:rFonts w:ascii="Times New Roman" w:eastAsia="Times New Roman" w:hAnsi="Times New Roman" w:cs="Times New Roman"/>
                <w:sz w:val="28"/>
                <w:szCs w:val="28"/>
              </w:rPr>
              <w:t>Thiên nhiên quanh ta</w:t>
            </w:r>
            <w:r w:rsidRPr="00133CD7">
              <w:rPr>
                <w:rFonts w:ascii="Times New Roman" w:eastAsia="Times New Roman" w:hAnsi="Times New Roman" w:cs="Times New Roman"/>
                <w:sz w:val="28"/>
                <w:szCs w:val="28"/>
                <w:lang w:val="vi-VN"/>
              </w:rPr>
              <w:t>.</w:t>
            </w:r>
          </w:p>
          <w:p w14:paraId="711BFCAA"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-Nội dung tuyên truyền:</w:t>
            </w:r>
            <w:r w:rsidRPr="00133CD7">
              <w:rPr>
                <w:rFonts w:ascii="Times New Roman" w:eastAsia="Times New Roman" w:hAnsi="Times New Roman" w:cs="Times New Roman"/>
                <w:sz w:val="28"/>
                <w:szCs w:val="28"/>
              </w:rPr>
              <w:t xml:space="preserve"> Giá trị của cảnh quan thiên nhiên với con người và địa phương.</w:t>
            </w:r>
          </w:p>
          <w:p w14:paraId="59B8EDAF"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Thực trạng ô nhiễm, tác động tiêu cực của con người đến cảnh quan thiên nhiên.</w:t>
            </w:r>
          </w:p>
          <w:p w14:paraId="26832A04"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Ý nghĩa của việc bảo vệ cảnh quan thiên nhiên</w:t>
            </w:r>
          </w:p>
          <w:p w14:paraId="10EFB452"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Cách thức bảo vệ cảnh quan thiên nhiên:</w:t>
            </w:r>
          </w:p>
          <w:p w14:paraId="56E57199"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Xây dựng nội quy bảo vệ cảnh quan;</w:t>
            </w:r>
          </w:p>
          <w:p w14:paraId="3B43E32F"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t>+ Đặt các thùng rác dọc đường đi;</w:t>
            </w:r>
          </w:p>
          <w:p w14:paraId="366F4B6E"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rPr>
              <w:t>+ Tổ chức thu gom rác hăng tuần</w:t>
            </w:r>
            <w:r w:rsidRPr="00133CD7">
              <w:rPr>
                <w:rFonts w:ascii="Times New Roman" w:eastAsia="Times New Roman" w:hAnsi="Times New Roman" w:cs="Times New Roman"/>
                <w:sz w:val="28"/>
                <w:szCs w:val="28"/>
                <w:lang w:val="vi-VN"/>
              </w:rPr>
              <w:t xml:space="preserve"> </w:t>
            </w:r>
          </w:p>
          <w:p w14:paraId="66AD8E21"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xml:space="preserve">-Hình thức tuyên truyền: </w:t>
            </w:r>
          </w:p>
          <w:p w14:paraId="2B3279A8"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lastRenderedPageBreak/>
              <w:t xml:space="preserve">+ </w:t>
            </w:r>
            <w:r w:rsidRPr="00133CD7">
              <w:rPr>
                <w:rFonts w:ascii="Times New Roman" w:eastAsia="Times New Roman" w:hAnsi="Times New Roman" w:cs="Times New Roman"/>
                <w:sz w:val="28"/>
                <w:szCs w:val="28"/>
              </w:rPr>
              <w:t>Trao đổi trực tiếp</w:t>
            </w:r>
          </w:p>
          <w:p w14:paraId="4A71EA90"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Lập trang fanpage trên mạng xã hội và đưa tin.</w:t>
            </w:r>
          </w:p>
          <w:p w14:paraId="0F406990"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-Thời gian tuyên truyền:</w:t>
            </w:r>
            <w:r w:rsidRPr="00133CD7">
              <w:rPr>
                <w:rFonts w:ascii="Times New Roman" w:eastAsia="Times New Roman" w:hAnsi="Times New Roman" w:cs="Times New Roman"/>
                <w:sz w:val="28"/>
                <w:szCs w:val="28"/>
              </w:rPr>
              <w:t xml:space="preserve"> Một tháng.</w:t>
            </w:r>
          </w:p>
          <w:p w14:paraId="351E6539" w14:textId="77777777" w:rsidR="00591C17" w:rsidRPr="00133CD7" w:rsidRDefault="00591C17" w:rsidP="00F357C2">
            <w:pPr>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Tận dụng mọi thời điểm sinh hoạt chung để trao đổi thông tin.</w:t>
            </w:r>
          </w:p>
          <w:p w14:paraId="6A1E001D"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Đăng bài mỗi ngày</w:t>
            </w:r>
            <w:r w:rsidRPr="00133CD7">
              <w:rPr>
                <w:rFonts w:ascii="Times New Roman" w:eastAsia="Times New Roman" w:hAnsi="Times New Roman" w:cs="Times New Roman"/>
                <w:sz w:val="28"/>
                <w:szCs w:val="28"/>
                <w:lang w:val="vi-VN"/>
              </w:rPr>
              <w:t xml:space="preserve"> 2 tuần( từ ngày 01/2 đến ngày 15/2</w:t>
            </w:r>
          </w:p>
          <w:p w14:paraId="1BF75285"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-Người tuyên truyền: HS lớp 10</w:t>
            </w:r>
          </w:p>
          <w:p w14:paraId="7A258710"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Số lượng người tham gia: ước tính 200 người</w:t>
            </w:r>
          </w:p>
          <w:p w14:paraId="0CBB6D59"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Sự hài lòng sau buổi tuyên truyền: Số người ở lại đến cùng ( 200 người); biểu cảm trên nét mặt: chú ý, tập trung, hào hứng, vui vẻ; tham gia trả lời phỏng vấn nhiệt tình.</w:t>
            </w:r>
          </w:p>
          <w:p w14:paraId="0D5E9E9D"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Rút kinh nghiệm về kế hoạch, sự chuẩn bị, sự phối hợp: Cần có kế hoạch cụ thể hơn, sự chuẩn bị cần chi tiết hơn đầy đủ, sự phối hợp trong khi tuyên truyền cần ăn ý, hợp tác hiệu quả nhất.</w:t>
            </w:r>
          </w:p>
          <w:p w14:paraId="01F7B81E" w14:textId="77777777" w:rsidR="00591C17" w:rsidRPr="00133CD7" w:rsidRDefault="00591C17" w:rsidP="00F357C2">
            <w:pPr>
              <w:jc w:val="both"/>
              <w:rPr>
                <w:rFonts w:ascii="Times New Roman" w:eastAsia="Times New Roman" w:hAnsi="Times New Roman" w:cs="Times New Roman"/>
                <w:sz w:val="28"/>
                <w:szCs w:val="28"/>
                <w:lang w:val="vi-VN"/>
              </w:rPr>
            </w:pPr>
            <w:r w:rsidRPr="00133CD7">
              <w:rPr>
                <w:rFonts w:ascii="Times New Roman" w:eastAsia="Times New Roman" w:hAnsi="Times New Roman" w:cs="Times New Roman"/>
                <w:sz w:val="28"/>
                <w:szCs w:val="28"/>
                <w:lang w:val="vi-VN"/>
              </w:rPr>
              <w:t xml:space="preserve">Những thay đổi cần có: Không </w:t>
            </w:r>
          </w:p>
        </w:tc>
      </w:tr>
    </w:tbl>
    <w:p w14:paraId="3423964B" w14:textId="77777777" w:rsidR="00591C17" w:rsidRPr="00133CD7" w:rsidRDefault="00591C17" w:rsidP="00591C17">
      <w:pPr>
        <w:spacing w:after="0" w:line="240" w:lineRule="auto"/>
        <w:jc w:val="both"/>
        <w:rPr>
          <w:rFonts w:ascii="Times New Roman" w:eastAsia="Times New Roman" w:hAnsi="Times New Roman" w:cs="Times New Roman"/>
          <w:sz w:val="28"/>
          <w:szCs w:val="28"/>
        </w:rPr>
      </w:pPr>
      <w:r w:rsidRPr="00133CD7">
        <w:rPr>
          <w:rFonts w:ascii="Times New Roman" w:eastAsia="Times New Roman" w:hAnsi="Times New Roman" w:cs="Times New Roman"/>
          <w:sz w:val="28"/>
          <w:szCs w:val="28"/>
        </w:rPr>
        <w:lastRenderedPageBreak/>
        <w:t>- GV nhận xét, chuẩn kiến thức, kết luận: </w:t>
      </w:r>
      <w:r w:rsidRPr="00133CD7">
        <w:rPr>
          <w:rFonts w:ascii="Times New Roman" w:eastAsia="Times New Roman" w:hAnsi="Times New Roman" w:cs="Times New Roman"/>
          <w:sz w:val="28"/>
          <w:szCs w:val="28"/>
          <w:lang w:val="vi-VN"/>
        </w:rPr>
        <w:t>Qua buổi tuyên truyền chúng ta đã góp phần n</w:t>
      </w:r>
      <w:r w:rsidRPr="00133CD7">
        <w:rPr>
          <w:rFonts w:ascii="Times New Roman" w:eastAsia="Times New Roman" w:hAnsi="Times New Roman" w:cs="Times New Roman"/>
          <w:sz w:val="28"/>
          <w:szCs w:val="28"/>
        </w:rPr>
        <w:t>âng cao ý thức của người thân, các bạn và người dân trong khu dân cư về việc bảo vệ cảnh quan thiên nhiên</w:t>
      </w:r>
      <w:r w:rsidRPr="00133CD7">
        <w:rPr>
          <w:rFonts w:ascii="Times New Roman" w:eastAsia="Times New Roman" w:hAnsi="Times New Roman" w:cs="Times New Roman"/>
          <w:sz w:val="28"/>
          <w:szCs w:val="28"/>
          <w:lang w:val="vi-VN"/>
        </w:rPr>
        <w:t xml:space="preserve">. </w:t>
      </w:r>
      <w:r w:rsidRPr="00133CD7">
        <w:rPr>
          <w:rFonts w:ascii="Times New Roman" w:eastAsia="Times New Roman" w:hAnsi="Times New Roman" w:cs="Times New Roman"/>
          <w:sz w:val="28"/>
          <w:szCs w:val="28"/>
        </w:rPr>
        <w:t>Giảm lượng rác thải không đúng nơi quy định.Nhiều người thân, bạn bè và người dân trong khu dân cư cùng thực hiện các việc làm bảo vệ cảnh quan thiên nhiên.</w:t>
      </w:r>
      <w:r w:rsidRPr="00133CD7">
        <w:rPr>
          <w:rFonts w:ascii="Times New Roman" w:eastAsia="Times New Roman" w:hAnsi="Times New Roman" w:cs="Times New Roman"/>
          <w:i/>
          <w:iCs/>
          <w:sz w:val="28"/>
          <w:szCs w:val="28"/>
        </w:rPr>
        <w:t>.</w:t>
      </w:r>
    </w:p>
    <w:p w14:paraId="54497D08" w14:textId="77777777" w:rsidR="00591C17" w:rsidRPr="0034414E" w:rsidRDefault="00591C17" w:rsidP="00591C17">
      <w:pPr>
        <w:tabs>
          <w:tab w:val="left" w:pos="16"/>
        </w:tabs>
        <w:spacing w:after="120"/>
        <w:ind w:left="15"/>
        <w:rPr>
          <w:b/>
          <w:bCs/>
        </w:rPr>
      </w:pPr>
    </w:p>
    <w:p w14:paraId="09CDFA23" w14:textId="77777777" w:rsidR="008E7F06" w:rsidRPr="008E7F06" w:rsidRDefault="008E7F06" w:rsidP="008E7F06">
      <w:pPr>
        <w:spacing w:after="120"/>
        <w:rPr>
          <w:rStyle w:val="14"/>
        </w:rPr>
      </w:pPr>
      <w:r w:rsidRPr="008E7F06">
        <w:rPr>
          <w:rStyle w:val="14"/>
        </w:rPr>
        <w:t>Tài liệu được chia sẻ bởi Website VnTeach.Com</w:t>
      </w:r>
    </w:p>
    <w:p w14:paraId="3E01D068" w14:textId="77777777" w:rsidR="008E7F06" w:rsidRPr="008E7F06" w:rsidRDefault="008E7F06" w:rsidP="008E7F06">
      <w:pPr>
        <w:spacing w:after="120"/>
        <w:rPr>
          <w:rStyle w:val="14"/>
        </w:rPr>
      </w:pPr>
      <w:r w:rsidRPr="008E7F06">
        <w:rPr>
          <w:rStyle w:val="14"/>
        </w:rPr>
        <w:t>https://www.vnteach.com</w:t>
      </w:r>
    </w:p>
    <w:p w14:paraId="66A4E864" w14:textId="77777777" w:rsidR="008E7F06" w:rsidRPr="008E7F06" w:rsidRDefault="008E7F06" w:rsidP="008E7F06">
      <w:pPr>
        <w:spacing w:after="120"/>
        <w:rPr>
          <w:rStyle w:val="14"/>
        </w:rPr>
      </w:pPr>
      <w:r w:rsidRPr="008E7F06">
        <w:rPr>
          <w:rStyle w:val="14"/>
        </w:rPr>
        <w:t>Một sản phẩm của cộng đồng facebook Thư Viện VnTeach.Com</w:t>
      </w:r>
    </w:p>
    <w:p w14:paraId="5F743086" w14:textId="77777777" w:rsidR="008E7F06" w:rsidRPr="008E7F06" w:rsidRDefault="008E7F06" w:rsidP="008E7F06">
      <w:pPr>
        <w:spacing w:after="120"/>
        <w:rPr>
          <w:rStyle w:val="14"/>
        </w:rPr>
      </w:pPr>
      <w:r w:rsidRPr="008E7F06">
        <w:rPr>
          <w:rStyle w:val="14"/>
        </w:rPr>
        <w:t>https://www.facebook.com/groups/vnteach/</w:t>
      </w:r>
    </w:p>
    <w:p w14:paraId="3177285E" w14:textId="0776699D" w:rsidR="00262A5E" w:rsidRPr="008E7F06" w:rsidRDefault="008E7F06" w:rsidP="008E7F06">
      <w:pPr>
        <w:spacing w:after="120"/>
        <w:rPr>
          <w:rStyle w:val="14"/>
        </w:rPr>
      </w:pPr>
      <w:r w:rsidRPr="008E7F06">
        <w:rPr>
          <w:rStyle w:val="14"/>
        </w:rPr>
        <w:t>https://www.facebook.com/groups/thuvienvnteach/</w:t>
      </w:r>
    </w:p>
    <w:sectPr w:rsidR="00262A5E" w:rsidRPr="008E7F06" w:rsidSect="00091C05">
      <w:pgSz w:w="11906" w:h="16838"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C6234"/>
    <w:multiLevelType w:val="hybridMultilevel"/>
    <w:tmpl w:val="78CA4734"/>
    <w:lvl w:ilvl="0" w:tplc="056EC170">
      <w:start w:val="1"/>
      <w:numFmt w:val="lowerLetter"/>
      <w:lvlText w:val="%1."/>
      <w:lvlJc w:val="left"/>
      <w:pPr>
        <w:ind w:left="390" w:hanging="360"/>
      </w:pPr>
      <w:rPr>
        <w:rFonts w:hint="default"/>
        <w:b/>
      </w:rPr>
    </w:lvl>
    <w:lvl w:ilvl="1" w:tplc="042A0019" w:tentative="1">
      <w:start w:val="1"/>
      <w:numFmt w:val="lowerLetter"/>
      <w:lvlText w:val="%2."/>
      <w:lvlJc w:val="left"/>
      <w:pPr>
        <w:ind w:left="1110" w:hanging="360"/>
      </w:pPr>
    </w:lvl>
    <w:lvl w:ilvl="2" w:tplc="042A001B" w:tentative="1">
      <w:start w:val="1"/>
      <w:numFmt w:val="lowerRoman"/>
      <w:lvlText w:val="%3."/>
      <w:lvlJc w:val="right"/>
      <w:pPr>
        <w:ind w:left="1830" w:hanging="180"/>
      </w:pPr>
    </w:lvl>
    <w:lvl w:ilvl="3" w:tplc="042A000F" w:tentative="1">
      <w:start w:val="1"/>
      <w:numFmt w:val="decimal"/>
      <w:lvlText w:val="%4."/>
      <w:lvlJc w:val="left"/>
      <w:pPr>
        <w:ind w:left="2550" w:hanging="360"/>
      </w:pPr>
    </w:lvl>
    <w:lvl w:ilvl="4" w:tplc="042A0019" w:tentative="1">
      <w:start w:val="1"/>
      <w:numFmt w:val="lowerLetter"/>
      <w:lvlText w:val="%5."/>
      <w:lvlJc w:val="left"/>
      <w:pPr>
        <w:ind w:left="3270" w:hanging="360"/>
      </w:pPr>
    </w:lvl>
    <w:lvl w:ilvl="5" w:tplc="042A001B" w:tentative="1">
      <w:start w:val="1"/>
      <w:numFmt w:val="lowerRoman"/>
      <w:lvlText w:val="%6."/>
      <w:lvlJc w:val="right"/>
      <w:pPr>
        <w:ind w:left="3990" w:hanging="180"/>
      </w:pPr>
    </w:lvl>
    <w:lvl w:ilvl="6" w:tplc="042A000F" w:tentative="1">
      <w:start w:val="1"/>
      <w:numFmt w:val="decimal"/>
      <w:lvlText w:val="%7."/>
      <w:lvlJc w:val="left"/>
      <w:pPr>
        <w:ind w:left="4710" w:hanging="360"/>
      </w:pPr>
    </w:lvl>
    <w:lvl w:ilvl="7" w:tplc="042A0019" w:tentative="1">
      <w:start w:val="1"/>
      <w:numFmt w:val="lowerLetter"/>
      <w:lvlText w:val="%8."/>
      <w:lvlJc w:val="left"/>
      <w:pPr>
        <w:ind w:left="5430" w:hanging="360"/>
      </w:pPr>
    </w:lvl>
    <w:lvl w:ilvl="8" w:tplc="042A001B" w:tentative="1">
      <w:start w:val="1"/>
      <w:numFmt w:val="lowerRoman"/>
      <w:lvlText w:val="%9."/>
      <w:lvlJc w:val="right"/>
      <w:pPr>
        <w:ind w:left="6150" w:hanging="180"/>
      </w:pPr>
    </w:lvl>
  </w:abstractNum>
  <w:abstractNum w:abstractNumId="10" w15:restartNumberingAfterBreak="0">
    <w:nsid w:val="13927315"/>
    <w:multiLevelType w:val="hybridMultilevel"/>
    <w:tmpl w:val="01A8DAAC"/>
    <w:lvl w:ilvl="0" w:tplc="8236E634">
      <w:start w:val="2"/>
      <w:numFmt w:val="bullet"/>
      <w:lvlText w:val="-"/>
      <w:lvlJc w:val="left"/>
      <w:pPr>
        <w:ind w:left="390" w:hanging="360"/>
      </w:pPr>
      <w:rPr>
        <w:rFonts w:ascii="Cambria" w:eastAsiaTheme="minorEastAsia" w:hAnsi="Cambria" w:cstheme="minorBidi" w:hint="default"/>
        <w:sz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1" w15:restartNumberingAfterBreak="0">
    <w:nsid w:val="33161FB9"/>
    <w:multiLevelType w:val="hybridMultilevel"/>
    <w:tmpl w:val="4F1A2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522D5"/>
    <w:multiLevelType w:val="multilevel"/>
    <w:tmpl w:val="F252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1278327">
    <w:abstractNumId w:val="8"/>
  </w:num>
  <w:num w:numId="2" w16cid:durableId="1492332349">
    <w:abstractNumId w:val="6"/>
  </w:num>
  <w:num w:numId="3" w16cid:durableId="1622496356">
    <w:abstractNumId w:val="5"/>
  </w:num>
  <w:num w:numId="4" w16cid:durableId="1276446531">
    <w:abstractNumId w:val="4"/>
  </w:num>
  <w:num w:numId="5" w16cid:durableId="527068580">
    <w:abstractNumId w:val="7"/>
  </w:num>
  <w:num w:numId="6" w16cid:durableId="857498871">
    <w:abstractNumId w:val="3"/>
  </w:num>
  <w:num w:numId="7" w16cid:durableId="55738260">
    <w:abstractNumId w:val="2"/>
  </w:num>
  <w:num w:numId="8" w16cid:durableId="1297177457">
    <w:abstractNumId w:val="1"/>
  </w:num>
  <w:num w:numId="9" w16cid:durableId="201943054">
    <w:abstractNumId w:val="0"/>
  </w:num>
  <w:num w:numId="10" w16cid:durableId="879247743">
    <w:abstractNumId w:val="11"/>
  </w:num>
  <w:num w:numId="11" w16cid:durableId="1593514242">
    <w:abstractNumId w:val="10"/>
  </w:num>
  <w:num w:numId="12" w16cid:durableId="1593009441">
    <w:abstractNumId w:val="9"/>
  </w:num>
  <w:num w:numId="13" w16cid:durableId="21007834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54B32"/>
    <w:rsid w:val="0006063C"/>
    <w:rsid w:val="00091C05"/>
    <w:rsid w:val="000E086A"/>
    <w:rsid w:val="0015074B"/>
    <w:rsid w:val="00170A01"/>
    <w:rsid w:val="00177345"/>
    <w:rsid w:val="00191089"/>
    <w:rsid w:val="001B3630"/>
    <w:rsid w:val="00262A5E"/>
    <w:rsid w:val="0029639D"/>
    <w:rsid w:val="002A07F2"/>
    <w:rsid w:val="002F065B"/>
    <w:rsid w:val="00326F90"/>
    <w:rsid w:val="003A362E"/>
    <w:rsid w:val="003C334D"/>
    <w:rsid w:val="003E3CB4"/>
    <w:rsid w:val="004346AF"/>
    <w:rsid w:val="00545B02"/>
    <w:rsid w:val="00591C17"/>
    <w:rsid w:val="006B0A5C"/>
    <w:rsid w:val="0072441C"/>
    <w:rsid w:val="0079627A"/>
    <w:rsid w:val="008D751D"/>
    <w:rsid w:val="008E7F06"/>
    <w:rsid w:val="0092441A"/>
    <w:rsid w:val="009B0636"/>
    <w:rsid w:val="00A51EDB"/>
    <w:rsid w:val="00AA1D8D"/>
    <w:rsid w:val="00AE2AB5"/>
    <w:rsid w:val="00B47730"/>
    <w:rsid w:val="00C43683"/>
    <w:rsid w:val="00C77EE2"/>
    <w:rsid w:val="00CB0664"/>
    <w:rsid w:val="00CB1352"/>
    <w:rsid w:val="00D600EF"/>
    <w:rsid w:val="00D8709A"/>
    <w:rsid w:val="00E03A18"/>
    <w:rsid w:val="00E11858"/>
    <w:rsid w:val="00E66C55"/>
    <w:rsid w:val="00F6615F"/>
    <w:rsid w:val="00F932A9"/>
    <w:rsid w:val="00FC4A9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BE4D9F"/>
  <w14:defaultImageDpi w14:val="300"/>
  <w15:docId w15:val="{EC559210-5B2B-4D60-A41D-E75DD32D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8">
    <w:name w:val="8"/>
    <w:rPr>
      <w:rFonts w:ascii="Times New Roman" w:hAnsi="Times New Roman"/>
      <w:sz w:val="16"/>
    </w:rPr>
  </w:style>
  <w:style w:type="character" w:customStyle="1" w:styleId="10">
    <w:name w:val="10"/>
    <w:rPr>
      <w:rFonts w:ascii="Times New Roman" w:hAnsi="Times New Roman"/>
      <w:sz w:val="20"/>
    </w:rPr>
  </w:style>
  <w:style w:type="character" w:customStyle="1" w:styleId="14">
    <w:name w:val="14"/>
    <w:rPr>
      <w:rFonts w:ascii="Times New Roman" w:hAnsi="Times New Roman"/>
      <w:sz w:val="28"/>
    </w:rPr>
  </w:style>
  <w:style w:type="character" w:customStyle="1" w:styleId="18">
    <w:name w:val="18"/>
    <w:rPr>
      <w:rFonts w:ascii="Times New Roman" w:hAnsi="Times New Roman"/>
      <w:sz w:val="36"/>
    </w:rPr>
  </w:style>
  <w:style w:type="character" w:customStyle="1" w:styleId="22">
    <w:name w:val="22"/>
    <w:rPr>
      <w:rFonts w:ascii="Times New Roman" w:hAnsi="Times New Roman"/>
      <w:sz w:val="44"/>
    </w:rPr>
  </w:style>
  <w:style w:type="character" w:customStyle="1" w:styleId="26">
    <w:name w:val="26"/>
    <w:rPr>
      <w:rFonts w:ascii="Times New Roman" w:hAnsi="Times New Roman"/>
      <w:sz w:val="52"/>
    </w:rPr>
  </w:style>
  <w:style w:type="character" w:customStyle="1" w:styleId="30">
    <w:name w:val="30"/>
    <w:rPr>
      <w:rFonts w:ascii="Times New Roman" w:hAnsi="Times New Roman"/>
      <w:sz w:val="60"/>
    </w:rPr>
  </w:style>
  <w:style w:type="character" w:customStyle="1" w:styleId="34">
    <w:name w:val="34"/>
    <w:rPr>
      <w:rFonts w:ascii="Times New Roman" w:hAnsi="Times New Roman"/>
      <w:sz w:val="68"/>
    </w:rPr>
  </w:style>
  <w:style w:type="paragraph" w:styleId="NormalWeb">
    <w:name w:val="Normal (Web)"/>
    <w:basedOn w:val="Normal"/>
    <w:uiPriority w:val="99"/>
    <w:unhideWhenUsed/>
    <w:rsid w:val="00591C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02FFF-435F-40D5-837B-4E7974E6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dcterms:created xsi:type="dcterms:W3CDTF">2022-09-04T09:01:00Z</dcterms:created>
  <dcterms:modified xsi:type="dcterms:W3CDTF">2023-08-26T02:54:00Z</dcterms:modified>
  <cp:category/>
</cp:coreProperties>
</file>