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12: ROBOTS</w:t>
              <w:br/>
              <w:t>Period 79 - Lesson 1: GETTING STARTED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Robots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robots and daily activities.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creativity, critical thinking, human responsibility, and safe use of robots;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robot, do the dishes, iron clothes, repair machines,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robots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12: ROBOTS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58-59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robot, do the dishes, iron clothes, repair machines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robot, do the dishes, iron clothes, repair machines;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 the dishes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iron clothes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repair machines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work in space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understand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robot, do the dishes, iron clothes, repair machines, work in space, understand, recognise, helpful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'MY HELPFUL ROBOT'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HELPFUL ROBOT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model presenting the robot's name, appearance, abilities, limitations, and safety rules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12: ROBOTS</w:t>
              <w:br/>
              <w:t>Period 80 - Lesson 2: A CLOSER LOOK 1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robots and daily activities.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tones in statements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creativity, critical thinking, human responsibility, and safe use of robots;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robot, do the dishes, iron clothes,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tones in statements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 the dishes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iron clothes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repair machines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work in space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service robot, home robot abilities, robot safety, useful robot design;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 the dishes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iron clothes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repair machines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work in space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understand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helpful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/ʊ/ and /uː/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Tones in statements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Robots can help us.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They can work in factories.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robot is very useful.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It cannot understand feelings.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Robots will be smarter.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People must use them safely.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12: ROBOTS</w:t>
              <w:br/>
              <w:t>Period 81 - Lesson 3: A CLOSER LOOK 2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Superlative adjectives (short adjectives).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creativity, critical thinking, human responsibility, and safe use of robots;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superlative adjectives (short adjectives)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Superlative adjectives (short adjectives)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is the smallest robot.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That robot is the fastest in the factory.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 + be + the + short adjective-est; spelling changes: large-largest, big-biggest, happy-happiest; irregular: good-best, bad-worst.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is the smallest robot.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That robot is the fastest in the factory.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Which robot is the best for housework?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61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is the smallest robot.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That robot is the fastest in the factory.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Which robot is the best for housework?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'MY HELPFUL ROBOT'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 + be + the + short adjective-est; spelling changes: large-largest, big-biggest, happy-happiest; irregular: good-best, bad-worst.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12: ROBOTS</w:t>
              <w:br/>
              <w:t>Period 82 - Lesson 4: COMMUNICATION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expressing agreement and disagreement about abilities.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creativity, critical thinking, human responsibility, and safe use of robots;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Expressing agreement and disagreement about 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I think robots can teach children. B: I agree. / I don't agree because they cannot understand feelings.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inviting and accepting invitations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I think robots can teach children. B: I agree. / I don't agree because they cannot understand feelings.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service robot, home robot abilities, robot safety, useful robot design;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robot, do the dishes, iron clothes, repair machines, work in space, understand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HELPFUL ROBOT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model presenting the robot's name, appearance, abilities, limitations, and safety rules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12: ROBOTS</w:t>
              <w:br/>
              <w:t>Period 83 - Lesson 5: SKILLS 1 - READING AND SPEAKING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robots and what they can do.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robot abilities.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creativity, critical thinking, human responsibility, and safe use of robots;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robot, ability, task, limitation.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leisure activities that teenagers do with their family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robots and what they can do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robot, ability, task, limitation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service robot, home robot abilities, robot safety, useful robot design,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ability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task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limitation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Robots perform tasks in homes, factories, hospitals, and space.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balanced description explains both abilities and limitations.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Safe robot use requires human supervision, privacy, and clear rules.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12: ROBOTS</w:t>
              <w:br/>
              <w:t>Period 84 - Lesson 6: SKILLS 2 - LISTENING AND WRITING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what robots can do.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a robot one would like to have.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creativity, critical thinking, human responsibility, and safe use of robots;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leisure activities with friends.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65-66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what robots can do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a robot one would like to have.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model presenting the robot's name, appearance, abilities, limitations, and safety rules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12: ROBOTS</w:t>
              <w:br/>
              <w:t>Period 85 - Lesson 7: LOOKING BACK AND PROJECT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creativity, critical thinking, human responsibility, and safe use of robots;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robots and daily activities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Superlative adjectives (short adjectives)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 the dishes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iron clothes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repair machines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work in space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understand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helpful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Superlative adjectives (short adjectives)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 + be + the + short adjective-est; spelling changes: large-largest, big-biggest, happy-happiest; irregular: good-best, bad-worst.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is the smallest robot.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That robot is the fastest in the factory.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'MY HELPFUL ROBOT'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HELPFUL ROBOT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model presenting the robot's name, appearance, abilities, limitations, and safety rules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12: ROBOTS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MY HELPFUL ROBOT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poster or model presenting the robot's name, appearance, abilities, limitations, and safety rules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rPr>
          <w:tblHeader/>
        </w:trP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rPr>
          <w:tblHeader/>
        </w:trP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12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6 GLOBAL SUCCESS - UNIT 12: ROBOTS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Tiếng Anh 6 Global Success - Unit 12: ROBOTS - NLS</dc:title>
  <dc:subject>Kế hoạch bài dạy 7 tiết tích hợp năng lực số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