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sz="4" w:color="000000"/>
          <w:left w:val="nil" w:sz="4" w:color="000000"/>
          <w:bottom w:val="nil" w:sz="4" w:color="000000"/>
          <w:right w:val="nil" w:sz="4" w:color="000000"/>
          <w:insideH w:val="nil" w:sz="4" w:color="000000"/>
          <w:insideV w:val="nil" w:sz="4" w:color="000000"/>
        </w:tblBorders>
      </w:tblPr>
      <w:tblGrid>
        <w:gridCol w:w="4139"/>
        <w:gridCol w:w="6401"/>
      </w:tblGrid>
      <w:tr>
        <w:tc>
          <w:tcPr>
            <w:tcW w:type="dxa" w:w="4139"/>
            <w:tcMar>
              <w:top w:w="0" w:type="dxa"/>
              <w:bottom w:w="0" w:type="dxa"/>
              <w:left w:w="30" w:type="dxa"/>
              <w:right w:w="30" w:type="dxa"/>
            </w:tcMar>
            <w:vAlign w:val="top"/>
          </w:tcPr>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TRƯỜNG THPT ……………………</w:t>
            </w:r>
          </w:p>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ĐỀ KIỂM TRA GIỮA KỲ I</w:t>
            </w:r>
          </w:p>
          <w:p>
            <w:pPr>
              <w:keepNext/>
              <w:keepLines/>
              <w:widowControl/>
              <w:spacing w:before="0" w:after="0" w:line="240" w:lineRule="auto"/>
              <w:ind w:firstLine="0"/>
              <w:jc w:val="center"/>
            </w:pPr>
            <w:r>
              <w:rPr>
                <w:rFonts w:ascii="Times New Roman" w:hAnsi="Times New Roman" w:eastAsia="Times New Roman" w:cs="Times New Roman"/>
                <w:b w:val="0"/>
                <w:i/>
                <w:color w:val="000000"/>
                <w:sz w:val="24"/>
              </w:rPr>
              <w:t>(Đề kiểm tra có 04 trang)</w:t>
            </w:r>
          </w:p>
        </w:tc>
        <w:tc>
          <w:tcPr>
            <w:tcW w:type="dxa" w:w="6401"/>
            <w:tcMar>
              <w:top w:w="0" w:type="dxa"/>
              <w:bottom w:w="0" w:type="dxa"/>
              <w:left w:w="30" w:type="dxa"/>
              <w:right w:w="30" w:type="dxa"/>
            </w:tcMar>
            <w:vAlign w:val="top"/>
          </w:tcPr>
          <w:p>
            <w:pPr>
              <w:pStyle w:val="Title"/>
              <w:keepNext/>
              <w:keepLines/>
              <w:widowControl/>
              <w:spacing w:before="0" w:after="0" w:line="240" w:lineRule="auto"/>
              <w:ind w:firstLine="0"/>
              <w:jc w:val="center"/>
            </w:pPr>
            <w:r>
              <w:rPr>
                <w:rFonts w:ascii="Times New Roman" w:hAnsi="Times New Roman" w:eastAsia="Times New Roman" w:cs="Times New Roman"/>
                <w:b/>
                <w:i w:val="0"/>
                <w:color w:val="000000"/>
                <w:sz w:val="24"/>
              </w:rPr>
              <w:t>KIỂM TRA GIỮA HỌC KỲ I</w:t>
            </w:r>
          </w:p>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NĂM HỌC 2026–2027</w:t>
            </w:r>
          </w:p>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Môn: TIẾNG ANH LỚP 10</w:t>
            </w:r>
          </w:p>
          <w:p>
            <w:pPr>
              <w:keepNext/>
              <w:keepLines/>
              <w:widowControl/>
              <w:spacing w:before="0" w:after="0" w:line="240" w:lineRule="auto"/>
              <w:ind w:firstLine="0"/>
              <w:jc w:val="center"/>
            </w:pPr>
            <w:r>
              <w:rPr>
                <w:rFonts w:ascii="Times New Roman" w:hAnsi="Times New Roman" w:eastAsia="Times New Roman" w:cs="Times New Roman"/>
                <w:b w:val="0"/>
                <w:i/>
                <w:color w:val="000000"/>
                <w:sz w:val="22"/>
              </w:rPr>
              <w:t>Thời gian làm bài: 50 phút, không kể thời gian phát đề</w:t>
            </w:r>
          </w:p>
        </w:tc>
      </w:tr>
    </w:tbl>
    <w:p>
      <w:pPr>
        <w:keepNext w:val="0"/>
        <w:keepLines/>
        <w:widowControl/>
        <w:spacing w:before="0" w:after="40" w:line="40" w:lineRule="exact"/>
        <w:ind w:firstLine="0"/>
        <w:jc w:val="both"/>
      </w:pPr>
    </w:p>
    <w:tbl>
      <w:tblPr>
        <w:tblW w:type="auto" w:w="0"/>
        <w:jc w:val="center"/>
        <w:tblLayout w:type="fixed"/>
        <w:tblLook w:firstColumn="1" w:firstRow="1" w:lastColumn="0" w:lastRow="0" w:noHBand="0" w:noVBand="1" w:val="04A0"/>
        <w:tblBorders>
          <w:top w:val="nil" w:sz="4" w:color="000000"/>
          <w:left w:val="nil" w:sz="4" w:color="000000"/>
          <w:bottom w:val="nil" w:sz="4" w:color="000000"/>
          <w:right w:val="nil" w:sz="4" w:color="000000"/>
          <w:insideH w:val="nil" w:sz="4" w:color="000000"/>
          <w:insideV w:val="nil" w:sz="4" w:color="000000"/>
        </w:tblBorders>
      </w:tblPr>
      <w:tblGrid>
        <w:gridCol w:w="8073"/>
        <w:gridCol w:w="2466"/>
      </w:tblGrid>
      <w:tr>
        <w:tc>
          <w:tcPr>
            <w:tcW w:type="dxa" w:w="8073"/>
            <w:tcMar>
              <w:top w:w="0" w:type="dxa"/>
              <w:bottom w:w="0" w:type="dxa"/>
              <w:left w:w="0" w:type="dxa"/>
              <w:right w:w="0" w:type="dxa"/>
            </w:tcMar>
          </w:tcPr>
          <w:p>
            <w:pPr>
              <w:keepNext w:val="0"/>
              <w:keepLines/>
              <w:widowControl/>
              <w:spacing w:before="0" w:after="0" w:line="240" w:lineRule="auto"/>
              <w:ind w:firstLine="0"/>
              <w:jc w:val="left"/>
            </w:pPr>
            <w:r>
              <w:rPr>
                <w:rFonts w:ascii="Times New Roman" w:hAnsi="Times New Roman" w:eastAsia="Times New Roman" w:cs="Times New Roman"/>
                <w:color w:val="000000"/>
                <w:sz w:val="24"/>
              </w:rPr>
              <w:t>Họ, tên học sinh: ........................................................................</w:t>
            </w:r>
          </w:p>
          <w:p>
            <w:pPr>
              <w:keepNext w:val="0"/>
              <w:keepLines/>
              <w:widowControl/>
              <w:spacing w:before="0" w:after="0" w:line="240" w:lineRule="auto"/>
              <w:ind w:firstLine="0"/>
              <w:jc w:val="left"/>
            </w:pPr>
            <w:r>
              <w:rPr>
                <w:rFonts w:ascii="Times New Roman" w:hAnsi="Times New Roman" w:eastAsia="Times New Roman" w:cs="Times New Roman"/>
                <w:color w:val="000000"/>
                <w:sz w:val="24"/>
              </w:rPr>
              <w:t>Số báo danh: ..................................  Lớp: ..............................</w:t>
            </w:r>
          </w:p>
        </w:tc>
        <w:tc>
          <w:tcPr>
            <w:tcW w:type="dxa" w:w="2466"/>
            <w:tcMar>
              <w:top w:w="0" w:type="dxa"/>
              <w:bottom w:w="0" w:type="dxa"/>
              <w:left w:w="0" w:type="dxa"/>
              <w:right w:w="0" w:type="dxa"/>
            </w:tcMar>
            <w:vAlign w:val="center"/>
            <w:tcBorders>
              <w:top w:val="single" w:sz="10" w:space="5"/>
              <w:left w:val="single" w:sz="10" w:space="5"/>
              <w:bottom w:val="single" w:sz="10" w:space="5"/>
              <w:right w:val="single" w:sz="10" w:space="5"/>
            </w:tcBorders>
          </w:tcPr>
          <w:p>
            <w:pPr>
              <w:keepNext w:val="0"/>
              <w:keepLines/>
              <w:widowControl/>
              <w:spacing w:before="20" w:after="20" w:line="240" w:lineRule="auto"/>
              <w:ind w:firstLine="0"/>
              <w:jc w:val="center"/>
            </w:pPr>
            <w:r>
              <w:rPr>
                <w:rFonts w:ascii="Times New Roman" w:hAnsi="Times New Roman" w:eastAsia="Times New Roman" w:cs="Times New Roman"/>
                <w:b/>
                <w:color w:val="000000"/>
                <w:sz w:val="24"/>
              </w:rPr>
              <w:t>Mã đề: 504</w:t>
            </w:r>
          </w:p>
        </w:tc>
      </w:tr>
    </w:tbl>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following leaflet and choose the best option A, B, C or D for each blank from 1 to 6.</w:t>
      </w:r>
    </w:p>
    <w:p>
      <w:pPr>
        <w:keepNext/>
        <w:keepLines/>
        <w:widowControl/>
        <w:spacing w:before="0" w:after="0" w:line="240" w:lineRule="auto"/>
        <w:ind w:firstLine="0"/>
        <w:jc w:val="center"/>
      </w:pPr>
      <w:r>
        <w:rPr>
          <w:rFonts w:ascii="Times New Roman" w:hAnsi="Times New Roman" w:eastAsia="Times New Roman" w:cs="Times New Roman"/>
          <w:b/>
          <w:color w:val="000000"/>
          <w:sz w:val="24"/>
        </w:rPr>
        <w:t>HOME HELPERS WORKSHOP</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Come to our Home Helpers Workshop and learn useful skills. My brother usually (1) _____ the floor at home. I water the plants and put our books away.</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This morning, we (2) _____ the living room together. Our grandmother is showing us a quick way to organise the shelves. She asks us (3) _____ the heavy books on the lower shelf.</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At the workshop, you can try simple jobs with a partner. Sharing chores makes family life (4) _____. Our volunteers are ready to help, so you do not need to worry (5) _____ making mistakes. Bring your energy and learn to be more (6) _____ at home!</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1.</w:t>
      </w:r>
      <w:r>
        <w:rPr>
          <w:rFonts w:ascii="Times New Roman" w:hAnsi="Times New Roman" w:eastAsia="Times New Roman" w:cs="Times New Roman"/>
          <w:color w:val="000000"/>
          <w:sz w:val="24"/>
        </w:rPr>
        <w:tab/>
        <w:t>A. sweep</w:t>
      </w:r>
      <w:r>
        <w:rPr>
          <w:rFonts w:ascii="Times New Roman" w:hAnsi="Times New Roman" w:eastAsia="Times New Roman" w:cs="Times New Roman"/>
          <w:color w:val="000000"/>
          <w:sz w:val="24"/>
        </w:rPr>
        <w:tab/>
        <w:t>B. sweeping</w:t>
      </w:r>
      <w:r>
        <w:rPr>
          <w:rFonts w:ascii="Times New Roman" w:hAnsi="Times New Roman" w:eastAsia="Times New Roman" w:cs="Times New Roman"/>
          <w:color w:val="000000"/>
          <w:sz w:val="24"/>
        </w:rPr>
        <w:tab/>
        <w:t>C. are sweeping</w:t>
      </w:r>
      <w:r>
        <w:rPr>
          <w:rFonts w:ascii="Times New Roman" w:hAnsi="Times New Roman" w:eastAsia="Times New Roman" w:cs="Times New Roman"/>
          <w:color w:val="000000"/>
          <w:sz w:val="24"/>
        </w:rPr>
        <w:tab/>
        <w:t>D. sweeps</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w:t>
      </w:r>
      <w:r>
        <w:rPr>
          <w:rFonts w:ascii="Times New Roman" w:hAnsi="Times New Roman" w:eastAsia="Times New Roman" w:cs="Times New Roman"/>
          <w:color w:val="000000"/>
          <w:sz w:val="24"/>
        </w:rPr>
        <w:tab/>
        <w:t>A. tidies</w:t>
      </w:r>
      <w:r>
        <w:rPr>
          <w:rFonts w:ascii="Times New Roman" w:hAnsi="Times New Roman" w:eastAsia="Times New Roman" w:cs="Times New Roman"/>
          <w:color w:val="000000"/>
          <w:sz w:val="24"/>
        </w:rPr>
        <w:tab/>
        <w:t>B. is tidying</w:t>
      </w:r>
      <w:r>
        <w:rPr>
          <w:rFonts w:ascii="Times New Roman" w:hAnsi="Times New Roman" w:eastAsia="Times New Roman" w:cs="Times New Roman"/>
          <w:color w:val="000000"/>
          <w:sz w:val="24"/>
        </w:rPr>
        <w:tab/>
        <w:t>C. are tidying</w:t>
      </w:r>
      <w:r>
        <w:rPr>
          <w:rFonts w:ascii="Times New Roman" w:hAnsi="Times New Roman" w:eastAsia="Times New Roman" w:cs="Times New Roman"/>
          <w:color w:val="000000"/>
          <w:sz w:val="24"/>
        </w:rPr>
        <w:tab/>
        <w:t>D. tidying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w:t>
      </w:r>
      <w:r>
        <w:rPr>
          <w:rFonts w:ascii="Times New Roman" w:hAnsi="Times New Roman" w:eastAsia="Times New Roman" w:cs="Times New Roman"/>
          <w:color w:val="000000"/>
          <w:sz w:val="24"/>
        </w:rPr>
        <w:tab/>
        <w:t>A. putting</w:t>
      </w:r>
      <w:r>
        <w:rPr>
          <w:rFonts w:ascii="Times New Roman" w:hAnsi="Times New Roman" w:eastAsia="Times New Roman" w:cs="Times New Roman"/>
          <w:color w:val="000000"/>
          <w:sz w:val="24"/>
        </w:rPr>
        <w:tab/>
        <w:t>B. puts</w:t>
      </w:r>
      <w:r>
        <w:rPr>
          <w:rFonts w:ascii="Times New Roman" w:hAnsi="Times New Roman" w:eastAsia="Times New Roman" w:cs="Times New Roman"/>
          <w:color w:val="000000"/>
          <w:sz w:val="24"/>
        </w:rPr>
        <w:tab/>
        <w:t>C. put</w:t>
      </w:r>
      <w:r>
        <w:rPr>
          <w:rFonts w:ascii="Times New Roman" w:hAnsi="Times New Roman" w:eastAsia="Times New Roman" w:cs="Times New Roman"/>
          <w:color w:val="000000"/>
          <w:sz w:val="24"/>
        </w:rPr>
        <w:tab/>
        <w:t>D. to put</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4.</w:t>
      </w:r>
      <w:r>
        <w:rPr>
          <w:rFonts w:ascii="Times New Roman" w:hAnsi="Times New Roman" w:eastAsia="Times New Roman" w:cs="Times New Roman"/>
          <w:color w:val="000000"/>
          <w:sz w:val="24"/>
        </w:rPr>
        <w:tab/>
        <w:t>A. easily</w:t>
      </w:r>
      <w:r>
        <w:rPr>
          <w:rFonts w:ascii="Times New Roman" w:hAnsi="Times New Roman" w:eastAsia="Times New Roman" w:cs="Times New Roman"/>
          <w:color w:val="000000"/>
          <w:sz w:val="24"/>
        </w:rPr>
        <w:tab/>
        <w:t>B. ease</w:t>
      </w:r>
      <w:r>
        <w:rPr>
          <w:rFonts w:ascii="Times New Roman" w:hAnsi="Times New Roman" w:eastAsia="Times New Roman" w:cs="Times New Roman"/>
          <w:color w:val="000000"/>
          <w:sz w:val="24"/>
        </w:rPr>
        <w:tab/>
        <w:t>C. easier</w:t>
      </w:r>
      <w:r>
        <w:rPr>
          <w:rFonts w:ascii="Times New Roman" w:hAnsi="Times New Roman" w:eastAsia="Times New Roman" w:cs="Times New Roman"/>
          <w:color w:val="000000"/>
          <w:sz w:val="24"/>
        </w:rPr>
        <w:tab/>
        <w:t>D. eases</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5.</w:t>
      </w:r>
      <w:r>
        <w:rPr>
          <w:rFonts w:ascii="Times New Roman" w:hAnsi="Times New Roman" w:eastAsia="Times New Roman" w:cs="Times New Roman"/>
          <w:color w:val="000000"/>
          <w:sz w:val="24"/>
        </w:rPr>
        <w:tab/>
        <w:t>A. about</w:t>
      </w:r>
      <w:r>
        <w:rPr>
          <w:rFonts w:ascii="Times New Roman" w:hAnsi="Times New Roman" w:eastAsia="Times New Roman" w:cs="Times New Roman"/>
          <w:color w:val="000000"/>
          <w:sz w:val="24"/>
        </w:rPr>
        <w:tab/>
        <w:t>B. on</w:t>
      </w:r>
      <w:r>
        <w:rPr>
          <w:rFonts w:ascii="Times New Roman" w:hAnsi="Times New Roman" w:eastAsia="Times New Roman" w:cs="Times New Roman"/>
          <w:color w:val="000000"/>
          <w:sz w:val="24"/>
        </w:rPr>
        <w:tab/>
        <w:t>C. at</w:t>
      </w:r>
      <w:r>
        <w:rPr>
          <w:rFonts w:ascii="Times New Roman" w:hAnsi="Times New Roman" w:eastAsia="Times New Roman" w:cs="Times New Roman"/>
          <w:color w:val="000000"/>
          <w:sz w:val="24"/>
        </w:rPr>
        <w:tab/>
        <w:t>D. from</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6.</w:t>
      </w:r>
      <w:r>
        <w:rPr>
          <w:rFonts w:ascii="Times New Roman" w:hAnsi="Times New Roman" w:eastAsia="Times New Roman" w:cs="Times New Roman"/>
          <w:color w:val="000000"/>
          <w:sz w:val="24"/>
        </w:rPr>
        <w:tab/>
        <w:t>A. helpfully</w:t>
      </w:r>
      <w:r>
        <w:rPr>
          <w:rFonts w:ascii="Times New Roman" w:hAnsi="Times New Roman" w:eastAsia="Times New Roman" w:cs="Times New Roman"/>
          <w:color w:val="000000"/>
          <w:sz w:val="24"/>
        </w:rPr>
        <w:tab/>
        <w:t>B. help</w:t>
      </w:r>
      <w:r>
        <w:rPr>
          <w:rFonts w:ascii="Times New Roman" w:hAnsi="Times New Roman" w:eastAsia="Times New Roman" w:cs="Times New Roman"/>
          <w:color w:val="000000"/>
          <w:sz w:val="24"/>
        </w:rPr>
        <w:tab/>
        <w:t>C. helpful</w:t>
      </w:r>
      <w:r>
        <w:rPr>
          <w:rFonts w:ascii="Times New Roman" w:hAnsi="Times New Roman" w:eastAsia="Times New Roman" w:cs="Times New Roman"/>
          <w:color w:val="000000"/>
          <w:sz w:val="24"/>
        </w:rPr>
        <w:tab/>
        <w:t>D. helping</w:t>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Mark the letter A, B, C or D to indicate the best arrangement of sentences or utterances in each question from 7 to 11.</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7.</w:t>
      </w:r>
    </w:p>
    <w:p>
      <w:pPr>
        <w:keepNext/>
        <w:keepLines/>
        <w:widowControl/>
        <w:spacing w:before="0" w:after="0" w:line="240" w:lineRule="auto"/>
        <w:ind w:firstLine="0"/>
        <w:jc w:val="left"/>
      </w:pPr>
      <w:r>
        <w:rPr>
          <w:rFonts w:ascii="Times New Roman" w:hAnsi="Times New Roman" w:eastAsia="Times New Roman" w:cs="Times New Roman"/>
          <w:color w:val="000000"/>
          <w:sz w:val="24"/>
        </w:rPr>
        <w:t>Dear Lan,</w:t>
      </w:r>
    </w:p>
    <w:p>
      <w:pPr>
        <w:keepNext/>
        <w:keepLines/>
        <w:widowControl/>
        <w:spacing w:before="0" w:after="0" w:line="240" w:lineRule="auto"/>
        <w:ind w:firstLine="0"/>
        <w:jc w:val="left"/>
      </w:pPr>
      <w:r>
        <w:rPr>
          <w:rFonts w:ascii="Times New Roman" w:hAnsi="Times New Roman" w:eastAsia="Times New Roman" w:cs="Times New Roman"/>
          <w:color w:val="000000"/>
          <w:sz w:val="24"/>
        </w:rPr>
        <w:t>a. After listening, we can practise the songs together.</w:t>
      </w:r>
    </w:p>
    <w:p>
      <w:pPr>
        <w:keepNext/>
        <w:keepLines/>
        <w:widowControl/>
        <w:spacing w:before="0" w:after="0" w:line="240" w:lineRule="auto"/>
        <w:ind w:firstLine="0"/>
        <w:jc w:val="left"/>
      </w:pPr>
      <w:r>
        <w:rPr>
          <w:rFonts w:ascii="Times New Roman" w:hAnsi="Times New Roman" w:eastAsia="Times New Roman" w:cs="Times New Roman"/>
          <w:color w:val="000000"/>
          <w:sz w:val="24"/>
        </w:rPr>
        <w:t>b. I’m writing to invite you to our lunchtime music club.</w:t>
      </w:r>
    </w:p>
    <w:p>
      <w:pPr>
        <w:keepNext/>
        <w:keepLines/>
        <w:widowControl/>
        <w:spacing w:before="0" w:after="0" w:line="240" w:lineRule="auto"/>
        <w:ind w:firstLine="0"/>
        <w:jc w:val="left"/>
      </w:pPr>
      <w:r>
        <w:rPr>
          <w:rFonts w:ascii="Times New Roman" w:hAnsi="Times New Roman" w:eastAsia="Times New Roman" w:cs="Times New Roman"/>
          <w:color w:val="000000"/>
          <w:sz w:val="24"/>
        </w:rPr>
        <w:t>c. Please let me know if you want to join.</w:t>
      </w:r>
    </w:p>
    <w:p>
      <w:pPr>
        <w:keepNext/>
        <w:keepLines/>
        <w:widowControl/>
        <w:spacing w:before="0" w:after="0" w:line="240" w:lineRule="auto"/>
        <w:ind w:firstLine="0"/>
        <w:jc w:val="left"/>
      </w:pPr>
      <w:r>
        <w:rPr>
          <w:rFonts w:ascii="Times New Roman" w:hAnsi="Times New Roman" w:eastAsia="Times New Roman" w:cs="Times New Roman"/>
          <w:color w:val="000000"/>
          <w:sz w:val="24"/>
        </w:rPr>
        <w:t>d. First, our teacher will introduce two kinds of music.</w:t>
      </w:r>
    </w:p>
    <w:p>
      <w:pPr>
        <w:keepNext/>
        <w:keepLines/>
        <w:widowControl/>
        <w:spacing w:before="0" w:after="0" w:line="240" w:lineRule="auto"/>
        <w:ind w:firstLine="0"/>
        <w:jc w:val="left"/>
      </w:pPr>
      <w:r>
        <w:rPr>
          <w:rFonts w:ascii="Times New Roman" w:hAnsi="Times New Roman" w:eastAsia="Times New Roman" w:cs="Times New Roman"/>
          <w:color w:val="000000"/>
          <w:sz w:val="24"/>
        </w:rPr>
        <w:t>e. Then we will listen and talk about our favourites.</w:t>
      </w:r>
    </w:p>
    <w:p>
      <w:pPr>
        <w:keepNext/>
        <w:keepLines/>
        <w:widowControl/>
        <w:spacing w:before="0" w:after="0" w:line="240" w:lineRule="auto"/>
        <w:ind w:firstLine="0"/>
        <w:jc w:val="left"/>
      </w:pPr>
      <w:r>
        <w:rPr>
          <w:rFonts w:ascii="Times New Roman" w:hAnsi="Times New Roman" w:eastAsia="Times New Roman" w:cs="Times New Roman"/>
          <w:color w:val="000000"/>
          <w:sz w:val="24"/>
        </w:rPr>
        <w:t>Best wishes,</w:t>
      </w:r>
      <w:r>
        <w:br/>
      </w:r>
      <w:r>
        <w:rPr>
          <w:rFonts w:ascii="Times New Roman" w:hAnsi="Times New Roman" w:eastAsia="Times New Roman" w:cs="Times New Roman"/>
          <w:color w:val="000000"/>
          <w:sz w:val="24"/>
        </w:rPr>
        <w:t>Vy</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d – b – a – c – e</w:t>
      </w:r>
      <w:r>
        <w:rPr>
          <w:rFonts w:ascii="Times New Roman" w:hAnsi="Times New Roman" w:eastAsia="Times New Roman" w:cs="Times New Roman"/>
          <w:color w:val="000000"/>
          <w:sz w:val="24"/>
        </w:rPr>
        <w:tab/>
        <w:t>B. b – a – c – e – d</w:t>
      </w:r>
      <w:r>
        <w:rPr>
          <w:rFonts w:ascii="Times New Roman" w:hAnsi="Times New Roman" w:eastAsia="Times New Roman" w:cs="Times New Roman"/>
          <w:color w:val="000000"/>
          <w:sz w:val="24"/>
        </w:rPr>
        <w:tab/>
        <w:t>C. c – b – e – d – a</w:t>
      </w:r>
      <w:r>
        <w:rPr>
          <w:rFonts w:ascii="Times New Roman" w:hAnsi="Times New Roman" w:eastAsia="Times New Roman" w:cs="Times New Roman"/>
          <w:color w:val="000000"/>
          <w:sz w:val="24"/>
        </w:rPr>
        <w:tab/>
        <w:t>D. b – d – e – a – c</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8.</w:t>
      </w:r>
    </w:p>
    <w:p>
      <w:pPr>
        <w:keepNext/>
        <w:keepLines/>
        <w:widowControl/>
        <w:spacing w:before="0" w:after="0" w:line="240" w:lineRule="auto"/>
        <w:ind w:firstLine="0"/>
        <w:jc w:val="left"/>
      </w:pPr>
      <w:r>
        <w:rPr>
          <w:rFonts w:ascii="Times New Roman" w:hAnsi="Times New Roman" w:eastAsia="Times New Roman" w:cs="Times New Roman"/>
          <w:color w:val="000000"/>
          <w:sz w:val="24"/>
        </w:rPr>
        <w:t>a. Minh: Because the classroom is empty now.</w:t>
      </w:r>
    </w:p>
    <w:p>
      <w:pPr>
        <w:keepNext/>
        <w:keepLines/>
        <w:widowControl/>
        <w:spacing w:before="0" w:after="0" w:line="240" w:lineRule="auto"/>
        <w:ind w:firstLine="0"/>
        <w:jc w:val="left"/>
      </w:pPr>
      <w:r>
        <w:rPr>
          <w:rFonts w:ascii="Times New Roman" w:hAnsi="Times New Roman" w:eastAsia="Times New Roman" w:cs="Times New Roman"/>
          <w:color w:val="000000"/>
          <w:sz w:val="24"/>
        </w:rPr>
        <w:t>b. Hoa: Why are you switching off the fan?</w:t>
      </w:r>
    </w:p>
    <w:p>
      <w:pPr>
        <w:keepNext/>
        <w:keepLines/>
        <w:widowControl/>
        <w:spacing w:before="0" w:after="0" w:line="240" w:lineRule="auto"/>
        <w:ind w:firstLine="0"/>
        <w:jc w:val="left"/>
      </w:pPr>
      <w:r>
        <w:rPr>
          <w:rFonts w:ascii="Times New Roman" w:hAnsi="Times New Roman" w:eastAsia="Times New Roman" w:cs="Times New Roman"/>
          <w:color w:val="000000"/>
          <w:sz w:val="24"/>
        </w:rPr>
        <w:t>c. Hoa: You’re right. We shouldn’t waste electricity.</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a – b – c</w:t>
      </w:r>
      <w:r>
        <w:rPr>
          <w:rFonts w:ascii="Times New Roman" w:hAnsi="Times New Roman" w:eastAsia="Times New Roman" w:cs="Times New Roman"/>
          <w:color w:val="000000"/>
          <w:sz w:val="24"/>
        </w:rPr>
        <w:tab/>
        <w:t>B. b – a – c</w:t>
      </w:r>
      <w:r>
        <w:rPr>
          <w:rFonts w:ascii="Times New Roman" w:hAnsi="Times New Roman" w:eastAsia="Times New Roman" w:cs="Times New Roman"/>
          <w:color w:val="000000"/>
          <w:sz w:val="24"/>
        </w:rPr>
        <w:tab/>
        <w:t>C. b – c – a</w:t>
      </w:r>
      <w:r>
        <w:rPr>
          <w:rFonts w:ascii="Times New Roman" w:hAnsi="Times New Roman" w:eastAsia="Times New Roman" w:cs="Times New Roman"/>
          <w:color w:val="000000"/>
          <w:sz w:val="24"/>
        </w:rPr>
        <w:tab/>
        <w:t>D. c – a – b</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9.</w:t>
      </w:r>
    </w:p>
    <w:p>
      <w:pPr>
        <w:keepNext/>
        <w:keepLines/>
        <w:widowControl/>
        <w:spacing w:before="0" w:after="0" w:line="240" w:lineRule="auto"/>
        <w:ind w:firstLine="0"/>
        <w:jc w:val="left"/>
      </w:pPr>
      <w:r>
        <w:rPr>
          <w:rFonts w:ascii="Times New Roman" w:hAnsi="Times New Roman" w:eastAsia="Times New Roman" w:cs="Times New Roman"/>
          <w:color w:val="000000"/>
          <w:sz w:val="24"/>
        </w:rPr>
        <w:t>a. Nam: Good. I can help carry the bowls.</w:t>
      </w:r>
    </w:p>
    <w:p>
      <w:pPr>
        <w:keepNext/>
        <w:keepLines/>
        <w:widowControl/>
        <w:spacing w:before="0" w:after="0" w:line="240" w:lineRule="auto"/>
        <w:ind w:firstLine="0"/>
        <w:jc w:val="left"/>
      </w:pPr>
      <w:r>
        <w:rPr>
          <w:rFonts w:ascii="Times New Roman" w:hAnsi="Times New Roman" w:eastAsia="Times New Roman" w:cs="Times New Roman"/>
          <w:color w:val="000000"/>
          <w:sz w:val="24"/>
        </w:rPr>
        <w:t>b. Mai: At Grandma’s house. We’re making rice cakes.</w:t>
      </w:r>
    </w:p>
    <w:p>
      <w:pPr>
        <w:keepNext/>
        <w:keepLines/>
        <w:widowControl/>
        <w:spacing w:before="0" w:after="0" w:line="240" w:lineRule="auto"/>
        <w:ind w:firstLine="0"/>
        <w:jc w:val="left"/>
      </w:pPr>
      <w:r>
        <w:rPr>
          <w:rFonts w:ascii="Times New Roman" w:hAnsi="Times New Roman" w:eastAsia="Times New Roman" w:cs="Times New Roman"/>
          <w:color w:val="000000"/>
          <w:sz w:val="24"/>
        </w:rPr>
        <w:t>c. Mai: We’re cooking with our grandparents this afternoon.</w:t>
      </w:r>
    </w:p>
    <w:p>
      <w:pPr>
        <w:keepNext/>
        <w:keepLines/>
        <w:widowControl/>
        <w:spacing w:before="0" w:after="0" w:line="240" w:lineRule="auto"/>
        <w:ind w:firstLine="0"/>
        <w:jc w:val="left"/>
      </w:pPr>
      <w:r>
        <w:rPr>
          <w:rFonts w:ascii="Times New Roman" w:hAnsi="Times New Roman" w:eastAsia="Times New Roman" w:cs="Times New Roman"/>
          <w:color w:val="000000"/>
          <w:sz w:val="24"/>
        </w:rPr>
        <w:t>d. Nam: Where are you going to cook?</w:t>
      </w:r>
    </w:p>
    <w:p>
      <w:pPr>
        <w:keepNext/>
        <w:keepLines/>
        <w:widowControl/>
        <w:spacing w:before="0" w:after="0" w:line="240" w:lineRule="auto"/>
        <w:ind w:firstLine="0"/>
        <w:jc w:val="left"/>
      </w:pPr>
      <w:r>
        <w:rPr>
          <w:rFonts w:ascii="Times New Roman" w:hAnsi="Times New Roman" w:eastAsia="Times New Roman" w:cs="Times New Roman"/>
          <w:color w:val="000000"/>
          <w:sz w:val="24"/>
        </w:rPr>
        <w:t>e. Mai: Thank you. They’ll be happy to see you.</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c – d – b – a – e</w:t>
      </w:r>
      <w:r>
        <w:rPr>
          <w:rFonts w:ascii="Times New Roman" w:hAnsi="Times New Roman" w:eastAsia="Times New Roman" w:cs="Times New Roman"/>
          <w:color w:val="000000"/>
          <w:sz w:val="24"/>
        </w:rPr>
        <w:tab/>
        <w:t>B. c – b – e – d – a</w:t>
      </w:r>
      <w:r>
        <w:rPr>
          <w:rFonts w:ascii="Times New Roman" w:hAnsi="Times New Roman" w:eastAsia="Times New Roman" w:cs="Times New Roman"/>
          <w:color w:val="000000"/>
          <w:sz w:val="24"/>
        </w:rPr>
        <w:tab/>
        <w:t>C. d – c – a – e – b</w:t>
      </w:r>
      <w:r>
        <w:rPr>
          <w:rFonts w:ascii="Times New Roman" w:hAnsi="Times New Roman" w:eastAsia="Times New Roman" w:cs="Times New Roman"/>
          <w:color w:val="000000"/>
          <w:sz w:val="24"/>
        </w:rPr>
        <w:tab/>
        <w:t>D. b – a – c – d – 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10.</w:t>
      </w:r>
    </w:p>
    <w:p>
      <w:pPr>
        <w:keepNext/>
        <w:keepLines/>
        <w:widowControl/>
        <w:spacing w:before="0" w:after="0" w:line="240" w:lineRule="auto"/>
        <w:ind w:firstLine="0"/>
        <w:jc w:val="left"/>
      </w:pPr>
      <w:r>
        <w:rPr>
          <w:rFonts w:ascii="Times New Roman" w:hAnsi="Times New Roman" w:eastAsia="Times New Roman" w:cs="Times New Roman"/>
          <w:color w:val="000000"/>
          <w:sz w:val="24"/>
        </w:rPr>
        <w:t>a. Finally, our teacher switched off the lights before leaving.</w:t>
      </w:r>
    </w:p>
    <w:p>
      <w:pPr>
        <w:keepNext/>
        <w:keepLines/>
        <w:widowControl/>
        <w:spacing w:before="0" w:after="0" w:line="240" w:lineRule="auto"/>
        <w:ind w:firstLine="0"/>
        <w:jc w:val="left"/>
      </w:pPr>
      <w:r>
        <w:rPr>
          <w:rFonts w:ascii="Times New Roman" w:hAnsi="Times New Roman" w:eastAsia="Times New Roman" w:cs="Times New Roman"/>
          <w:color w:val="000000"/>
          <w:sz w:val="24"/>
        </w:rPr>
        <w:t>b. First, we checked every classroom after the last lesson.</w:t>
      </w:r>
    </w:p>
    <w:p>
      <w:pPr>
        <w:keepNext/>
        <w:keepLines/>
        <w:widowControl/>
        <w:spacing w:before="0" w:after="0" w:line="240" w:lineRule="auto"/>
        <w:ind w:firstLine="0"/>
        <w:jc w:val="left"/>
      </w:pPr>
      <w:r>
        <w:rPr>
          <w:rFonts w:ascii="Times New Roman" w:hAnsi="Times New Roman" w:eastAsia="Times New Roman" w:cs="Times New Roman"/>
          <w:color w:val="000000"/>
          <w:sz w:val="24"/>
        </w:rPr>
        <w:t>c. Our class tried a new way to save electricity yesterday.</w:t>
      </w:r>
    </w:p>
    <w:p>
      <w:pPr>
        <w:keepNext/>
        <w:keepLines/>
        <w:widowControl/>
        <w:spacing w:before="0" w:after="0" w:line="240" w:lineRule="auto"/>
        <w:ind w:firstLine="0"/>
        <w:jc w:val="left"/>
      </w:pPr>
      <w:r>
        <w:rPr>
          <w:rFonts w:ascii="Times New Roman" w:hAnsi="Times New Roman" w:eastAsia="Times New Roman" w:cs="Times New Roman"/>
          <w:color w:val="000000"/>
          <w:sz w:val="24"/>
        </w:rPr>
        <w:t>d. We found two empty rooms with lights still on.</w:t>
      </w:r>
    </w:p>
    <w:p>
      <w:pPr>
        <w:keepNext/>
        <w:keepLines/>
        <w:widowControl/>
        <w:spacing w:before="0" w:after="0" w:line="240" w:lineRule="auto"/>
        <w:ind w:firstLine="0"/>
        <w:jc w:val="left"/>
      </w:pPr>
      <w:r>
        <w:rPr>
          <w:rFonts w:ascii="Times New Roman" w:hAnsi="Times New Roman" w:eastAsia="Times New Roman" w:cs="Times New Roman"/>
          <w:color w:val="000000"/>
          <w:sz w:val="24"/>
        </w:rPr>
        <w:t>e. We will use the same checklist next week.</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b – c – a – e – d</w:t>
      </w:r>
      <w:r>
        <w:rPr>
          <w:rFonts w:ascii="Times New Roman" w:hAnsi="Times New Roman" w:eastAsia="Times New Roman" w:cs="Times New Roman"/>
          <w:color w:val="000000"/>
          <w:sz w:val="24"/>
        </w:rPr>
        <w:tab/>
        <w:t>B. c – a – e – d – b</w:t>
      </w:r>
      <w:r>
        <w:rPr>
          <w:rFonts w:ascii="Times New Roman" w:hAnsi="Times New Roman" w:eastAsia="Times New Roman" w:cs="Times New Roman"/>
          <w:color w:val="000000"/>
          <w:sz w:val="24"/>
        </w:rPr>
        <w:tab/>
        <w:t>C. c – b – d – a – e</w:t>
      </w:r>
      <w:r>
        <w:rPr>
          <w:rFonts w:ascii="Times New Roman" w:hAnsi="Times New Roman" w:eastAsia="Times New Roman" w:cs="Times New Roman"/>
          <w:color w:val="000000"/>
          <w:sz w:val="24"/>
        </w:rPr>
        <w:tab/>
        <w:t>D. e – c – b – a – d</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11.</w:t>
      </w:r>
    </w:p>
    <w:p>
      <w:pPr>
        <w:keepNext/>
        <w:keepLines/>
        <w:widowControl/>
        <w:spacing w:before="0" w:after="0" w:line="240" w:lineRule="auto"/>
        <w:ind w:firstLine="0"/>
        <w:jc w:val="left"/>
      </w:pPr>
      <w:r>
        <w:rPr>
          <w:rFonts w:ascii="Times New Roman" w:hAnsi="Times New Roman" w:eastAsia="Times New Roman" w:cs="Times New Roman"/>
          <w:color w:val="000000"/>
          <w:sz w:val="24"/>
        </w:rPr>
        <w:t>a. When the song ended, the audience clapped loudly.</w:t>
      </w:r>
    </w:p>
    <w:p>
      <w:pPr>
        <w:keepNext/>
        <w:keepLines/>
        <w:widowControl/>
        <w:spacing w:before="0" w:after="0" w:line="240" w:lineRule="auto"/>
        <w:ind w:firstLine="0"/>
        <w:jc w:val="left"/>
      </w:pPr>
      <w:r>
        <w:rPr>
          <w:rFonts w:ascii="Times New Roman" w:hAnsi="Times New Roman" w:eastAsia="Times New Roman" w:cs="Times New Roman"/>
          <w:color w:val="000000"/>
          <w:sz w:val="24"/>
        </w:rPr>
        <w:t>b. First, the singer introduced her new song.</w:t>
      </w:r>
    </w:p>
    <w:p>
      <w:pPr>
        <w:keepNext/>
        <w:keepLines/>
        <w:widowControl/>
        <w:spacing w:before="0" w:after="0" w:line="240" w:lineRule="auto"/>
        <w:ind w:firstLine="0"/>
        <w:jc w:val="left"/>
      </w:pPr>
      <w:r>
        <w:rPr>
          <w:rFonts w:ascii="Times New Roman" w:hAnsi="Times New Roman" w:eastAsia="Times New Roman" w:cs="Times New Roman"/>
          <w:color w:val="000000"/>
          <w:sz w:val="24"/>
        </w:rPr>
        <w:t>c. Last night, I watched a short music show with my sister.</w:t>
      </w:r>
    </w:p>
    <w:p>
      <w:pPr>
        <w:keepNext/>
        <w:keepLines/>
        <w:widowControl/>
        <w:spacing w:before="0" w:after="0" w:line="240" w:lineRule="auto"/>
        <w:ind w:firstLine="0"/>
        <w:jc w:val="left"/>
      </w:pPr>
      <w:r>
        <w:rPr>
          <w:rFonts w:ascii="Times New Roman" w:hAnsi="Times New Roman" w:eastAsia="Times New Roman" w:cs="Times New Roman"/>
          <w:color w:val="000000"/>
          <w:sz w:val="24"/>
        </w:rPr>
        <w:t>d. Then she sang while a pianist played beside her.</w:t>
      </w:r>
    </w:p>
    <w:p>
      <w:pPr>
        <w:keepNext/>
        <w:keepLines/>
        <w:widowControl/>
        <w:spacing w:before="0" w:after="0" w:line="240" w:lineRule="auto"/>
        <w:ind w:firstLine="0"/>
        <w:jc w:val="left"/>
      </w:pPr>
      <w:r>
        <w:rPr>
          <w:rFonts w:ascii="Times New Roman" w:hAnsi="Times New Roman" w:eastAsia="Times New Roman" w:cs="Times New Roman"/>
          <w:color w:val="000000"/>
          <w:sz w:val="24"/>
        </w:rPr>
        <w:t>e. My sister and I enjoyed the performance very much.</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b – c – a – e – d</w:t>
      </w:r>
      <w:r>
        <w:rPr>
          <w:rFonts w:ascii="Times New Roman" w:hAnsi="Times New Roman" w:eastAsia="Times New Roman" w:cs="Times New Roman"/>
          <w:color w:val="000000"/>
          <w:sz w:val="24"/>
        </w:rPr>
        <w:tab/>
        <w:t>B. c – a – e – d – b</w:t>
      </w:r>
      <w:r>
        <w:rPr>
          <w:rFonts w:ascii="Times New Roman" w:hAnsi="Times New Roman" w:eastAsia="Times New Roman" w:cs="Times New Roman"/>
          <w:color w:val="000000"/>
          <w:sz w:val="24"/>
        </w:rPr>
        <w:tab/>
        <w:t>C. e – c – b – a – d</w:t>
      </w:r>
      <w:r>
        <w:rPr>
          <w:rFonts w:ascii="Times New Roman" w:hAnsi="Times New Roman" w:eastAsia="Times New Roman" w:cs="Times New Roman"/>
          <w:color w:val="000000"/>
          <w:sz w:val="24"/>
        </w:rPr>
        <w:tab/>
        <w:t>D. c – b – d – a – e</w:t>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following passage and choose the best option A, B, C or D for each blank from 12 to 16.</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Our school wants to save electricity. A teacher has made a checklist for each classroom. At the end of the day, two students check the room to make sure that (12) _____. They do not touch any damaged equipment.</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Today, our group is checking Room 10. The room is empty, but (13) _____. We ask the teacher to switch them off. She reminds us (14) _____ before leaving a room.</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We have already chosen our jobs for next week. I am going to check the lights, and (15) _____. We believe that (16) _____. The checklist helps us remember what to do.</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12.</w:t>
      </w:r>
      <w:r>
        <w:rPr>
          <w:rFonts w:ascii="Times New Roman" w:hAnsi="Times New Roman" w:eastAsia="Times New Roman" w:cs="Times New Roman"/>
          <w:color w:val="000000"/>
          <w:sz w:val="24"/>
        </w:rPr>
        <w:tab/>
        <w:t>A. every empty room has all its lights on</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students stay in the room all night</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unused lights and fans are turned off</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the doors are painted a new colour daily</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13.</w:t>
      </w:r>
      <w:r>
        <w:rPr>
          <w:rFonts w:ascii="Times New Roman" w:hAnsi="Times New Roman" w:eastAsia="Times New Roman" w:cs="Times New Roman"/>
          <w:color w:val="000000"/>
          <w:sz w:val="24"/>
        </w:rPr>
        <w:tab/>
        <w:t>A. two fans is still running</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two fans are still running</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two fans still runs</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two fans running still</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14.</w:t>
      </w:r>
      <w:r>
        <w:rPr>
          <w:rFonts w:ascii="Times New Roman" w:hAnsi="Times New Roman" w:eastAsia="Times New Roman" w:cs="Times New Roman"/>
          <w:color w:val="000000"/>
          <w:sz w:val="24"/>
        </w:rPr>
        <w:tab/>
        <w:t>A. looking around carefully</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looked around carefully</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looks around carefully</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to look around carefully</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15.</w:t>
      </w:r>
      <w:r>
        <w:rPr>
          <w:rFonts w:ascii="Times New Roman" w:hAnsi="Times New Roman" w:eastAsia="Times New Roman" w:cs="Times New Roman"/>
          <w:color w:val="000000"/>
          <w:sz w:val="24"/>
        </w:rPr>
        <w:tab/>
        <w:t>A. my friend going to check the fans</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my friend are going to check the fans</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my friend is going to check the fans</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my friend is go to check the fans</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16.</w:t>
      </w:r>
      <w:r>
        <w:rPr>
          <w:rFonts w:ascii="Times New Roman" w:hAnsi="Times New Roman" w:eastAsia="Times New Roman" w:cs="Times New Roman"/>
          <w:color w:val="000000"/>
          <w:sz w:val="24"/>
        </w:rPr>
        <w:tab/>
        <w:t>A. a checklist makes electricity free</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only new buildings can use less energy</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small daily actions can save energy</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every fan should run in an empty room</w:t>
      </w:r>
    </w:p>
    <w:p>
      <w:r>
        <w:br w:type="page"/>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passage and choose the best answer A, B, C or D for each question from 17 to 26.</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Vy’s school has a lunchtime music club. It is popular with students who want a short break from lessons. The club meets in an empty classroom twice a week. Students bring their lunch and listen to two or three songs.</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Each meeting has a different leader. The leader chooses a type of music and explains why they like it. Last week, Duc brought folk songs that his grandmother enjoys. Several students heard them for the first time.</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 xml:space="preserve">The club has a simple rule: everyone listens before sharing an opinion. </w:t>
      </w:r>
      <w:r>
        <w:rPr>
          <w:rFonts w:ascii="Times New Roman" w:hAnsi="Times New Roman" w:eastAsia="Times New Roman" w:cs="Times New Roman"/>
          <w:color w:val="000000"/>
          <w:sz w:val="24"/>
          <w:u w:val="single"/>
        </w:rPr>
        <w:t>Students do not have to like the same songs to enjoy the club.</w:t>
      </w:r>
      <w:r>
        <w:rPr>
          <w:rFonts w:ascii="Times New Roman" w:hAnsi="Times New Roman" w:eastAsia="Times New Roman" w:cs="Times New Roman"/>
          <w:color w:val="000000"/>
          <w:sz w:val="24"/>
        </w:rPr>
        <w:t xml:space="preserve"> They ask questions and learn about one another’s interests.</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Vy likes pop music, but she now listens to other types, too. Next week, she is going to introduce a song from a cartoon. She has prepared a short note about it. Her friends are looking forward to hearing her choice.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17. </w:t>
      </w:r>
      <w:r>
        <w:rPr>
          <w:rFonts w:ascii="Times New Roman" w:hAnsi="Times New Roman" w:eastAsia="Times New Roman" w:cs="Times New Roman"/>
          <w:color w:val="000000"/>
          <w:sz w:val="24"/>
        </w:rPr>
        <w:t>Which activity is NOT mentioned in the music club?</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bringing lunch</w:t>
      </w:r>
      <w:r>
        <w:rPr>
          <w:rFonts w:ascii="Times New Roman" w:hAnsi="Times New Roman" w:eastAsia="Times New Roman" w:cs="Times New Roman"/>
          <w:color w:val="000000"/>
          <w:sz w:val="24"/>
        </w:rPr>
        <w:tab/>
        <w:t>B. sharing opinions</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introducing folk songs</w:t>
      </w:r>
      <w:r>
        <w:rPr>
          <w:rFonts w:ascii="Times New Roman" w:hAnsi="Times New Roman" w:eastAsia="Times New Roman" w:cs="Times New Roman"/>
          <w:color w:val="000000"/>
          <w:sz w:val="24"/>
        </w:rPr>
        <w:tab/>
        <w:t>D. buying expensive concert tickets</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18.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popular</w:t>
      </w:r>
      <w:r>
        <w:rPr>
          <w:rFonts w:ascii="Times New Roman" w:hAnsi="Times New Roman" w:eastAsia="Times New Roman" w:cs="Times New Roman"/>
          <w:color w:val="000000"/>
          <w:sz w:val="24"/>
        </w:rPr>
        <w:t xml:space="preserve"> in paragraph 1 is </w:t>
      </w:r>
      <w:r>
        <w:rPr>
          <w:rFonts w:ascii="Times New Roman" w:hAnsi="Times New Roman" w:eastAsia="Times New Roman" w:cs="Times New Roman"/>
          <w:b/>
          <w:color w:val="000000"/>
          <w:sz w:val="24"/>
        </w:rPr>
        <w:t>CLOSEST</w:t>
      </w:r>
      <w:r>
        <w:rPr>
          <w:rFonts w:ascii="Times New Roman" w:hAnsi="Times New Roman" w:eastAsia="Times New Roman" w:cs="Times New Roman"/>
          <w:color w:val="000000"/>
          <w:sz w:val="24"/>
        </w:rPr>
        <w:t xml:space="preserve"> in meaning to _____.</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closed to all students</w:t>
      </w:r>
      <w:r>
        <w:rPr>
          <w:rFonts w:ascii="Times New Roman" w:hAnsi="Times New Roman" w:eastAsia="Times New Roman" w:cs="Times New Roman"/>
          <w:color w:val="000000"/>
          <w:sz w:val="24"/>
        </w:rPr>
        <w:tab/>
        <w:t>B. difficult to find</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very expensive to join</w:t>
      </w:r>
      <w:r>
        <w:rPr>
          <w:rFonts w:ascii="Times New Roman" w:hAnsi="Times New Roman" w:eastAsia="Times New Roman" w:cs="Times New Roman"/>
          <w:color w:val="000000"/>
          <w:sz w:val="24"/>
        </w:rPr>
        <w:tab/>
        <w:t>D. liked by many people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19.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them</w:t>
      </w:r>
      <w:r>
        <w:rPr>
          <w:rFonts w:ascii="Times New Roman" w:hAnsi="Times New Roman" w:eastAsia="Times New Roman" w:cs="Times New Roman"/>
          <w:color w:val="000000"/>
          <w:sz w:val="24"/>
        </w:rPr>
        <w:t xml:space="preserve"> in paragraph 2 refers to _____.</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the folk songs</w:t>
      </w:r>
      <w:r>
        <w:rPr>
          <w:rFonts w:ascii="Times New Roman" w:hAnsi="Times New Roman" w:eastAsia="Times New Roman" w:cs="Times New Roman"/>
          <w:color w:val="000000"/>
          <w:sz w:val="24"/>
        </w:rPr>
        <w:tab/>
        <w:t>B. the students’ lunches</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the empty classrooms</w:t>
      </w:r>
      <w:r>
        <w:rPr>
          <w:rFonts w:ascii="Times New Roman" w:hAnsi="Times New Roman" w:eastAsia="Times New Roman" w:cs="Times New Roman"/>
          <w:color w:val="000000"/>
          <w:sz w:val="24"/>
        </w:rPr>
        <w:tab/>
        <w:t>D. the club leaders</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20.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different</w:t>
      </w:r>
      <w:r>
        <w:rPr>
          <w:rFonts w:ascii="Times New Roman" w:hAnsi="Times New Roman" w:eastAsia="Times New Roman" w:cs="Times New Roman"/>
          <w:color w:val="000000"/>
          <w:sz w:val="24"/>
        </w:rPr>
        <w:t xml:space="preserve"> in paragraph 2 is </w:t>
      </w:r>
      <w:r>
        <w:rPr>
          <w:rFonts w:ascii="Times New Roman" w:hAnsi="Times New Roman" w:eastAsia="Times New Roman" w:cs="Times New Roman"/>
          <w:b/>
          <w:color w:val="000000"/>
          <w:sz w:val="24"/>
        </w:rPr>
        <w:t>OPPOSITE</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interesting</w:t>
      </w:r>
      <w:r>
        <w:rPr>
          <w:rFonts w:ascii="Times New Roman" w:hAnsi="Times New Roman" w:eastAsia="Times New Roman" w:cs="Times New Roman"/>
          <w:color w:val="000000"/>
          <w:sz w:val="24"/>
        </w:rPr>
        <w:tab/>
        <w:t>B. modern</w:t>
      </w:r>
      <w:r>
        <w:rPr>
          <w:rFonts w:ascii="Times New Roman" w:hAnsi="Times New Roman" w:eastAsia="Times New Roman" w:cs="Times New Roman"/>
          <w:color w:val="000000"/>
          <w:sz w:val="24"/>
        </w:rPr>
        <w:tab/>
        <w:t>C. beautiful</w:t>
      </w:r>
      <w:r>
        <w:rPr>
          <w:rFonts w:ascii="Times New Roman" w:hAnsi="Times New Roman" w:eastAsia="Times New Roman" w:cs="Times New Roman"/>
          <w:color w:val="000000"/>
          <w:sz w:val="24"/>
        </w:rPr>
        <w:tab/>
        <w:t>D. the same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21. </w:t>
      </w:r>
      <w:r>
        <w:rPr>
          <w:rFonts w:ascii="Times New Roman" w:hAnsi="Times New Roman" w:eastAsia="Times New Roman" w:cs="Times New Roman"/>
          <w:color w:val="000000"/>
          <w:sz w:val="24"/>
        </w:rPr>
        <w:t xml:space="preserve">Which statement is </w:t>
      </w:r>
      <w:r>
        <w:rPr>
          <w:rFonts w:ascii="Times New Roman" w:hAnsi="Times New Roman" w:eastAsia="Times New Roman" w:cs="Times New Roman"/>
          <w:b/>
          <w:color w:val="000000"/>
          <w:sz w:val="24"/>
        </w:rPr>
        <w:t>TRUE</w:t>
      </w:r>
      <w:r>
        <w:rPr>
          <w:rFonts w:ascii="Times New Roman" w:hAnsi="Times New Roman" w:eastAsia="Times New Roman" w:cs="Times New Roman"/>
          <w:color w:val="000000"/>
          <w:sz w:val="24"/>
        </w:rPr>
        <w:t xml:space="preserve"> about the lunchtime club?</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Only one kind of music is allowed.</w:t>
      </w:r>
      <w:r>
        <w:rPr>
          <w:rFonts w:ascii="Times New Roman" w:hAnsi="Times New Roman" w:eastAsia="Times New Roman" w:cs="Times New Roman"/>
          <w:color w:val="000000"/>
          <w:sz w:val="24"/>
        </w:rPr>
        <w:tab/>
        <w:t>B. A different student leads each meeting.</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Vy refuses to listen to other music.</w:t>
      </w:r>
      <w:r>
        <w:rPr>
          <w:rFonts w:ascii="Times New Roman" w:hAnsi="Times New Roman" w:eastAsia="Times New Roman" w:cs="Times New Roman"/>
          <w:color w:val="000000"/>
          <w:sz w:val="24"/>
        </w:rPr>
        <w:tab/>
        <w:t>D. The club meets every night.</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22. </w:t>
      </w:r>
      <w:r>
        <w:rPr>
          <w:rFonts w:ascii="Times New Roman" w:hAnsi="Times New Roman" w:eastAsia="Times New Roman" w:cs="Times New Roman"/>
          <w:color w:val="000000"/>
          <w:sz w:val="24"/>
        </w:rPr>
        <w:t>Which sentence best paraphrases the underlined sentence in paragraph 3?</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A. Every member must choose the same favourite song.</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B. Students may join only if they dislike all music.</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C. The club stops anyone from sharing an opinion.</w:t>
      </w:r>
    </w:p>
    <w:p>
      <w:pPr>
        <w:keepNext w:val="0"/>
        <w:keepLines/>
        <w:widowControl/>
        <w:spacing w:before="0" w:after="0" w:line="240" w:lineRule="auto"/>
        <w:ind w:firstLine="0" w:left="283"/>
        <w:jc w:val="left"/>
      </w:pPr>
      <w:r>
        <w:rPr>
          <w:rFonts w:ascii="Times New Roman" w:hAnsi="Times New Roman" w:eastAsia="Times New Roman" w:cs="Times New Roman"/>
          <w:color w:val="000000"/>
          <w:sz w:val="24"/>
        </w:rPr>
        <w:t>D. Different musical tastes are welcome at the club.</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23. </w:t>
      </w:r>
      <w:r>
        <w:rPr>
          <w:rFonts w:ascii="Times New Roman" w:hAnsi="Times New Roman" w:eastAsia="Times New Roman" w:cs="Times New Roman"/>
          <w:color w:val="000000"/>
          <w:sz w:val="24"/>
        </w:rPr>
        <w:t>In which paragraph are the meeting place and frequency given?</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2</w:t>
      </w:r>
      <w:r>
        <w:rPr>
          <w:rFonts w:ascii="Times New Roman" w:hAnsi="Times New Roman" w:eastAsia="Times New Roman" w:cs="Times New Roman"/>
          <w:color w:val="000000"/>
          <w:sz w:val="24"/>
        </w:rPr>
        <w:tab/>
        <w:t>B. Paragraph 1</w:t>
      </w:r>
      <w:r>
        <w:rPr>
          <w:rFonts w:ascii="Times New Roman" w:hAnsi="Times New Roman" w:eastAsia="Times New Roman" w:cs="Times New Roman"/>
          <w:color w:val="000000"/>
          <w:sz w:val="24"/>
        </w:rPr>
        <w:tab/>
        <w:t>C. Paragraph 3</w:t>
      </w:r>
      <w:r>
        <w:rPr>
          <w:rFonts w:ascii="Times New Roman" w:hAnsi="Times New Roman" w:eastAsia="Times New Roman" w:cs="Times New Roman"/>
          <w:color w:val="000000"/>
          <w:sz w:val="24"/>
        </w:rPr>
        <w:tab/>
        <w:t>D. Paragraph 4</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24. </w:t>
      </w:r>
      <w:r>
        <w:rPr>
          <w:rFonts w:ascii="Times New Roman" w:hAnsi="Times New Roman" w:eastAsia="Times New Roman" w:cs="Times New Roman"/>
          <w:color w:val="000000"/>
          <w:sz w:val="24"/>
        </w:rPr>
        <w:t>In which paragraph does Vy prepare to lead a meeting?</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1</w:t>
      </w:r>
      <w:r>
        <w:rPr>
          <w:rFonts w:ascii="Times New Roman" w:hAnsi="Times New Roman" w:eastAsia="Times New Roman" w:cs="Times New Roman"/>
          <w:color w:val="000000"/>
          <w:sz w:val="24"/>
        </w:rPr>
        <w:tab/>
        <w:t>B. Paragraph 4</w:t>
      </w:r>
      <w:r>
        <w:rPr>
          <w:rFonts w:ascii="Times New Roman" w:hAnsi="Times New Roman" w:eastAsia="Times New Roman" w:cs="Times New Roman"/>
          <w:color w:val="000000"/>
          <w:sz w:val="24"/>
        </w:rPr>
        <w:tab/>
        <w:t>C. Paragraph 2</w:t>
      </w:r>
      <w:r>
        <w:rPr>
          <w:rFonts w:ascii="Times New Roman" w:hAnsi="Times New Roman" w:eastAsia="Times New Roman" w:cs="Times New Roman"/>
          <w:color w:val="000000"/>
          <w:sz w:val="24"/>
        </w:rPr>
        <w:tab/>
        <w:t>D. Paragraph 3</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25. </w:t>
      </w:r>
      <w:r>
        <w:rPr>
          <w:rFonts w:ascii="Times New Roman" w:hAnsi="Times New Roman" w:eastAsia="Times New Roman" w:cs="Times New Roman"/>
          <w:color w:val="000000"/>
          <w:sz w:val="24"/>
        </w:rPr>
        <w:t>Who enjoys the folk songs Duc brought?</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his football coach</w:t>
      </w:r>
      <w:r>
        <w:rPr>
          <w:rFonts w:ascii="Times New Roman" w:hAnsi="Times New Roman" w:eastAsia="Times New Roman" w:cs="Times New Roman"/>
          <w:color w:val="000000"/>
          <w:sz w:val="24"/>
        </w:rPr>
        <w:tab/>
        <w:t>B. his grandmother</w:t>
      </w:r>
      <w:r>
        <w:rPr>
          <w:rFonts w:ascii="Times New Roman" w:hAnsi="Times New Roman" w:eastAsia="Times New Roman" w:cs="Times New Roman"/>
          <w:color w:val="000000"/>
          <w:sz w:val="24"/>
        </w:rPr>
        <w:tab/>
        <w:t>C. a visitor from a shop</w:t>
      </w:r>
      <w:r>
        <w:rPr>
          <w:rFonts w:ascii="Times New Roman" w:hAnsi="Times New Roman" w:eastAsia="Times New Roman" w:cs="Times New Roman"/>
          <w:color w:val="000000"/>
          <w:sz w:val="24"/>
        </w:rPr>
        <w:tab/>
        <w:t>D. the school cook</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26. </w:t>
      </w:r>
      <w:r>
        <w:rPr>
          <w:rFonts w:ascii="Times New Roman" w:hAnsi="Times New Roman" w:eastAsia="Times New Roman" w:cs="Times New Roman"/>
          <w:color w:val="000000"/>
          <w:sz w:val="24"/>
        </w:rPr>
        <w:t>What is the passage mainly about?</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A club helps students explore different music.</w:t>
      </w:r>
      <w:r>
        <w:rPr>
          <w:rFonts w:ascii="Times New Roman" w:hAnsi="Times New Roman" w:eastAsia="Times New Roman" w:cs="Times New Roman"/>
          <w:color w:val="000000"/>
          <w:sz w:val="24"/>
        </w:rPr>
        <w:tab/>
        <w:t>B. A school cancels all lunchtime activities.</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A singer sells her new album to teachers.</w:t>
      </w:r>
      <w:r>
        <w:rPr>
          <w:rFonts w:ascii="Times New Roman" w:hAnsi="Times New Roman" w:eastAsia="Times New Roman" w:cs="Times New Roman"/>
          <w:color w:val="000000"/>
          <w:sz w:val="24"/>
        </w:rPr>
        <w:tab/>
        <w:t>D. A student wants everyone to stop listening.</w:t>
      </w:r>
    </w:p>
    <w:p>
      <w:r>
        <w:br w:type="page"/>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following advertisement and choose the best option A, B, C or D for each blank from 27 to 32.</w:t>
      </w:r>
    </w:p>
    <w:p>
      <w:pPr>
        <w:keepNext/>
        <w:keepLines/>
        <w:widowControl/>
        <w:spacing w:before="0" w:after="0" w:line="240" w:lineRule="auto"/>
        <w:ind w:firstLine="0"/>
        <w:jc w:val="center"/>
      </w:pPr>
      <w:r>
        <w:rPr>
          <w:rFonts w:ascii="Times New Roman" w:hAnsi="Times New Roman" w:eastAsia="Times New Roman" w:cs="Times New Roman"/>
          <w:b/>
          <w:color w:val="000000"/>
          <w:sz w:val="24"/>
        </w:rPr>
        <w:t>WALK TO SCHOOL WEDNESDAY</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Leave the car at home and join our walking group! We meet (27) _____ the main gate of the park at 6:45 every Wednesday. An adult walks with each group.</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Walking is good for your health and helps reduce air (28) _____. Our route (29) _____ by teachers before the first walk, so they know where the group will go.</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We have a list of students for next week. We (30) _____ leave at seven. Wear comfortable shoes, (31) _____ you may feel tired on the way. Please tell your parents and ask for their (32) _____ before joining.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27.</w:t>
      </w:r>
      <w:r>
        <w:rPr>
          <w:rFonts w:ascii="Times New Roman" w:hAnsi="Times New Roman" w:eastAsia="Times New Roman" w:cs="Times New Roman"/>
          <w:color w:val="000000"/>
          <w:sz w:val="24"/>
        </w:rPr>
        <w:tab/>
        <w:t>A. on</w:t>
      </w:r>
      <w:r>
        <w:rPr>
          <w:rFonts w:ascii="Times New Roman" w:hAnsi="Times New Roman" w:eastAsia="Times New Roman" w:cs="Times New Roman"/>
          <w:color w:val="000000"/>
          <w:sz w:val="24"/>
        </w:rPr>
        <w:tab/>
        <w:t>B. at</w:t>
      </w:r>
      <w:r>
        <w:rPr>
          <w:rFonts w:ascii="Times New Roman" w:hAnsi="Times New Roman" w:eastAsia="Times New Roman" w:cs="Times New Roman"/>
          <w:color w:val="000000"/>
          <w:sz w:val="24"/>
        </w:rPr>
        <w:tab/>
        <w:t>C. from</w:t>
      </w:r>
      <w:r>
        <w:rPr>
          <w:rFonts w:ascii="Times New Roman" w:hAnsi="Times New Roman" w:eastAsia="Times New Roman" w:cs="Times New Roman"/>
          <w:color w:val="000000"/>
          <w:sz w:val="24"/>
        </w:rPr>
        <w:tab/>
        <w:t>D. into</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28.</w:t>
      </w:r>
      <w:r>
        <w:rPr>
          <w:rFonts w:ascii="Times New Roman" w:hAnsi="Times New Roman" w:eastAsia="Times New Roman" w:cs="Times New Roman"/>
          <w:color w:val="000000"/>
          <w:sz w:val="24"/>
        </w:rPr>
        <w:tab/>
        <w:t>A. pollute</w:t>
      </w:r>
      <w:r>
        <w:rPr>
          <w:rFonts w:ascii="Times New Roman" w:hAnsi="Times New Roman" w:eastAsia="Times New Roman" w:cs="Times New Roman"/>
          <w:color w:val="000000"/>
          <w:sz w:val="24"/>
        </w:rPr>
        <w:tab/>
        <w:t>B. polluted</w:t>
      </w:r>
      <w:r>
        <w:rPr>
          <w:rFonts w:ascii="Times New Roman" w:hAnsi="Times New Roman" w:eastAsia="Times New Roman" w:cs="Times New Roman"/>
          <w:color w:val="000000"/>
          <w:sz w:val="24"/>
        </w:rPr>
        <w:tab/>
        <w:t>C. pollution</w:t>
      </w:r>
      <w:r>
        <w:rPr>
          <w:rFonts w:ascii="Times New Roman" w:hAnsi="Times New Roman" w:eastAsia="Times New Roman" w:cs="Times New Roman"/>
          <w:color w:val="000000"/>
          <w:sz w:val="24"/>
        </w:rPr>
        <w:tab/>
        <w:t>D. polluting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29.</w:t>
      </w:r>
      <w:r>
        <w:rPr>
          <w:rFonts w:ascii="Times New Roman" w:hAnsi="Times New Roman" w:eastAsia="Times New Roman" w:cs="Times New Roman"/>
          <w:color w:val="000000"/>
          <w:sz w:val="24"/>
        </w:rPr>
        <w:tab/>
        <w:t>A. is checked</w:t>
      </w:r>
      <w:r>
        <w:rPr>
          <w:rFonts w:ascii="Times New Roman" w:hAnsi="Times New Roman" w:eastAsia="Times New Roman" w:cs="Times New Roman"/>
          <w:color w:val="000000"/>
          <w:sz w:val="24"/>
        </w:rPr>
        <w:tab/>
        <w:t>B. checks</w:t>
      </w:r>
      <w:r>
        <w:rPr>
          <w:rFonts w:ascii="Times New Roman" w:hAnsi="Times New Roman" w:eastAsia="Times New Roman" w:cs="Times New Roman"/>
          <w:color w:val="000000"/>
          <w:sz w:val="24"/>
        </w:rPr>
        <w:tab/>
        <w:t>C. are checked</w:t>
      </w:r>
      <w:r>
        <w:rPr>
          <w:rFonts w:ascii="Times New Roman" w:hAnsi="Times New Roman" w:eastAsia="Times New Roman" w:cs="Times New Roman"/>
          <w:color w:val="000000"/>
          <w:sz w:val="24"/>
        </w:rPr>
        <w:tab/>
        <w:t>D. checking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30.</w:t>
      </w:r>
      <w:r>
        <w:rPr>
          <w:rFonts w:ascii="Times New Roman" w:hAnsi="Times New Roman" w:eastAsia="Times New Roman" w:cs="Times New Roman"/>
          <w:color w:val="000000"/>
          <w:sz w:val="24"/>
        </w:rPr>
        <w:tab/>
        <w:t>A. is going to</w:t>
      </w:r>
      <w:r>
        <w:rPr>
          <w:rFonts w:ascii="Times New Roman" w:hAnsi="Times New Roman" w:eastAsia="Times New Roman" w:cs="Times New Roman"/>
          <w:color w:val="000000"/>
          <w:sz w:val="24"/>
        </w:rPr>
        <w:tab/>
        <w:t>B. are going to</w:t>
      </w:r>
      <w:r>
        <w:rPr>
          <w:rFonts w:ascii="Times New Roman" w:hAnsi="Times New Roman" w:eastAsia="Times New Roman" w:cs="Times New Roman"/>
          <w:color w:val="000000"/>
          <w:sz w:val="24"/>
        </w:rPr>
        <w:tab/>
        <w:t>C. going to</w:t>
      </w:r>
      <w:r>
        <w:rPr>
          <w:rFonts w:ascii="Times New Roman" w:hAnsi="Times New Roman" w:eastAsia="Times New Roman" w:cs="Times New Roman"/>
          <w:color w:val="000000"/>
          <w:sz w:val="24"/>
        </w:rPr>
        <w:tab/>
        <w:t>D. are go to</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31.</w:t>
      </w:r>
      <w:r>
        <w:rPr>
          <w:rFonts w:ascii="Times New Roman" w:hAnsi="Times New Roman" w:eastAsia="Times New Roman" w:cs="Times New Roman"/>
          <w:color w:val="000000"/>
          <w:sz w:val="24"/>
        </w:rPr>
        <w:tab/>
        <w:t>A. or</w:t>
      </w:r>
      <w:r>
        <w:rPr>
          <w:rFonts w:ascii="Times New Roman" w:hAnsi="Times New Roman" w:eastAsia="Times New Roman" w:cs="Times New Roman"/>
          <w:color w:val="000000"/>
          <w:sz w:val="24"/>
        </w:rPr>
        <w:tab/>
        <w:t>B. and</w:t>
      </w:r>
      <w:r>
        <w:rPr>
          <w:rFonts w:ascii="Times New Roman" w:hAnsi="Times New Roman" w:eastAsia="Times New Roman" w:cs="Times New Roman"/>
          <w:color w:val="000000"/>
          <w:sz w:val="24"/>
        </w:rPr>
        <w:tab/>
        <w:t>C. so</w:t>
      </w:r>
      <w:r>
        <w:rPr>
          <w:rFonts w:ascii="Times New Roman" w:hAnsi="Times New Roman" w:eastAsia="Times New Roman" w:cs="Times New Roman"/>
          <w:color w:val="000000"/>
          <w:sz w:val="24"/>
        </w:rPr>
        <w:tab/>
        <w:t>D. because</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32.</w:t>
      </w:r>
      <w:r>
        <w:rPr>
          <w:rFonts w:ascii="Times New Roman" w:hAnsi="Times New Roman" w:eastAsia="Times New Roman" w:cs="Times New Roman"/>
          <w:color w:val="000000"/>
          <w:sz w:val="24"/>
        </w:rPr>
        <w:tab/>
        <w:t>A. performance</w:t>
      </w:r>
      <w:r>
        <w:rPr>
          <w:rFonts w:ascii="Times New Roman" w:hAnsi="Times New Roman" w:eastAsia="Times New Roman" w:cs="Times New Roman"/>
          <w:color w:val="000000"/>
          <w:sz w:val="24"/>
        </w:rPr>
        <w:tab/>
        <w:t>B. instrument</w:t>
      </w:r>
      <w:r>
        <w:rPr>
          <w:rFonts w:ascii="Times New Roman" w:hAnsi="Times New Roman" w:eastAsia="Times New Roman" w:cs="Times New Roman"/>
          <w:color w:val="000000"/>
          <w:sz w:val="24"/>
        </w:rPr>
        <w:tab/>
        <w:t>C. permission</w:t>
      </w:r>
      <w:r>
        <w:rPr>
          <w:rFonts w:ascii="Times New Roman" w:hAnsi="Times New Roman" w:eastAsia="Times New Roman" w:cs="Times New Roman"/>
          <w:color w:val="000000"/>
          <w:sz w:val="24"/>
        </w:rPr>
        <w:tab/>
        <w:t>D. audience</w:t>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passage and choose the best answer A, B, C or D for each question from 33 to 40.</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On Sunday afternoons, An visits his grandparents with his sister. Their parents work at a market, so the children spend a few hours at their grandparents’ house. They help with simple jobs and learn new skills.</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Last Sunday, their grandmother showed them how to make rice cakes. An washed the leaves, and his sister measured the rice. Their grandfather tied the cakes with string. He was patient when An needed to try more than once.</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 xml:space="preserve">While the cakes were cooking, the children swept the kitchen and washed the bowls. </w:t>
      </w:r>
      <w:r>
        <w:rPr>
          <w:rFonts w:ascii="Times New Roman" w:hAnsi="Times New Roman" w:eastAsia="Times New Roman" w:cs="Times New Roman"/>
          <w:color w:val="000000"/>
          <w:sz w:val="24"/>
          <w:u w:val="single"/>
        </w:rPr>
        <w:t>They finished the cleaning before their parents arrived.</w:t>
      </w:r>
      <w:r>
        <w:rPr>
          <w:rFonts w:ascii="Times New Roman" w:hAnsi="Times New Roman" w:eastAsia="Times New Roman" w:cs="Times New Roman"/>
          <w:color w:val="000000"/>
          <w:sz w:val="24"/>
        </w:rPr>
        <w:t xml:space="preserve"> Then the whole family sat down together and tasted the cakes.</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An enjoyed the afternoon because every person had a part to play. His grandmother said that cooking was a good way to pass on family traditions. An wants to write the simple recipe in his notebook so he can use it again.</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33. </w:t>
      </w:r>
      <w:r>
        <w:rPr>
          <w:rFonts w:ascii="Times New Roman" w:hAnsi="Times New Roman" w:eastAsia="Times New Roman" w:cs="Times New Roman"/>
          <w:color w:val="000000"/>
          <w:sz w:val="24"/>
        </w:rPr>
        <w:t>What does paragraph 1 mainly explain?</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why the children visit their grandparents</w:t>
      </w:r>
      <w:r>
        <w:rPr>
          <w:rFonts w:ascii="Times New Roman" w:hAnsi="Times New Roman" w:eastAsia="Times New Roman" w:cs="Times New Roman"/>
          <w:color w:val="000000"/>
          <w:sz w:val="24"/>
        </w:rPr>
        <w:tab/>
        <w:t>B. how their parents built a new market</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why the children dislike Sundays</w:t>
      </w:r>
      <w:r>
        <w:rPr>
          <w:rFonts w:ascii="Times New Roman" w:hAnsi="Times New Roman" w:eastAsia="Times New Roman" w:cs="Times New Roman"/>
          <w:color w:val="000000"/>
          <w:sz w:val="24"/>
        </w:rPr>
        <w:tab/>
        <w:t>D. where An bought his notebook</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34.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He</w:t>
      </w:r>
      <w:r>
        <w:rPr>
          <w:rFonts w:ascii="Times New Roman" w:hAnsi="Times New Roman" w:eastAsia="Times New Roman" w:cs="Times New Roman"/>
          <w:color w:val="000000"/>
          <w:sz w:val="24"/>
        </w:rPr>
        <w:t xml:space="preserve"> in paragraph 2 refers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An’s father</w:t>
      </w:r>
      <w:r>
        <w:rPr>
          <w:rFonts w:ascii="Times New Roman" w:hAnsi="Times New Roman" w:eastAsia="Times New Roman" w:cs="Times New Roman"/>
          <w:color w:val="000000"/>
          <w:sz w:val="24"/>
        </w:rPr>
        <w:tab/>
        <w:t>B. An’s grandfather</w:t>
      </w:r>
      <w:r>
        <w:rPr>
          <w:rFonts w:ascii="Times New Roman" w:hAnsi="Times New Roman" w:eastAsia="Times New Roman" w:cs="Times New Roman"/>
          <w:color w:val="000000"/>
          <w:sz w:val="24"/>
        </w:rPr>
        <w:tab/>
        <w:t>C. An’s brother</w:t>
      </w:r>
      <w:r>
        <w:rPr>
          <w:rFonts w:ascii="Times New Roman" w:hAnsi="Times New Roman" w:eastAsia="Times New Roman" w:cs="Times New Roman"/>
          <w:color w:val="000000"/>
          <w:sz w:val="24"/>
        </w:rPr>
        <w:tab/>
        <w:t>D. a man at the market</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35. </w:t>
      </w:r>
      <w:r>
        <w:rPr>
          <w:rFonts w:ascii="Times New Roman" w:hAnsi="Times New Roman" w:eastAsia="Times New Roman" w:cs="Times New Roman"/>
          <w:color w:val="000000"/>
          <w:sz w:val="24"/>
        </w:rPr>
        <w:t>Which sentence best paraphrases the underlined sentence in paragraph 3?</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A. They began cleaning only after their parents came.</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B. Their parents did all the cleaning alone.</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C. Nobody cleaned the kitchen that afternoon.</w:t>
      </w:r>
    </w:p>
    <w:p>
      <w:pPr>
        <w:keepNext w:val="0"/>
        <w:keepLines/>
        <w:widowControl/>
        <w:spacing w:before="0" w:after="0" w:line="240" w:lineRule="auto"/>
        <w:ind w:firstLine="0" w:left="283"/>
        <w:jc w:val="left"/>
      </w:pPr>
      <w:r>
        <w:rPr>
          <w:rFonts w:ascii="Times New Roman" w:hAnsi="Times New Roman" w:eastAsia="Times New Roman" w:cs="Times New Roman"/>
          <w:color w:val="000000"/>
          <w:sz w:val="24"/>
        </w:rPr>
        <w:t>D. The kitchen was clean when their parents came.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36.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patient</w:t>
      </w:r>
      <w:r>
        <w:rPr>
          <w:rFonts w:ascii="Times New Roman" w:hAnsi="Times New Roman" w:eastAsia="Times New Roman" w:cs="Times New Roman"/>
          <w:color w:val="000000"/>
          <w:sz w:val="24"/>
        </w:rPr>
        <w:t xml:space="preserve"> in paragraph 2 is </w:t>
      </w:r>
      <w:r>
        <w:rPr>
          <w:rFonts w:ascii="Times New Roman" w:hAnsi="Times New Roman" w:eastAsia="Times New Roman" w:cs="Times New Roman"/>
          <w:b/>
          <w:color w:val="000000"/>
          <w:sz w:val="24"/>
        </w:rPr>
        <w:t>OPPOSITE</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impatient</w:t>
      </w:r>
      <w:r>
        <w:rPr>
          <w:rFonts w:ascii="Times New Roman" w:hAnsi="Times New Roman" w:eastAsia="Times New Roman" w:cs="Times New Roman"/>
          <w:color w:val="000000"/>
          <w:sz w:val="24"/>
        </w:rPr>
        <w:tab/>
        <w:t>B. friendly</w:t>
      </w:r>
      <w:r>
        <w:rPr>
          <w:rFonts w:ascii="Times New Roman" w:hAnsi="Times New Roman" w:eastAsia="Times New Roman" w:cs="Times New Roman"/>
          <w:color w:val="000000"/>
          <w:sz w:val="24"/>
        </w:rPr>
        <w:tab/>
        <w:t>C. kind</w:t>
      </w:r>
      <w:r>
        <w:rPr>
          <w:rFonts w:ascii="Times New Roman" w:hAnsi="Times New Roman" w:eastAsia="Times New Roman" w:cs="Times New Roman"/>
          <w:color w:val="000000"/>
          <w:sz w:val="24"/>
        </w:rPr>
        <w:tab/>
        <w:t>D. careful</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37.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simple</w:t>
      </w:r>
      <w:r>
        <w:rPr>
          <w:rFonts w:ascii="Times New Roman" w:hAnsi="Times New Roman" w:eastAsia="Times New Roman" w:cs="Times New Roman"/>
          <w:color w:val="000000"/>
          <w:sz w:val="24"/>
        </w:rPr>
        <w:t xml:space="preserve"> in paragraph 4 is </w:t>
      </w:r>
      <w:r>
        <w:rPr>
          <w:rFonts w:ascii="Times New Roman" w:hAnsi="Times New Roman" w:eastAsia="Times New Roman" w:cs="Times New Roman"/>
          <w:b/>
          <w:color w:val="000000"/>
          <w:sz w:val="24"/>
        </w:rPr>
        <w:t>CLOSEST</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noisy</w:t>
      </w:r>
      <w:r>
        <w:rPr>
          <w:rFonts w:ascii="Times New Roman" w:hAnsi="Times New Roman" w:eastAsia="Times New Roman" w:cs="Times New Roman"/>
          <w:color w:val="000000"/>
          <w:sz w:val="24"/>
        </w:rPr>
        <w:tab/>
        <w:t>B. easy</w:t>
      </w:r>
      <w:r>
        <w:rPr>
          <w:rFonts w:ascii="Times New Roman" w:hAnsi="Times New Roman" w:eastAsia="Times New Roman" w:cs="Times New Roman"/>
          <w:color w:val="000000"/>
          <w:sz w:val="24"/>
        </w:rPr>
        <w:tab/>
        <w:t>C. heavy</w:t>
      </w:r>
      <w:r>
        <w:rPr>
          <w:rFonts w:ascii="Times New Roman" w:hAnsi="Times New Roman" w:eastAsia="Times New Roman" w:cs="Times New Roman"/>
          <w:color w:val="000000"/>
          <w:sz w:val="24"/>
        </w:rPr>
        <w:tab/>
        <w:t>D. dirty</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38. </w:t>
      </w:r>
      <w:r>
        <w:rPr>
          <w:rFonts w:ascii="Times New Roman" w:hAnsi="Times New Roman" w:eastAsia="Times New Roman" w:cs="Times New Roman"/>
          <w:color w:val="000000"/>
          <w:sz w:val="24"/>
        </w:rPr>
        <w:t xml:space="preserve">Which of the following is </w:t>
      </w:r>
      <w:r>
        <w:rPr>
          <w:rFonts w:ascii="Times New Roman" w:hAnsi="Times New Roman" w:eastAsia="Times New Roman" w:cs="Times New Roman"/>
          <w:b/>
          <w:color w:val="000000"/>
          <w:sz w:val="24"/>
        </w:rPr>
        <w:t>NOT TRUE</w:t>
      </w:r>
      <w:r>
        <w:rPr>
          <w:rFonts w:ascii="Times New Roman" w:hAnsi="Times New Roman" w:eastAsia="Times New Roman" w:cs="Times New Roman"/>
          <w:color w:val="000000"/>
          <w:sz w:val="24"/>
        </w:rPr>
        <w:t xml:space="preserve"> about the rice-cake afternoon?</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An’s sister tied all the cakes.</w:t>
      </w:r>
      <w:r>
        <w:rPr>
          <w:rFonts w:ascii="Times New Roman" w:hAnsi="Times New Roman" w:eastAsia="Times New Roman" w:cs="Times New Roman"/>
          <w:color w:val="000000"/>
          <w:sz w:val="24"/>
        </w:rPr>
        <w:tab/>
        <w:t>B. An washed the leaves.</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The children washed the bowls.</w:t>
      </w:r>
      <w:r>
        <w:rPr>
          <w:rFonts w:ascii="Times New Roman" w:hAnsi="Times New Roman" w:eastAsia="Times New Roman" w:cs="Times New Roman"/>
          <w:color w:val="000000"/>
          <w:sz w:val="24"/>
        </w:rPr>
        <w:tab/>
        <w:t>D. An wants to keep the recipe.</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39. </w:t>
      </w:r>
      <w:r>
        <w:rPr>
          <w:rFonts w:ascii="Times New Roman" w:hAnsi="Times New Roman" w:eastAsia="Times New Roman" w:cs="Times New Roman"/>
          <w:color w:val="000000"/>
          <w:sz w:val="24"/>
        </w:rPr>
        <w:t>In which paragraph do the children clean while the food cooks?</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3</w:t>
      </w:r>
      <w:r>
        <w:rPr>
          <w:rFonts w:ascii="Times New Roman" w:hAnsi="Times New Roman" w:eastAsia="Times New Roman" w:cs="Times New Roman"/>
          <w:color w:val="000000"/>
          <w:sz w:val="24"/>
        </w:rPr>
        <w:tab/>
        <w:t>B. Paragraph 1</w:t>
      </w:r>
      <w:r>
        <w:rPr>
          <w:rFonts w:ascii="Times New Roman" w:hAnsi="Times New Roman" w:eastAsia="Times New Roman" w:cs="Times New Roman"/>
          <w:color w:val="000000"/>
          <w:sz w:val="24"/>
        </w:rPr>
        <w:tab/>
        <w:t>C. Paragraph 2</w:t>
      </w:r>
      <w:r>
        <w:rPr>
          <w:rFonts w:ascii="Times New Roman" w:hAnsi="Times New Roman" w:eastAsia="Times New Roman" w:cs="Times New Roman"/>
          <w:color w:val="000000"/>
          <w:sz w:val="24"/>
        </w:rPr>
        <w:tab/>
        <w:t>D. Paragraph 4</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40. </w:t>
      </w:r>
      <w:r>
        <w:rPr>
          <w:rFonts w:ascii="Times New Roman" w:hAnsi="Times New Roman" w:eastAsia="Times New Roman" w:cs="Times New Roman"/>
          <w:color w:val="000000"/>
          <w:sz w:val="24"/>
        </w:rPr>
        <w:t>In which paragraph does Grandma mention family traditions?</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1</w:t>
      </w:r>
      <w:r>
        <w:rPr>
          <w:rFonts w:ascii="Times New Roman" w:hAnsi="Times New Roman" w:eastAsia="Times New Roman" w:cs="Times New Roman"/>
          <w:color w:val="000000"/>
          <w:sz w:val="24"/>
        </w:rPr>
        <w:tab/>
        <w:t>B. Paragraph 2</w:t>
      </w:r>
      <w:r>
        <w:rPr>
          <w:rFonts w:ascii="Times New Roman" w:hAnsi="Times New Roman" w:eastAsia="Times New Roman" w:cs="Times New Roman"/>
          <w:color w:val="000000"/>
          <w:sz w:val="24"/>
        </w:rPr>
        <w:tab/>
        <w:t>C. Paragraph 4</w:t>
      </w:r>
      <w:r>
        <w:rPr>
          <w:rFonts w:ascii="Times New Roman" w:hAnsi="Times New Roman" w:eastAsia="Times New Roman" w:cs="Times New Roman"/>
          <w:color w:val="000000"/>
          <w:sz w:val="24"/>
        </w:rPr>
        <w:tab/>
        <w:t>D. Paragraph 3</w:t>
      </w:r>
    </w:p>
    <w:p>
      <w:pPr>
        <w:keepNext/>
        <w:keepLines/>
        <w:widowControl/>
        <w:spacing w:before="60" w:after="0" w:line="240" w:lineRule="auto"/>
        <w:ind w:firstLine="0"/>
        <w:jc w:val="center"/>
      </w:pPr>
      <w:r>
        <w:rPr>
          <w:rFonts w:ascii="Times New Roman" w:hAnsi="Times New Roman" w:eastAsia="Times New Roman" w:cs="Times New Roman"/>
          <w:b/>
          <w:color w:val="000000"/>
          <w:sz w:val="24"/>
        </w:rPr>
        <w:t>THE END</w:t>
      </w:r>
    </w:p>
    <w:p>
      <w:pPr>
        <w:keepNext w:val="0"/>
        <w:keepLines/>
        <w:widowControl/>
        <w:spacing w:before="0" w:after="0" w:line="240" w:lineRule="auto"/>
        <w:ind w:firstLine="0"/>
        <w:jc w:val="left"/>
      </w:pPr>
      <w:r>
        <w:rPr>
          <w:rFonts w:ascii="Times New Roman" w:hAnsi="Times New Roman" w:eastAsia="Times New Roman" w:cs="Times New Roman"/>
          <w:color w:val="000000"/>
          <w:sz w:val="24"/>
        </w:rPr>
        <w:t>– Thí sinh không được sử dụng tài liệu.</w:t>
      </w:r>
      <w:r>
        <w:br/>
      </w:r>
      <w:r>
        <w:rPr>
          <w:rFonts w:ascii="Times New Roman" w:hAnsi="Times New Roman" w:eastAsia="Times New Roman" w:cs="Times New Roman"/>
          <w:color w:val="000000"/>
          <w:sz w:val="24"/>
        </w:rPr>
        <w:t>– Giám thị không giải thích gì thêm.</w:t>
      </w:r>
    </w:p>
    <w:sectPr w:rsidR="00FC693F" w:rsidRPr="0006063C" w:rsidSect="00034616">
      <w:footerReference w:type="default" r:id="rId9"/>
      <w:pgSz w:w="12240" w:h="15840"/>
      <w:pgMar w:top="794" w:right="850" w:bottom="794" w:left="850" w:header="283"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spacing w:before="0" w:after="0" w:line="240" w:lineRule="auto"/>
      <w:ind w:firstLine="0"/>
      <w:jc w:val="right"/>
    </w:pPr>
    <w:r>
      <w:rPr>
        <w:rFonts w:ascii="Times New Roman" w:hAnsi="Times New Roman" w:eastAsia="Times New Roman" w:cs="Times New Roman"/>
        <w:color w:val="000000"/>
        <w:sz w:val="20"/>
      </w:rPr>
      <w:t xml:space="preserve">Trang </w:t>
    </w:r>
    <w:r>
      <w:rPr>
        <w:rFonts w:ascii="Times New Roman" w:hAnsi="Times New Roman" w:eastAsia="Times New Roman" w:cs="Times New Roman"/>
        <w:color w:val="000000"/>
        <w:sz w:val="20"/>
      </w:rPr>
      <w:fldChar w:fldCharType="begin"/>
      <w:instrText xml:space="preserve"> PAGE </w:instrText>
      <w:fldChar w:fldCharType="separate"/>
      <w:t>1</w:t>
      <w:fldChar w:fldCharType="end"/>
    </w:r>
    <w:r>
      <w:rPr>
        <w:rFonts w:ascii="Times New Roman" w:hAnsi="Times New Roman" w:eastAsia="Times New Roman" w:cs="Times New Roman"/>
        <w:color w:val="000000"/>
        <w:sz w:val="20"/>
      </w:rPr>
      <w:t>/</w:t>
    </w:r>
    <w:r>
      <w:rPr>
        <w:rFonts w:ascii="Times New Roman" w:hAnsi="Times New Roman" w:eastAsia="Times New Roman" w:cs="Times New Roman"/>
        <w:color w:val="000000"/>
        <w:sz w:val="20"/>
      </w:rPr>
      <w:fldChar w:fldCharType="begin"/>
      <w:instrText xml:space="preserve"> NUMPAGES </w:instrText>
      <w:fldChar w:fldCharType="separate"/>
      <w:t>4</w:t>
      <w:fldChar w:fldCharType="end"/>
    </w:r>
    <w:r>
      <w:rPr>
        <w:rFonts w:ascii="Times New Roman" w:hAnsi="Times New Roman" w:eastAsia="Times New Roman" w:cs="Times New Roman"/>
        <w:color w:val="000000"/>
        <w:sz w:val="20"/>
      </w:rPr>
      <w:t xml:space="preserve"> – Mã đề 504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76" w:lineRule="auto"/>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276" w:lineRule="auto"/>
      <w:outlineLvl w:val="0"/>
    </w:pPr>
    <w:rPr>
      <w:rFonts w:asciiTheme="majorHAnsi" w:eastAsiaTheme="majorEastAsia" w:hAnsiTheme="majorHAnsi" w:cstheme="majorBidi" w:ascii="Times New Roman" w:hAnsi="Times New Roman" w:eastAsia="Times New Roman" w:cs="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0" w:line="276" w:lineRule="auto"/>
      <w:outlineLvl w:val="1"/>
    </w:pPr>
    <w:rPr>
      <w:rFonts w:asciiTheme="majorHAnsi" w:eastAsiaTheme="majorEastAsia" w:hAnsiTheme="majorHAnsi" w:cstheme="majorBidi"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0" w:after="0" w:line="276" w:lineRule="auto"/>
      <w:outlineLvl w:val="2"/>
    </w:pPr>
    <w:rPr>
      <w:rFonts w:asciiTheme="majorHAnsi" w:eastAsiaTheme="majorEastAsia" w:hAnsiTheme="majorHAnsi" w:cstheme="majorBidi"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76" w:lineRule="auto" w:before="0"/>
      <w:contextualSpacing/>
    </w:pPr>
    <w:rPr>
      <w:rFonts w:asciiTheme="majorHAnsi" w:eastAsiaTheme="majorEastAsia" w:hAnsiTheme="majorHAnsi" w:cstheme="majorBidi" w:ascii="Times New Roman" w:hAnsi="Times New Roman" w:eastAsia="Times New Roman" w:cs="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kiểm tra giữa học kỳ I Tiếng Anh 10 Global Success</dc:title>
  <dc:subject>Unit 1 Family life; Unit 2 Humans and the environment; Unit 3 Music; A1–A2</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