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val="0"/>
        </w:rPr>
        <w:t>UBND …………………………     TRƯỜNG …………………………</w:t>
      </w:r>
    </w:p>
    <w:p>
      <w:pPr>
        <w:spacing w:after="0" w:before="0"/>
        <w:jc w:val="center"/>
      </w:pPr>
      <w:r>
        <w:rPr>
          <w:b/>
        </w:rPr>
        <w:t>ĐỀ KIỂM TRA GIỮA KÌ I NĂM HỌC 2026–2027</w:t>
      </w:r>
    </w:p>
    <w:p>
      <w:pPr>
        <w:spacing w:after="0" w:before="0"/>
        <w:jc w:val="center"/>
      </w:pPr>
      <w:r>
        <w:rPr>
          <w:b/>
        </w:rPr>
        <w:t>MÔN TIẾNG ANH 9 • ĐỀ 04</w:t>
      </w:r>
    </w:p>
    <w:p>
      <w:pPr>
        <w:spacing w:after="0" w:before="0"/>
        <w:jc w:val="center"/>
      </w:pPr>
      <w:r>
        <w:rPr>
          <w:b w:val="0"/>
        </w:rPr>
        <w:t>Thời gian làm bài 60 phút kể cả thời gian nghe</w:t>
      </w:r>
    </w:p>
    <w:p>
      <w:pPr>
        <w:spacing w:after="0" w:before="0"/>
      </w:pPr>
      <w:r>
        <w:rPr>
          <w:b w:val="0"/>
        </w:rPr>
        <w:t>Họ và tên: ……………………………………… Lớp: …………</w:t>
      </w:r>
    </w:p>
    <w:p>
      <w:pPr>
        <w:spacing w:after="0" w:before="0"/>
      </w:pPr>
      <w:r>
        <w:rPr>
          <w:b/>
        </w:rPr>
        <w:t>I. LISTENING (2.0 points)</w:t>
      </w:r>
    </w:p>
    <w:p>
      <w:pPr>
        <w:spacing w:after="0" w:before="0"/>
      </w:pPr>
      <w:r>
        <w:rPr>
          <w:b/>
        </w:rPr>
        <w:t>Task 1. Listen to the conversation and choose A, B or C. You will listen TWICE. Question 0 is an example. (1.0 point)</w:t>
      </w:r>
    </w:p>
    <w:p>
      <w:pPr>
        <w:spacing w:after="0" w:before="0"/>
      </w:pPr>
      <w:r>
        <w:rPr>
          <w:b w:val="0"/>
        </w:rPr>
        <w:t>0. Where did Linh go last weekend?</w:t>
      </w:r>
    </w:p>
    <w:p>
      <w:pPr>
        <w:spacing w:after="0" w:before="0"/>
      </w:pPr>
      <w:r>
        <w:rPr>
          <w:b w:val="0"/>
        </w:rPr>
        <w:t>A. A modern airport     B. a traditional lantern-making street     C. A shopping mall</w:t>
      </w:r>
    </w:p>
    <w:p>
      <w:pPr>
        <w:spacing w:after="0" w:before="0"/>
      </w:pPr>
      <w:r>
        <w:rPr>
          <w:b w:val="0"/>
        </w:rPr>
        <w:t>1. What place did Linh visit?</w:t>
      </w:r>
    </w:p>
    <w:p>
      <w:pPr>
        <w:spacing w:after="0" w:before="0"/>
      </w:pPr>
      <w:r>
        <w:rPr>
          <w:b w:val="0"/>
        </w:rPr>
        <w:t>A. A sports stadium     B. lantern shop     C. A hospital</w:t>
      </w:r>
    </w:p>
    <w:p>
      <w:pPr>
        <w:spacing w:after="0" w:before="0"/>
      </w:pPr>
      <w:r>
        <w:rPr>
          <w:b w:val="0"/>
        </w:rPr>
        <w:t>2. What did Linh do there?</w:t>
      </w:r>
    </w:p>
    <w:p>
      <w:pPr>
        <w:spacing w:after="0" w:before="0"/>
      </w:pPr>
      <w:r>
        <w:rPr>
          <w:b w:val="0"/>
        </w:rPr>
        <w:t>A. Bought a new phone     B. painted a lantern     C. Played a computer game</w:t>
      </w:r>
    </w:p>
    <w:p>
      <w:pPr>
        <w:spacing w:after="0" w:before="0"/>
      </w:pPr>
      <w:r>
        <w:rPr>
          <w:b w:val="0"/>
        </w:rPr>
        <w:t>3. Who helped Linh?</w:t>
      </w:r>
    </w:p>
    <w:p>
      <w:pPr>
        <w:spacing w:after="0" w:before="0"/>
      </w:pPr>
      <w:r>
        <w:rPr>
          <w:b w:val="0"/>
        </w:rPr>
        <w:t>A. A school friend     B. a craftswoman     C. A bus driver</w:t>
      </w:r>
    </w:p>
    <w:p>
      <w:pPr>
        <w:spacing w:after="0" w:before="0"/>
      </w:pPr>
      <w:r>
        <w:rPr>
          <w:b w:val="0"/>
        </w:rPr>
        <w:t>4. How did Linh travel there?</w:t>
      </w:r>
    </w:p>
    <w:p>
      <w:pPr>
        <w:spacing w:after="0" w:before="0"/>
      </w:pPr>
      <w:r>
        <w:rPr>
          <w:b w:val="0"/>
        </w:rPr>
        <w:t>A. By train     B. By plane     C. by motorbike</w:t>
      </w:r>
    </w:p>
    <w:p>
      <w:pPr>
        <w:spacing w:after="0" w:before="0"/>
      </w:pPr>
      <w:r>
        <w:rPr>
          <w:b w:val="0"/>
        </w:rPr>
        <w:t>Example answer: B.</w:t>
      </w:r>
    </w:p>
    <w:p>
      <w:pPr>
        <w:spacing w:after="0" w:before="0"/>
      </w:pPr>
      <w:r>
        <w:rPr>
          <w:b/>
        </w:rPr>
        <w:t>Task 2. Listen to the talk and write T (True) or F (False). You will listen TWICE. Question 0 is an example. (1.0 point)</w:t>
      </w:r>
    </w:p>
    <w:tbl>
      <w:tblPr>
        <w:tblStyle w:val="TableGrid"/>
        <w:tblW w:type="auto" w:w="0"/>
        <w:tblLook w:firstColumn="1" w:firstRow="1" w:lastColumn="0" w:lastRow="0" w:noHBand="0" w:noVBand="1" w:val="04A0"/>
      </w:tblPr>
      <w:tblGrid>
        <w:gridCol w:w="7937"/>
        <w:gridCol w:w="1134"/>
      </w:tblGrid>
      <w:tr>
        <w:tc>
          <w:tcPr>
            <w:tcW w:type="dxa" w:w="7937"/>
          </w:tcPr>
          <w:p>
            <w:r>
              <w:t>Statements</w:t>
            </w:r>
          </w:p>
        </w:tc>
        <w:tc>
          <w:tcPr>
            <w:tcW w:type="dxa" w:w="1134"/>
          </w:tcPr>
          <w:p>
            <w:r>
              <w:t>T / F</w:t>
            </w:r>
          </w:p>
        </w:tc>
      </w:tr>
      <w:tr>
        <w:tc>
          <w:tcPr>
            <w:tcW w:type="dxa" w:w="7937"/>
          </w:tcPr>
          <w:p>
            <w:r>
              <w:t>0. Oliver has an active weekly schedule.</w:t>
            </w:r>
          </w:p>
        </w:tc>
        <w:tc>
          <w:tcPr>
            <w:tcW w:type="dxa" w:w="1134"/>
          </w:tcPr>
          <w:p>
            <w:r>
              <w:t>T</w:t>
            </w:r>
          </w:p>
        </w:tc>
      </w:tr>
      <w:tr>
        <w:tc>
          <w:tcPr>
            <w:tcW w:type="dxa" w:w="7937"/>
          </w:tcPr>
          <w:p>
            <w:r>
              <w:t>5. Oliver enjoys football on Wednesday.</w:t>
            </w:r>
          </w:p>
        </w:tc>
        <w:tc>
          <w:tcPr>
            <w:tcW w:type="dxa" w:w="1134"/>
          </w:tcPr>
          <w:p>
            <w:r/>
          </w:p>
        </w:tc>
      </w:tr>
      <w:tr>
        <w:tc>
          <w:tcPr>
            <w:tcW w:type="dxa" w:w="7937"/>
          </w:tcPr>
          <w:p>
            <w:r>
              <w:t>6. Oliver enjoys cycling on Monday.</w:t>
            </w:r>
          </w:p>
        </w:tc>
        <w:tc>
          <w:tcPr>
            <w:tcW w:type="dxa" w:w="1134"/>
          </w:tcPr>
          <w:p>
            <w:r/>
          </w:p>
        </w:tc>
      </w:tr>
      <w:tr>
        <w:tc>
          <w:tcPr>
            <w:tcW w:type="dxa" w:w="7937"/>
          </w:tcPr>
          <w:p>
            <w:r>
              <w:t>7. Oliver goes to the riverside park for cycling.</w:t>
            </w:r>
          </w:p>
        </w:tc>
        <w:tc>
          <w:tcPr>
            <w:tcW w:type="dxa" w:w="1134"/>
          </w:tcPr>
          <w:p>
            <w:r/>
          </w:p>
        </w:tc>
      </w:tr>
      <w:tr>
        <w:tc>
          <w:tcPr>
            <w:tcW w:type="dxa" w:w="7937"/>
          </w:tcPr>
          <w:p>
            <w:r>
              <w:t>8. Oliver thinks winning prizes is the only reason to be active.</w:t>
            </w:r>
          </w:p>
        </w:tc>
        <w:tc>
          <w:tcPr>
            <w:tcW w:type="dxa" w:w="1134"/>
          </w:tcPr>
          <w:p>
            <w:r/>
          </w:p>
        </w:tc>
      </w:tr>
    </w:tbl>
    <w:p>
      <w:pPr>
        <w:spacing w:after="0" w:before="0"/>
      </w:pPr>
      <w:r>
        <w:rPr>
          <w:b/>
        </w:rPr>
        <w:t>II. PRONUNCIATION (0.5 point)</w:t>
      </w:r>
    </w:p>
    <w:p>
      <w:pPr>
        <w:spacing w:after="0" w:before="0"/>
      </w:pPr>
      <w:r>
        <w:rPr>
          <w:b w:val="0"/>
        </w:rPr>
        <w:t>Choose the word whose underlined part is pronounced differently from the others.</w:t>
      </w:r>
    </w:p>
    <w:p>
      <w:pPr>
        <w:spacing w:after="0" w:before="0"/>
      </w:pPr>
      <w:r>
        <w:rPr>
          <w:b w:val="0"/>
        </w:rPr>
        <w:t>9.</w:t>
      </w:r>
    </w:p>
    <w:p>
      <w:pPr>
        <w:spacing w:after="0"/>
      </w:pPr>
      <w:r>
        <w:t xml:space="preserve">A. </w:t>
      </w:r>
      <w:r>
        <w:t>laugh</w:t>
      </w:r>
      <w:r>
        <w:rPr>
          <w:u w:val="single"/>
        </w:rPr>
        <w:t>ed</w:t>
      </w:r>
      <w:r>
        <w:t xml:space="preserve">     </w:t>
      </w:r>
      <w:r>
        <w:t xml:space="preserve">B. </w:t>
      </w:r>
      <w:r>
        <w:t>help</w:t>
      </w:r>
      <w:r>
        <w:rPr>
          <w:u w:val="single"/>
        </w:rPr>
        <w:t>ed</w:t>
      </w:r>
      <w:r>
        <w:t xml:space="preserve">     </w:t>
      </w:r>
      <w:r>
        <w:t xml:space="preserve">C. </w:t>
      </w:r>
      <w:r>
        <w:t>walk</w:t>
      </w:r>
      <w:r>
        <w:rPr>
          <w:u w:val="single"/>
        </w:rPr>
        <w:t>ed</w:t>
      </w:r>
      <w:r>
        <w:t xml:space="preserve">     </w:t>
      </w:r>
      <w:r>
        <w:t xml:space="preserve">D. </w:t>
      </w:r>
      <w:r>
        <w:t>call</w:t>
      </w:r>
      <w:r>
        <w:rPr>
          <w:u w:val="single"/>
        </w:rPr>
        <w:t>ed</w:t>
      </w:r>
      <w:r>
        <w:t xml:space="preserve">     </w:t>
      </w:r>
    </w:p>
    <w:p>
      <w:pPr>
        <w:spacing w:after="0" w:before="0"/>
      </w:pPr>
      <w:r>
        <w:rPr>
          <w:b w:val="0"/>
        </w:rPr>
        <w:t>10.</w:t>
      </w:r>
    </w:p>
    <w:p>
      <w:pPr>
        <w:spacing w:after="0"/>
      </w:pPr>
      <w:r>
        <w:t xml:space="preserve">A. </w:t>
      </w:r>
      <w:r>
        <w:t>watch</w:t>
      </w:r>
      <w:r>
        <w:t xml:space="preserve">     </w:t>
      </w:r>
      <w:r>
        <w:t xml:space="preserve">B. </w:t>
      </w:r>
      <w:r>
        <w:rPr>
          <w:u w:val="single"/>
        </w:rPr>
        <w:t>ch</w:t>
      </w:r>
      <w:r>
        <w:t>ildren</w:t>
      </w:r>
      <w:r>
        <w:t xml:space="preserve">     </w:t>
      </w:r>
      <w:r>
        <w:t xml:space="preserve">C. </w:t>
      </w:r>
      <w:r>
        <w:t>school</w:t>
      </w:r>
      <w:r>
        <w:t xml:space="preserve">     </w:t>
      </w:r>
      <w:r>
        <w:t xml:space="preserve">D. </w:t>
      </w:r>
      <w:r>
        <w:t>lunch</w:t>
      </w:r>
      <w:r>
        <w:t xml:space="preserve">     </w:t>
      </w:r>
    </w:p>
    <w:p>
      <w:pPr>
        <w:spacing w:after="0" w:before="0"/>
      </w:pPr>
      <w:r>
        <w:rPr>
          <w:b/>
        </w:rPr>
        <w:t>III. GRAMMAR AND VOCABULARY (3.0 points)</w:t>
      </w:r>
    </w:p>
    <w:p>
      <w:pPr>
        <w:spacing w:after="0" w:before="0"/>
      </w:pPr>
      <w:r>
        <w:rPr>
          <w:b/>
        </w:rPr>
        <w:t>Choose the correct answer A, B, C or D. (2.25 points)</w:t>
      </w:r>
    </w:p>
    <w:p>
      <w:pPr>
        <w:spacing w:after="0" w:before="0"/>
      </w:pPr>
      <w:r>
        <w:rPr>
          <w:b w:val="0"/>
        </w:rPr>
        <w:t>11. The craft village attracts thousands of ______ each year.</w:t>
      </w:r>
    </w:p>
    <w:p>
      <w:pPr>
        <w:spacing w:after="0" w:before="0"/>
      </w:pPr>
      <w:r>
        <w:rPr>
          <w:b w:val="0"/>
        </w:rPr>
        <w:t>A. visitors     B. machines     C. schedules     D. mistakes</w:t>
      </w:r>
    </w:p>
    <w:p>
      <w:pPr>
        <w:spacing w:after="0" w:before="0"/>
      </w:pPr>
      <w:r>
        <w:rPr>
          <w:b w:val="0"/>
        </w:rPr>
        <w:t>12. We should ______ on the tradition of making folk paintings.</w:t>
      </w:r>
    </w:p>
    <w:p>
      <w:pPr>
        <w:spacing w:after="0" w:before="0"/>
      </w:pPr>
      <w:r>
        <w:rPr>
          <w:b w:val="0"/>
        </w:rPr>
        <w:t>A. pass     B. cut     C. turn     D. give</w:t>
      </w:r>
    </w:p>
    <w:p>
      <w:pPr>
        <w:spacing w:after="0" w:before="0"/>
      </w:pPr>
      <w:r>
        <w:rPr>
          <w:b w:val="0"/>
        </w:rPr>
        <w:t>13. Please tell me ______ to buy handmade gifts nearby.</w:t>
      </w:r>
    </w:p>
    <w:p>
      <w:pPr>
        <w:spacing w:after="0" w:before="0"/>
      </w:pPr>
      <w:r>
        <w:rPr>
          <w:b w:val="0"/>
        </w:rPr>
        <w:t>A. who     B. where     C. whose     D. why</w:t>
      </w:r>
    </w:p>
    <w:p>
      <w:pPr>
        <w:spacing w:after="0" w:before="0"/>
      </w:pPr>
      <w:r>
        <w:rPr>
          <w:b w:val="0"/>
        </w:rPr>
        <w:t>14. The more people use bikes, the ______ pollution there is.</w:t>
      </w:r>
    </w:p>
    <w:p>
      <w:pPr>
        <w:spacing w:after="0" w:before="0"/>
      </w:pPr>
      <w:r>
        <w:rPr>
          <w:b w:val="0"/>
        </w:rPr>
        <w:t>A. less     B. fewer     C. more     D. most</w:t>
      </w:r>
    </w:p>
    <w:p>
      <w:pPr>
        <w:spacing w:after="0" w:before="0"/>
      </w:pPr>
      <w:r>
        <w:rPr>
          <w:b w:val="0"/>
        </w:rPr>
        <w:t>15. I wish the streets ______ safer for cyclists.</w:t>
      </w:r>
    </w:p>
    <w:p>
      <w:pPr>
        <w:spacing w:after="0" w:before="0"/>
      </w:pPr>
      <w:r>
        <w:rPr>
          <w:b w:val="0"/>
        </w:rPr>
        <w:t>A. are     B. were     C. will be     D. have been</w:t>
      </w:r>
    </w:p>
    <w:p>
      <w:pPr>
        <w:spacing w:after="0" w:before="0"/>
      </w:pPr>
      <w:r>
        <w:rPr>
          <w:b w:val="0"/>
        </w:rPr>
        <w:t>16. Teenagers need a good ______ between study and rest.</w:t>
      </w:r>
    </w:p>
    <w:p>
      <w:pPr>
        <w:spacing w:after="0" w:before="0"/>
      </w:pPr>
      <w:r>
        <w:rPr>
          <w:b w:val="0"/>
        </w:rPr>
        <w:t>A. balance     B. pressure     C. deadline     D. traffic</w:t>
      </w:r>
    </w:p>
    <w:p>
      <w:pPr>
        <w:spacing w:after="0" w:before="0"/>
      </w:pPr>
      <w:r>
        <w:rPr>
          <w:b w:val="0"/>
        </w:rPr>
        <w:t>17. My brother has difficulty ______ focused in a noisy room.</w:t>
      </w:r>
    </w:p>
    <w:p>
      <w:pPr>
        <w:spacing w:after="0" w:before="0"/>
      </w:pPr>
      <w:r>
        <w:rPr>
          <w:b w:val="0"/>
        </w:rPr>
        <w:t>A. stay     B. staying     C. stayed     D. to stay</w:t>
      </w:r>
    </w:p>
    <w:p>
      <w:pPr>
        <w:spacing w:after="0" w:before="0"/>
      </w:pPr>
      <w:r>
        <w:rPr>
          <w:b w:val="0"/>
        </w:rPr>
        <w:t>18. The underground railway is a convenient means of ______.</w:t>
      </w:r>
    </w:p>
    <w:p>
      <w:pPr>
        <w:spacing w:after="0" w:before="0"/>
      </w:pPr>
      <w:r>
        <w:rPr>
          <w:b w:val="0"/>
        </w:rPr>
        <w:t>A. transport     B. craft     C. pressure     D. pollution</w:t>
      </w:r>
    </w:p>
    <w:p>
      <w:pPr>
        <w:spacing w:after="0" w:before="0"/>
        <w:jc w:val="center"/>
      </w:pPr>
      <w:r>
        <w:rPr>
          <w:b/>
        </w:rPr>
        <w:t>NOTICE: KEEP OFF THE GRASS</w:t>
      </w:r>
    </w:p>
    <w:p>
      <w:pPr>
        <w:spacing w:after="0" w:before="0"/>
      </w:pPr>
      <w:r>
        <w:rPr>
          <w:b w:val="0"/>
        </w:rPr>
        <w:t>19. What does the sign/notice mean?</w:t>
      </w:r>
    </w:p>
    <w:p>
      <w:pPr>
        <w:spacing w:after="0" w:before="0"/>
      </w:pPr>
      <w:r>
        <w:rPr>
          <w:b w:val="0"/>
        </w:rPr>
        <w:t>A. Visitors should walk on the lawn.     B. Visitors may camp on the grass.     C. Visitors should not step on the grass.     D. Visitors must water the grass.</w:t>
      </w:r>
    </w:p>
    <w:p>
      <w:pPr>
        <w:spacing w:after="0" w:before="0"/>
      </w:pPr>
      <w:r>
        <w:rPr>
          <w:b/>
        </w:rPr>
        <w:t>Read the advertisement and choose the best option for each blank. (0.75 point)</w:t>
      </w:r>
    </w:p>
    <w:p>
      <w:pPr>
        <w:spacing w:after="0" w:before="0"/>
        <w:jc w:val="center"/>
      </w:pPr>
      <w:r>
        <w:rPr>
          <w:b/>
        </w:rPr>
        <w:t>YOUTH VOLUNTEER DAY</w:t>
      </w:r>
    </w:p>
    <w:p>
      <w:pPr>
        <w:spacing w:after="0" w:before="0"/>
      </w:pPr>
      <w:r>
        <w:rPr>
          <w:b w:val="0"/>
        </w:rPr>
        <w:t>Help us (20) ______ the neighbourhood on Saturday. We will collect rubbish and plant (21) ______ in the local park. All students are (22) ______ to join.</w:t>
      </w:r>
    </w:p>
    <w:p>
      <w:pPr>
        <w:spacing w:after="0" w:before="0"/>
      </w:pPr>
      <w:r>
        <w:rPr>
          <w:b w:val="0"/>
        </w:rPr>
        <w:t>20.</w:t>
      </w:r>
    </w:p>
    <w:p>
      <w:pPr>
        <w:spacing w:after="0" w:before="0"/>
      </w:pPr>
      <w:r>
        <w:rPr>
          <w:b w:val="0"/>
        </w:rPr>
        <w:t>A. clean     B. dirty     C. close     D. forget</w:t>
      </w:r>
    </w:p>
    <w:p>
      <w:pPr>
        <w:spacing w:after="0" w:before="0"/>
      </w:pPr>
      <w:r>
        <w:rPr>
          <w:b w:val="0"/>
        </w:rPr>
        <w:t>21.</w:t>
      </w:r>
    </w:p>
    <w:p>
      <w:pPr>
        <w:spacing w:after="0" w:before="0"/>
      </w:pPr>
      <w:r>
        <w:rPr>
          <w:b w:val="0"/>
        </w:rPr>
        <w:t>A. trees     B. screens     C. tickets     D. bridges</w:t>
      </w:r>
    </w:p>
    <w:p>
      <w:pPr>
        <w:spacing w:after="0" w:before="0"/>
      </w:pPr>
      <w:r>
        <w:rPr>
          <w:b w:val="0"/>
        </w:rPr>
        <w:t>22.</w:t>
      </w:r>
    </w:p>
    <w:p>
      <w:pPr>
        <w:spacing w:after="0" w:before="0"/>
      </w:pPr>
      <w:r>
        <w:rPr>
          <w:b w:val="0"/>
        </w:rPr>
        <w:t>A. welcome     B. welcoming     C. welcomes     D. welcomed</w:t>
      </w:r>
    </w:p>
    <w:p>
      <w:pPr>
        <w:spacing w:after="0" w:before="0"/>
      </w:pPr>
      <w:r>
        <w:rPr>
          <w:b/>
        </w:rPr>
        <w:t>IV. READING (2.5 points)</w:t>
      </w:r>
    </w:p>
    <w:p>
      <w:pPr>
        <w:spacing w:after="0" w:before="0"/>
      </w:pPr>
      <w:r>
        <w:rPr>
          <w:b/>
        </w:rPr>
        <w:t>Task 1. Read the passage and choose A, B, C or D for each blank. (1.25 points)</w:t>
      </w:r>
    </w:p>
    <w:p>
      <w:pPr>
        <w:spacing w:after="0" w:before="0"/>
      </w:pPr>
      <w:r>
        <w:rPr>
          <w:b w:val="0"/>
        </w:rPr>
        <w:t>Some teenagers feel worried when they move to a new school. They may not know (23) ______ to make friends. Joining a school club can (24) ______ them meet students with similar interests. It is important to be patient (25) ______ friendships need time to develop. When students feel lonely, they should speak (26) ______ their teachers or parents. Small steps can make them feel more (27) ______.</w:t>
      </w:r>
    </w:p>
    <w:p>
      <w:pPr>
        <w:spacing w:after="0" w:before="0"/>
      </w:pPr>
      <w:r>
        <w:rPr>
          <w:b w:val="0"/>
        </w:rPr>
        <w:t>23.</w:t>
      </w:r>
    </w:p>
    <w:p>
      <w:pPr>
        <w:spacing w:after="0" w:before="0"/>
      </w:pPr>
      <w:r>
        <w:rPr>
          <w:b w:val="0"/>
        </w:rPr>
        <w:t>A. how     B. what     C. whose     D. which</w:t>
      </w:r>
    </w:p>
    <w:p>
      <w:pPr>
        <w:spacing w:after="0" w:before="0"/>
      </w:pPr>
      <w:r>
        <w:rPr>
          <w:b w:val="0"/>
        </w:rPr>
        <w:t>24.</w:t>
      </w:r>
    </w:p>
    <w:p>
      <w:pPr>
        <w:spacing w:after="0" w:before="0"/>
      </w:pPr>
      <w:r>
        <w:rPr>
          <w:b w:val="0"/>
        </w:rPr>
        <w:t>A. helps     B. help     C. helped     D. helping</w:t>
      </w:r>
    </w:p>
    <w:p>
      <w:pPr>
        <w:spacing w:after="0" w:before="0"/>
      </w:pPr>
      <w:r>
        <w:rPr>
          <w:b w:val="0"/>
        </w:rPr>
        <w:t>25.</w:t>
      </w:r>
    </w:p>
    <w:p>
      <w:pPr>
        <w:spacing w:after="0" w:before="0"/>
      </w:pPr>
      <w:r>
        <w:rPr>
          <w:b w:val="0"/>
        </w:rPr>
        <w:t>A. so     B. but     C. because     D. or</w:t>
      </w:r>
    </w:p>
    <w:p>
      <w:pPr>
        <w:spacing w:after="0" w:before="0"/>
      </w:pPr>
      <w:r>
        <w:rPr>
          <w:b w:val="0"/>
        </w:rPr>
        <w:t>26.</w:t>
      </w:r>
    </w:p>
    <w:p>
      <w:pPr>
        <w:spacing w:after="0" w:before="0"/>
      </w:pPr>
      <w:r>
        <w:rPr>
          <w:b w:val="0"/>
        </w:rPr>
        <w:t>A. at     B. for     C. to     D. from</w:t>
      </w:r>
    </w:p>
    <w:p>
      <w:pPr>
        <w:spacing w:after="0" w:before="0"/>
      </w:pPr>
      <w:r>
        <w:rPr>
          <w:b w:val="0"/>
        </w:rPr>
        <w:t>27.</w:t>
      </w:r>
    </w:p>
    <w:p>
      <w:pPr>
        <w:spacing w:after="0" w:before="0"/>
      </w:pPr>
      <w:r>
        <w:rPr>
          <w:b w:val="0"/>
        </w:rPr>
        <w:t>A. confidence     B. confident     C. confidently     D. confidential</w:t>
      </w:r>
    </w:p>
    <w:p>
      <w:pPr>
        <w:spacing w:after="0" w:before="0"/>
      </w:pPr>
      <w:r>
        <w:rPr>
          <w:b/>
        </w:rPr>
        <w:t>Task 2. Read the passage and choose the best answer. (1.25 points)</w:t>
      </w:r>
    </w:p>
    <w:p>
      <w:pPr>
        <w:spacing w:after="0" w:before="0"/>
      </w:pPr>
      <w:r>
        <w:rPr>
          <w:b w:val="0"/>
        </w:rPr>
        <w:t>The city of Riverside opened a new public library last spring. It is located near the central bus station, making it easy for students to reach. The library has quiet study rooms, a children’s reading corner, and computers for researching school projects. Every Friday, volunteers help younger pupils with homework. There is also a workshop on managing exam stress once a month. Minh visits the library with his sister on Saturdays. He particularly likes the second-floor reading area because it overlooks a small garden. The library is free to enter, but visitors need a card to borrow books.</w:t>
      </w:r>
    </w:p>
    <w:p>
      <w:pPr>
        <w:spacing w:after="0" w:before="0"/>
      </w:pPr>
      <w:r>
        <w:rPr>
          <w:b w:val="0"/>
        </w:rPr>
        <w:t>28. When did the library open?</w:t>
      </w:r>
    </w:p>
    <w:p>
      <w:pPr>
        <w:spacing w:after="0" w:before="0"/>
      </w:pPr>
      <w:r>
        <w:rPr>
          <w:b w:val="0"/>
        </w:rPr>
        <w:t>A. Last spring     B. Last winter     C. Yesterday     D. Three years ago</w:t>
      </w:r>
    </w:p>
    <w:p>
      <w:pPr>
        <w:spacing w:after="0" w:before="0"/>
      </w:pPr>
      <w:r>
        <w:rPr>
          <w:b w:val="0"/>
        </w:rPr>
        <w:t>29. Where is it located?</w:t>
      </w:r>
    </w:p>
    <w:p>
      <w:pPr>
        <w:spacing w:after="0" w:before="0"/>
      </w:pPr>
      <w:r>
        <w:rPr>
          <w:b w:val="0"/>
        </w:rPr>
        <w:t>A. Next to the beach     B. Near the central bus station     C. Inside the market     D. Behind a factory</w:t>
      </w:r>
    </w:p>
    <w:p>
      <w:pPr>
        <w:spacing w:after="0" w:before="0"/>
      </w:pPr>
      <w:r>
        <w:rPr>
          <w:b w:val="0"/>
        </w:rPr>
        <w:t>30. What happens every Friday?</w:t>
      </w:r>
    </w:p>
    <w:p>
      <w:pPr>
        <w:spacing w:after="0" w:before="0"/>
      </w:pPr>
      <w:r>
        <w:rPr>
          <w:b w:val="0"/>
        </w:rPr>
        <w:t>A. A music concert     B. A cooking class     C. Homework support     D. A sports tournament</w:t>
      </w:r>
    </w:p>
    <w:p>
      <w:pPr>
        <w:spacing w:after="0" w:before="0"/>
      </w:pPr>
      <w:r>
        <w:rPr>
          <w:b w:val="0"/>
        </w:rPr>
        <w:t>31. Why does Minh like the second-floor area?</w:t>
      </w:r>
    </w:p>
    <w:p>
      <w:pPr>
        <w:spacing w:after="0" w:before="0"/>
      </w:pPr>
      <w:r>
        <w:rPr>
          <w:b w:val="0"/>
        </w:rPr>
        <w:t>A. It has a café     B. It overlooks a garden     C. It sells books     D. It is next to the entrance</w:t>
      </w:r>
    </w:p>
    <w:p>
      <w:pPr>
        <w:spacing w:after="0" w:before="0"/>
      </w:pPr>
      <w:r>
        <w:rPr>
          <w:b w:val="0"/>
        </w:rPr>
        <w:t>32. What is required to borrow books?</w:t>
      </w:r>
    </w:p>
    <w:p>
      <w:pPr>
        <w:spacing w:after="0" w:before="0"/>
      </w:pPr>
      <w:r>
        <w:rPr>
          <w:b w:val="0"/>
        </w:rPr>
        <w:t>A. A student uniform     B. A bus ticket     C. A parent’s letter     D. A library card</w:t>
      </w:r>
    </w:p>
    <w:p>
      <w:pPr>
        <w:spacing w:after="0" w:before="0"/>
      </w:pPr>
      <w:r>
        <w:rPr>
          <w:b/>
        </w:rPr>
        <w:t>V. WRITING (2.0 points)</w:t>
      </w:r>
    </w:p>
    <w:p>
      <w:pPr>
        <w:spacing w:after="0" w:before="0"/>
      </w:pPr>
      <w:r>
        <w:rPr>
          <w:b/>
        </w:rPr>
        <w:t>Task 1. Choose the sentence that has the same meaning as the original sentence or best combines the two sentences. (0.5 point)</w:t>
      </w:r>
    </w:p>
    <w:p>
      <w:pPr>
        <w:spacing w:after="0" w:before="0"/>
      </w:pPr>
      <w:r>
        <w:rPr>
          <w:b w:val="0"/>
        </w:rPr>
        <w:t>33. There are too few parks in my neighbourhood.</w:t>
      </w:r>
    </w:p>
    <w:p>
      <w:pPr>
        <w:spacing w:after="0" w:before="0"/>
      </w:pPr>
      <w:r>
        <w:rPr>
          <w:b w:val="0"/>
        </w:rPr>
        <w:t>A. I wish there are more parks in my neighbourhood.     B. I wish there were more parks in my neighbourhood.     C. I wish there will be more parks in my neighbourhood.     D. I wish there have more parks in my neighbourhood.</w:t>
      </w:r>
    </w:p>
    <w:p>
      <w:pPr>
        <w:spacing w:after="0" w:before="0"/>
      </w:pPr>
      <w:r>
        <w:rPr>
          <w:b w:val="0"/>
        </w:rPr>
        <w:t>34. The exam gets closer. Students become more nervous.</w:t>
      </w:r>
    </w:p>
    <w:p>
      <w:pPr>
        <w:spacing w:after="0" w:before="0"/>
      </w:pPr>
      <w:r>
        <w:rPr>
          <w:b w:val="0"/>
        </w:rPr>
        <w:t>A. The closest exam gets, the nervous students become.     B. The closer the exam gets, the more nervous students become.     C. The exam closer gets and the students nervous.     D. The exam gets close, students nervous become.</w:t>
      </w:r>
    </w:p>
    <w:p>
      <w:pPr>
        <w:spacing w:after="0" w:before="0"/>
      </w:pPr>
      <w:r>
        <w:rPr>
          <w:b/>
        </w:rPr>
        <w:t>Task 2. Write a paragraph of about 80 words. (1.5 points)</w:t>
      </w:r>
    </w:p>
    <w:p>
      <w:pPr>
        <w:spacing w:after="0" w:before="0"/>
      </w:pPr>
      <w:r>
        <w:rPr>
          <w:b w:val="0"/>
        </w:rPr>
        <w:t>Write about two common sources of stress for teenagers and how they can handle them.</w:t>
      </w:r>
    </w:p>
    <w:p>
      <w:pPr>
        <w:spacing w:after="0" w:before="0"/>
      </w:pPr>
      <w:r>
        <w:rPr>
          <w:b w:val="0"/>
        </w:rPr>
        <w:t>You may give reasons, examples and your own opinion.</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pPr>
      <w:r>
        <w:rPr>
          <w:b w:val="0"/>
        </w:rPr>
        <w:t>...................................................................................................................................</w:t>
      </w:r>
    </w:p>
    <w:p>
      <w:pPr>
        <w:spacing w:after="0" w:before="0"/>
        <w:jc w:val="center"/>
      </w:pPr>
      <w:r>
        <w:rPr>
          <w:b/>
        </w:rPr>
        <w:t>THE END</w:t>
      </w:r>
    </w:p>
    <w:sectPr w:rsidR="00FC693F" w:rsidRPr="0006063C" w:rsidSect="00034616">
      <w:pgSz w:w="12240" w:h="15840"/>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9">
    <w:name w:val="Title9"/>
  </w:style>
  <w:style w:type="paragraph" w:customStyle="1" w:styleId="Section9">
    <w:name w:val="Section9"/>
    <w:rPr>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