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60" w:line="240" w:lineRule="auto"/>
        <w:jc w:val="center"/>
      </w:pPr>
      <w:r>
        <w:drawing>
          <wp:inline xmlns:a="http://schemas.openxmlformats.org/drawingml/2006/main" xmlns:pic="http://schemas.openxmlformats.org/drawingml/2006/picture">
            <wp:extent cx="3384000" cy="1175000"/>
            <wp:docPr id="1" name="Picture 1"/>
            <wp:cNvGraphicFramePr>
              <a:graphicFrameLocks noChangeAspect="1"/>
            </wp:cNvGraphicFramePr>
            <a:graphic>
              <a:graphicData uri="http://schemas.openxmlformats.org/drawingml/2006/picture">
                <pic:pic>
                  <pic:nvPicPr>
                    <pic:cNvPr id="0" name="unit_7_title.png"/>
                    <pic:cNvPicPr/>
                  </pic:nvPicPr>
                  <pic:blipFill>
                    <a:blip r:embed="rId10"/>
                    <a:stretch>
                      <a:fillRect/>
                    </a:stretch>
                  </pic:blipFill>
                  <pic:spPr>
                    <a:xfrm>
                      <a:off x="0" y="0"/>
                      <a:ext cx="3384000" cy="1175000"/>
                    </a:xfrm>
                    <a:prstGeom prst="rect"/>
                  </pic:spPr>
                </pic:pic>
              </a:graphicData>
            </a:graphic>
          </wp:inline>
        </w:drawing>
      </w:r>
    </w:p>
    <w:p>
      <w:pPr>
        <w:keepNext/>
        <w:spacing w:before="40" w:after="20" w:line="240" w:lineRule="auto"/>
      </w:pPr>
      <w:r>
        <w:rPr>
          <w:rFonts w:ascii="Bookman Old Style" w:hAnsi="Bookman Old Style" w:eastAsia="Bookman Old Style"/>
          <w:b/>
          <w:color w:val="0033CC"/>
          <w:sz w:val="20"/>
        </w:rPr>
        <w:t>A. VOCABULARY</w:t>
      </w:r>
    </w:p>
    <w:tbl>
      <w:tblPr>
        <w:tblStyle w:val="TableGrid"/>
        <w:tblW w:type="dxa" w:w="10320"/>
        <w:jc w:val="center"/>
        <w:tblLayout w:type="fixed"/>
        <w:tblLook w:firstColumn="1" w:firstRow="1" w:lastColumn="0" w:lastRow="0" w:noHBand="0" w:noVBand="1" w:val="04A0"/>
      </w:tblPr>
      <w:tblGrid>
        <w:gridCol w:w="520"/>
        <w:gridCol w:w="2550"/>
        <w:gridCol w:w="800"/>
        <w:gridCol w:w="2200"/>
        <w:gridCol w:w="4250"/>
      </w:tblGrid>
      <w:tr>
        <w:trPr>
          <w:tblHeader w:val="true"/>
        </w:trPr>
        <w:tc>
          <w:tcPr>
            <w:tcW w:type="dxa" w:w="5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No.</w:t>
            </w:r>
          </w:p>
        </w:tc>
        <w:tc>
          <w:tcPr>
            <w:tcW w:type="dxa" w:w="25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Word / Phrase</w:t>
            </w:r>
          </w:p>
        </w:tc>
        <w:tc>
          <w:tcPr>
            <w:tcW w:type="dxa" w:w="8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Type</w:t>
            </w:r>
          </w:p>
        </w:tc>
        <w:tc>
          <w:tcPr>
            <w:tcW w:type="dxa" w:w="22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IPA</w:t>
            </w:r>
          </w:p>
        </w:tc>
        <w:tc>
          <w:tcPr>
            <w:tcW w:type="dxa" w:w="425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6"/>
              </w:rPr>
              <w:t>Meaning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traffic</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/ˈtræfɪk/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giao thông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traffic lights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/ˈtræfɪk laɪts/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đèn giao thông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road sign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/ˈrəʊd saɪn/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biển báo giao thông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traffic rule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/ˈtræfɪk ruːl/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luật giao thông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traffic jam</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/ˈtræfɪk dʒæm/</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tắc đường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obey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/əˈbeɪ/</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tuân theo</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cross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/krɒs/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băng qua</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crossroad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/ˈkrɒsrəʊd/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ngã tư</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pavement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/ˈpeɪvmənt/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vỉa hè</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pedestrian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/pəˈdestriən/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đi bộ</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cyclist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/ˈsaɪklɪst/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đi xe đạp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motorist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/ˈməʊtərɪst/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lái xe cơ giới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zebra crossing</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/ˌzebrə ˈkrɒsɪŋ/</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vạch qua đường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cycle lane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/ˈsaɪkl leɪn/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làn đường xe đạp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helmet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/ˈhelmɪt/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mũ bảo hiểm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seatbelt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/ˈsiːtbelt/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dây an toàn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signal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/ˈsɪɡnəl/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tín hiệu; ra hiệu</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passenger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/ˈpæsɪndʒə(r)/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hành khách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19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vehicle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/ˈviːəkl/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phương tiện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get 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phr.v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/ɡet ɒn/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lên xe</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get off</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phr.v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/ɡet ɒf/</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xuống xe</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narrow</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/ˈnærəʊ/</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hẹp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bumpy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/ˈbʌmpi/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gập ghềnh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distance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/ˈdɪstəns/</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khoảng cách</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rush hour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/ˈrʌʃ aʊə(r)/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giờ cao điểm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road user</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/ˈrəʊd juːzə(r)/</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người tham gia giao thông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handlebars</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/ˈhændlbɑːz/</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tay lái xe đạp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park</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/pɑːk/</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đỗ xe</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29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fine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/faɪn/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phạt; tiền phạt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carry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/ˈkæri/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chở, mang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safety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/ˈseɪfti/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sự an toàn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accident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/ˈæksɪdənt/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tai nạn</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road safety</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/rəʊd ˈseɪfti/</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an toàn đường bộ</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public transport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/ˌpʌblɪk ˈtrænspɔːt/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giao thông công cộng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speed limit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/ˈspiːd lɪmɪt/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giới hạn tốc độ</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36</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school zone</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/ˈskuːl zəʊn/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khu vực trường học</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37</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bus stop</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/ˈbʌs stɒp/</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điểm dừng xe buýt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38</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railway station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/ˈreɪlweɪ steɪʃn/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ga đường sắt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39</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turn left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/tɜːn left/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rẽ trái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40</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turn right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/tɜːn raɪt/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rẽ phải</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41</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go straight</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/ɡəʊ streɪt/</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đi thẳng</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42</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illegal</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adj</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/ɪˈliːɡl/</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trái luật</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43</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allow</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/əˈlaʊ/</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cho phép</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44</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forbid</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v</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/fəˈbɪd/</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cấm</w:t>
            </w:r>
          </w:p>
        </w:tc>
      </w:tr>
      <w:tr>
        <w:tc>
          <w:tcPr>
            <w:tcW w:type="dxa" w:w="52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45</w:t>
            </w:r>
          </w:p>
        </w:tc>
        <w:tc>
          <w:tcPr>
            <w:tcW w:type="dxa" w:w="25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traffic congestion</w:t>
            </w:r>
          </w:p>
        </w:tc>
        <w:tc>
          <w:tcPr>
            <w:tcW w:type="dxa" w:w="800"/>
            <w:tcMar>
              <w:top w:w="50" w:type="dxa"/>
              <w:start w:w="70" w:type="dxa"/>
              <w:bottom w:w="50" w:type="dxa"/>
              <w:end w:w="70" w:type="dxa"/>
            </w:tcMar>
            <w:vAlign w:val="center"/>
          </w:tcPr>
          <w:p>
            <w:pPr>
              <w:keepNext w:val="0"/>
              <w:spacing w:before="0" w:after="0" w:line="206" w:lineRule="auto"/>
              <w:jc w:val="center"/>
            </w:pPr>
            <w:r>
              <w:rPr>
                <w:rFonts w:ascii="Bookman Old Style" w:hAnsi="Bookman Old Style" w:eastAsia="Bookman Old Style"/>
                <w:color w:val="000000"/>
                <w:sz w:val="14"/>
              </w:rPr>
              <w:t>n</w:t>
            </w:r>
          </w:p>
        </w:tc>
        <w:tc>
          <w:tcPr>
            <w:tcW w:type="dxa" w:w="220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/ˈtræfɪk kənˌdʒestʃən/</w:t>
            </w:r>
          </w:p>
        </w:tc>
        <w:tc>
          <w:tcPr>
            <w:tcW w:type="dxa" w:w="4250"/>
            <w:tcMar>
              <w:top w:w="50" w:type="dxa"/>
              <w:start w:w="70" w:type="dxa"/>
              <w:bottom w:w="50" w:type="dxa"/>
              <w:end w:w="70" w:type="dxa"/>
            </w:tcMar>
            <w:vAlign w:val="center"/>
          </w:tcPr>
          <w:p>
            <w:pPr>
              <w:keepNext w:val="0"/>
              <w:spacing w:before="0" w:after="0" w:line="206" w:lineRule="auto"/>
              <w:jc w:val="left"/>
            </w:pPr>
            <w:r>
              <w:rPr>
                <w:rFonts w:ascii="Bookman Old Style" w:hAnsi="Bookman Old Style" w:eastAsia="Bookman Old Style"/>
                <w:color w:val="000000"/>
                <w:sz w:val="14"/>
              </w:rPr>
              <w:t>ùn tắc giao thông</w:t>
            </w:r>
          </w:p>
        </w:tc>
      </w:tr>
    </w:tbl>
    <w:p>
      <w:r>
        <w:br w:type="page"/>
      </w:r>
    </w:p>
    <w:p>
      <w:pPr>
        <w:keepNext/>
        <w:spacing w:before="40" w:after="20" w:line="240" w:lineRule="auto"/>
      </w:pPr>
      <w:r>
        <w:rPr>
          <w:rFonts w:ascii="Bookman Old Style" w:hAnsi="Bookman Old Style" w:eastAsia="Bookman Old Style"/>
          <w:b/>
          <w:color w:val="0033CC"/>
          <w:sz w:val="20"/>
        </w:rPr>
        <w:t>B. WORD FORM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1. safe - safety - safely - unsafe</w:t>
            </w:r>
          </w:p>
          <w:p>
            <w:pPr>
              <w:keepNext w:val="0"/>
              <w:spacing w:before="0" w:after="20" w:line="240" w:lineRule="auto"/>
            </w:pPr>
            <w:r>
              <w:rPr>
                <w:rFonts w:ascii="Bookman Old Style" w:hAnsi="Bookman Old Style" w:eastAsia="Bookman Old Style"/>
                <w:color w:val="000000"/>
                <w:sz w:val="17"/>
              </w:rPr>
              <w:t>2. cycle - cyclist - cycling - cycle lane</w:t>
            </w:r>
          </w:p>
          <w:p>
            <w:pPr>
              <w:keepNext w:val="0"/>
              <w:spacing w:before="0" w:after="20" w:line="240" w:lineRule="auto"/>
            </w:pPr>
            <w:r>
              <w:rPr>
                <w:rFonts w:ascii="Bookman Old Style" w:hAnsi="Bookman Old Style" w:eastAsia="Bookman Old Style"/>
                <w:color w:val="000000"/>
                <w:sz w:val="17"/>
              </w:rPr>
              <w:t>3. drive - driver - driving - driverless</w:t>
            </w:r>
          </w:p>
          <w:p>
            <w:pPr>
              <w:keepNext w:val="0"/>
              <w:spacing w:before="0" w:after="20" w:line="240" w:lineRule="auto"/>
            </w:pPr>
            <w:r>
              <w:rPr>
                <w:rFonts w:ascii="Bookman Old Style" w:hAnsi="Bookman Old Style" w:eastAsia="Bookman Old Style"/>
                <w:color w:val="000000"/>
                <w:sz w:val="17"/>
              </w:rPr>
              <w:t>4. park - parking - car park - parked</w:t>
            </w:r>
          </w:p>
        </w:tc>
        <w:tc>
          <w:tcPr>
            <w:tcW w:type="dxa" w:w="5160"/>
            <w:tcMar>
              <w:top w:w="70" w:type="dxa"/>
              <w:start w:w="80" w:type="dxa"/>
              <w:bottom w:w="70" w:type="dxa"/>
              <w:end w:w="80" w:type="dxa"/>
            </w:tcMar>
            <w:shd w:fill="DDEBF7"/>
          </w:tcPr>
          <w:p>
            <w:pPr>
              <w:keepNext w:val="0"/>
              <w:spacing w:before="0" w:after="20" w:line="240" w:lineRule="auto"/>
            </w:pPr>
            <w:r>
              <w:rPr>
                <w:rFonts w:ascii="Bookman Old Style" w:hAnsi="Bookman Old Style" w:eastAsia="Bookman Old Style"/>
                <w:color w:val="000000"/>
                <w:sz w:val="17"/>
              </w:rPr>
              <w:t>5. use - user - useful - useless</w:t>
            </w:r>
          </w:p>
          <w:p>
            <w:pPr>
              <w:keepNext w:val="0"/>
              <w:spacing w:before="0" w:after="20" w:line="240" w:lineRule="auto"/>
            </w:pPr>
            <w:r>
              <w:rPr>
                <w:rFonts w:ascii="Bookman Old Style" w:hAnsi="Bookman Old Style" w:eastAsia="Bookman Old Style"/>
                <w:color w:val="000000"/>
                <w:sz w:val="17"/>
              </w:rPr>
              <w:t>6. care - careful - carefully - careless</w:t>
            </w:r>
          </w:p>
          <w:p>
            <w:pPr>
              <w:keepNext w:val="0"/>
              <w:spacing w:before="0" w:after="20" w:line="240" w:lineRule="auto"/>
            </w:pPr>
            <w:r>
              <w:rPr>
                <w:rFonts w:ascii="Bookman Old Style" w:hAnsi="Bookman Old Style" w:eastAsia="Bookman Old Style"/>
                <w:color w:val="000000"/>
                <w:sz w:val="17"/>
              </w:rPr>
              <w:t>7. danger - dangerous - dangerously - endanger</w:t>
            </w:r>
          </w:p>
          <w:p>
            <w:pPr>
              <w:keepNext w:val="0"/>
              <w:spacing w:before="0" w:after="20" w:line="240" w:lineRule="auto"/>
            </w:pPr>
            <w:r>
              <w:rPr>
                <w:rFonts w:ascii="Bookman Old Style" w:hAnsi="Bookman Old Style" w:eastAsia="Bookman Old Style"/>
                <w:color w:val="000000"/>
                <w:sz w:val="17"/>
              </w:rPr>
              <w:t>8. obey - obedient - obedience - disobey</w:t>
            </w:r>
          </w:p>
        </w:tc>
      </w:tr>
    </w:tbl>
    <w:p>
      <w:pPr>
        <w:keepNext/>
        <w:spacing w:before="100" w:after="20" w:line="240" w:lineRule="auto"/>
      </w:pPr>
      <w:r>
        <w:rPr>
          <w:rFonts w:ascii="Bookman Old Style" w:hAnsi="Bookman Old Style" w:eastAsia="Bookman Old Style"/>
          <w:b/>
          <w:color w:val="0033CC"/>
          <w:sz w:val="20"/>
        </w:rPr>
        <w:t>Cụm từ trọng tâm</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Collocation</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Nghĩa</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obey traffic rules</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tuân thủ luật giao thông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road safety</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an toàn đường bộ</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traffic jam</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tắc đường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during rush hour</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trong giờ cao điểm</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use the cycle lane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đi trong làn xe đạp</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cross at a zebra crossing</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qua đường tại vạch sang đường</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wear a helmet</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đội mũ bảo hiểm</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fasten a seatbelt</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thắt dây an toàn</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give a signal</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ra tín hiệu</w:t>
            </w:r>
          </w:p>
        </w:tc>
      </w:tr>
      <w:tr>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color w:val="000000"/>
                <w:sz w:val="16"/>
              </w:rPr>
              <w:t>keep a safe distance</w:t>
            </w:r>
          </w:p>
        </w:tc>
        <w:tc>
          <w:tcPr>
            <w:tcW w:type="dxa" w:w="5160"/>
            <w:tcMar>
              <w:top w:w="50" w:type="dxa"/>
              <w:start w:w="70" w:type="dxa"/>
              <w:bottom w:w="50" w:type="dxa"/>
              <w:end w:w="70" w:type="dxa"/>
            </w:tcMar>
          </w:tcPr>
          <w:p>
            <w:pPr>
              <w:keepNext w:val="0"/>
              <w:spacing w:before="0" w:after="0" w:line="221" w:lineRule="auto"/>
            </w:pPr>
            <w:r>
              <w:rPr>
                <w:rFonts w:ascii="Bookman Old Style" w:hAnsi="Bookman Old Style" w:eastAsia="Bookman Old Style"/>
                <w:b w:val="0"/>
                <w:color w:val="000000"/>
                <w:sz w:val="16"/>
              </w:rPr>
              <w:t>giữ khoảng cách an toàn</w:t>
            </w:r>
          </w:p>
        </w:tc>
      </w:tr>
    </w:tbl>
    <w:p>
      <w:pPr>
        <w:keepNext/>
        <w:spacing w:before="80" w:after="20" w:line="240" w:lineRule="auto"/>
      </w:pPr>
      <w:r>
        <w:rPr>
          <w:rFonts w:ascii="Bookman Old Style" w:hAnsi="Bookman Old Style" w:eastAsia="Bookman Old Style"/>
          <w:b/>
          <w:color w:val="0033CC"/>
          <w:sz w:val="20"/>
        </w:rPr>
        <w:t>C. PRONUNCIATION</w:t>
      </w:r>
    </w:p>
    <w:p>
      <w:pPr>
        <w:keepNext w:val="0"/>
        <w:spacing w:before="0" w:after="40" w:line="240" w:lineRule="auto"/>
      </w:pPr>
      <w:r>
        <w:rPr>
          <w:rFonts w:ascii="Bookman Old Style" w:hAnsi="Bookman Old Style" w:eastAsia="Bookman Old Style"/>
          <w:color w:val="000000"/>
          <w:sz w:val="19"/>
        </w:rPr>
        <w:t>Sounds /aɪ/ and /eɪ/: bike, sign, fine /aɪ/; plane, train, obey /eɪ/.</w:t>
      </w:r>
    </w:p>
    <w:p>
      <w:r>
        <w:br w:type="page"/>
      </w:r>
    </w:p>
    <w:p>
      <w:pPr>
        <w:keepNext/>
        <w:spacing w:before="40" w:after="20" w:line="240" w:lineRule="auto"/>
      </w:pPr>
      <w:r>
        <w:rPr>
          <w:rFonts w:ascii="Bookman Old Style" w:hAnsi="Bookman Old Style" w:eastAsia="Bookman Old Style"/>
          <w:b/>
          <w:color w:val="0033CC"/>
          <w:sz w:val="20"/>
        </w:rPr>
        <w:t>D. GRAMMAR</w:t>
      </w:r>
    </w:p>
    <w:p>
      <w:pPr>
        <w:keepNext w:val="0"/>
        <w:spacing w:before="0" w:after="60" w:line="240" w:lineRule="auto"/>
      </w:pPr>
      <w:r>
        <w:rPr>
          <w:rFonts w:ascii="Bookman Old Style" w:hAnsi="Bookman Old Style" w:eastAsia="Bookman Old Style"/>
          <w:b/>
          <w:color w:val="0033CC"/>
          <w:sz w:val="20"/>
        </w:rPr>
        <w:t>IT FOR DISTANCE; SHOULD / SHOULDN'T</w:t>
      </w:r>
    </w:p>
    <w:tbl>
      <w:tblPr>
        <w:tblStyle w:val="TableGrid"/>
        <w:tblW w:type="dxa" w:w="10320"/>
        <w:jc w:val="center"/>
        <w:tblLayout w:type="fixed"/>
        <w:tblLook w:firstColumn="1" w:firstRow="1" w:lastColumn="0" w:lastRow="0" w:noHBand="0" w:noVBand="1" w:val="04A0"/>
      </w:tblPr>
      <w:tblGrid>
        <w:gridCol w:w="1900"/>
        <w:gridCol w:w="4100"/>
        <w:gridCol w:w="4320"/>
      </w:tblGrid>
      <w:tr>
        <w:trPr>
          <w:tblHeader w:val="true"/>
        </w:trPr>
        <w:tc>
          <w:tcPr>
            <w:tcW w:type="dxa" w:w="19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Nội dung</w:t>
            </w:r>
          </w:p>
        </w:tc>
        <w:tc>
          <w:tcPr>
            <w:tcW w:type="dxa" w:w="410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Công thức / cách dùng</w:t>
            </w:r>
          </w:p>
        </w:tc>
        <w:tc>
          <w:tcPr>
            <w:tcW w:type="dxa" w:w="4320"/>
            <w:shd w:fill="5B9BD5"/>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7"/>
              </w:rPr>
              <w:t>Ví dụ</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Hỏi khoảng cách</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How far is it from A to B?</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How far is it from your home to school?</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Trả lời</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It is about + khoảng cách + from A to B.</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It is about three kilometres.</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Khuyên nên làm</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S + should + V (nguyên mẫu).</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Cyclists should wear helmets.</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Khuyên không nên</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S + shouldn't + V (nguyên mẫu).</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You shouldn't cross on a red light.</w:t>
            </w:r>
          </w:p>
        </w:tc>
      </w:tr>
      <w:tr>
        <w:tc>
          <w:tcPr>
            <w:tcW w:type="dxa" w:w="1900"/>
            <w:tcMar>
              <w:top w:w="50" w:type="dxa"/>
              <w:start w:w="70" w:type="dxa"/>
              <w:bottom w:w="50" w:type="dxa"/>
              <w:end w:w="70" w:type="dxa"/>
            </w:tcMar>
            <w:vAlign w:val="center"/>
          </w:tcPr>
          <w:p>
            <w:pPr>
              <w:keepNext w:val="0"/>
              <w:spacing w:before="0" w:after="0" w:line="240" w:lineRule="auto"/>
              <w:jc w:val="center"/>
            </w:pPr>
            <w:r>
              <w:rPr>
                <w:rFonts w:ascii="Bookman Old Style" w:hAnsi="Bookman Old Style" w:eastAsia="Bookman Old Style"/>
                <w:b/>
                <w:color w:val="000000"/>
                <w:sz w:val="18"/>
              </w:rPr>
              <w:t>Câu hỏi</w:t>
            </w:r>
          </w:p>
        </w:tc>
        <w:tc>
          <w:tcPr>
            <w:tcW w:type="dxa" w:w="410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Should + S + V (nguyên mẫu)?</w:t>
            </w:r>
          </w:p>
        </w:tc>
        <w:tc>
          <w:tcPr>
            <w:tcW w:type="dxa" w:w="4320"/>
            <w:tcMar>
              <w:top w:w="50" w:type="dxa"/>
              <w:start w:w="70" w:type="dxa"/>
              <w:bottom w:w="50" w:type="dxa"/>
              <w:end w:w="70" w:type="dxa"/>
            </w:tcMar>
            <w:vAlign w:val="center"/>
          </w:tcPr>
          <w:p>
            <w:pPr>
              <w:keepNext w:val="0"/>
              <w:spacing w:before="0" w:after="0" w:line="240" w:lineRule="auto"/>
              <w:jc w:val="left"/>
            </w:pPr>
            <w:r>
              <w:rPr>
                <w:rFonts w:ascii="Bookman Old Style" w:hAnsi="Bookman Old Style" w:eastAsia="Bookman Old Style"/>
                <w:b w:val="0"/>
                <w:color w:val="000000"/>
                <w:sz w:val="18"/>
              </w:rPr>
              <w:t>Should we use the zebra crossing?</w:t>
            </w:r>
          </w:p>
        </w:tc>
      </w:tr>
    </w:tbl>
    <w:p>
      <w:pPr>
        <w:keepNext/>
        <w:spacing w:before="100" w:after="20" w:line="240" w:lineRule="auto"/>
      </w:pPr>
      <w:r>
        <w:rPr>
          <w:rFonts w:ascii="Bookman Old Style" w:hAnsi="Bookman Old Style" w:eastAsia="Bookman Old Style"/>
          <w:b/>
          <w:color w:val="0033CC"/>
          <w:sz w:val="20"/>
        </w:rPr>
        <w:t>Lưu ý</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Không dùng 'How long' để hỏi khoảng cách.</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Sau should/shouldn't luôn dùng động từ nguyên mẫu không 'to'.</w:t>
      </w:r>
    </w:p>
    <w:p>
      <w:pPr>
        <w:keepNext w:val="0"/>
        <w:spacing w:before="0" w:after="40" w:line="240" w:lineRule="auto"/>
        <w:ind w:left="283"/>
      </w:pPr>
      <w:r>
        <w:rPr>
          <w:rFonts w:ascii="Bookman Old Style" w:hAnsi="Bookman Old Style" w:eastAsia="Bookman Old Style"/>
          <w:b/>
          <w:color w:val="0033CC"/>
          <w:sz w:val="18"/>
        </w:rPr>
        <w:t xml:space="preserve">• </w:t>
      </w:r>
      <w:r>
        <w:rPr>
          <w:rFonts w:ascii="Bookman Old Style" w:hAnsi="Bookman Old Style" w:eastAsia="Bookman Old Style"/>
          <w:color w:val="000000"/>
          <w:sz w:val="18"/>
        </w:rPr>
        <w:t>Dùng 'by + phương tiện': by bus, by bike, by car.</w:t>
      </w:r>
    </w:p>
    <w:p>
      <w:pPr>
        <w:keepNext/>
        <w:spacing w:before="100" w:after="20" w:line="240" w:lineRule="auto"/>
      </w:pPr>
      <w:r>
        <w:rPr>
          <w:rFonts w:ascii="Bookman Old Style" w:hAnsi="Bookman Old Style" w:eastAsia="Bookman Old Style"/>
          <w:b/>
          <w:color w:val="0033CC"/>
          <w:sz w:val="20"/>
        </w:rPr>
        <w:t>Bảng ghi nhớ nhanh</w:t>
      </w:r>
    </w:p>
    <w:tbl>
      <w:tblPr>
        <w:tblStyle w:val="TableGrid"/>
        <w:tblW w:type="dxa" w:w="10320"/>
        <w:jc w:val="center"/>
        <w:tblLayout w:type="fixed"/>
        <w:tblLook w:firstColumn="1" w:firstRow="1" w:lastColumn="0" w:lastRow="0" w:noHBand="0" w:noVBand="1" w:val="04A0"/>
      </w:tblPr>
      <w:tblGrid>
        <w:gridCol w:w="5160"/>
        <w:gridCol w:w="5160"/>
      </w:tblGrid>
      <w:tr>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Dấu hiệu / từ khóa</w:t>
            </w:r>
          </w:p>
        </w:tc>
        <w:tc>
          <w:tcPr>
            <w:tcW w:type="dxa" w:w="516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8"/>
              </w:rPr>
              <w:t>Điểm cần tránh</w:t>
            </w:r>
          </w:p>
        </w:tc>
      </w:tr>
      <w:tr>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How far, about, kilometre; should/shouldn't</w:t>
            </w:r>
          </w:p>
        </w:tc>
        <w:tc>
          <w:tcPr>
            <w:tcW w:type="dxa" w:w="5160"/>
            <w:tcMar>
              <w:top w:w="50" w:type="dxa"/>
              <w:start w:w="70" w:type="dxa"/>
              <w:bottom w:w="50" w:type="dxa"/>
              <w:end w:w="70" w:type="dxa"/>
            </w:tcMar>
          </w:tcPr>
          <w:p>
            <w:pPr>
              <w:keepNext w:val="0"/>
              <w:spacing w:before="0" w:after="0" w:line="240" w:lineRule="auto"/>
            </w:pPr>
            <w:r>
              <w:rPr>
                <w:rFonts w:ascii="Bookman Old Style" w:hAnsi="Bookman Old Style" w:eastAsia="Bookman Old Style"/>
                <w:color w:val="000000"/>
                <w:sz w:val="18"/>
              </w:rPr>
              <w:t>Không dùng to-V sau should; không dùng How long hỏi khoảng cách.</w:t>
            </w:r>
          </w:p>
        </w:tc>
      </w:tr>
    </w:tbl>
    <w:p>
      <w:pPr>
        <w:keepNext/>
        <w:spacing w:before="100" w:after="20" w:line="240" w:lineRule="auto"/>
      </w:pPr>
      <w:r>
        <w:rPr>
          <w:rFonts w:ascii="Bookman Old Style" w:hAnsi="Bookman Old Style" w:eastAsia="Bookman Old Style"/>
          <w:b/>
          <w:color w:val="0033CC"/>
          <w:sz w:val="20"/>
        </w:rPr>
        <w:t>Ví dụ bổ sung</w:t>
      </w:r>
    </w:p>
    <w:tbl>
      <w:tblPr>
        <w:tblStyle w:val="TableGrid"/>
        <w:tblW w:type="dxa" w:w="10320"/>
        <w:jc w:val="center"/>
        <w:tblLayout w:type="fixed"/>
        <w:tblLook w:firstColumn="1" w:firstRow="1" w:lastColumn="0" w:lastRow="0" w:noHBand="0" w:noVBand="1" w:val="04A0"/>
      </w:tblPr>
      <w:tblGrid>
        <w:gridCol w:w="6300"/>
        <w:gridCol w:w="4020"/>
      </w:tblGrid>
      <w:tr>
        <w:tc>
          <w:tcPr>
            <w:tcW w:type="dxa" w:w="630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Example</w:t>
            </w:r>
          </w:p>
        </w:tc>
        <w:tc>
          <w:tcPr>
            <w:tcW w:type="dxa" w:w="4020"/>
            <w:shd w:fill="DDEBF7"/>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0033CC"/>
                <w:sz w:val="17"/>
              </w:rPr>
              <w:t>Ghi chú / ý nghĩa</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How far is it from Ha Noi to Hai Phong?</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It is about 120 kilometres.</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How far is it from your home to school?</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It is about two kilometres.</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You should look both ways.</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should + V</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Cyclists shouldn't ride on the pavement.</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shouldn't + V</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Should we wear helmets?</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Yes, we should.</w:t>
            </w:r>
          </w:p>
        </w:tc>
      </w:tr>
      <w:tr>
        <w:tc>
          <w:tcPr>
            <w:tcW w:type="dxa" w:w="6300"/>
            <w:tcMar>
              <w:top w:w="50" w:type="dxa"/>
              <w:start w:w="70" w:type="dxa"/>
              <w:bottom w:w="50" w:type="dxa"/>
              <w:end w:w="70" w:type="dxa"/>
            </w:tcMar>
          </w:tcPr>
          <w:p>
            <w:pPr>
              <w:keepNext w:val="0"/>
              <w:spacing w:before="0" w:after="0" w:line="230" w:lineRule="auto"/>
            </w:pPr>
            <w:r>
              <w:rPr>
                <w:rFonts w:ascii="Bookman Old Style" w:hAnsi="Bookman Old Style" w:eastAsia="Bookman Old Style"/>
                <w:b/>
                <w:color w:val="000000"/>
                <w:sz w:val="17"/>
              </w:rPr>
              <w:t>You should go by bus.</w:t>
            </w:r>
          </w:p>
        </w:tc>
        <w:tc>
          <w:tcPr>
            <w:tcW w:type="dxa" w:w="4020"/>
            <w:tcMar>
              <w:top w:w="50" w:type="dxa"/>
              <w:start w:w="70" w:type="dxa"/>
              <w:bottom w:w="50" w:type="dxa"/>
              <w:end w:w="70" w:type="dxa"/>
            </w:tcMar>
          </w:tcPr>
          <w:p>
            <w:pPr>
              <w:keepNext w:val="0"/>
              <w:spacing w:before="0" w:after="0" w:line="230" w:lineRule="auto"/>
            </w:pPr>
            <w:r>
              <w:rPr>
                <w:rFonts w:ascii="Bookman Old Style" w:hAnsi="Bookman Old Style" w:eastAsia="Bookman Old Style"/>
                <w:b w:val="0"/>
                <w:color w:val="000000"/>
                <w:sz w:val="17"/>
              </w:rPr>
              <w:t>by + phương tiện</w:t>
            </w:r>
          </w:p>
        </w:tc>
      </w:tr>
    </w:tbl>
    <w:p>
      <w:r>
        <w:br w:type="page"/>
      </w:r>
    </w:p>
    <w:p>
      <w:pPr>
        <w:keepNext w:val="0"/>
        <w:spacing w:before="160" w:after="160" w:line="240" w:lineRule="auto"/>
        <w:jc w:val="center"/>
      </w:pPr>
      <w:r>
        <w:drawing>
          <wp:inline xmlns:a="http://schemas.openxmlformats.org/drawingml/2006/main" xmlns:pic="http://schemas.openxmlformats.org/drawingml/2006/picture">
            <wp:extent cx="2592000" cy="1477524"/>
            <wp:docPr id="2" name="Picture 2"/>
            <wp:cNvGraphicFramePr>
              <a:graphicFrameLocks noChangeAspect="1"/>
            </wp:cNvGraphicFramePr>
            <a:graphic>
              <a:graphicData uri="http://schemas.openxmlformats.org/drawingml/2006/picture">
                <pic:pic>
                  <pic:nvPicPr>
                    <pic:cNvPr id="0" name="exercises.png"/>
                    <pic:cNvPicPr/>
                  </pic:nvPicPr>
                  <pic:blipFill>
                    <a:blip r:embed="rId11"/>
                    <a:stretch>
                      <a:fillRect/>
                    </a:stretch>
                  </pic:blipFill>
                  <pic:spPr>
                    <a:xfrm>
                      <a:off x="0" y="0"/>
                      <a:ext cx="2592000" cy="1477524"/>
                    </a:xfrm>
                    <a:prstGeom prst="rect"/>
                  </pic:spPr>
                </pic:pic>
              </a:graphicData>
            </a:graphic>
          </wp:inline>
        </w:drawing>
      </w:r>
    </w:p>
    <w:p>
      <w:pPr>
        <w:keepNext/>
        <w:spacing w:before="60" w:after="20" w:line="240" w:lineRule="auto"/>
      </w:pPr>
      <w:r>
        <w:rPr>
          <w:rFonts w:ascii="Bookman Old Style" w:hAnsi="Bookman Old Style" w:eastAsia="Bookman Old Style"/>
          <w:b/>
          <w:color w:val="0033CC"/>
          <w:sz w:val="19"/>
        </w:rPr>
        <w:t>Exercise 1: Choose the word (A, B, C, or D) whose underlined part is pronounced differently from the others.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ride</w:t>
      </w:r>
      <w:r>
        <w:tab/>
      </w:r>
      <w:r>
        <w:rPr>
          <w:rFonts w:ascii="Bookman Old Style" w:hAnsi="Bookman Old Style" w:eastAsia="Bookman Old Style"/>
          <w:color w:val="000000"/>
          <w:sz w:val="18"/>
        </w:rPr>
        <w:t>B. fine</w:t>
      </w:r>
      <w:r>
        <w:tab/>
      </w:r>
      <w:r>
        <w:rPr>
          <w:rFonts w:ascii="Bookman Old Style" w:hAnsi="Bookman Old Style" w:eastAsia="Bookman Old Style"/>
          <w:color w:val="000000"/>
          <w:sz w:val="18"/>
        </w:rPr>
        <w:t>C. sign</w:t>
      </w:r>
      <w:r>
        <w:tab/>
      </w:r>
      <w:r>
        <w:rPr>
          <w:rFonts w:ascii="Bookman Old Style" w:hAnsi="Bookman Old Style" w:eastAsia="Bookman Old Style"/>
          <w:color w:val="000000"/>
          <w:sz w:val="18"/>
        </w:rPr>
        <w:t>D. plane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train</w:t>
      </w:r>
      <w:r>
        <w:tab/>
      </w:r>
      <w:r>
        <w:rPr>
          <w:rFonts w:ascii="Bookman Old Style" w:hAnsi="Bookman Old Style" w:eastAsia="Bookman Old Style"/>
          <w:color w:val="000000"/>
          <w:sz w:val="18"/>
        </w:rPr>
        <w:t>B. obey</w:t>
      </w:r>
      <w:r>
        <w:tab/>
      </w:r>
      <w:r>
        <w:rPr>
          <w:rFonts w:ascii="Bookman Old Style" w:hAnsi="Bookman Old Style" w:eastAsia="Bookman Old Style"/>
          <w:color w:val="000000"/>
          <w:sz w:val="18"/>
        </w:rPr>
        <w:t>C. pavement</w:t>
      </w:r>
      <w:r>
        <w:tab/>
      </w:r>
      <w:r>
        <w:rPr>
          <w:rFonts w:ascii="Bookman Old Style" w:hAnsi="Bookman Old Style" w:eastAsia="Bookman Old Style"/>
          <w:color w:val="000000"/>
          <w:sz w:val="18"/>
        </w:rPr>
        <w:t>D. bike</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fly</w:t>
      </w:r>
      <w:r>
        <w:tab/>
      </w:r>
      <w:r>
        <w:rPr>
          <w:rFonts w:ascii="Bookman Old Style" w:hAnsi="Bookman Old Style" w:eastAsia="Bookman Old Style"/>
          <w:color w:val="000000"/>
          <w:sz w:val="18"/>
        </w:rPr>
        <w:t>B. cycle</w:t>
      </w:r>
      <w:r>
        <w:tab/>
      </w:r>
      <w:r>
        <w:rPr>
          <w:rFonts w:ascii="Bookman Old Style" w:hAnsi="Bookman Old Style" w:eastAsia="Bookman Old Style"/>
          <w:color w:val="000000"/>
          <w:sz w:val="18"/>
        </w:rPr>
        <w:t>C. lane</w:t>
      </w:r>
      <w:r>
        <w:tab/>
      </w:r>
      <w:r>
        <w:rPr>
          <w:rFonts w:ascii="Bookman Old Style" w:hAnsi="Bookman Old Style" w:eastAsia="Bookman Old Style"/>
          <w:color w:val="000000"/>
          <w:sz w:val="18"/>
        </w:rPr>
        <w:t>D. drive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station</w:t>
      </w:r>
      <w:r>
        <w:tab/>
      </w:r>
      <w:r>
        <w:rPr>
          <w:rFonts w:ascii="Bookman Old Style" w:hAnsi="Bookman Old Style" w:eastAsia="Bookman Old Style"/>
          <w:color w:val="000000"/>
          <w:sz w:val="18"/>
        </w:rPr>
        <w:t>B. safety</w:t>
      </w:r>
      <w:r>
        <w:tab/>
      </w:r>
      <w:r>
        <w:rPr>
          <w:rFonts w:ascii="Bookman Old Style" w:hAnsi="Bookman Old Style" w:eastAsia="Bookman Old Style"/>
          <w:color w:val="000000"/>
          <w:sz w:val="18"/>
        </w:rPr>
        <w:t>C. traffic</w:t>
      </w:r>
      <w:r>
        <w:tab/>
      </w:r>
      <w:r>
        <w:rPr>
          <w:rFonts w:ascii="Bookman Old Style" w:hAnsi="Bookman Old Style" w:eastAsia="Bookman Old Style"/>
          <w:color w:val="000000"/>
          <w:sz w:val="18"/>
        </w:rPr>
        <w:t>D. railway</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light</w:t>
      </w:r>
      <w:r>
        <w:tab/>
      </w:r>
      <w:r>
        <w:rPr>
          <w:rFonts w:ascii="Bookman Old Style" w:hAnsi="Bookman Old Style" w:eastAsia="Bookman Old Style"/>
          <w:color w:val="000000"/>
          <w:sz w:val="18"/>
        </w:rPr>
        <w:t>B. right</w:t>
      </w:r>
      <w:r>
        <w:tab/>
      </w:r>
      <w:r>
        <w:rPr>
          <w:rFonts w:ascii="Bookman Old Style" w:hAnsi="Bookman Old Style" w:eastAsia="Bookman Old Style"/>
          <w:color w:val="000000"/>
          <w:sz w:val="18"/>
        </w:rPr>
        <w:t>C. signal</w:t>
      </w:r>
      <w:r>
        <w:tab/>
      </w:r>
      <w:r>
        <w:rPr>
          <w:rFonts w:ascii="Bookman Old Style" w:hAnsi="Bookman Old Style" w:eastAsia="Bookman Old Style"/>
          <w:color w:val="000000"/>
          <w:sz w:val="18"/>
        </w:rPr>
        <w:t>D. night</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sound.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way</w:t>
      </w:r>
      <w:r>
        <w:tab/>
      </w:r>
      <w:r>
        <w:rPr>
          <w:rFonts w:ascii="Bookman Old Style" w:hAnsi="Bookman Old Style" w:eastAsia="Bookman Old Style"/>
          <w:color w:val="000000"/>
          <w:sz w:val="18"/>
        </w:rPr>
        <w:t>B. say</w:t>
      </w:r>
      <w:r>
        <w:tab/>
      </w:r>
      <w:r>
        <w:rPr>
          <w:rFonts w:ascii="Bookman Old Style" w:hAnsi="Bookman Old Style" w:eastAsia="Bookman Old Style"/>
          <w:color w:val="000000"/>
          <w:sz w:val="18"/>
        </w:rPr>
        <w:t>C. many</w:t>
      </w:r>
      <w:r>
        <w:tab/>
      </w:r>
      <w:r>
        <w:rPr>
          <w:rFonts w:ascii="Bookman Old Style" w:hAnsi="Bookman Old Style" w:eastAsia="Bookman Old Style"/>
          <w:color w:val="000000"/>
          <w:sz w:val="18"/>
        </w:rPr>
        <w:t>D. play</w:t>
      </w:r>
    </w:p>
    <w:p>
      <w:pPr>
        <w:keepNext/>
        <w:spacing w:before="60" w:after="20" w:line="240" w:lineRule="auto"/>
      </w:pPr>
      <w:r>
        <w:rPr>
          <w:rFonts w:ascii="Bookman Old Style" w:hAnsi="Bookman Old Style" w:eastAsia="Bookman Old Style"/>
          <w:b/>
          <w:color w:val="0033CC"/>
          <w:sz w:val="19"/>
        </w:rPr>
        <w:t>Exercise 2: Choose the word (A, B, C, or D) whose main stress is different from the others in the group.</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traffic</w:t>
      </w:r>
      <w:r>
        <w:tab/>
      </w:r>
      <w:r>
        <w:rPr>
          <w:rFonts w:ascii="Bookman Old Style" w:hAnsi="Bookman Old Style" w:eastAsia="Bookman Old Style"/>
          <w:color w:val="000000"/>
          <w:sz w:val="18"/>
        </w:rPr>
        <w:t>B. helmet</w:t>
      </w:r>
      <w:r>
        <w:tab/>
      </w:r>
      <w:r>
        <w:rPr>
          <w:rFonts w:ascii="Bookman Old Style" w:hAnsi="Bookman Old Style" w:eastAsia="Bookman Old Style"/>
          <w:color w:val="000000"/>
          <w:sz w:val="18"/>
        </w:rPr>
        <w:t>C. obey</w:t>
      </w:r>
      <w:r>
        <w:tab/>
      </w:r>
      <w:r>
        <w:rPr>
          <w:rFonts w:ascii="Bookman Old Style" w:hAnsi="Bookman Old Style" w:eastAsia="Bookman Old Style"/>
          <w:color w:val="000000"/>
          <w:sz w:val="18"/>
        </w:rPr>
        <w:t>D. pavement</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pedestrian</w:t>
      </w:r>
      <w:r>
        <w:tab/>
      </w:r>
      <w:r>
        <w:rPr>
          <w:rFonts w:ascii="Bookman Old Style" w:hAnsi="Bookman Old Style" w:eastAsia="Bookman Old Style"/>
          <w:color w:val="000000"/>
          <w:sz w:val="18"/>
        </w:rPr>
        <w:t>B. accident</w:t>
      </w:r>
      <w:r>
        <w:tab/>
      </w:r>
      <w:r>
        <w:rPr>
          <w:rFonts w:ascii="Bookman Old Style" w:hAnsi="Bookman Old Style" w:eastAsia="Bookman Old Style"/>
          <w:color w:val="000000"/>
          <w:sz w:val="18"/>
        </w:rPr>
        <w:t>C. passenger</w:t>
      </w:r>
      <w:r>
        <w:tab/>
      </w:r>
      <w:r>
        <w:rPr>
          <w:rFonts w:ascii="Bookman Old Style" w:hAnsi="Bookman Old Style" w:eastAsia="Bookman Old Style"/>
          <w:color w:val="000000"/>
          <w:sz w:val="18"/>
        </w:rPr>
        <w:t>D. motorist</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bicycle</w:t>
      </w:r>
      <w:r>
        <w:tab/>
      </w:r>
      <w:r>
        <w:rPr>
          <w:rFonts w:ascii="Bookman Old Style" w:hAnsi="Bookman Old Style" w:eastAsia="Bookman Old Style"/>
          <w:color w:val="000000"/>
          <w:sz w:val="18"/>
        </w:rPr>
        <w:t>B. vehicle</w:t>
      </w:r>
      <w:r>
        <w:tab/>
      </w:r>
      <w:r>
        <w:rPr>
          <w:rFonts w:ascii="Bookman Old Style" w:hAnsi="Bookman Old Style" w:eastAsia="Bookman Old Style"/>
          <w:color w:val="000000"/>
          <w:sz w:val="18"/>
        </w:rPr>
        <w:t>C. convenient</w:t>
      </w:r>
      <w:r>
        <w:tab/>
      </w:r>
      <w:r>
        <w:rPr>
          <w:rFonts w:ascii="Bookman Old Style" w:hAnsi="Bookman Old Style" w:eastAsia="Bookman Old Style"/>
          <w:color w:val="000000"/>
          <w:sz w:val="18"/>
        </w:rPr>
        <w:t>D. dangerous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narrow</w:t>
      </w:r>
      <w:r>
        <w:tab/>
      </w:r>
      <w:r>
        <w:rPr>
          <w:rFonts w:ascii="Bookman Old Style" w:hAnsi="Bookman Old Style" w:eastAsia="Bookman Old Style"/>
          <w:color w:val="000000"/>
          <w:sz w:val="18"/>
        </w:rPr>
        <w:t>B. bumpy</w:t>
      </w:r>
      <w:r>
        <w:tab/>
      </w:r>
      <w:r>
        <w:rPr>
          <w:rFonts w:ascii="Bookman Old Style" w:hAnsi="Bookman Old Style" w:eastAsia="Bookman Old Style"/>
          <w:color w:val="000000"/>
          <w:sz w:val="18"/>
        </w:rPr>
        <w:t>C. machine</w:t>
      </w:r>
      <w:r>
        <w:tab/>
      </w:r>
      <w:r>
        <w:rPr>
          <w:rFonts w:ascii="Bookman Old Style" w:hAnsi="Bookman Old Style" w:eastAsia="Bookman Old Style"/>
          <w:color w:val="000000"/>
          <w:sz w:val="18"/>
        </w:rPr>
        <w:t>D. signal</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safety</w:t>
      </w:r>
      <w:r>
        <w:tab/>
      </w:r>
      <w:r>
        <w:rPr>
          <w:rFonts w:ascii="Bookman Old Style" w:hAnsi="Bookman Old Style" w:eastAsia="Bookman Old Style"/>
          <w:color w:val="000000"/>
          <w:sz w:val="18"/>
        </w:rPr>
        <w:t>B. cycle</w:t>
      </w:r>
      <w:r>
        <w:tab/>
      </w:r>
      <w:r>
        <w:rPr>
          <w:rFonts w:ascii="Bookman Old Style" w:hAnsi="Bookman Old Style" w:eastAsia="Bookman Old Style"/>
          <w:color w:val="000000"/>
          <w:sz w:val="18"/>
        </w:rPr>
        <w:t>C. complete</w:t>
      </w:r>
      <w:r>
        <w:tab/>
      </w:r>
      <w:r>
        <w:rPr>
          <w:rFonts w:ascii="Bookman Old Style" w:hAnsi="Bookman Old Style" w:eastAsia="Bookman Old Style"/>
          <w:color w:val="000000"/>
          <w:sz w:val="18"/>
        </w:rPr>
        <w:t>D. driver</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Choose the different stress pattern.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police</w:t>
      </w:r>
      <w:r>
        <w:tab/>
      </w:r>
      <w:r>
        <w:rPr>
          <w:rFonts w:ascii="Bookman Old Style" w:hAnsi="Bookman Old Style" w:eastAsia="Bookman Old Style"/>
          <w:color w:val="000000"/>
          <w:sz w:val="18"/>
        </w:rPr>
        <w:t>B. traffic</w:t>
      </w:r>
      <w:r>
        <w:tab/>
      </w:r>
      <w:r>
        <w:rPr>
          <w:rFonts w:ascii="Bookman Old Style" w:hAnsi="Bookman Old Style" w:eastAsia="Bookman Old Style"/>
          <w:color w:val="000000"/>
          <w:sz w:val="18"/>
        </w:rPr>
        <w:t>C. helmet</w:t>
      </w:r>
      <w:r>
        <w:tab/>
      </w:r>
      <w:r>
        <w:rPr>
          <w:rFonts w:ascii="Bookman Old Style" w:hAnsi="Bookman Old Style" w:eastAsia="Bookman Old Style"/>
          <w:color w:val="000000"/>
          <w:sz w:val="18"/>
        </w:rPr>
        <w:t>D. crossing</w:t>
      </w:r>
    </w:p>
    <w:p>
      <w:pPr>
        <w:keepNext/>
        <w:spacing w:before="60" w:after="20" w:line="240" w:lineRule="auto"/>
      </w:pPr>
      <w:r>
        <w:rPr>
          <w:rFonts w:ascii="Bookman Old Style" w:hAnsi="Bookman Old Style" w:eastAsia="Bookman Old Style"/>
          <w:b/>
          <w:color w:val="0033CC"/>
          <w:sz w:val="19"/>
        </w:rPr>
        <w:t>Exercise 3: Choose the word/phrase/sentence (A, B, C, or D) that best fits the space in each sentence or best answers the question.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You should wait for the green light before you ______ the road.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cross</w:t>
      </w:r>
      <w:r>
        <w:tab/>
      </w:r>
      <w:r>
        <w:rPr>
          <w:rFonts w:ascii="Bookman Old Style" w:hAnsi="Bookman Old Style" w:eastAsia="Bookman Old Style"/>
          <w:color w:val="000000"/>
          <w:sz w:val="18"/>
        </w:rPr>
        <w:t>B. park</w:t>
      </w:r>
      <w:r>
        <w:tab/>
      </w:r>
      <w:r>
        <w:rPr>
          <w:rFonts w:ascii="Bookman Old Style" w:hAnsi="Bookman Old Style" w:eastAsia="Bookman Old Style"/>
          <w:color w:val="000000"/>
          <w:sz w:val="18"/>
        </w:rPr>
        <w:t>C. carry</w:t>
      </w:r>
      <w:r>
        <w:tab/>
      </w:r>
      <w:r>
        <w:rPr>
          <w:rFonts w:ascii="Bookman Old Style" w:hAnsi="Bookman Old Style" w:eastAsia="Bookman Old Style"/>
          <w:color w:val="000000"/>
          <w:sz w:val="18"/>
        </w:rPr>
        <w:t>D. ride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person who travels on foot is a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motorist</w:t>
      </w:r>
      <w:r>
        <w:tab/>
      </w:r>
      <w:r>
        <w:rPr>
          <w:rFonts w:ascii="Bookman Old Style" w:hAnsi="Bookman Old Style" w:eastAsia="Bookman Old Style"/>
          <w:color w:val="000000"/>
          <w:sz w:val="18"/>
        </w:rPr>
        <w:t>B. passenger</w:t>
      </w:r>
      <w:r>
        <w:tab/>
      </w:r>
      <w:r>
        <w:rPr>
          <w:rFonts w:ascii="Bookman Old Style" w:hAnsi="Bookman Old Style" w:eastAsia="Bookman Old Style"/>
          <w:color w:val="000000"/>
          <w:sz w:val="18"/>
        </w:rPr>
        <w:t>C. pedestrian</w:t>
      </w:r>
      <w:r>
        <w:tab/>
      </w:r>
      <w:r>
        <w:rPr>
          <w:rFonts w:ascii="Bookman Old Style" w:hAnsi="Bookman Old Style" w:eastAsia="Bookman Old Style"/>
          <w:color w:val="000000"/>
          <w:sz w:val="18"/>
        </w:rPr>
        <w:t>D. cyclist</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Always fasten your ______ when you sit in a car.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helmet</w:t>
      </w:r>
      <w:r>
        <w:tab/>
      </w:r>
      <w:r>
        <w:rPr>
          <w:rFonts w:ascii="Bookman Old Style" w:hAnsi="Bookman Old Style" w:eastAsia="Bookman Old Style"/>
          <w:color w:val="000000"/>
          <w:sz w:val="18"/>
        </w:rPr>
        <w:t>B. seatbelt</w:t>
      </w:r>
      <w:r>
        <w:tab/>
      </w:r>
      <w:r>
        <w:rPr>
          <w:rFonts w:ascii="Bookman Old Style" w:hAnsi="Bookman Old Style" w:eastAsia="Bookman Old Style"/>
          <w:color w:val="000000"/>
          <w:sz w:val="18"/>
        </w:rPr>
        <w:t>C. handlebars</w:t>
      </w:r>
      <w:r>
        <w:tab/>
      </w:r>
      <w:r>
        <w:rPr>
          <w:rFonts w:ascii="Bookman Old Style" w:hAnsi="Bookman Old Style" w:eastAsia="Bookman Old Style"/>
          <w:color w:val="000000"/>
          <w:sz w:val="18"/>
        </w:rPr>
        <w:t>D. signal</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Cyclists should use the ______ when one is available.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pavement</w:t>
      </w:r>
      <w:r>
        <w:tab/>
      </w:r>
      <w:r>
        <w:rPr>
          <w:rFonts w:ascii="Bookman Old Style" w:hAnsi="Bookman Old Style" w:eastAsia="Bookman Old Style"/>
          <w:color w:val="000000"/>
          <w:sz w:val="18"/>
        </w:rPr>
        <w:t>B. cycle lane</w:t>
      </w:r>
      <w:r>
        <w:tab/>
      </w:r>
      <w:r>
        <w:rPr>
          <w:rFonts w:ascii="Bookman Old Style" w:hAnsi="Bookman Old Style" w:eastAsia="Bookman Old Style"/>
          <w:color w:val="000000"/>
          <w:sz w:val="18"/>
        </w:rPr>
        <w:t>C. railway</w:t>
      </w:r>
      <w:r>
        <w:tab/>
      </w:r>
      <w:r>
        <w:rPr>
          <w:rFonts w:ascii="Bookman Old Style" w:hAnsi="Bookman Old Style" w:eastAsia="Bookman Old Style"/>
          <w:color w:val="000000"/>
          <w:sz w:val="18"/>
        </w:rPr>
        <w:t>D. crossroad</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The road is very ______, so two cars cannot pass at the same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wide</w:t>
      </w:r>
      <w:r>
        <w:tab/>
      </w:r>
      <w:r>
        <w:rPr>
          <w:rFonts w:ascii="Bookman Old Style" w:hAnsi="Bookman Old Style" w:eastAsia="Bookman Old Style"/>
          <w:color w:val="000000"/>
          <w:sz w:val="18"/>
        </w:rPr>
        <w:t>B. safe</w:t>
      </w:r>
      <w:r>
        <w:tab/>
      </w:r>
      <w:r>
        <w:rPr>
          <w:rFonts w:ascii="Bookman Old Style" w:hAnsi="Bookman Old Style" w:eastAsia="Bookman Old Style"/>
          <w:color w:val="000000"/>
          <w:sz w:val="18"/>
        </w:rPr>
        <w:t>C. narrow</w:t>
      </w:r>
      <w:r>
        <w:tab/>
      </w:r>
      <w:r>
        <w:rPr>
          <w:rFonts w:ascii="Bookman Old Style" w:hAnsi="Bookman Old Style" w:eastAsia="Bookman Old Style"/>
          <w:color w:val="000000"/>
          <w:sz w:val="18"/>
        </w:rPr>
        <w:t>D. modern</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There is usually a traffic jam during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rush hour</w:t>
      </w:r>
      <w:r>
        <w:tab/>
      </w:r>
      <w:r>
        <w:rPr>
          <w:rFonts w:ascii="Bookman Old Style" w:hAnsi="Bookman Old Style" w:eastAsia="Bookman Old Style"/>
          <w:color w:val="000000"/>
          <w:sz w:val="18"/>
        </w:rPr>
        <w:t>B. lunchtime</w:t>
      </w:r>
      <w:r>
        <w:tab/>
      </w:r>
      <w:r>
        <w:rPr>
          <w:rFonts w:ascii="Bookman Old Style" w:hAnsi="Bookman Old Style" w:eastAsia="Bookman Old Style"/>
          <w:color w:val="000000"/>
          <w:sz w:val="18"/>
        </w:rPr>
        <w:t>C. midnight</w:t>
      </w:r>
      <w:r>
        <w:tab/>
      </w:r>
      <w:r>
        <w:rPr>
          <w:rFonts w:ascii="Bookman Old Style" w:hAnsi="Bookman Old Style" w:eastAsia="Bookman Old Style"/>
          <w:color w:val="000000"/>
          <w:sz w:val="18"/>
        </w:rPr>
        <w:t>D. summer</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How far is ______ from your house to school?</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they</w:t>
      </w:r>
      <w:r>
        <w:tab/>
      </w:r>
      <w:r>
        <w:rPr>
          <w:rFonts w:ascii="Bookman Old Style" w:hAnsi="Bookman Old Style" w:eastAsia="Bookman Old Style"/>
          <w:color w:val="000000"/>
          <w:sz w:val="18"/>
        </w:rPr>
        <w:t>B. it</w:t>
      </w:r>
      <w:r>
        <w:tab/>
      </w:r>
      <w:r>
        <w:rPr>
          <w:rFonts w:ascii="Bookman Old Style" w:hAnsi="Bookman Old Style" w:eastAsia="Bookman Old Style"/>
          <w:color w:val="000000"/>
          <w:sz w:val="18"/>
        </w:rPr>
        <w:t>C. there</w:t>
      </w:r>
      <w:r>
        <w:tab/>
      </w:r>
      <w:r>
        <w:rPr>
          <w:rFonts w:ascii="Bookman Old Style" w:hAnsi="Bookman Old Style" w:eastAsia="Bookman Old Style"/>
          <w:color w:val="000000"/>
          <w:sz w:val="18"/>
        </w:rPr>
        <w:t>D. this</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It is about three kilometres ______ here to the station.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w:t>
      </w:r>
      <w:r>
        <w:tab/>
      </w:r>
      <w:r>
        <w:rPr>
          <w:rFonts w:ascii="Bookman Old Style" w:hAnsi="Bookman Old Style" w:eastAsia="Bookman Old Style"/>
          <w:color w:val="000000"/>
          <w:sz w:val="18"/>
        </w:rPr>
        <w:t>B. on</w:t>
      </w:r>
      <w:r>
        <w:tab/>
      </w:r>
      <w:r>
        <w:rPr>
          <w:rFonts w:ascii="Bookman Old Style" w:hAnsi="Bookman Old Style" w:eastAsia="Bookman Old Style"/>
          <w:color w:val="000000"/>
          <w:sz w:val="18"/>
        </w:rPr>
        <w:t>C. from</w:t>
      </w:r>
      <w:r>
        <w:tab/>
      </w:r>
      <w:r>
        <w:rPr>
          <w:rFonts w:ascii="Bookman Old Style" w:hAnsi="Bookman Old Style" w:eastAsia="Bookman Old Style"/>
          <w:color w:val="000000"/>
          <w:sz w:val="18"/>
        </w:rPr>
        <w:t>D. in</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Children ______ play in the street because it is dangerous.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should</w:t>
      </w:r>
      <w:r>
        <w:tab/>
      </w:r>
      <w:r>
        <w:rPr>
          <w:rFonts w:ascii="Bookman Old Style" w:hAnsi="Bookman Old Style" w:eastAsia="Bookman Old Style"/>
          <w:color w:val="000000"/>
          <w:sz w:val="18"/>
        </w:rPr>
        <w:t>B. shouldn't</w:t>
      </w:r>
      <w:r>
        <w:tab/>
      </w:r>
      <w:r>
        <w:rPr>
          <w:rFonts w:ascii="Bookman Old Style" w:hAnsi="Bookman Old Style" w:eastAsia="Bookman Old Style"/>
          <w:color w:val="000000"/>
          <w:sz w:val="18"/>
        </w:rPr>
        <w:t>C. can</w:t>
      </w:r>
      <w:r>
        <w:tab/>
      </w:r>
      <w:r>
        <w:rPr>
          <w:rFonts w:ascii="Bookman Old Style" w:hAnsi="Bookman Old Style" w:eastAsia="Bookman Old Style"/>
          <w:color w:val="000000"/>
          <w:sz w:val="18"/>
        </w:rPr>
        <w:t>D. need</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Motorbike riders ______ wear helmets.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should</w:t>
      </w:r>
      <w:r>
        <w:tab/>
      </w:r>
      <w:r>
        <w:rPr>
          <w:rFonts w:ascii="Bookman Old Style" w:hAnsi="Bookman Old Style" w:eastAsia="Bookman Old Style"/>
          <w:color w:val="000000"/>
          <w:sz w:val="18"/>
        </w:rPr>
        <w:t>B. shouldn't</w:t>
      </w:r>
      <w:r>
        <w:tab/>
      </w:r>
      <w:r>
        <w:rPr>
          <w:rFonts w:ascii="Bookman Old Style" w:hAnsi="Bookman Old Style" w:eastAsia="Bookman Old Style"/>
          <w:color w:val="000000"/>
          <w:sz w:val="18"/>
        </w:rPr>
        <w:t>C. won't</w:t>
      </w:r>
      <w:r>
        <w:tab/>
      </w:r>
      <w:r>
        <w:rPr>
          <w:rFonts w:ascii="Bookman Old Style" w:hAnsi="Bookman Old Style" w:eastAsia="Bookman Old Style"/>
          <w:color w:val="000000"/>
          <w:sz w:val="18"/>
        </w:rPr>
        <w:t>D. aren't</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You must ______ traffic rules to keep safe.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break</w:t>
      </w:r>
      <w:r>
        <w:tab/>
      </w:r>
      <w:r>
        <w:rPr>
          <w:rFonts w:ascii="Bookman Old Style" w:hAnsi="Bookman Old Style" w:eastAsia="Bookman Old Style"/>
          <w:color w:val="000000"/>
          <w:sz w:val="18"/>
        </w:rPr>
        <w:t>B. obey</w:t>
      </w:r>
      <w:r>
        <w:tab/>
      </w:r>
      <w:r>
        <w:rPr>
          <w:rFonts w:ascii="Bookman Old Style" w:hAnsi="Bookman Old Style" w:eastAsia="Bookman Old Style"/>
          <w:color w:val="000000"/>
          <w:sz w:val="18"/>
        </w:rPr>
        <w:t>C. forget</w:t>
      </w:r>
      <w:r>
        <w:tab/>
      </w:r>
      <w:r>
        <w:rPr>
          <w:rFonts w:ascii="Bookman Old Style" w:hAnsi="Bookman Old Style" w:eastAsia="Bookman Old Style"/>
          <w:color w:val="000000"/>
          <w:sz w:val="18"/>
        </w:rPr>
        <w:t>D. avoid</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The bus stopped and several passengers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got off</w:t>
      </w:r>
      <w:r>
        <w:tab/>
      </w:r>
      <w:r>
        <w:rPr>
          <w:rFonts w:ascii="Bookman Old Style" w:hAnsi="Bookman Old Style" w:eastAsia="Bookman Old Style"/>
          <w:color w:val="000000"/>
          <w:sz w:val="18"/>
        </w:rPr>
        <w:t>B. took off</w:t>
      </w:r>
      <w:r>
        <w:tab/>
      </w:r>
      <w:r>
        <w:rPr>
          <w:rFonts w:ascii="Bookman Old Style" w:hAnsi="Bookman Old Style" w:eastAsia="Bookman Old Style"/>
          <w:color w:val="000000"/>
          <w:sz w:val="18"/>
        </w:rPr>
        <w:t>C. went on</w:t>
      </w:r>
      <w:r>
        <w:tab/>
      </w:r>
      <w:r>
        <w:rPr>
          <w:rFonts w:ascii="Bookman Old Style" w:hAnsi="Bookman Old Style" w:eastAsia="Bookman Old Style"/>
          <w:color w:val="000000"/>
          <w:sz w:val="18"/>
        </w:rPr>
        <w:t>D. turned on</w:t>
      </w:r>
    </w:p>
    <w:p>
      <w:pPr>
        <w:keepNext/>
        <w:spacing w:before="0" w:after="0" w:line="240" w:lineRule="auto"/>
      </w:pPr>
      <w:r>
        <w:rPr>
          <w:rFonts w:ascii="Bookman Old Style" w:hAnsi="Bookman Old Style" w:eastAsia="Bookman Old Style"/>
          <w:color w:val="000000"/>
          <w:sz w:val="18"/>
        </w:rPr>
        <w:t xml:space="preserve">13. </w:t>
      </w:r>
      <w:r>
        <w:rPr>
          <w:rFonts w:ascii="Bookman Old Style" w:hAnsi="Bookman Old Style" w:eastAsia="Bookman Old Style"/>
          <w:color w:val="000000"/>
          <w:sz w:val="18"/>
        </w:rPr>
        <w:t>Do not ______ your car in front of the school gate.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cycle</w:t>
      </w:r>
      <w:r>
        <w:tab/>
      </w:r>
      <w:r>
        <w:rPr>
          <w:rFonts w:ascii="Bookman Old Style" w:hAnsi="Bookman Old Style" w:eastAsia="Bookman Old Style"/>
          <w:color w:val="000000"/>
          <w:sz w:val="18"/>
        </w:rPr>
        <w:t>B. drive</w:t>
      </w:r>
      <w:r>
        <w:tab/>
      </w:r>
      <w:r>
        <w:rPr>
          <w:rFonts w:ascii="Bookman Old Style" w:hAnsi="Bookman Old Style" w:eastAsia="Bookman Old Style"/>
          <w:color w:val="000000"/>
          <w:sz w:val="18"/>
        </w:rPr>
        <w:t>C. park</w:t>
      </w:r>
      <w:r>
        <w:tab/>
      </w:r>
      <w:r>
        <w:rPr>
          <w:rFonts w:ascii="Bookman Old Style" w:hAnsi="Bookman Old Style" w:eastAsia="Bookman Old Style"/>
          <w:color w:val="000000"/>
          <w:sz w:val="18"/>
        </w:rPr>
        <w:t>D. fly</w:t>
      </w:r>
    </w:p>
    <w:p>
      <w:pPr>
        <w:keepNext/>
        <w:spacing w:before="0" w:after="0" w:line="240" w:lineRule="auto"/>
      </w:pPr>
      <w:r>
        <w:rPr>
          <w:rFonts w:ascii="Bookman Old Style" w:hAnsi="Bookman Old Style" w:eastAsia="Bookman Old Style"/>
          <w:color w:val="000000"/>
          <w:sz w:val="18"/>
        </w:rPr>
        <w:t xml:space="preserve">14. </w:t>
      </w:r>
      <w:r>
        <w:rPr>
          <w:rFonts w:ascii="Bookman Old Style" w:hAnsi="Bookman Old Style" w:eastAsia="Bookman Old Style"/>
          <w:color w:val="000000"/>
          <w:sz w:val="18"/>
        </w:rPr>
        <w:t>The police may ______ people who drive too fast.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fine</w:t>
      </w:r>
      <w:r>
        <w:tab/>
      </w:r>
      <w:r>
        <w:rPr>
          <w:rFonts w:ascii="Bookman Old Style" w:hAnsi="Bookman Old Style" w:eastAsia="Bookman Old Style"/>
          <w:color w:val="000000"/>
          <w:sz w:val="18"/>
        </w:rPr>
        <w:t>B. invite</w:t>
      </w:r>
      <w:r>
        <w:tab/>
      </w:r>
      <w:r>
        <w:rPr>
          <w:rFonts w:ascii="Bookman Old Style" w:hAnsi="Bookman Old Style" w:eastAsia="Bookman Old Style"/>
          <w:color w:val="000000"/>
          <w:sz w:val="18"/>
        </w:rPr>
        <w:t>C. follow</w:t>
      </w:r>
      <w:r>
        <w:tab/>
      </w:r>
      <w:r>
        <w:rPr>
          <w:rFonts w:ascii="Bookman Old Style" w:hAnsi="Bookman Old Style" w:eastAsia="Bookman Old Style"/>
          <w:color w:val="000000"/>
          <w:sz w:val="18"/>
        </w:rPr>
        <w:t>D. carry</w:t>
      </w:r>
    </w:p>
    <w:p>
      <w:pPr>
        <w:keepNext/>
        <w:spacing w:before="0" w:after="0" w:line="240" w:lineRule="auto"/>
      </w:pPr>
      <w:r>
        <w:rPr>
          <w:rFonts w:ascii="Bookman Old Style" w:hAnsi="Bookman Old Style" w:eastAsia="Bookman Old Style"/>
          <w:color w:val="000000"/>
          <w:sz w:val="18"/>
        </w:rPr>
        <w:t xml:space="preserve">15. </w:t>
      </w:r>
      <w:r>
        <w:rPr>
          <w:rFonts w:ascii="Bookman Old Style" w:hAnsi="Bookman Old Style" w:eastAsia="Bookman Old Style"/>
          <w:color w:val="000000"/>
          <w:sz w:val="18"/>
        </w:rPr>
        <w:t>The village road is bumpy, ______ you should drive slowly.</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but</w:t>
      </w:r>
      <w:r>
        <w:tab/>
      </w:r>
      <w:r>
        <w:rPr>
          <w:rFonts w:ascii="Bookman Old Style" w:hAnsi="Bookman Old Style" w:eastAsia="Bookman Old Style"/>
          <w:color w:val="000000"/>
          <w:sz w:val="18"/>
        </w:rPr>
        <w:t>B. so</w:t>
      </w:r>
      <w:r>
        <w:tab/>
      </w:r>
      <w:r>
        <w:rPr>
          <w:rFonts w:ascii="Bookman Old Style" w:hAnsi="Bookman Old Style" w:eastAsia="Bookman Old Style"/>
          <w:color w:val="000000"/>
          <w:sz w:val="18"/>
        </w:rPr>
        <w:t>C. although</w:t>
      </w:r>
      <w:r>
        <w:tab/>
      </w:r>
      <w:r>
        <w:rPr>
          <w:rFonts w:ascii="Bookman Old Style" w:hAnsi="Bookman Old Style" w:eastAsia="Bookman Old Style"/>
          <w:color w:val="000000"/>
          <w:sz w:val="18"/>
        </w:rPr>
        <w:t>D. or</w:t>
      </w:r>
    </w:p>
    <w:p>
      <w:pPr>
        <w:keepNext/>
        <w:spacing w:before="0" w:after="0" w:line="240" w:lineRule="auto"/>
      </w:pPr>
      <w:r>
        <w:rPr>
          <w:rFonts w:ascii="Bookman Old Style" w:hAnsi="Bookman Old Style" w:eastAsia="Bookman Old Style"/>
          <w:color w:val="000000"/>
          <w:sz w:val="18"/>
        </w:rPr>
        <w:t xml:space="preserve">16. </w:t>
      </w:r>
      <w:r>
        <w:rPr>
          <w:rFonts w:ascii="Bookman Old Style" w:hAnsi="Bookman Old Style" w:eastAsia="Bookman Old Style"/>
          <w:color w:val="000000"/>
          <w:sz w:val="18"/>
        </w:rPr>
        <w:t>My father usually goes to work ______ car.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on</w:t>
      </w:r>
      <w:r>
        <w:tab/>
      </w:r>
      <w:r>
        <w:rPr>
          <w:rFonts w:ascii="Bookman Old Style" w:hAnsi="Bookman Old Style" w:eastAsia="Bookman Old Style"/>
          <w:color w:val="000000"/>
          <w:sz w:val="18"/>
        </w:rPr>
        <w:t>B. by</w:t>
      </w:r>
      <w:r>
        <w:tab/>
      </w:r>
      <w:r>
        <w:rPr>
          <w:rFonts w:ascii="Bookman Old Style" w:hAnsi="Bookman Old Style" w:eastAsia="Bookman Old Style"/>
          <w:color w:val="000000"/>
          <w:sz w:val="18"/>
        </w:rPr>
        <w:t>C. with</w:t>
      </w:r>
      <w:r>
        <w:tab/>
      </w:r>
      <w:r>
        <w:rPr>
          <w:rFonts w:ascii="Bookman Old Style" w:hAnsi="Bookman Old Style" w:eastAsia="Bookman Old Style"/>
          <w:color w:val="000000"/>
          <w:sz w:val="18"/>
        </w:rPr>
        <w:t>D. in a</w:t>
      </w:r>
    </w:p>
    <w:p>
      <w:r>
        <w:br w:type="page"/>
      </w:r>
    </w:p>
    <w:p>
      <w:pPr>
        <w:keepNext/>
        <w:spacing w:before="60" w:after="20" w:line="240" w:lineRule="auto"/>
      </w:pPr>
      <w:r>
        <w:rPr>
          <w:rFonts w:ascii="Bookman Old Style" w:hAnsi="Bookman Old Style" w:eastAsia="Bookman Old Style"/>
          <w:b/>
          <w:color w:val="0033CC"/>
          <w:sz w:val="19"/>
        </w:rPr>
        <w:t>Exercise 4: Choose the letter A, B, C, or D to indicate the word(s) CLOSEST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The street is very </w:t>
      </w:r>
      <w:r>
        <w:rPr>
          <w:rFonts w:ascii="Bookman Old Style" w:hAnsi="Bookman Old Style" w:eastAsia="Bookman Old Style"/>
          <w:b/>
          <w:color w:val="000000"/>
          <w:sz w:val="18"/>
          <w:u w:val="single"/>
        </w:rPr>
        <w:t>crowded</w:t>
      </w:r>
      <w:r>
        <w:rPr>
          <w:rFonts w:ascii="Bookman Old Style" w:hAnsi="Bookman Old Style" w:eastAsia="Bookman Old Style"/>
          <w:color w:val="000000"/>
          <w:sz w:val="18"/>
        </w:rPr>
        <w:t xml:space="preserve"> at 5 p.m.</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empty</w:t>
      </w:r>
      <w:r>
        <w:tab/>
      </w:r>
      <w:r>
        <w:rPr>
          <w:rFonts w:ascii="Bookman Old Style" w:hAnsi="Bookman Old Style" w:eastAsia="Bookman Old Style"/>
          <w:color w:val="000000"/>
          <w:sz w:val="18"/>
        </w:rPr>
        <w:t>B. busy</w:t>
      </w:r>
      <w:r>
        <w:tab/>
      </w:r>
      <w:r>
        <w:rPr>
          <w:rFonts w:ascii="Bookman Old Style" w:hAnsi="Bookman Old Style" w:eastAsia="Bookman Old Style"/>
          <w:color w:val="000000"/>
          <w:sz w:val="18"/>
        </w:rPr>
        <w:t>C. quiet</w:t>
      </w:r>
      <w:r>
        <w:tab/>
      </w:r>
      <w:r>
        <w:rPr>
          <w:rFonts w:ascii="Bookman Old Style" w:hAnsi="Bookman Old Style" w:eastAsia="Bookman Old Style"/>
          <w:color w:val="000000"/>
          <w:sz w:val="18"/>
        </w:rPr>
        <w:t>D. narrow</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Road users must </w:t>
      </w:r>
      <w:r>
        <w:rPr>
          <w:rFonts w:ascii="Bookman Old Style" w:hAnsi="Bookman Old Style" w:eastAsia="Bookman Old Style"/>
          <w:b/>
          <w:color w:val="000000"/>
          <w:sz w:val="18"/>
          <w:u w:val="single"/>
        </w:rPr>
        <w:t>obey</w:t>
      </w:r>
      <w:r>
        <w:rPr>
          <w:rFonts w:ascii="Bookman Old Style" w:hAnsi="Bookman Old Style" w:eastAsia="Bookman Old Style"/>
          <w:color w:val="000000"/>
          <w:sz w:val="18"/>
        </w:rPr>
        <w:t xml:space="preserve"> traffic rules.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follow</w:t>
      </w:r>
      <w:r>
        <w:tab/>
      </w:r>
      <w:r>
        <w:rPr>
          <w:rFonts w:ascii="Bookman Old Style" w:hAnsi="Bookman Old Style" w:eastAsia="Bookman Old Style"/>
          <w:color w:val="000000"/>
          <w:sz w:val="18"/>
        </w:rPr>
        <w:t>B. change</w:t>
      </w:r>
      <w:r>
        <w:tab/>
      </w:r>
      <w:r>
        <w:rPr>
          <w:rFonts w:ascii="Bookman Old Style" w:hAnsi="Bookman Old Style" w:eastAsia="Bookman Old Style"/>
          <w:color w:val="000000"/>
          <w:sz w:val="18"/>
        </w:rPr>
        <w:t>C. forget</w:t>
      </w:r>
      <w:r>
        <w:tab/>
      </w:r>
      <w:r>
        <w:rPr>
          <w:rFonts w:ascii="Bookman Old Style" w:hAnsi="Bookman Old Style" w:eastAsia="Bookman Old Style"/>
          <w:color w:val="000000"/>
          <w:sz w:val="18"/>
        </w:rPr>
        <w:t>D. write</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The road is </w:t>
      </w:r>
      <w:r>
        <w:rPr>
          <w:rFonts w:ascii="Bookman Old Style" w:hAnsi="Bookman Old Style" w:eastAsia="Bookman Old Style"/>
          <w:b/>
          <w:color w:val="000000"/>
          <w:sz w:val="18"/>
          <w:u w:val="single"/>
        </w:rPr>
        <w:t>bumpy</w:t>
      </w:r>
      <w:r>
        <w:rPr>
          <w:rFonts w:ascii="Bookman Old Style" w:hAnsi="Bookman Old Style" w:eastAsia="Bookman Old Style"/>
          <w:color w:val="000000"/>
          <w:sz w:val="18"/>
        </w:rPr>
        <w:t xml:space="preserve"> after the heavy rain.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smooth</w:t>
      </w:r>
      <w:r>
        <w:tab/>
      </w:r>
      <w:r>
        <w:rPr>
          <w:rFonts w:ascii="Bookman Old Style" w:hAnsi="Bookman Old Style" w:eastAsia="Bookman Old Style"/>
          <w:color w:val="000000"/>
          <w:sz w:val="18"/>
        </w:rPr>
        <w:t>B. uneven</w:t>
      </w:r>
      <w:r>
        <w:tab/>
      </w:r>
      <w:r>
        <w:rPr>
          <w:rFonts w:ascii="Bookman Old Style" w:hAnsi="Bookman Old Style" w:eastAsia="Bookman Old Style"/>
          <w:color w:val="000000"/>
          <w:sz w:val="18"/>
        </w:rPr>
        <w:t>C. wide</w:t>
      </w:r>
      <w:r>
        <w:tab/>
      </w:r>
      <w:r>
        <w:rPr>
          <w:rFonts w:ascii="Bookman Old Style" w:hAnsi="Bookman Old Style" w:eastAsia="Bookman Old Style"/>
          <w:color w:val="000000"/>
          <w:sz w:val="18"/>
        </w:rPr>
        <w:t>D. clean</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We should keep a safe </w:t>
      </w:r>
      <w:r>
        <w:rPr>
          <w:rFonts w:ascii="Bookman Old Style" w:hAnsi="Bookman Old Style" w:eastAsia="Bookman Old Style"/>
          <w:b/>
          <w:color w:val="000000"/>
          <w:sz w:val="18"/>
          <w:u w:val="single"/>
        </w:rPr>
        <w:t>distance</w:t>
      </w:r>
      <w:r>
        <w:rPr>
          <w:rFonts w:ascii="Bookman Old Style" w:hAnsi="Bookman Old Style" w:eastAsia="Bookman Old Style"/>
          <w:color w:val="000000"/>
          <w:sz w:val="18"/>
        </w:rPr>
        <w:t xml:space="preserve"> from the car ahead.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space</w:t>
      </w:r>
      <w:r>
        <w:tab/>
      </w:r>
      <w:r>
        <w:rPr>
          <w:rFonts w:ascii="Bookman Old Style" w:hAnsi="Bookman Old Style" w:eastAsia="Bookman Old Style"/>
          <w:color w:val="000000"/>
          <w:sz w:val="18"/>
        </w:rPr>
        <w:t>B. speed</w:t>
      </w:r>
      <w:r>
        <w:tab/>
      </w:r>
      <w:r>
        <w:rPr>
          <w:rFonts w:ascii="Bookman Old Style" w:hAnsi="Bookman Old Style" w:eastAsia="Bookman Old Style"/>
          <w:color w:val="000000"/>
          <w:sz w:val="18"/>
        </w:rPr>
        <w:t>C. signal</w:t>
      </w:r>
      <w:r>
        <w:tab/>
      </w:r>
      <w:r>
        <w:rPr>
          <w:rFonts w:ascii="Bookman Old Style" w:hAnsi="Bookman Old Style" w:eastAsia="Bookman Old Style"/>
          <w:color w:val="000000"/>
          <w:sz w:val="18"/>
        </w:rPr>
        <w:t>D. direction</w:t>
      </w:r>
    </w:p>
    <w:p>
      <w:pPr>
        <w:keepNext/>
        <w:spacing w:before="60" w:after="20" w:line="240" w:lineRule="auto"/>
      </w:pPr>
      <w:r>
        <w:rPr>
          <w:rFonts w:ascii="Bookman Old Style" w:hAnsi="Bookman Old Style" w:eastAsia="Bookman Old Style"/>
          <w:b/>
          <w:color w:val="0033CC"/>
          <w:sz w:val="19"/>
        </w:rPr>
        <w:t>Exercise 5: Choose the letter A, B, C, or D to indicate the word(s) OPPOSITE in meaning to the underlined word(s).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 xml:space="preserve">This road is too </w:t>
      </w:r>
      <w:r>
        <w:rPr>
          <w:rFonts w:ascii="Bookman Old Style" w:hAnsi="Bookman Old Style" w:eastAsia="Bookman Old Style"/>
          <w:b/>
          <w:color w:val="000000"/>
          <w:sz w:val="18"/>
          <w:u w:val="single"/>
        </w:rPr>
        <w:t>narrow</w:t>
      </w:r>
      <w:r>
        <w:rPr>
          <w:rFonts w:ascii="Bookman Old Style" w:hAnsi="Bookman Old Style" w:eastAsia="Bookman Old Style"/>
          <w:color w:val="000000"/>
          <w:sz w:val="18"/>
        </w:rPr>
        <w:t xml:space="preserve"> for buses.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long</w:t>
      </w:r>
      <w:r>
        <w:tab/>
      </w:r>
      <w:r>
        <w:rPr>
          <w:rFonts w:ascii="Bookman Old Style" w:hAnsi="Bookman Old Style" w:eastAsia="Bookman Old Style"/>
          <w:color w:val="000000"/>
          <w:sz w:val="18"/>
        </w:rPr>
        <w:t>B. wide</w:t>
      </w:r>
      <w:r>
        <w:tab/>
      </w:r>
      <w:r>
        <w:rPr>
          <w:rFonts w:ascii="Bookman Old Style" w:hAnsi="Bookman Old Style" w:eastAsia="Bookman Old Style"/>
          <w:color w:val="000000"/>
          <w:sz w:val="18"/>
        </w:rPr>
        <w:t>C. bumpy</w:t>
      </w:r>
      <w:r>
        <w:tab/>
      </w:r>
      <w:r>
        <w:rPr>
          <w:rFonts w:ascii="Bookman Old Style" w:hAnsi="Bookman Old Style" w:eastAsia="Bookman Old Style"/>
          <w:color w:val="000000"/>
          <w:sz w:val="18"/>
        </w:rPr>
        <w:t>D. busy</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 xml:space="preserve">The crossing is </w:t>
      </w:r>
      <w:r>
        <w:rPr>
          <w:rFonts w:ascii="Bookman Old Style" w:hAnsi="Bookman Old Style" w:eastAsia="Bookman Old Style"/>
          <w:b/>
          <w:color w:val="000000"/>
          <w:sz w:val="18"/>
          <w:u w:val="single"/>
        </w:rPr>
        <w:t>safe</w:t>
      </w:r>
      <w:r>
        <w:rPr>
          <w:rFonts w:ascii="Bookman Old Style" w:hAnsi="Bookman Old Style" w:eastAsia="Bookman Old Style"/>
          <w:color w:val="000000"/>
          <w:sz w:val="18"/>
        </w:rPr>
        <w:t xml:space="preserve"> for children.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dangerous</w:t>
      </w:r>
      <w:r>
        <w:tab/>
      </w:r>
      <w:r>
        <w:rPr>
          <w:rFonts w:ascii="Bookman Old Style" w:hAnsi="Bookman Old Style" w:eastAsia="Bookman Old Style"/>
          <w:color w:val="000000"/>
          <w:sz w:val="18"/>
        </w:rPr>
        <w:t>B. quiet</w:t>
      </w:r>
      <w:r>
        <w:tab/>
      </w:r>
      <w:r>
        <w:rPr>
          <w:rFonts w:ascii="Bookman Old Style" w:hAnsi="Bookman Old Style" w:eastAsia="Bookman Old Style"/>
          <w:color w:val="000000"/>
          <w:sz w:val="18"/>
        </w:rPr>
        <w:t>C. crowded</w:t>
      </w:r>
      <w:r>
        <w:tab/>
      </w:r>
      <w:r>
        <w:rPr>
          <w:rFonts w:ascii="Bookman Old Style" w:hAnsi="Bookman Old Style" w:eastAsia="Bookman Old Style"/>
          <w:color w:val="000000"/>
          <w:sz w:val="18"/>
        </w:rPr>
        <w:t>D. modern</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 xml:space="preserve">The bus is </w:t>
      </w:r>
      <w:r>
        <w:rPr>
          <w:rFonts w:ascii="Bookman Old Style" w:hAnsi="Bookman Old Style" w:eastAsia="Bookman Old Style"/>
          <w:b/>
          <w:color w:val="000000"/>
          <w:sz w:val="18"/>
          <w:u w:val="single"/>
        </w:rPr>
        <w:t>full</w:t>
      </w:r>
      <w:r>
        <w:rPr>
          <w:rFonts w:ascii="Bookman Old Style" w:hAnsi="Bookman Old Style" w:eastAsia="Bookman Old Style"/>
          <w:color w:val="000000"/>
          <w:sz w:val="18"/>
        </w:rPr>
        <w:t xml:space="preserve"> during rush hour.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fast</w:t>
      </w:r>
      <w:r>
        <w:tab/>
      </w:r>
      <w:r>
        <w:rPr>
          <w:rFonts w:ascii="Bookman Old Style" w:hAnsi="Bookman Old Style" w:eastAsia="Bookman Old Style"/>
          <w:color w:val="000000"/>
          <w:sz w:val="18"/>
        </w:rPr>
        <w:t>B. empty</w:t>
      </w:r>
      <w:r>
        <w:tab/>
      </w:r>
      <w:r>
        <w:rPr>
          <w:rFonts w:ascii="Bookman Old Style" w:hAnsi="Bookman Old Style" w:eastAsia="Bookman Old Style"/>
          <w:color w:val="000000"/>
          <w:sz w:val="18"/>
        </w:rPr>
        <w:t>C. late</w:t>
      </w:r>
      <w:r>
        <w:tab/>
      </w:r>
      <w:r>
        <w:rPr>
          <w:rFonts w:ascii="Bookman Old Style" w:hAnsi="Bookman Old Style" w:eastAsia="Bookman Old Style"/>
          <w:color w:val="000000"/>
          <w:sz w:val="18"/>
        </w:rPr>
        <w:t>D. clean</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 xml:space="preserve">Drivers should </w:t>
      </w:r>
      <w:r>
        <w:rPr>
          <w:rFonts w:ascii="Bookman Old Style" w:hAnsi="Bookman Old Style" w:eastAsia="Bookman Old Style"/>
          <w:b/>
          <w:color w:val="000000"/>
          <w:sz w:val="18"/>
          <w:u w:val="single"/>
        </w:rPr>
        <w:t>slow down</w:t>
      </w:r>
      <w:r>
        <w:rPr>
          <w:rFonts w:ascii="Bookman Old Style" w:hAnsi="Bookman Old Style" w:eastAsia="Bookman Old Style"/>
          <w:color w:val="000000"/>
          <w:sz w:val="18"/>
        </w:rPr>
        <w:t xml:space="preserve"> near the school.</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stop</w:t>
      </w:r>
      <w:r>
        <w:tab/>
      </w:r>
      <w:r>
        <w:rPr>
          <w:rFonts w:ascii="Bookman Old Style" w:hAnsi="Bookman Old Style" w:eastAsia="Bookman Old Style"/>
          <w:color w:val="000000"/>
          <w:sz w:val="18"/>
        </w:rPr>
        <w:t>B. speed up</w:t>
      </w:r>
      <w:r>
        <w:tab/>
      </w:r>
      <w:r>
        <w:rPr>
          <w:rFonts w:ascii="Bookman Old Style" w:hAnsi="Bookman Old Style" w:eastAsia="Bookman Old Style"/>
          <w:color w:val="000000"/>
          <w:sz w:val="18"/>
        </w:rPr>
        <w:t>C. turn left</w:t>
      </w:r>
      <w:r>
        <w:tab/>
      </w:r>
      <w:r>
        <w:rPr>
          <w:rFonts w:ascii="Bookman Old Style" w:hAnsi="Bookman Old Style" w:eastAsia="Bookman Old Style"/>
          <w:color w:val="000000"/>
          <w:sz w:val="18"/>
        </w:rPr>
        <w:t>D. get off</w:t>
      </w:r>
    </w:p>
    <w:p>
      <w:pPr>
        <w:keepNext/>
        <w:spacing w:before="60" w:after="20" w:line="240" w:lineRule="auto"/>
      </w:pPr>
      <w:r>
        <w:rPr>
          <w:rFonts w:ascii="Bookman Old Style" w:hAnsi="Bookman Old Style" w:eastAsia="Bookman Old Style"/>
          <w:b/>
          <w:color w:val="0033CC"/>
          <w:sz w:val="19"/>
        </w:rPr>
        <w:t>Exercise 6: Fill in each blank with the correct word or form.</w:t>
      </w:r>
    </w:p>
    <w:p>
      <w:pPr>
        <w:keepNext w:val="0"/>
        <w:spacing w:before="0" w:after="20" w:line="240" w:lineRule="auto"/>
      </w:pPr>
      <w:r>
        <w:rPr>
          <w:rFonts w:ascii="Bookman Old Style" w:hAnsi="Bookman Old Style" w:eastAsia="Bookman Old Style"/>
          <w:color w:val="000000"/>
          <w:sz w:val="19"/>
        </w:rPr>
        <w:t>1. How far ______ it from Ha Noi to Hai Phong?</w:t>
      </w:r>
    </w:p>
    <w:p>
      <w:pPr>
        <w:keepNext w:val="0"/>
        <w:spacing w:before="0" w:after="20" w:line="240" w:lineRule="auto"/>
      </w:pPr>
      <w:r>
        <w:rPr>
          <w:rFonts w:ascii="Bookman Old Style" w:hAnsi="Bookman Old Style" w:eastAsia="Bookman Old Style"/>
          <w:color w:val="000000"/>
          <w:sz w:val="19"/>
        </w:rPr>
        <w:t>2. It ______ about 120 kilometres from Ha Noi to Hai Phong.</w:t>
      </w:r>
    </w:p>
    <w:p>
      <w:pPr>
        <w:keepNext w:val="0"/>
        <w:spacing w:before="0" w:after="20" w:line="240" w:lineRule="auto"/>
      </w:pPr>
      <w:r>
        <w:rPr>
          <w:rFonts w:ascii="Bookman Old Style" w:hAnsi="Bookman Old Style" w:eastAsia="Bookman Old Style"/>
          <w:color w:val="000000"/>
          <w:sz w:val="19"/>
        </w:rPr>
        <w:t>3. How far is it ______ your home to the bus stop?</w:t>
      </w:r>
    </w:p>
    <w:p>
      <w:pPr>
        <w:keepNext w:val="0"/>
        <w:spacing w:before="0" w:after="20" w:line="240" w:lineRule="auto"/>
      </w:pPr>
      <w:r>
        <w:rPr>
          <w:rFonts w:ascii="Bookman Old Style" w:hAnsi="Bookman Old Style" w:eastAsia="Bookman Old Style"/>
          <w:color w:val="000000"/>
          <w:sz w:val="19"/>
        </w:rPr>
        <w:t>4. Students should ______ the pavement. (use)</w:t>
      </w:r>
    </w:p>
    <w:p>
      <w:pPr>
        <w:keepNext w:val="0"/>
        <w:spacing w:before="0" w:after="20" w:line="240" w:lineRule="auto"/>
      </w:pPr>
      <w:r>
        <w:rPr>
          <w:rFonts w:ascii="Bookman Old Style" w:hAnsi="Bookman Old Style" w:eastAsia="Bookman Old Style"/>
          <w:color w:val="000000"/>
          <w:sz w:val="19"/>
        </w:rPr>
        <w:t>5. You shouldn't ______ your bike without lights at night. (ride)</w:t>
      </w:r>
    </w:p>
    <w:p>
      <w:pPr>
        <w:keepNext w:val="0"/>
        <w:spacing w:before="0" w:after="20" w:line="240" w:lineRule="auto"/>
      </w:pPr>
      <w:r>
        <w:rPr>
          <w:rFonts w:ascii="Bookman Old Style" w:hAnsi="Bookman Old Style" w:eastAsia="Bookman Old Style"/>
          <w:color w:val="000000"/>
          <w:sz w:val="19"/>
        </w:rPr>
        <w:t>6. Drivers should ______ down near schools. (slow)</w:t>
      </w:r>
    </w:p>
    <w:p>
      <w:pPr>
        <w:keepNext w:val="0"/>
        <w:spacing w:before="0" w:after="20" w:line="240" w:lineRule="auto"/>
      </w:pPr>
      <w:r>
        <w:rPr>
          <w:rFonts w:ascii="Bookman Old Style" w:hAnsi="Bookman Old Style" w:eastAsia="Bookman Old Style"/>
          <w:color w:val="000000"/>
          <w:sz w:val="19"/>
        </w:rPr>
        <w:t>7. Passengers shouldn't ______ out of a moving bus. (jump)</w:t>
      </w:r>
    </w:p>
    <w:p>
      <w:pPr>
        <w:keepNext w:val="0"/>
        <w:spacing w:before="0" w:after="20" w:line="240" w:lineRule="auto"/>
      </w:pPr>
      <w:r>
        <w:rPr>
          <w:rFonts w:ascii="Bookman Old Style" w:hAnsi="Bookman Old Style" w:eastAsia="Bookman Old Style"/>
          <w:color w:val="000000"/>
          <w:sz w:val="19"/>
        </w:rPr>
        <w:t>8. ______ is it from here to the nearest hospital?</w:t>
      </w:r>
    </w:p>
    <w:p>
      <w:pPr>
        <w:keepNext/>
        <w:spacing w:before="60" w:after="20" w:line="240" w:lineRule="auto"/>
      </w:pPr>
      <w:r>
        <w:rPr>
          <w:rFonts w:ascii="Bookman Old Style" w:hAnsi="Bookman Old Style" w:eastAsia="Bookman Old Style"/>
          <w:b/>
          <w:color w:val="0033CC"/>
          <w:sz w:val="19"/>
        </w:rPr>
        <w:t>Exercise 7: Circle the correct option in brackets.</w:t>
      </w:r>
    </w:p>
    <w:p>
      <w:pPr>
        <w:keepNext w:val="0"/>
        <w:spacing w:before="0" w:after="20" w:line="240" w:lineRule="auto"/>
      </w:pPr>
      <w:r>
        <w:rPr>
          <w:rFonts w:ascii="Bookman Old Style" w:hAnsi="Bookman Old Style" w:eastAsia="Bookman Old Style"/>
          <w:color w:val="000000"/>
          <w:sz w:val="19"/>
        </w:rPr>
        <w:t>1. It (is / are) five kilometres to the town centre.</w:t>
      </w:r>
    </w:p>
    <w:p>
      <w:pPr>
        <w:keepNext w:val="0"/>
        <w:spacing w:before="0" w:after="20" w:line="240" w:lineRule="auto"/>
      </w:pPr>
      <w:r>
        <w:rPr>
          <w:rFonts w:ascii="Bookman Old Style" w:hAnsi="Bookman Old Style" w:eastAsia="Bookman Old Style"/>
          <w:color w:val="000000"/>
          <w:sz w:val="19"/>
        </w:rPr>
        <w:t>2. How far (is it / it is) from here to the airport?</w:t>
      </w:r>
    </w:p>
    <w:p>
      <w:pPr>
        <w:keepNext w:val="0"/>
        <w:spacing w:before="0" w:after="20" w:line="240" w:lineRule="auto"/>
      </w:pPr>
      <w:r>
        <w:rPr>
          <w:rFonts w:ascii="Bookman Old Style" w:hAnsi="Bookman Old Style" w:eastAsia="Bookman Old Style"/>
          <w:color w:val="000000"/>
          <w:sz w:val="19"/>
        </w:rPr>
        <w:t>3. We (should / shouldn't) look both ways before crossing.</w:t>
      </w:r>
    </w:p>
    <w:p>
      <w:pPr>
        <w:keepNext w:val="0"/>
        <w:spacing w:before="0" w:after="20" w:line="240" w:lineRule="auto"/>
      </w:pPr>
      <w:r>
        <w:rPr>
          <w:rFonts w:ascii="Bookman Old Style" w:hAnsi="Bookman Old Style" w:eastAsia="Bookman Old Style"/>
          <w:color w:val="000000"/>
          <w:sz w:val="19"/>
        </w:rPr>
        <w:t>4. Cyclists (should / shouldn't) ride on the pavement.</w:t>
      </w:r>
    </w:p>
    <w:p>
      <w:pPr>
        <w:keepNext w:val="0"/>
        <w:spacing w:before="0" w:after="20" w:line="240" w:lineRule="auto"/>
      </w:pPr>
      <w:r>
        <w:rPr>
          <w:rFonts w:ascii="Bookman Old Style" w:hAnsi="Bookman Old Style" w:eastAsia="Bookman Old Style"/>
          <w:color w:val="000000"/>
          <w:sz w:val="19"/>
        </w:rPr>
        <w:t>5. You should (wear / wearing) a helmet.</w:t>
      </w:r>
    </w:p>
    <w:p>
      <w:pPr>
        <w:keepNext w:val="0"/>
        <w:spacing w:before="0" w:after="20" w:line="240" w:lineRule="auto"/>
      </w:pPr>
      <w:r>
        <w:rPr>
          <w:rFonts w:ascii="Bookman Old Style" w:hAnsi="Bookman Old Style" w:eastAsia="Bookman Old Style"/>
          <w:color w:val="000000"/>
          <w:sz w:val="19"/>
        </w:rPr>
        <w:t>6. Drivers shouldn't (use / to use) phones while driving.</w:t>
      </w:r>
    </w:p>
    <w:p>
      <w:pPr>
        <w:keepNext w:val="0"/>
        <w:spacing w:before="0" w:after="20" w:line="240" w:lineRule="auto"/>
      </w:pPr>
      <w:r>
        <w:rPr>
          <w:rFonts w:ascii="Bookman Old Style" w:hAnsi="Bookman Old Style" w:eastAsia="Bookman Old Style"/>
          <w:color w:val="000000"/>
          <w:sz w:val="19"/>
        </w:rPr>
        <w:t>7. It is about two kilometres (from / at) my home to school.</w:t>
      </w:r>
    </w:p>
    <w:p>
      <w:pPr>
        <w:keepNext w:val="0"/>
        <w:spacing w:before="0" w:after="20" w:line="240" w:lineRule="auto"/>
      </w:pPr>
      <w:r>
        <w:rPr>
          <w:rFonts w:ascii="Bookman Old Style" w:hAnsi="Bookman Old Style" w:eastAsia="Bookman Old Style"/>
          <w:color w:val="000000"/>
          <w:sz w:val="19"/>
        </w:rPr>
        <w:t>8. Passengers should get (on / in) the bus in a queue.</w:t>
      </w:r>
    </w:p>
    <w:p>
      <w:pPr>
        <w:keepNext/>
        <w:spacing w:before="60" w:after="20" w:line="240" w:lineRule="auto"/>
      </w:pPr>
      <w:r>
        <w:rPr>
          <w:rFonts w:ascii="Bookman Old Style" w:hAnsi="Bookman Old Style" w:eastAsia="Bookman Old Style"/>
          <w:b/>
          <w:color w:val="0033CC"/>
          <w:sz w:val="19"/>
        </w:rPr>
        <w:t>Exercise 8: Put the words in brackets into the correct form to complete the sentences.</w:t>
      </w:r>
    </w:p>
    <w:p>
      <w:pPr>
        <w:keepNext w:val="0"/>
        <w:spacing w:before="0" w:after="20" w:line="240" w:lineRule="auto"/>
      </w:pPr>
      <w:r>
        <w:rPr>
          <w:rFonts w:ascii="Bookman Old Style" w:hAnsi="Bookman Old Style" w:eastAsia="Bookman Old Style"/>
          <w:color w:val="000000"/>
          <w:sz w:val="19"/>
        </w:rPr>
        <w:t>1. Road ______ is everyone's responsibility. (SAFE)</w:t>
      </w:r>
    </w:p>
    <w:p>
      <w:pPr>
        <w:keepNext w:val="0"/>
        <w:spacing w:before="0" w:after="20" w:line="240" w:lineRule="auto"/>
      </w:pPr>
      <w:r>
        <w:rPr>
          <w:rFonts w:ascii="Bookman Old Style" w:hAnsi="Bookman Old Style" w:eastAsia="Bookman Old Style"/>
          <w:color w:val="000000"/>
          <w:sz w:val="19"/>
        </w:rPr>
        <w:t>2. The driver stopped ______ at the red light. (SAFE)</w:t>
      </w:r>
    </w:p>
    <w:p>
      <w:pPr>
        <w:keepNext w:val="0"/>
        <w:spacing w:before="0" w:after="20" w:line="240" w:lineRule="auto"/>
      </w:pPr>
      <w:r>
        <w:rPr>
          <w:rFonts w:ascii="Bookman Old Style" w:hAnsi="Bookman Old Style" w:eastAsia="Bookman Old Style"/>
          <w:color w:val="000000"/>
          <w:sz w:val="19"/>
        </w:rPr>
        <w:t>3. It is ______ to cross the road here. (DANGER)</w:t>
      </w:r>
    </w:p>
    <w:p>
      <w:pPr>
        <w:keepNext w:val="0"/>
        <w:spacing w:before="0" w:after="20" w:line="240" w:lineRule="auto"/>
      </w:pPr>
      <w:r>
        <w:rPr>
          <w:rFonts w:ascii="Bookman Old Style" w:hAnsi="Bookman Old Style" w:eastAsia="Bookman Old Style"/>
          <w:color w:val="000000"/>
          <w:sz w:val="19"/>
        </w:rPr>
        <w:t>4. A ______ must give a signal before turning. (CYCLE)</w:t>
      </w:r>
    </w:p>
    <w:p>
      <w:pPr>
        <w:keepNext w:val="0"/>
        <w:spacing w:before="0" w:after="20" w:line="240" w:lineRule="auto"/>
      </w:pPr>
      <w:r>
        <w:rPr>
          <w:rFonts w:ascii="Bookman Old Style" w:hAnsi="Bookman Old Style" w:eastAsia="Bookman Old Style"/>
          <w:color w:val="000000"/>
          <w:sz w:val="19"/>
        </w:rPr>
        <w:t>5. Careless ______ can cause accidents. (DRIVE)</w:t>
      </w:r>
    </w:p>
    <w:p>
      <w:pPr>
        <w:keepNext w:val="0"/>
        <w:spacing w:before="0" w:after="20" w:line="240" w:lineRule="auto"/>
      </w:pPr>
      <w:r>
        <w:rPr>
          <w:rFonts w:ascii="Bookman Old Style" w:hAnsi="Bookman Old Style" w:eastAsia="Bookman Old Style"/>
          <w:color w:val="000000"/>
          <w:sz w:val="19"/>
        </w:rPr>
        <w:t>6. This road is ______ for heavy vehicles. (SUIT)</w:t>
      </w:r>
    </w:p>
    <w:p>
      <w:pPr>
        <w:keepNext w:val="0"/>
        <w:spacing w:before="0" w:after="20" w:line="240" w:lineRule="auto"/>
      </w:pPr>
      <w:r>
        <w:rPr>
          <w:rFonts w:ascii="Bookman Old Style" w:hAnsi="Bookman Old Style" w:eastAsia="Bookman Old Style"/>
          <w:color w:val="000000"/>
          <w:sz w:val="19"/>
        </w:rPr>
        <w:t>7. Please follow the officer's instructions ______. (CAREFUL)</w:t>
      </w:r>
    </w:p>
    <w:p>
      <w:pPr>
        <w:keepNext w:val="0"/>
        <w:spacing w:before="0" w:after="20" w:line="240" w:lineRule="auto"/>
      </w:pPr>
      <w:r>
        <w:rPr>
          <w:rFonts w:ascii="Bookman Old Style" w:hAnsi="Bookman Old Style" w:eastAsia="Bookman Old Style"/>
          <w:color w:val="000000"/>
          <w:sz w:val="19"/>
        </w:rPr>
        <w:t>8. There is a large ______ area behind the market. (PARK)</w:t>
      </w:r>
    </w:p>
    <w:p>
      <w:pPr>
        <w:keepNext/>
        <w:spacing w:before="60" w:after="20" w:line="240" w:lineRule="auto"/>
      </w:pPr>
      <w:r>
        <w:rPr>
          <w:rFonts w:ascii="Bookman Old Style" w:hAnsi="Bookman Old Style" w:eastAsia="Bookman Old Style"/>
          <w:b/>
          <w:color w:val="0033CC"/>
          <w:sz w:val="19"/>
        </w:rPr>
        <w:t>Exercise 9: Choose the word or phrase (A, B, C, or D) that best completes each of the following exchanges.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What do you think about traffic?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I think it is useful and interesting.</w:t>
      </w:r>
      <w:r>
        <w:tab/>
      </w:r>
      <w:r>
        <w:rPr>
          <w:rFonts w:ascii="Bookman Old Style" w:hAnsi="Bookman Old Style" w:eastAsia="Bookman Old Style"/>
          <w:color w:val="000000"/>
          <w:sz w:val="18"/>
        </w:rPr>
        <w:t>B. It is at seven o'clock.</w:t>
      </w:r>
      <w:r>
        <w:tab/>
      </w:r>
      <w:r>
        <w:rPr>
          <w:rFonts w:ascii="Bookman Old Style" w:hAnsi="Bookman Old Style" w:eastAsia="Bookman Old Style"/>
          <w:color w:val="000000"/>
          <w:sz w:val="18"/>
        </w:rPr>
        <w:t>C. No, I don't think.</w:t>
      </w:r>
      <w:r>
        <w:tab/>
      </w:r>
      <w:r>
        <w:rPr>
          <w:rFonts w:ascii="Bookman Old Style" w:hAnsi="Bookman Old Style" w:eastAsia="Bookman Old Style"/>
          <w:color w:val="000000"/>
          <w:sz w:val="18"/>
        </w:rPr>
        <w:t>D. By bicycle.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Could you tell me more about it?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Certainly.</w:t>
      </w:r>
      <w:r>
        <w:tab/>
      </w:r>
      <w:r>
        <w:rPr>
          <w:rFonts w:ascii="Bookman Old Style" w:hAnsi="Bookman Old Style" w:eastAsia="Bookman Old Style"/>
          <w:color w:val="000000"/>
          <w:sz w:val="18"/>
        </w:rPr>
        <w:t>B. Never mind it.</w:t>
      </w:r>
      <w:r>
        <w:tab/>
      </w:r>
      <w:r>
        <w:rPr>
          <w:rFonts w:ascii="Bookman Old Style" w:hAnsi="Bookman Old Style" w:eastAsia="Bookman Old Style"/>
          <w:color w:val="000000"/>
          <w:sz w:val="18"/>
        </w:rPr>
        <w:t>C. I am not tell.</w:t>
      </w:r>
      <w:r>
        <w:tab/>
      </w:r>
      <w:r>
        <w:rPr>
          <w:rFonts w:ascii="Bookman Old Style" w:hAnsi="Bookman Old Style" w:eastAsia="Bookman Old Style"/>
          <w:color w:val="000000"/>
          <w:sz w:val="18"/>
        </w:rPr>
        <w:t>D. No, I could.</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Thank you for your help.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You're welcome.</w:t>
      </w:r>
      <w:r>
        <w:tab/>
      </w:r>
      <w:r>
        <w:rPr>
          <w:rFonts w:ascii="Bookman Old Style" w:hAnsi="Bookman Old Style" w:eastAsia="Bookman Old Style"/>
          <w:color w:val="000000"/>
          <w:sz w:val="18"/>
        </w:rPr>
        <w:t>B. That's a question.</w:t>
      </w:r>
      <w:r>
        <w:tab/>
      </w:r>
      <w:r>
        <w:rPr>
          <w:rFonts w:ascii="Bookman Old Style" w:hAnsi="Bookman Old Style" w:eastAsia="Bookman Old Style"/>
          <w:color w:val="000000"/>
          <w:sz w:val="18"/>
        </w:rPr>
        <w:t>C. Here it is not.</w:t>
      </w:r>
      <w:r>
        <w:tab/>
      </w:r>
      <w:r>
        <w:rPr>
          <w:rFonts w:ascii="Bookman Old Style" w:hAnsi="Bookman Old Style" w:eastAsia="Bookman Old Style"/>
          <w:color w:val="000000"/>
          <w:sz w:val="18"/>
        </w:rPr>
        <w:t>D. I disagree.</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Shall we join the activity?  B: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Yes, that sounds great.</w:t>
      </w:r>
      <w:r>
        <w:tab/>
      </w:r>
      <w:r>
        <w:rPr>
          <w:rFonts w:ascii="Bookman Old Style" w:hAnsi="Bookman Old Style" w:eastAsia="Bookman Old Style"/>
          <w:color w:val="000000"/>
          <w:sz w:val="18"/>
        </w:rPr>
        <w:t>B. It is joining.</w:t>
      </w:r>
      <w:r>
        <w:tab/>
      </w:r>
      <w:r>
        <w:rPr>
          <w:rFonts w:ascii="Bookman Old Style" w:hAnsi="Bookman Old Style" w:eastAsia="Bookman Old Style"/>
          <w:color w:val="000000"/>
          <w:sz w:val="18"/>
        </w:rPr>
        <w:t>C. No, we shall.</w:t>
      </w:r>
      <w:r>
        <w:tab/>
      </w:r>
      <w:r>
        <w:rPr>
          <w:rFonts w:ascii="Bookman Old Style" w:hAnsi="Bookman Old Style" w:eastAsia="Bookman Old Style"/>
          <w:color w:val="000000"/>
          <w:sz w:val="18"/>
        </w:rPr>
        <w:t>D. I sound it.</w:t>
      </w:r>
    </w:p>
    <w:p>
      <w:pPr>
        <w:keepNext/>
        <w:spacing w:before="60" w:after="20" w:line="240" w:lineRule="auto"/>
      </w:pPr>
      <w:r>
        <w:rPr>
          <w:rFonts w:ascii="Bookman Old Style" w:hAnsi="Bookman Old Style" w:eastAsia="Bookman Old Style"/>
          <w:b/>
          <w:color w:val="0033CC"/>
          <w:sz w:val="19"/>
        </w:rPr>
        <w:t>Exercise 10: Choose the correct answer (A, B, C, or D) to arrange the sentences into a meaningful conversation.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I read about the cycle lane yesterday.  b. Really? What did you learn?  c. It was very interesting.  d. Tell me more after class.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c-a-b-d</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Would you like to learn about the helmet?  b. Yes, I'd love to.  c. Let's look at this information.  d. Good idea.</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a-c-b-d</w:t>
      </w:r>
      <w:r>
        <w:tab/>
      </w:r>
      <w:r>
        <w:rPr>
          <w:rFonts w:ascii="Bookman Old Style" w:hAnsi="Bookman Old Style" w:eastAsia="Bookman Old Style"/>
          <w:color w:val="000000"/>
          <w:sz w:val="17"/>
        </w:rPr>
        <w:t>D. c-d-a-b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What are you doing this weekend?  b. I am joining the school event.  c. Can I come with you?  d. Of course.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b-a-d-c</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a-c-b-d</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a. How was the activity?  b. It was excellent.  c. What did you like most?  d. The practical demonstration.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a-b-c-d</w:t>
      </w:r>
      <w:r>
        <w:tab/>
      </w:r>
      <w:r>
        <w:rPr>
          <w:rFonts w:ascii="Bookman Old Style" w:hAnsi="Bookman Old Style" w:eastAsia="Bookman Old Style"/>
          <w:color w:val="000000"/>
          <w:sz w:val="17"/>
        </w:rPr>
        <w:t>B. b-a-c-d</w:t>
      </w:r>
      <w:r>
        <w:tab/>
      </w:r>
      <w:r>
        <w:rPr>
          <w:rFonts w:ascii="Bookman Old Style" w:hAnsi="Bookman Old Style" w:eastAsia="Bookman Old Style"/>
          <w:color w:val="000000"/>
          <w:sz w:val="17"/>
        </w:rPr>
        <w:t>C. c-d-a-b</w:t>
      </w:r>
      <w:r>
        <w:tab/>
      </w:r>
      <w:r>
        <w:rPr>
          <w:rFonts w:ascii="Bookman Old Style" w:hAnsi="Bookman Old Style" w:eastAsia="Bookman Old Style"/>
          <w:color w:val="000000"/>
          <w:sz w:val="17"/>
        </w:rPr>
        <w:t>D. a-d-b-c</w:t>
      </w:r>
    </w:p>
    <w:p>
      <w:r>
        <w:br w:type="page"/>
      </w:r>
    </w:p>
    <w:p>
      <w:pPr>
        <w:keepNext/>
        <w:spacing w:before="60" w:after="20" w:line="240" w:lineRule="auto"/>
      </w:pPr>
      <w:r>
        <w:rPr>
          <w:rFonts w:ascii="Bookman Old Style" w:hAnsi="Bookman Old Style" w:eastAsia="Bookman Old Style"/>
          <w:b/>
          <w:color w:val="0033CC"/>
          <w:sz w:val="19"/>
        </w:rPr>
        <w:t>Exercise 11: Look at the sign or notice. Choose the best answer (A, B, C, or D) for each question.</w:t>
      </w:r>
    </w:p>
    <w:p>
      <w:pPr>
        <w:keepNext w:val="0"/>
        <w:spacing w:before="60" w:after="40" w:line="240" w:lineRule="auto"/>
        <w:jc w:val="center"/>
      </w:pPr>
      <w:r>
        <w:drawing>
          <wp:inline xmlns:a="http://schemas.openxmlformats.org/drawingml/2006/main" xmlns:pic="http://schemas.openxmlformats.org/drawingml/2006/picture">
            <wp:extent cx="1908000" cy="964719"/>
            <wp:docPr id="3" name="Picture 3"/>
            <wp:cNvGraphicFramePr>
              <a:graphicFrameLocks noChangeAspect="1"/>
            </wp:cNvGraphicFramePr>
            <a:graphic>
              <a:graphicData uri="http://schemas.openxmlformats.org/drawingml/2006/picture">
                <pic:pic>
                  <pic:nvPicPr>
                    <pic:cNvPr id="0" name="notice_bag.png"/>
                    <pic:cNvPicPr/>
                  </pic:nvPicPr>
                  <pic:blipFill>
                    <a:blip r:embed="rId12"/>
                    <a:stretch>
                      <a:fillRect/>
                    </a:stretch>
                  </pic:blipFill>
                  <pic:spPr>
                    <a:xfrm>
                      <a:off x="0" y="0"/>
                      <a:ext cx="1908000" cy="964719"/>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1.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The place is permanently closed.</w:t>
      </w:r>
      <w:r>
        <w:tab/>
      </w:r>
      <w:r>
        <w:rPr>
          <w:rFonts w:ascii="Bookman Old Style" w:hAnsi="Bookman Old Style" w:eastAsia="Bookman Old Style"/>
          <w:color w:val="000000"/>
          <w:sz w:val="17"/>
        </w:rPr>
        <w:t>B. Visitors must use another entrance.</w:t>
      </w:r>
      <w:r>
        <w:tab/>
      </w:r>
      <w:r>
        <w:rPr>
          <w:rFonts w:ascii="Bookman Old Style" w:hAnsi="Bookman Old Style" w:eastAsia="Bookman Old Style"/>
          <w:color w:val="000000"/>
          <w:sz w:val="17"/>
        </w:rPr>
        <w:t>C. Only staff may enter.</w:t>
      </w:r>
      <w:r>
        <w:tab/>
      </w:r>
      <w:r>
        <w:rPr>
          <w:rFonts w:ascii="Bookman Old Style" w:hAnsi="Bookman Old Style" w:eastAsia="Bookman Old Style"/>
          <w:color w:val="000000"/>
          <w:sz w:val="17"/>
        </w:rPr>
        <w:t>D. Maintenance starts next year.</w:t>
      </w:r>
    </w:p>
    <w:p>
      <w:pPr>
        <w:keepNext w:val="0"/>
        <w:spacing w:before="60" w:after="40" w:line="240" w:lineRule="auto"/>
        <w:jc w:val="center"/>
      </w:pPr>
      <w:r>
        <w:drawing>
          <wp:inline xmlns:a="http://schemas.openxmlformats.org/drawingml/2006/main" xmlns:pic="http://schemas.openxmlformats.org/drawingml/2006/picture">
            <wp:extent cx="1512000" cy="2018598"/>
            <wp:docPr id="4" name="Picture 4"/>
            <wp:cNvGraphicFramePr>
              <a:graphicFrameLocks noChangeAspect="1"/>
            </wp:cNvGraphicFramePr>
            <a:graphic>
              <a:graphicData uri="http://schemas.openxmlformats.org/drawingml/2006/picture">
                <pic:pic>
                  <pic:nvPicPr>
                    <pic:cNvPr id="0" name="notice_pool.jpg"/>
                    <pic:cNvPicPr/>
                  </pic:nvPicPr>
                  <pic:blipFill>
                    <a:blip r:embed="rId13"/>
                    <a:stretch>
                      <a:fillRect/>
                    </a:stretch>
                  </pic:blipFill>
                  <pic:spPr>
                    <a:xfrm>
                      <a:off x="0" y="0"/>
                      <a:ext cx="1512000" cy="2018598"/>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2.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Everyone can arrive without booking.</w:t>
      </w:r>
      <w:r>
        <w:tab/>
      </w:r>
      <w:r>
        <w:rPr>
          <w:rFonts w:ascii="Bookman Old Style" w:hAnsi="Bookman Old Style" w:eastAsia="Bookman Old Style"/>
          <w:color w:val="000000"/>
          <w:sz w:val="17"/>
        </w:rPr>
        <w:t>B. Bookings close at 6 p.m.</w:t>
      </w:r>
      <w:r>
        <w:tab/>
      </w:r>
      <w:r>
        <w:rPr>
          <w:rFonts w:ascii="Bookman Old Style" w:hAnsi="Bookman Old Style" w:eastAsia="Bookman Old Style"/>
          <w:color w:val="000000"/>
          <w:sz w:val="17"/>
        </w:rPr>
        <w:t>C. The event begins at 6 p.m.</w:t>
      </w:r>
      <w:r>
        <w:tab/>
      </w:r>
      <w:r>
        <w:rPr>
          <w:rFonts w:ascii="Bookman Old Style" w:hAnsi="Bookman Old Style" w:eastAsia="Bookman Old Style"/>
          <w:color w:val="000000"/>
          <w:sz w:val="17"/>
        </w:rPr>
        <w:t>D. There are unlimited places.</w:t>
      </w:r>
    </w:p>
    <w:p>
      <w:pPr>
        <w:keepNext w:val="0"/>
        <w:spacing w:before="60" w:after="40" w:line="240" w:lineRule="auto"/>
        <w:jc w:val="center"/>
      </w:pPr>
      <w:r>
        <w:drawing>
          <wp:inline xmlns:a="http://schemas.openxmlformats.org/drawingml/2006/main" xmlns:pic="http://schemas.openxmlformats.org/drawingml/2006/picture">
            <wp:extent cx="1908000" cy="1359523"/>
            <wp:docPr id="5" name="Picture 5"/>
            <wp:cNvGraphicFramePr>
              <a:graphicFrameLocks noChangeAspect="1"/>
            </wp:cNvGraphicFramePr>
            <a:graphic>
              <a:graphicData uri="http://schemas.openxmlformats.org/drawingml/2006/picture">
                <pic:pic>
                  <pic:nvPicPr>
                    <pic:cNvPr id="0" name="notice_lost.jpeg"/>
                    <pic:cNvPicPr/>
                  </pic:nvPicPr>
                  <pic:blipFill>
                    <a:blip r:embed="rId14"/>
                    <a:stretch>
                      <a:fillRect/>
                    </a:stretch>
                  </pic:blipFill>
                  <pic:spPr>
                    <a:xfrm>
                      <a:off x="0" y="0"/>
                      <a:ext cx="1908000" cy="1359523"/>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3.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People may leave rubbish here.</w:t>
      </w:r>
      <w:r>
        <w:tab/>
      </w:r>
      <w:r>
        <w:rPr>
          <w:rFonts w:ascii="Bookman Old Style" w:hAnsi="Bookman Old Style" w:eastAsia="Bookman Old Style"/>
          <w:color w:val="000000"/>
          <w:sz w:val="17"/>
        </w:rPr>
        <w:t>B. People should not litter here.</w:t>
      </w:r>
      <w:r>
        <w:tab/>
      </w:r>
      <w:r>
        <w:rPr>
          <w:rFonts w:ascii="Bookman Old Style" w:hAnsi="Bookman Old Style" w:eastAsia="Bookman Old Style"/>
          <w:color w:val="000000"/>
          <w:sz w:val="17"/>
        </w:rPr>
        <w:t>C. Only cleaners may enter.</w:t>
      </w:r>
      <w:r>
        <w:tab/>
      </w:r>
      <w:r>
        <w:rPr>
          <w:rFonts w:ascii="Bookman Old Style" w:hAnsi="Bookman Old Style" w:eastAsia="Bookman Old Style"/>
          <w:color w:val="000000"/>
          <w:sz w:val="17"/>
        </w:rPr>
        <w:t>D. Food is free here.</w:t>
      </w:r>
    </w:p>
    <w:p>
      <w:pPr>
        <w:keepNext w:val="0"/>
        <w:spacing w:before="60" w:after="40" w:line="240" w:lineRule="auto"/>
        <w:jc w:val="center"/>
      </w:pPr>
      <w:r>
        <w:drawing>
          <wp:inline xmlns:a="http://schemas.openxmlformats.org/drawingml/2006/main" xmlns:pic="http://schemas.openxmlformats.org/drawingml/2006/picture">
            <wp:extent cx="1908000" cy="1435722"/>
            <wp:docPr id="6" name="Picture 6"/>
            <wp:cNvGraphicFramePr>
              <a:graphicFrameLocks noChangeAspect="1"/>
            </wp:cNvGraphicFramePr>
            <a:graphic>
              <a:graphicData uri="http://schemas.openxmlformats.org/drawingml/2006/picture">
                <pic:pic>
                  <pic:nvPicPr>
                    <pic:cNvPr id="0" name="notice_seatbelt.jpeg"/>
                    <pic:cNvPicPr/>
                  </pic:nvPicPr>
                  <pic:blipFill>
                    <a:blip r:embed="rId15"/>
                    <a:stretch>
                      <a:fillRect/>
                    </a:stretch>
                  </pic:blipFill>
                  <pic:spPr>
                    <a:xfrm>
                      <a:off x="0" y="0"/>
                      <a:ext cx="1908000" cy="1435722"/>
                    </a:xfrm>
                    <a:prstGeom prst="rect"/>
                  </pic:spPr>
                </pic:pic>
              </a:graphicData>
            </a:graphic>
          </wp:inline>
        </w:drawing>
      </w:r>
    </w:p>
    <w:p>
      <w:pPr>
        <w:keepNext/>
        <w:spacing w:before="0" w:after="0" w:line="240" w:lineRule="auto"/>
      </w:pPr>
      <w:r>
        <w:rPr>
          <w:rFonts w:ascii="Bookman Old Style" w:hAnsi="Bookman Old Style" w:eastAsia="Bookman Old Style"/>
          <w:color w:val="000000"/>
          <w:sz w:val="19"/>
        </w:rPr>
        <w:t>4. What does the sign/notice mean?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Children under 12 may enter alone.</w:t>
      </w:r>
      <w:r>
        <w:tab/>
      </w:r>
      <w:r>
        <w:rPr>
          <w:rFonts w:ascii="Bookman Old Style" w:hAnsi="Bookman Old Style" w:eastAsia="Bookman Old Style"/>
          <w:color w:val="000000"/>
          <w:sz w:val="17"/>
        </w:rPr>
        <w:t>B. Adults cannot enter.</w:t>
      </w:r>
      <w:r>
        <w:tab/>
      </w:r>
      <w:r>
        <w:rPr>
          <w:rFonts w:ascii="Bookman Old Style" w:hAnsi="Bookman Old Style" w:eastAsia="Bookman Old Style"/>
          <w:color w:val="000000"/>
          <w:sz w:val="17"/>
        </w:rPr>
        <w:t>C. Young children need adult supervision.</w:t>
      </w:r>
      <w:r>
        <w:tab/>
      </w:r>
      <w:r>
        <w:rPr>
          <w:rFonts w:ascii="Bookman Old Style" w:hAnsi="Bookman Old Style" w:eastAsia="Bookman Old Style"/>
          <w:color w:val="000000"/>
          <w:sz w:val="17"/>
        </w:rPr>
        <w:t>D. Only twelve-year-olds may enter.</w:t>
      </w:r>
    </w:p>
    <w:p>
      <w:r>
        <w:br w:type="page"/>
      </w:r>
    </w:p>
    <w:p>
      <w:pPr>
        <w:keepNext/>
        <w:spacing w:before="60" w:after="20" w:line="240" w:lineRule="auto"/>
      </w:pPr>
      <w:r>
        <w:rPr>
          <w:rFonts w:ascii="Bookman Old Style" w:hAnsi="Bookman Old Style" w:eastAsia="Bookman Old Style"/>
          <w:b/>
          <w:color w:val="0033CC"/>
          <w:sz w:val="19"/>
        </w:rPr>
        <w:t>Exercise 12: Read the advertisement/notice/flyer/announcement and choose the correct option for each numbered blank.</w:t>
      </w:r>
    </w:p>
    <w:p>
      <w:pPr>
        <w:keepNext w:val="0"/>
        <w:spacing w:before="0" w:after="40" w:line="245" w:lineRule="auto"/>
      </w:pPr>
      <w:r>
        <w:rPr>
          <w:rFonts w:ascii="Bookman Old Style" w:hAnsi="Bookman Old Style" w:eastAsia="Bookman Old Style"/>
          <w:color w:val="000000"/>
          <w:sz w:val="18"/>
        </w:rPr>
        <w:t>ROAD SAFETY DAY</w:t>
        <w:br/>
        <w:t>Join us in the school yard this Friday. Police officers will show students how to (1) ______ the road safely. Cyclists can learn to check their helmets and (2) ______. The programme starts (3) ______ 7:30 a.m. Students should arrive ten minutes early and (4) ______ the instructions carefully. Entry is (5) ______.</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cross</w:t>
      </w:r>
      <w:r>
        <w:t xml:space="preserve">     </w:t>
      </w:r>
      <w:r>
        <w:rPr>
          <w:rFonts w:ascii="Bookman Old Style" w:hAnsi="Bookman Old Style" w:eastAsia="Bookman Old Style"/>
          <w:color w:val="000000"/>
          <w:sz w:val="17"/>
        </w:rPr>
        <w:t>B. fly</w:t>
      </w:r>
      <w:r>
        <w:t xml:space="preserve">     </w:t>
      </w:r>
      <w:r>
        <w:rPr>
          <w:rFonts w:ascii="Bookman Old Style" w:hAnsi="Bookman Old Style" w:eastAsia="Bookman Old Style"/>
          <w:color w:val="000000"/>
          <w:sz w:val="17"/>
        </w:rPr>
        <w:t>C. park</w:t>
      </w:r>
      <w:r>
        <w:t xml:space="preserve">     </w:t>
      </w:r>
      <w:r>
        <w:rPr>
          <w:rFonts w:ascii="Bookman Old Style" w:hAnsi="Bookman Old Style" w:eastAsia="Bookman Old Style"/>
          <w:color w:val="000000"/>
          <w:sz w:val="17"/>
        </w:rPr>
        <w:t>D. carry</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costumes</w:t>
      </w:r>
      <w:r>
        <w:t xml:space="preserve">     </w:t>
      </w:r>
      <w:r>
        <w:rPr>
          <w:rFonts w:ascii="Bookman Old Style" w:hAnsi="Bookman Old Style" w:eastAsia="Bookman Old Style"/>
          <w:color w:val="000000"/>
          <w:sz w:val="17"/>
        </w:rPr>
        <w:t>B. seatbelts</w:t>
      </w:r>
      <w:r>
        <w:t xml:space="preserve">     </w:t>
      </w:r>
      <w:r>
        <w:rPr>
          <w:rFonts w:ascii="Bookman Old Style" w:hAnsi="Bookman Old Style" w:eastAsia="Bookman Old Style"/>
          <w:color w:val="000000"/>
          <w:sz w:val="17"/>
        </w:rPr>
        <w:t>C. lanterns</w:t>
      </w:r>
      <w:r>
        <w:t xml:space="preserve">     </w:t>
      </w:r>
      <w:r>
        <w:rPr>
          <w:rFonts w:ascii="Bookman Old Style" w:hAnsi="Bookman Old Style" w:eastAsia="Bookman Old Style"/>
          <w:color w:val="000000"/>
          <w:sz w:val="17"/>
        </w:rPr>
        <w:t>D. reviews</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on</w:t>
      </w:r>
      <w:r>
        <w:t xml:space="preserve">     </w:t>
      </w:r>
      <w:r>
        <w:rPr>
          <w:rFonts w:ascii="Bookman Old Style" w:hAnsi="Bookman Old Style" w:eastAsia="Bookman Old Style"/>
          <w:color w:val="000000"/>
          <w:sz w:val="17"/>
        </w:rPr>
        <w:t>B. at</w:t>
      </w:r>
      <w:r>
        <w:t xml:space="preserve">     </w:t>
      </w:r>
      <w:r>
        <w:rPr>
          <w:rFonts w:ascii="Bookman Old Style" w:hAnsi="Bookman Old Style" w:eastAsia="Bookman Old Style"/>
          <w:color w:val="000000"/>
          <w:sz w:val="17"/>
        </w:rPr>
        <w:t>C. in</w:t>
      </w:r>
      <w:r>
        <w:t xml:space="preserve">     </w:t>
      </w:r>
      <w:r>
        <w:rPr>
          <w:rFonts w:ascii="Bookman Old Style" w:hAnsi="Bookman Old Style" w:eastAsia="Bookman Old Style"/>
          <w:color w:val="000000"/>
          <w:sz w:val="17"/>
        </w:rPr>
        <w:t>D. from</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obey</w:t>
      </w:r>
      <w:r>
        <w:t xml:space="preserve">     </w:t>
      </w:r>
      <w:r>
        <w:rPr>
          <w:rFonts w:ascii="Bookman Old Style" w:hAnsi="Bookman Old Style" w:eastAsia="Bookman Old Style"/>
          <w:color w:val="000000"/>
          <w:sz w:val="17"/>
        </w:rPr>
        <w:t>B. break</w:t>
      </w:r>
      <w:r>
        <w:t xml:space="preserve">     </w:t>
      </w:r>
      <w:r>
        <w:rPr>
          <w:rFonts w:ascii="Bookman Old Style" w:hAnsi="Bookman Old Style" w:eastAsia="Bookman Old Style"/>
          <w:color w:val="000000"/>
          <w:sz w:val="17"/>
        </w:rPr>
        <w:t>C. forget</w:t>
      </w:r>
      <w:r>
        <w:t xml:space="preserve">     </w:t>
      </w:r>
      <w:r>
        <w:rPr>
          <w:rFonts w:ascii="Bookman Old Style" w:hAnsi="Bookman Old Style" w:eastAsia="Bookman Old Style"/>
          <w:color w:val="000000"/>
          <w:sz w:val="17"/>
        </w:rPr>
        <w:t>D. hide</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safe</w:t>
      </w:r>
      <w:r>
        <w:t xml:space="preserve">     </w:t>
      </w:r>
      <w:r>
        <w:rPr>
          <w:rFonts w:ascii="Bookman Old Style" w:hAnsi="Bookman Old Style" w:eastAsia="Bookman Old Style"/>
          <w:color w:val="000000"/>
          <w:sz w:val="17"/>
        </w:rPr>
        <w:t>B. free</w:t>
      </w:r>
      <w:r>
        <w:t xml:space="preserve">     </w:t>
      </w:r>
      <w:r>
        <w:rPr>
          <w:rFonts w:ascii="Bookman Old Style" w:hAnsi="Bookman Old Style" w:eastAsia="Bookman Old Style"/>
          <w:color w:val="000000"/>
          <w:sz w:val="17"/>
        </w:rPr>
        <w:t>C. bumpy</w:t>
      </w:r>
      <w:r>
        <w:t xml:space="preserve">     </w:t>
      </w:r>
      <w:r>
        <w:rPr>
          <w:rFonts w:ascii="Bookman Old Style" w:hAnsi="Bookman Old Style" w:eastAsia="Bookman Old Style"/>
          <w:color w:val="000000"/>
          <w:sz w:val="17"/>
        </w:rPr>
        <w:t>D. narrow</w:t>
      </w:r>
    </w:p>
    <w:p>
      <w:pPr>
        <w:keepNext/>
        <w:spacing w:before="60" w:after="20" w:line="240" w:lineRule="auto"/>
      </w:pPr>
      <w:r>
        <w:rPr>
          <w:rFonts w:ascii="Bookman Old Style" w:hAnsi="Bookman Old Style" w:eastAsia="Bookman Old Style"/>
          <w:b/>
          <w:color w:val="0033CC"/>
          <w:sz w:val="19"/>
        </w:rPr>
        <w:t>Exercise 13: Read the following passage and choose the correct word that best fits each numbered blank.</w:t>
      </w:r>
    </w:p>
    <w:p>
      <w:pPr>
        <w:keepNext w:val="0"/>
        <w:spacing w:before="0" w:after="40" w:line="245" w:lineRule="auto"/>
      </w:pPr>
      <w:r>
        <w:rPr>
          <w:rFonts w:ascii="Bookman Old Style" w:hAnsi="Bookman Old Style" w:eastAsia="Bookman Old Style"/>
          <w:color w:val="000000"/>
          <w:sz w:val="18"/>
        </w:rPr>
        <w:t>Every morning, Minh cycles to school. He wears a helmet and keeps both hands on the (1) ______. At the busy crossroad, he stops when the traffic light is red. He uses the cycle (2) ______ whenever possible and gives a signal before turning. Near the market, he rides slowly because many (3) ______ cross the street. Minh knows that road safety depends (4) ______ careful choices. He thinks every road user should (5) ______ the rules.</w:t>
      </w:r>
    </w:p>
    <w:p>
      <w:pPr>
        <w:keepNext w:val="0"/>
        <w:spacing w:before="0" w:after="0" w:line="240" w:lineRule="auto"/>
        <w:ind w:left="170"/>
      </w:pPr>
      <w:r>
        <w:rPr>
          <w:rFonts w:ascii="Bookman Old Style" w:hAnsi="Bookman Old Style" w:eastAsia="Bookman Old Style"/>
          <w:color w:val="000000"/>
          <w:sz w:val="18"/>
        </w:rPr>
        <w:t xml:space="preserve">1. </w:t>
      </w:r>
      <w:r>
        <w:rPr>
          <w:rFonts w:ascii="Bookman Old Style" w:hAnsi="Bookman Old Style" w:eastAsia="Bookman Old Style"/>
          <w:color w:val="000000"/>
          <w:sz w:val="17"/>
        </w:rPr>
        <w:t>A. seatbelt</w:t>
      </w:r>
      <w:r>
        <w:t xml:space="preserve">     </w:t>
      </w:r>
      <w:r>
        <w:rPr>
          <w:rFonts w:ascii="Bookman Old Style" w:hAnsi="Bookman Old Style" w:eastAsia="Bookman Old Style"/>
          <w:color w:val="000000"/>
          <w:sz w:val="17"/>
        </w:rPr>
        <w:t>B. handlebars</w:t>
      </w:r>
      <w:r>
        <w:t xml:space="preserve">     </w:t>
      </w:r>
      <w:r>
        <w:rPr>
          <w:rFonts w:ascii="Bookman Old Style" w:hAnsi="Bookman Old Style" w:eastAsia="Bookman Old Style"/>
          <w:color w:val="000000"/>
          <w:sz w:val="17"/>
        </w:rPr>
        <w:t>C. roof</w:t>
      </w:r>
      <w:r>
        <w:t xml:space="preserve">     </w:t>
      </w:r>
      <w:r>
        <w:rPr>
          <w:rFonts w:ascii="Bookman Old Style" w:hAnsi="Bookman Old Style" w:eastAsia="Bookman Old Style"/>
          <w:color w:val="000000"/>
          <w:sz w:val="17"/>
        </w:rPr>
        <w:t>D. pavement</w:t>
      </w:r>
    </w:p>
    <w:p>
      <w:pPr>
        <w:keepNext w:val="0"/>
        <w:spacing w:before="0" w:after="0" w:line="240" w:lineRule="auto"/>
        <w:ind w:left="170"/>
      </w:pPr>
      <w:r>
        <w:rPr>
          <w:rFonts w:ascii="Bookman Old Style" w:hAnsi="Bookman Old Style" w:eastAsia="Bookman Old Style"/>
          <w:color w:val="000000"/>
          <w:sz w:val="18"/>
        </w:rPr>
        <w:t xml:space="preserve">2. </w:t>
      </w:r>
      <w:r>
        <w:rPr>
          <w:rFonts w:ascii="Bookman Old Style" w:hAnsi="Bookman Old Style" w:eastAsia="Bookman Old Style"/>
          <w:color w:val="000000"/>
          <w:sz w:val="17"/>
        </w:rPr>
        <w:t>A. lane</w:t>
      </w:r>
      <w:r>
        <w:t xml:space="preserve">     </w:t>
      </w:r>
      <w:r>
        <w:rPr>
          <w:rFonts w:ascii="Bookman Old Style" w:hAnsi="Bookman Old Style" w:eastAsia="Bookman Old Style"/>
          <w:color w:val="000000"/>
          <w:sz w:val="17"/>
        </w:rPr>
        <w:t>B. jam</w:t>
      </w:r>
      <w:r>
        <w:t xml:space="preserve">     </w:t>
      </w:r>
      <w:r>
        <w:rPr>
          <w:rFonts w:ascii="Bookman Old Style" w:hAnsi="Bookman Old Style" w:eastAsia="Bookman Old Style"/>
          <w:color w:val="000000"/>
          <w:sz w:val="17"/>
        </w:rPr>
        <w:t>C. sign</w:t>
      </w:r>
      <w:r>
        <w:t xml:space="preserve">     </w:t>
      </w:r>
      <w:r>
        <w:rPr>
          <w:rFonts w:ascii="Bookman Old Style" w:hAnsi="Bookman Old Style" w:eastAsia="Bookman Old Style"/>
          <w:color w:val="000000"/>
          <w:sz w:val="17"/>
        </w:rPr>
        <w:t>D. user</w:t>
      </w:r>
    </w:p>
    <w:p>
      <w:pPr>
        <w:keepNext w:val="0"/>
        <w:spacing w:before="0" w:after="0" w:line="240" w:lineRule="auto"/>
        <w:ind w:left="170"/>
      </w:pPr>
      <w:r>
        <w:rPr>
          <w:rFonts w:ascii="Bookman Old Style" w:hAnsi="Bookman Old Style" w:eastAsia="Bookman Old Style"/>
          <w:color w:val="000000"/>
          <w:sz w:val="18"/>
        </w:rPr>
        <w:t xml:space="preserve">3. </w:t>
      </w:r>
      <w:r>
        <w:rPr>
          <w:rFonts w:ascii="Bookman Old Style" w:hAnsi="Bookman Old Style" w:eastAsia="Bookman Old Style"/>
          <w:color w:val="000000"/>
          <w:sz w:val="17"/>
        </w:rPr>
        <w:t>A. pilots</w:t>
      </w:r>
      <w:r>
        <w:t xml:space="preserve">     </w:t>
      </w:r>
      <w:r>
        <w:rPr>
          <w:rFonts w:ascii="Bookman Old Style" w:hAnsi="Bookman Old Style" w:eastAsia="Bookman Old Style"/>
          <w:color w:val="000000"/>
          <w:sz w:val="17"/>
        </w:rPr>
        <w:t>B. pedestrians</w:t>
      </w:r>
      <w:r>
        <w:t xml:space="preserve">     </w:t>
      </w:r>
      <w:r>
        <w:rPr>
          <w:rFonts w:ascii="Bookman Old Style" w:hAnsi="Bookman Old Style" w:eastAsia="Bookman Old Style"/>
          <w:color w:val="000000"/>
          <w:sz w:val="17"/>
        </w:rPr>
        <w:t>C. directors</w:t>
      </w:r>
      <w:r>
        <w:t xml:space="preserve">     </w:t>
      </w:r>
      <w:r>
        <w:rPr>
          <w:rFonts w:ascii="Bookman Old Style" w:hAnsi="Bookman Old Style" w:eastAsia="Bookman Old Style"/>
          <w:color w:val="000000"/>
          <w:sz w:val="17"/>
        </w:rPr>
        <w:t>D. tourists</w:t>
      </w:r>
    </w:p>
    <w:p>
      <w:pPr>
        <w:keepNext w:val="0"/>
        <w:spacing w:before="0" w:after="0" w:line="240" w:lineRule="auto"/>
        <w:ind w:left="170"/>
      </w:pPr>
      <w:r>
        <w:rPr>
          <w:rFonts w:ascii="Bookman Old Style" w:hAnsi="Bookman Old Style" w:eastAsia="Bookman Old Style"/>
          <w:color w:val="000000"/>
          <w:sz w:val="18"/>
        </w:rPr>
        <w:t xml:space="preserve">4. </w:t>
      </w:r>
      <w:r>
        <w:rPr>
          <w:rFonts w:ascii="Bookman Old Style" w:hAnsi="Bookman Old Style" w:eastAsia="Bookman Old Style"/>
          <w:color w:val="000000"/>
          <w:sz w:val="17"/>
        </w:rPr>
        <w:t>A. at</w:t>
      </w:r>
      <w:r>
        <w:t xml:space="preserve">     </w:t>
      </w:r>
      <w:r>
        <w:rPr>
          <w:rFonts w:ascii="Bookman Old Style" w:hAnsi="Bookman Old Style" w:eastAsia="Bookman Old Style"/>
          <w:color w:val="000000"/>
          <w:sz w:val="17"/>
        </w:rPr>
        <w:t>B. on</w:t>
      </w:r>
      <w:r>
        <w:t xml:space="preserve">     </w:t>
      </w:r>
      <w:r>
        <w:rPr>
          <w:rFonts w:ascii="Bookman Old Style" w:hAnsi="Bookman Old Style" w:eastAsia="Bookman Old Style"/>
          <w:color w:val="000000"/>
          <w:sz w:val="17"/>
        </w:rPr>
        <w:t>C. to</w:t>
      </w:r>
      <w:r>
        <w:t xml:space="preserve">     </w:t>
      </w:r>
      <w:r>
        <w:rPr>
          <w:rFonts w:ascii="Bookman Old Style" w:hAnsi="Bookman Old Style" w:eastAsia="Bookman Old Style"/>
          <w:color w:val="000000"/>
          <w:sz w:val="17"/>
        </w:rPr>
        <w:t>D. of</w:t>
      </w:r>
    </w:p>
    <w:p>
      <w:pPr>
        <w:keepNext w:val="0"/>
        <w:spacing w:before="0" w:after="0" w:line="240" w:lineRule="auto"/>
        <w:ind w:left="170"/>
      </w:pPr>
      <w:r>
        <w:rPr>
          <w:rFonts w:ascii="Bookman Old Style" w:hAnsi="Bookman Old Style" w:eastAsia="Bookman Old Style"/>
          <w:color w:val="000000"/>
          <w:sz w:val="18"/>
        </w:rPr>
        <w:t xml:space="preserve">5. </w:t>
      </w:r>
      <w:r>
        <w:rPr>
          <w:rFonts w:ascii="Bookman Old Style" w:hAnsi="Bookman Old Style" w:eastAsia="Bookman Old Style"/>
          <w:color w:val="000000"/>
          <w:sz w:val="17"/>
        </w:rPr>
        <w:t>A. obey</w:t>
      </w:r>
      <w:r>
        <w:t xml:space="preserve">     </w:t>
      </w:r>
      <w:r>
        <w:rPr>
          <w:rFonts w:ascii="Bookman Old Style" w:hAnsi="Bookman Old Style" w:eastAsia="Bookman Old Style"/>
          <w:color w:val="000000"/>
          <w:sz w:val="17"/>
        </w:rPr>
        <w:t>B. fine</w:t>
      </w:r>
      <w:r>
        <w:t xml:space="preserve">     </w:t>
      </w:r>
      <w:r>
        <w:rPr>
          <w:rFonts w:ascii="Bookman Old Style" w:hAnsi="Bookman Old Style" w:eastAsia="Bookman Old Style"/>
          <w:color w:val="000000"/>
          <w:sz w:val="17"/>
        </w:rPr>
        <w:t>C. park</w:t>
      </w:r>
      <w:r>
        <w:t xml:space="preserve">     </w:t>
      </w:r>
      <w:r>
        <w:rPr>
          <w:rFonts w:ascii="Bookman Old Style" w:hAnsi="Bookman Old Style" w:eastAsia="Bookman Old Style"/>
          <w:color w:val="000000"/>
          <w:sz w:val="17"/>
        </w:rPr>
        <w:t>D. carry</w:t>
      </w:r>
    </w:p>
    <w:p>
      <w:r>
        <w:br w:type="page"/>
      </w:r>
    </w:p>
    <w:p>
      <w:pPr>
        <w:keepNext/>
        <w:spacing w:before="60" w:after="20" w:line="240" w:lineRule="auto"/>
      </w:pPr>
      <w:r>
        <w:rPr>
          <w:rFonts w:ascii="Bookman Old Style" w:hAnsi="Bookman Old Style" w:eastAsia="Bookman Old Style"/>
          <w:b/>
          <w:color w:val="0033CC"/>
          <w:sz w:val="19"/>
        </w:rPr>
        <w:t>Exercise 14: Read the following passage and choose the correct answer to each question.</w:t>
      </w:r>
    </w:p>
    <w:p>
      <w:pPr>
        <w:keepNext w:val="0"/>
        <w:spacing w:before="0" w:after="60" w:line="252" w:lineRule="auto"/>
      </w:pPr>
      <w:r>
        <w:rPr>
          <w:rFonts w:ascii="Bookman Old Style" w:hAnsi="Bookman Old Style" w:eastAsia="Bookman Old Style"/>
          <w:color w:val="000000"/>
          <w:sz w:val="19"/>
        </w:rPr>
        <w:t>Cycling to school is becoming popular in Green Town. The town has built new cycle lanes along the main roads and placed bicycle racks at every school. Students are asked to wear helmets and use lights when it is dark. The local police also visit schools to teach road safety. Since the programme began, fewer parents have driven their children to school, so traffic jams at the school gates have become shorter. Students say cycling helps them stay active and arrive at school feeling ready to learn.</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What has Green Town built?</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New car parks</w:t>
      </w:r>
      <w:r>
        <w:tab/>
      </w:r>
      <w:r>
        <w:rPr>
          <w:rFonts w:ascii="Bookman Old Style" w:hAnsi="Bookman Old Style" w:eastAsia="Bookman Old Style"/>
          <w:color w:val="000000"/>
          <w:sz w:val="18"/>
        </w:rPr>
        <w:t>B. New cycle lanes</w:t>
      </w:r>
      <w:r>
        <w:tab/>
      </w:r>
      <w:r>
        <w:rPr>
          <w:rFonts w:ascii="Bookman Old Style" w:hAnsi="Bookman Old Style" w:eastAsia="Bookman Old Style"/>
          <w:color w:val="000000"/>
          <w:sz w:val="18"/>
        </w:rPr>
        <w:t>C. A railway</w:t>
      </w:r>
      <w:r>
        <w:tab/>
      </w:r>
      <w:r>
        <w:rPr>
          <w:rFonts w:ascii="Bookman Old Style" w:hAnsi="Bookman Old Style" w:eastAsia="Bookman Old Style"/>
          <w:color w:val="000000"/>
          <w:sz w:val="18"/>
        </w:rPr>
        <w:t>D. More school gates</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Where are bicycle racks placed?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 every school</w:t>
      </w:r>
      <w:r>
        <w:tab/>
      </w:r>
      <w:r>
        <w:rPr>
          <w:rFonts w:ascii="Bookman Old Style" w:hAnsi="Bookman Old Style" w:eastAsia="Bookman Old Style"/>
          <w:color w:val="000000"/>
          <w:sz w:val="18"/>
        </w:rPr>
        <w:t>B. At every house</w:t>
      </w:r>
      <w:r>
        <w:tab/>
      </w:r>
      <w:r>
        <w:rPr>
          <w:rFonts w:ascii="Bookman Old Style" w:hAnsi="Bookman Old Style" w:eastAsia="Bookman Old Style"/>
          <w:color w:val="000000"/>
          <w:sz w:val="18"/>
        </w:rPr>
        <w:t>C. Near hospitals</w:t>
      </w:r>
      <w:r>
        <w:tab/>
      </w:r>
      <w:r>
        <w:rPr>
          <w:rFonts w:ascii="Bookman Old Style" w:hAnsi="Bookman Old Style" w:eastAsia="Bookman Old Style"/>
          <w:color w:val="000000"/>
          <w:sz w:val="18"/>
        </w:rPr>
        <w:t>D. On pavements</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What must students wear?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Uniforms</w:t>
      </w:r>
      <w:r>
        <w:tab/>
      </w:r>
      <w:r>
        <w:rPr>
          <w:rFonts w:ascii="Bookman Old Style" w:hAnsi="Bookman Old Style" w:eastAsia="Bookman Old Style"/>
          <w:color w:val="000000"/>
          <w:sz w:val="18"/>
        </w:rPr>
        <w:t>B. Seatbelts</w:t>
      </w:r>
      <w:r>
        <w:tab/>
      </w:r>
      <w:r>
        <w:rPr>
          <w:rFonts w:ascii="Bookman Old Style" w:hAnsi="Bookman Old Style" w:eastAsia="Bookman Old Style"/>
          <w:color w:val="000000"/>
          <w:sz w:val="18"/>
        </w:rPr>
        <w:t>C. Helmets</w:t>
      </w:r>
      <w:r>
        <w:tab/>
      </w:r>
      <w:r>
        <w:rPr>
          <w:rFonts w:ascii="Bookman Old Style" w:hAnsi="Bookman Old Style" w:eastAsia="Bookman Old Style"/>
          <w:color w:val="000000"/>
          <w:sz w:val="18"/>
        </w:rPr>
        <w:t>D. Gloves</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Why are school-gate traffic jams shorter?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Schools open later</w:t>
      </w:r>
      <w:r>
        <w:tab/>
      </w:r>
      <w:r>
        <w:rPr>
          <w:rFonts w:ascii="Bookman Old Style" w:hAnsi="Bookman Old Style" w:eastAsia="Bookman Old Style"/>
          <w:color w:val="000000"/>
          <w:sz w:val="18"/>
        </w:rPr>
        <w:t>B. Fewer parents drive children</w:t>
      </w:r>
      <w:r>
        <w:tab/>
      </w:r>
      <w:r>
        <w:rPr>
          <w:rFonts w:ascii="Bookman Old Style" w:hAnsi="Bookman Old Style" w:eastAsia="Bookman Old Style"/>
          <w:color w:val="000000"/>
          <w:sz w:val="18"/>
        </w:rPr>
        <w:t>C. Roads are wider</w:t>
      </w:r>
      <w:r>
        <w:tab/>
      </w:r>
      <w:r>
        <w:rPr>
          <w:rFonts w:ascii="Bookman Old Style" w:hAnsi="Bookman Old Style" w:eastAsia="Bookman Old Style"/>
          <w:color w:val="000000"/>
          <w:sz w:val="18"/>
        </w:rPr>
        <w:t>D. Buses are free</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The word 'active' is closest in meaning to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physically busy</w:t>
      </w:r>
      <w:r>
        <w:tab/>
      </w:r>
      <w:r>
        <w:rPr>
          <w:rFonts w:ascii="Bookman Old Style" w:hAnsi="Bookman Old Style" w:eastAsia="Bookman Old Style"/>
          <w:color w:val="000000"/>
          <w:sz w:val="18"/>
        </w:rPr>
        <w:t>B. sleepy</w:t>
      </w:r>
      <w:r>
        <w:tab/>
      </w:r>
      <w:r>
        <w:rPr>
          <w:rFonts w:ascii="Bookman Old Style" w:hAnsi="Bookman Old Style" w:eastAsia="Bookman Old Style"/>
          <w:color w:val="000000"/>
          <w:sz w:val="18"/>
        </w:rPr>
        <w:t>C. late</w:t>
      </w:r>
      <w:r>
        <w:tab/>
      </w:r>
      <w:r>
        <w:rPr>
          <w:rFonts w:ascii="Bookman Old Style" w:hAnsi="Bookman Old Style" w:eastAsia="Bookman Old Style"/>
          <w:color w:val="000000"/>
          <w:sz w:val="18"/>
        </w:rPr>
        <w:t>D. careless</w:t>
      </w:r>
    </w:p>
    <w:p>
      <w:pPr>
        <w:keepNext/>
        <w:spacing w:before="60" w:after="20" w:line="240" w:lineRule="auto"/>
      </w:pPr>
      <w:r>
        <w:rPr>
          <w:rFonts w:ascii="Bookman Old Style" w:hAnsi="Bookman Old Style" w:eastAsia="Bookman Old Style"/>
          <w:b/>
          <w:color w:val="0033CC"/>
          <w:sz w:val="19"/>
        </w:rPr>
        <w:t>Exercise 15: Four phrases/sentences have been removed from the text. Choose the correct answer A-D for each blank.</w:t>
      </w:r>
    </w:p>
    <w:p>
      <w:pPr>
        <w:keepNext w:val="0"/>
        <w:spacing w:before="0" w:after="60" w:line="252" w:lineRule="auto"/>
      </w:pPr>
      <w:r>
        <w:rPr>
          <w:rFonts w:ascii="Bookman Old Style" w:hAnsi="Bookman Old Style" w:eastAsia="Bookman Old Style"/>
          <w:color w:val="000000"/>
          <w:sz w:val="19"/>
        </w:rPr>
        <w:t>Travelling to school safely requires planning. (1) ______. If you walk, use the pavement and cross at a zebra crossing. (2) ______. Cyclists should wear helmets and use lights in poor weather. (3) ______. On a bus, wait until it stops before getting on or off. (4) ______.</w:t>
      </w:r>
    </w:p>
    <w:p>
      <w:pPr>
        <w:keepNext w:val="0"/>
        <w:spacing w:before="0" w:after="20" w:line="240" w:lineRule="auto"/>
      </w:pPr>
      <w:r>
        <w:rPr>
          <w:rFonts w:ascii="Bookman Old Style" w:hAnsi="Bookman Old Style" w:eastAsia="Bookman Old Style"/>
          <w:color w:val="000000"/>
          <w:sz w:val="18"/>
        </w:rPr>
        <w:t>A. First, choose a route with safe crossings.</w:t>
      </w:r>
    </w:p>
    <w:p>
      <w:pPr>
        <w:keepNext w:val="0"/>
        <w:spacing w:before="0" w:after="20" w:line="240" w:lineRule="auto"/>
      </w:pPr>
      <w:r>
        <w:rPr>
          <w:rFonts w:ascii="Bookman Old Style" w:hAnsi="Bookman Old Style" w:eastAsia="Bookman Old Style"/>
          <w:color w:val="000000"/>
          <w:sz w:val="18"/>
        </w:rPr>
        <w:t>B. Never run into the road from between parked cars.</w:t>
      </w:r>
    </w:p>
    <w:p>
      <w:pPr>
        <w:keepNext w:val="0"/>
        <w:spacing w:before="0" w:after="20" w:line="240" w:lineRule="auto"/>
      </w:pPr>
      <w:r>
        <w:rPr>
          <w:rFonts w:ascii="Bookman Old Style" w:hAnsi="Bookman Old Style" w:eastAsia="Bookman Old Style"/>
          <w:color w:val="000000"/>
          <w:sz w:val="18"/>
        </w:rPr>
        <w:t>C. They should also give signals before turning.</w:t>
      </w:r>
    </w:p>
    <w:p>
      <w:pPr>
        <w:keepNext w:val="0"/>
        <w:spacing w:before="0" w:after="20" w:line="240" w:lineRule="auto"/>
      </w:pPr>
      <w:r>
        <w:rPr>
          <w:rFonts w:ascii="Bookman Old Style" w:hAnsi="Bookman Old Style" w:eastAsia="Bookman Old Style"/>
          <w:color w:val="000000"/>
          <w:sz w:val="18"/>
        </w:rPr>
        <w:t>D. Small safe habits protect every road user.</w:t>
      </w:r>
    </w:p>
    <w:p>
      <w:r>
        <w:br w:type="page"/>
      </w:r>
    </w:p>
    <w:p>
      <w:pPr>
        <w:keepNext/>
        <w:spacing w:before="60" w:after="20" w:line="240" w:lineRule="auto"/>
      </w:pPr>
      <w:r>
        <w:rPr>
          <w:rFonts w:ascii="Bookman Old Style" w:hAnsi="Bookman Old Style" w:eastAsia="Bookman Old Style"/>
          <w:b/>
          <w:color w:val="0033CC"/>
          <w:sz w:val="19"/>
        </w:rPr>
        <w:t>Exercise 16: Reorder the words and phrases to make sentences.</w:t>
      </w:r>
    </w:p>
    <w:p>
      <w:pPr>
        <w:keepNext w:val="0"/>
        <w:spacing w:before="0" w:after="20" w:line="240" w:lineRule="auto"/>
      </w:pPr>
      <w:r>
        <w:rPr>
          <w:rFonts w:ascii="Bookman Old Style" w:hAnsi="Bookman Old Style" w:eastAsia="Bookman Old Style"/>
          <w:color w:val="000000"/>
          <w:sz w:val="19"/>
        </w:rPr>
        <w:t>1. should / before / We / both ways / look / crossing</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from / how far / your home / is it / to school</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wear / motorbike riders / helmets / should</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the pavement / shouldn't / cyclists / on / ride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about / station / it / two kilometres / is / to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at / get off / the next stop / bus / the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7. during / crowded / roads / rush hour / are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8. rules / all road users / obey / must / traffic</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17: Write complete sentences using the guided words and phrases.</w:t>
      </w:r>
    </w:p>
    <w:p>
      <w:pPr>
        <w:keepNext w:val="0"/>
        <w:spacing w:before="0" w:after="20" w:line="240" w:lineRule="auto"/>
      </w:pPr>
      <w:r>
        <w:rPr>
          <w:rFonts w:ascii="Bookman Old Style" w:hAnsi="Bookman Old Style" w:eastAsia="Bookman Old Style"/>
          <w:color w:val="000000"/>
          <w:sz w:val="19"/>
        </w:rPr>
        <w:t>1. It / about / 5 km / my house / city centre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Students / should / use / zebra crossing</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You / shouldn't / drive / too fast / rain</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My father / go / work / by bus / every day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There / traffic jam / near / market / yesterday</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Cyclists / give / signal / before / turn</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r>
        <w:br w:type="page"/>
      </w:r>
    </w:p>
    <w:p>
      <w:pPr>
        <w:keepNext/>
        <w:spacing w:before="60" w:after="20" w:line="240" w:lineRule="auto"/>
      </w:pPr>
      <w:r>
        <w:rPr>
          <w:rFonts w:ascii="Bookman Old Style" w:hAnsi="Bookman Old Style" w:eastAsia="Bookman Old Style"/>
          <w:b/>
          <w:color w:val="0033CC"/>
          <w:sz w:val="19"/>
        </w:rPr>
        <w:t>Exercise 18: Choose the correct arrangement of the sentences to make a meaningful paragraph.</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19: Rewrite the sentences without changing the meaning. Use the target grammar.</w:t>
      </w:r>
    </w:p>
    <w:p>
      <w:pPr>
        <w:keepNext w:val="0"/>
        <w:spacing w:before="0" w:after="20" w:line="240" w:lineRule="auto"/>
      </w:pPr>
      <w:r>
        <w:rPr>
          <w:rFonts w:ascii="Bookman Old Style" w:hAnsi="Bookman Old Style" w:eastAsia="Bookman Old Style"/>
          <w:color w:val="000000"/>
          <w:sz w:val="19"/>
        </w:rPr>
        <w:t>1. The school is three kilometres from my home.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2. Don't ride without a helmet.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3. It is necessary to obey traffic lights.</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4. My home is near the bus stop.</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5. Walk on the pavement.</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val="0"/>
        <w:spacing w:before="0" w:after="20" w:line="240" w:lineRule="auto"/>
      </w:pPr>
      <w:r>
        <w:rPr>
          <w:rFonts w:ascii="Bookman Old Style" w:hAnsi="Bookman Old Style" w:eastAsia="Bookman Old Style"/>
          <w:color w:val="000000"/>
          <w:sz w:val="19"/>
        </w:rPr>
        <w:t>6. Driving fast here is unsafe.</w:t>
      </w:r>
    </w:p>
    <w:p>
      <w:pPr>
        <w:keepNext w:val="0"/>
        <w:spacing w:before="0" w:after="20" w:line="240" w:lineRule="auto"/>
      </w:pPr>
      <w:r>
        <w:rPr>
          <w:rFonts w:ascii="Bookman Old Style" w:hAnsi="Bookman Old Style" w:eastAsia="Bookman Old Style"/>
          <w:color w:val="777777"/>
          <w:sz w:val="17"/>
        </w:rPr>
        <w:t>________________________________________________________________________________</w:t>
      </w:r>
    </w:p>
    <w:p>
      <w:pPr>
        <w:keepNext/>
        <w:spacing w:before="60" w:after="20" w:line="240" w:lineRule="auto"/>
      </w:pPr>
      <w:r>
        <w:rPr>
          <w:rFonts w:ascii="Bookman Old Style" w:hAnsi="Bookman Old Style" w:eastAsia="Bookman Old Style"/>
          <w:b/>
          <w:color w:val="0033CC"/>
          <w:sz w:val="19"/>
        </w:rPr>
        <w:t>Exercise 20: Choose (A, B, C, or D) to indicate the correct arrangement of the sentences to make a meaningful paragraph/letter.</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a. Finally, we shared what we learned. b. First, our teacher introduced the topic. c. Next, we worked in groups. d. The lesson was useful and enjoyable.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b-c-a-d</w:t>
      </w:r>
      <w:r>
        <w:tab/>
      </w:r>
      <w:r>
        <w:rPr>
          <w:rFonts w:ascii="Bookman Old Style" w:hAnsi="Bookman Old Style" w:eastAsia="Bookman Old Style"/>
          <w:color w:val="000000"/>
          <w:sz w:val="17"/>
        </w:rPr>
        <w:t>B. a-b-d-c</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b-a-c-d</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We arrived early. b. Then we joined the main activity. c. Last Saturday, our class attended an event. d. Everyone had a good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c-a-b-d</w:t>
      </w:r>
      <w:r>
        <w:tab/>
      </w:r>
      <w:r>
        <w:rPr>
          <w:rFonts w:ascii="Bookman Old Style" w:hAnsi="Bookman Old Style" w:eastAsia="Bookman Old Style"/>
          <w:color w:val="000000"/>
          <w:sz w:val="17"/>
        </w:rPr>
        <w:t>B. a-c-d-b</w:t>
      </w:r>
      <w:r>
        <w:tab/>
      </w:r>
      <w:r>
        <w:rPr>
          <w:rFonts w:ascii="Bookman Old Style" w:hAnsi="Bookman Old Style" w:eastAsia="Bookman Old Style"/>
          <w:color w:val="000000"/>
          <w:sz w:val="17"/>
        </w:rPr>
        <w:t>C. c-b-a-d</w:t>
      </w:r>
      <w:r>
        <w:tab/>
      </w:r>
      <w:r>
        <w:rPr>
          <w:rFonts w:ascii="Bookman Old Style" w:hAnsi="Bookman Old Style" w:eastAsia="Bookman Old Style"/>
          <w:color w:val="000000"/>
          <w:sz w:val="17"/>
        </w:rPr>
        <w:t>D. d-c-a-b</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 This small action produced a good result. b. We noticed a problem at school. c. Therefore, we made a simple plan. d. After one week, the situation improved.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7"/>
        </w:rPr>
        <w:t>A. b-c-d-a</w:t>
      </w:r>
      <w:r>
        <w:tab/>
      </w:r>
      <w:r>
        <w:rPr>
          <w:rFonts w:ascii="Bookman Old Style" w:hAnsi="Bookman Old Style" w:eastAsia="Bookman Old Style"/>
          <w:color w:val="000000"/>
          <w:sz w:val="17"/>
        </w:rPr>
        <w:t>B. a-b-c-d</w:t>
      </w:r>
      <w:r>
        <w:tab/>
      </w:r>
      <w:r>
        <w:rPr>
          <w:rFonts w:ascii="Bookman Old Style" w:hAnsi="Bookman Old Style" w:eastAsia="Bookman Old Style"/>
          <w:color w:val="000000"/>
          <w:sz w:val="17"/>
        </w:rPr>
        <w:t>C. b-d-c-a</w:t>
      </w:r>
      <w:r>
        <w:tab/>
      </w:r>
      <w:r>
        <w:rPr>
          <w:rFonts w:ascii="Bookman Old Style" w:hAnsi="Bookman Old Style" w:eastAsia="Bookman Old Style"/>
          <w:color w:val="000000"/>
          <w:sz w:val="17"/>
        </w:rPr>
        <w:t>D. c-b-a-d</w:t>
      </w:r>
    </w:p>
    <w:p>
      <w:pPr>
        <w:keepNext/>
        <w:spacing w:before="60" w:after="20" w:line="240" w:lineRule="auto"/>
      </w:pPr>
      <w:r>
        <w:rPr>
          <w:rFonts w:ascii="Bookman Old Style" w:hAnsi="Bookman Old Style" w:eastAsia="Bookman Old Style"/>
          <w:b/>
          <w:color w:val="0033CC"/>
          <w:sz w:val="19"/>
        </w:rPr>
        <w:t>Exercise 21: Choose (A, B, C, or D) to indicate the correct answer to each of the following questions.</w:t>
      </w:r>
    </w:p>
    <w:p>
      <w:pPr>
        <w:keepNext/>
        <w:spacing w:before="0" w:after="0" w:line="240" w:lineRule="auto"/>
      </w:pPr>
      <w:r>
        <w:rPr>
          <w:rFonts w:ascii="Bookman Old Style" w:hAnsi="Bookman Old Style" w:eastAsia="Bookman Old Style"/>
          <w:color w:val="000000"/>
          <w:sz w:val="18"/>
        </w:rPr>
        <w:t xml:space="preserve">1. </w:t>
      </w:r>
      <w:r>
        <w:rPr>
          <w:rFonts w:ascii="Bookman Old Style" w:hAnsi="Bookman Old Style" w:eastAsia="Bookman Old Style"/>
          <w:color w:val="000000"/>
          <w:sz w:val="18"/>
        </w:rPr>
        <w:t>You should wait for the green light before you ______ the road.</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cross</w:t>
      </w:r>
      <w:r>
        <w:tab/>
      </w:r>
      <w:r>
        <w:rPr>
          <w:rFonts w:ascii="Bookman Old Style" w:hAnsi="Bookman Old Style" w:eastAsia="Bookman Old Style"/>
          <w:color w:val="000000"/>
          <w:sz w:val="18"/>
        </w:rPr>
        <w:t>B. park</w:t>
      </w:r>
      <w:r>
        <w:tab/>
      </w:r>
      <w:r>
        <w:rPr>
          <w:rFonts w:ascii="Bookman Old Style" w:hAnsi="Bookman Old Style" w:eastAsia="Bookman Old Style"/>
          <w:color w:val="000000"/>
          <w:sz w:val="18"/>
        </w:rPr>
        <w:t>C. carry</w:t>
      </w:r>
      <w:r>
        <w:tab/>
      </w:r>
      <w:r>
        <w:rPr>
          <w:rFonts w:ascii="Bookman Old Style" w:hAnsi="Bookman Old Style" w:eastAsia="Bookman Old Style"/>
          <w:color w:val="000000"/>
          <w:sz w:val="18"/>
        </w:rPr>
        <w:t>D. ride</w:t>
      </w:r>
    </w:p>
    <w:p>
      <w:pPr>
        <w:keepNext/>
        <w:spacing w:before="0" w:after="0" w:line="240" w:lineRule="auto"/>
      </w:pPr>
      <w:r>
        <w:rPr>
          <w:rFonts w:ascii="Bookman Old Style" w:hAnsi="Bookman Old Style" w:eastAsia="Bookman Old Style"/>
          <w:color w:val="000000"/>
          <w:sz w:val="18"/>
        </w:rPr>
        <w:t xml:space="preserve">2. </w:t>
      </w:r>
      <w:r>
        <w:rPr>
          <w:rFonts w:ascii="Bookman Old Style" w:hAnsi="Bookman Old Style" w:eastAsia="Bookman Old Style"/>
          <w:color w:val="000000"/>
          <w:sz w:val="18"/>
        </w:rPr>
        <w:t>A person who travels on foot is a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motorist</w:t>
      </w:r>
      <w:r>
        <w:tab/>
      </w:r>
      <w:r>
        <w:rPr>
          <w:rFonts w:ascii="Bookman Old Style" w:hAnsi="Bookman Old Style" w:eastAsia="Bookman Old Style"/>
          <w:color w:val="000000"/>
          <w:sz w:val="18"/>
        </w:rPr>
        <w:t>B. passenger</w:t>
      </w:r>
      <w:r>
        <w:tab/>
      </w:r>
      <w:r>
        <w:rPr>
          <w:rFonts w:ascii="Bookman Old Style" w:hAnsi="Bookman Old Style" w:eastAsia="Bookman Old Style"/>
          <w:color w:val="000000"/>
          <w:sz w:val="18"/>
        </w:rPr>
        <w:t>C. pedestrian</w:t>
      </w:r>
      <w:r>
        <w:tab/>
      </w:r>
      <w:r>
        <w:rPr>
          <w:rFonts w:ascii="Bookman Old Style" w:hAnsi="Bookman Old Style" w:eastAsia="Bookman Old Style"/>
          <w:color w:val="000000"/>
          <w:sz w:val="18"/>
        </w:rPr>
        <w:t>D. cyclist</w:t>
      </w:r>
    </w:p>
    <w:p>
      <w:pPr>
        <w:keepNext/>
        <w:spacing w:before="0" w:after="0" w:line="240" w:lineRule="auto"/>
      </w:pPr>
      <w:r>
        <w:rPr>
          <w:rFonts w:ascii="Bookman Old Style" w:hAnsi="Bookman Old Style" w:eastAsia="Bookman Old Style"/>
          <w:color w:val="000000"/>
          <w:sz w:val="18"/>
        </w:rPr>
        <w:t xml:space="preserve">3. </w:t>
      </w:r>
      <w:r>
        <w:rPr>
          <w:rFonts w:ascii="Bookman Old Style" w:hAnsi="Bookman Old Style" w:eastAsia="Bookman Old Style"/>
          <w:color w:val="000000"/>
          <w:sz w:val="18"/>
        </w:rPr>
        <w:t>Always fasten your ______ when you sit in a car.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helmet</w:t>
      </w:r>
      <w:r>
        <w:tab/>
      </w:r>
      <w:r>
        <w:rPr>
          <w:rFonts w:ascii="Bookman Old Style" w:hAnsi="Bookman Old Style" w:eastAsia="Bookman Old Style"/>
          <w:color w:val="000000"/>
          <w:sz w:val="18"/>
        </w:rPr>
        <w:t>B. seatbelt</w:t>
      </w:r>
      <w:r>
        <w:tab/>
      </w:r>
      <w:r>
        <w:rPr>
          <w:rFonts w:ascii="Bookman Old Style" w:hAnsi="Bookman Old Style" w:eastAsia="Bookman Old Style"/>
          <w:color w:val="000000"/>
          <w:sz w:val="18"/>
        </w:rPr>
        <w:t>C. handlebars</w:t>
      </w:r>
      <w:r>
        <w:tab/>
      </w:r>
      <w:r>
        <w:rPr>
          <w:rFonts w:ascii="Bookman Old Style" w:hAnsi="Bookman Old Style" w:eastAsia="Bookman Old Style"/>
          <w:color w:val="000000"/>
          <w:sz w:val="18"/>
        </w:rPr>
        <w:t>D. signal</w:t>
      </w:r>
    </w:p>
    <w:p>
      <w:pPr>
        <w:keepNext/>
        <w:spacing w:before="0" w:after="0" w:line="240" w:lineRule="auto"/>
      </w:pPr>
      <w:r>
        <w:rPr>
          <w:rFonts w:ascii="Bookman Old Style" w:hAnsi="Bookman Old Style" w:eastAsia="Bookman Old Style"/>
          <w:color w:val="000000"/>
          <w:sz w:val="18"/>
        </w:rPr>
        <w:t xml:space="preserve">4. </w:t>
      </w:r>
      <w:r>
        <w:rPr>
          <w:rFonts w:ascii="Bookman Old Style" w:hAnsi="Bookman Old Style" w:eastAsia="Bookman Old Style"/>
          <w:color w:val="000000"/>
          <w:sz w:val="18"/>
        </w:rPr>
        <w:t>Cyclists should use the ______ when one is available.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pavement</w:t>
      </w:r>
      <w:r>
        <w:tab/>
      </w:r>
      <w:r>
        <w:rPr>
          <w:rFonts w:ascii="Bookman Old Style" w:hAnsi="Bookman Old Style" w:eastAsia="Bookman Old Style"/>
          <w:color w:val="000000"/>
          <w:sz w:val="18"/>
        </w:rPr>
        <w:t>B. cycle lane</w:t>
      </w:r>
      <w:r>
        <w:tab/>
      </w:r>
      <w:r>
        <w:rPr>
          <w:rFonts w:ascii="Bookman Old Style" w:hAnsi="Bookman Old Style" w:eastAsia="Bookman Old Style"/>
          <w:color w:val="000000"/>
          <w:sz w:val="18"/>
        </w:rPr>
        <w:t>C. railway</w:t>
      </w:r>
      <w:r>
        <w:tab/>
      </w:r>
      <w:r>
        <w:rPr>
          <w:rFonts w:ascii="Bookman Old Style" w:hAnsi="Bookman Old Style" w:eastAsia="Bookman Old Style"/>
          <w:color w:val="000000"/>
          <w:sz w:val="18"/>
        </w:rPr>
        <w:t>D. crossroad</w:t>
      </w:r>
    </w:p>
    <w:p>
      <w:pPr>
        <w:keepNext/>
        <w:spacing w:before="0" w:after="0" w:line="240" w:lineRule="auto"/>
      </w:pPr>
      <w:r>
        <w:rPr>
          <w:rFonts w:ascii="Bookman Old Style" w:hAnsi="Bookman Old Style" w:eastAsia="Bookman Old Style"/>
          <w:color w:val="000000"/>
          <w:sz w:val="18"/>
        </w:rPr>
        <w:t xml:space="preserve">5. </w:t>
      </w:r>
      <w:r>
        <w:rPr>
          <w:rFonts w:ascii="Bookman Old Style" w:hAnsi="Bookman Old Style" w:eastAsia="Bookman Old Style"/>
          <w:color w:val="000000"/>
          <w:sz w:val="18"/>
        </w:rPr>
        <w:t>The road is very ______, so two cars cannot pass at the same time.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wide</w:t>
      </w:r>
      <w:r>
        <w:tab/>
      </w:r>
      <w:r>
        <w:rPr>
          <w:rFonts w:ascii="Bookman Old Style" w:hAnsi="Bookman Old Style" w:eastAsia="Bookman Old Style"/>
          <w:color w:val="000000"/>
          <w:sz w:val="18"/>
        </w:rPr>
        <w:t>B. safe</w:t>
      </w:r>
      <w:r>
        <w:tab/>
      </w:r>
      <w:r>
        <w:rPr>
          <w:rFonts w:ascii="Bookman Old Style" w:hAnsi="Bookman Old Style" w:eastAsia="Bookman Old Style"/>
          <w:color w:val="000000"/>
          <w:sz w:val="18"/>
        </w:rPr>
        <w:t>C. narrow</w:t>
      </w:r>
      <w:r>
        <w:tab/>
      </w:r>
      <w:r>
        <w:rPr>
          <w:rFonts w:ascii="Bookman Old Style" w:hAnsi="Bookman Old Style" w:eastAsia="Bookman Old Style"/>
          <w:color w:val="000000"/>
          <w:sz w:val="18"/>
        </w:rPr>
        <w:t>D. modern</w:t>
      </w:r>
    </w:p>
    <w:p>
      <w:pPr>
        <w:keepNext/>
        <w:spacing w:before="0" w:after="0" w:line="240" w:lineRule="auto"/>
      </w:pPr>
      <w:r>
        <w:rPr>
          <w:rFonts w:ascii="Bookman Old Style" w:hAnsi="Bookman Old Style" w:eastAsia="Bookman Old Style"/>
          <w:color w:val="000000"/>
          <w:sz w:val="18"/>
        </w:rPr>
        <w:t xml:space="preserve">6. </w:t>
      </w:r>
      <w:r>
        <w:rPr>
          <w:rFonts w:ascii="Bookman Old Style" w:hAnsi="Bookman Old Style" w:eastAsia="Bookman Old Style"/>
          <w:color w:val="000000"/>
          <w:sz w:val="18"/>
        </w:rPr>
        <w:t>There is usually a traffic jam during ______.</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rush hour</w:t>
      </w:r>
      <w:r>
        <w:tab/>
      </w:r>
      <w:r>
        <w:rPr>
          <w:rFonts w:ascii="Bookman Old Style" w:hAnsi="Bookman Old Style" w:eastAsia="Bookman Old Style"/>
          <w:color w:val="000000"/>
          <w:sz w:val="18"/>
        </w:rPr>
        <w:t>B. lunchtime</w:t>
      </w:r>
      <w:r>
        <w:tab/>
      </w:r>
      <w:r>
        <w:rPr>
          <w:rFonts w:ascii="Bookman Old Style" w:hAnsi="Bookman Old Style" w:eastAsia="Bookman Old Style"/>
          <w:color w:val="000000"/>
          <w:sz w:val="18"/>
        </w:rPr>
        <w:t>C. midnight</w:t>
      </w:r>
      <w:r>
        <w:tab/>
      </w:r>
      <w:r>
        <w:rPr>
          <w:rFonts w:ascii="Bookman Old Style" w:hAnsi="Bookman Old Style" w:eastAsia="Bookman Old Style"/>
          <w:color w:val="000000"/>
          <w:sz w:val="18"/>
        </w:rPr>
        <w:t>D. summer</w:t>
      </w:r>
    </w:p>
    <w:p>
      <w:pPr>
        <w:keepNext/>
        <w:spacing w:before="0" w:after="0" w:line="240" w:lineRule="auto"/>
      </w:pPr>
      <w:r>
        <w:rPr>
          <w:rFonts w:ascii="Bookman Old Style" w:hAnsi="Bookman Old Style" w:eastAsia="Bookman Old Style"/>
          <w:color w:val="000000"/>
          <w:sz w:val="18"/>
        </w:rPr>
        <w:t xml:space="preserve">7. </w:t>
      </w:r>
      <w:r>
        <w:rPr>
          <w:rFonts w:ascii="Bookman Old Style" w:hAnsi="Bookman Old Style" w:eastAsia="Bookman Old Style"/>
          <w:color w:val="000000"/>
          <w:sz w:val="18"/>
        </w:rPr>
        <w:t>How far is ______ from your house to school?</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they</w:t>
      </w:r>
      <w:r>
        <w:tab/>
      </w:r>
      <w:r>
        <w:rPr>
          <w:rFonts w:ascii="Bookman Old Style" w:hAnsi="Bookman Old Style" w:eastAsia="Bookman Old Style"/>
          <w:color w:val="000000"/>
          <w:sz w:val="18"/>
        </w:rPr>
        <w:t>B. it</w:t>
      </w:r>
      <w:r>
        <w:tab/>
      </w:r>
      <w:r>
        <w:rPr>
          <w:rFonts w:ascii="Bookman Old Style" w:hAnsi="Bookman Old Style" w:eastAsia="Bookman Old Style"/>
          <w:color w:val="000000"/>
          <w:sz w:val="18"/>
        </w:rPr>
        <w:t>C. there</w:t>
      </w:r>
      <w:r>
        <w:tab/>
      </w:r>
      <w:r>
        <w:rPr>
          <w:rFonts w:ascii="Bookman Old Style" w:hAnsi="Bookman Old Style" w:eastAsia="Bookman Old Style"/>
          <w:color w:val="000000"/>
          <w:sz w:val="18"/>
        </w:rPr>
        <w:t>D. this</w:t>
      </w:r>
    </w:p>
    <w:p>
      <w:pPr>
        <w:keepNext/>
        <w:spacing w:before="0" w:after="0" w:line="240" w:lineRule="auto"/>
      </w:pPr>
      <w:r>
        <w:rPr>
          <w:rFonts w:ascii="Bookman Old Style" w:hAnsi="Bookman Old Style" w:eastAsia="Bookman Old Style"/>
          <w:color w:val="000000"/>
          <w:sz w:val="18"/>
        </w:rPr>
        <w:t xml:space="preserve">8. </w:t>
      </w:r>
      <w:r>
        <w:rPr>
          <w:rFonts w:ascii="Bookman Old Style" w:hAnsi="Bookman Old Style" w:eastAsia="Bookman Old Style"/>
          <w:color w:val="000000"/>
          <w:sz w:val="18"/>
        </w:rPr>
        <w:t>It is about three kilometres ______ here to the station.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w:t>
      </w:r>
      <w:r>
        <w:tab/>
      </w:r>
      <w:r>
        <w:rPr>
          <w:rFonts w:ascii="Bookman Old Style" w:hAnsi="Bookman Old Style" w:eastAsia="Bookman Old Style"/>
          <w:color w:val="000000"/>
          <w:sz w:val="18"/>
        </w:rPr>
        <w:t>B. on</w:t>
      </w:r>
      <w:r>
        <w:tab/>
      </w:r>
      <w:r>
        <w:rPr>
          <w:rFonts w:ascii="Bookman Old Style" w:hAnsi="Bookman Old Style" w:eastAsia="Bookman Old Style"/>
          <w:color w:val="000000"/>
          <w:sz w:val="18"/>
        </w:rPr>
        <w:t>C. from</w:t>
      </w:r>
      <w:r>
        <w:tab/>
      </w:r>
      <w:r>
        <w:rPr>
          <w:rFonts w:ascii="Bookman Old Style" w:hAnsi="Bookman Old Style" w:eastAsia="Bookman Old Style"/>
          <w:color w:val="000000"/>
          <w:sz w:val="18"/>
        </w:rPr>
        <w:t>D. in</w:t>
      </w:r>
    </w:p>
    <w:p>
      <w:pPr>
        <w:keepNext/>
        <w:spacing w:before="0" w:after="0" w:line="240" w:lineRule="auto"/>
      </w:pPr>
      <w:r>
        <w:rPr>
          <w:rFonts w:ascii="Bookman Old Style" w:hAnsi="Bookman Old Style" w:eastAsia="Bookman Old Style"/>
          <w:color w:val="000000"/>
          <w:sz w:val="18"/>
        </w:rPr>
        <w:t xml:space="preserve">9. </w:t>
      </w:r>
      <w:r>
        <w:rPr>
          <w:rFonts w:ascii="Bookman Old Style" w:hAnsi="Bookman Old Style" w:eastAsia="Bookman Old Style"/>
          <w:color w:val="000000"/>
          <w:sz w:val="18"/>
        </w:rPr>
        <w:t xml:space="preserve">The street is very </w:t>
      </w:r>
      <w:r>
        <w:rPr>
          <w:rFonts w:ascii="Bookman Old Style" w:hAnsi="Bookman Old Style" w:eastAsia="Bookman Old Style"/>
          <w:b/>
          <w:color w:val="000000"/>
          <w:sz w:val="18"/>
          <w:u w:val="single"/>
        </w:rPr>
        <w:t>crowded</w:t>
      </w:r>
      <w:r>
        <w:rPr>
          <w:rFonts w:ascii="Bookman Old Style" w:hAnsi="Bookman Old Style" w:eastAsia="Bookman Old Style"/>
          <w:color w:val="000000"/>
          <w:sz w:val="18"/>
        </w:rPr>
        <w:t xml:space="preserve"> at 5 p.m.</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empty</w:t>
      </w:r>
      <w:r>
        <w:tab/>
      </w:r>
      <w:r>
        <w:rPr>
          <w:rFonts w:ascii="Bookman Old Style" w:hAnsi="Bookman Old Style" w:eastAsia="Bookman Old Style"/>
          <w:color w:val="000000"/>
          <w:sz w:val="18"/>
        </w:rPr>
        <w:t>B. busy</w:t>
      </w:r>
      <w:r>
        <w:tab/>
      </w:r>
      <w:r>
        <w:rPr>
          <w:rFonts w:ascii="Bookman Old Style" w:hAnsi="Bookman Old Style" w:eastAsia="Bookman Old Style"/>
          <w:color w:val="000000"/>
          <w:sz w:val="18"/>
        </w:rPr>
        <w:t>C. quiet</w:t>
      </w:r>
      <w:r>
        <w:tab/>
      </w:r>
      <w:r>
        <w:rPr>
          <w:rFonts w:ascii="Bookman Old Style" w:hAnsi="Bookman Old Style" w:eastAsia="Bookman Old Style"/>
          <w:color w:val="000000"/>
          <w:sz w:val="18"/>
        </w:rPr>
        <w:t>D. narrow</w:t>
      </w:r>
    </w:p>
    <w:p>
      <w:pPr>
        <w:keepNext/>
        <w:spacing w:before="0" w:after="0" w:line="240" w:lineRule="auto"/>
      </w:pPr>
      <w:r>
        <w:rPr>
          <w:rFonts w:ascii="Bookman Old Style" w:hAnsi="Bookman Old Style" w:eastAsia="Bookman Old Style"/>
          <w:color w:val="000000"/>
          <w:sz w:val="18"/>
        </w:rPr>
        <w:t xml:space="preserve">10. </w:t>
      </w:r>
      <w:r>
        <w:rPr>
          <w:rFonts w:ascii="Bookman Old Style" w:hAnsi="Bookman Old Style" w:eastAsia="Bookman Old Style"/>
          <w:color w:val="000000"/>
          <w:sz w:val="18"/>
        </w:rPr>
        <w:t xml:space="preserve">Road users must </w:t>
      </w:r>
      <w:r>
        <w:rPr>
          <w:rFonts w:ascii="Bookman Old Style" w:hAnsi="Bookman Old Style" w:eastAsia="Bookman Old Style"/>
          <w:b/>
          <w:color w:val="000000"/>
          <w:sz w:val="18"/>
          <w:u w:val="single"/>
        </w:rPr>
        <w:t>obey</w:t>
      </w:r>
      <w:r>
        <w:rPr>
          <w:rFonts w:ascii="Bookman Old Style" w:hAnsi="Bookman Old Style" w:eastAsia="Bookman Old Style"/>
          <w:color w:val="000000"/>
          <w:sz w:val="18"/>
        </w:rPr>
        <w:t xml:space="preserve"> traffic rules.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follow</w:t>
      </w:r>
      <w:r>
        <w:tab/>
      </w:r>
      <w:r>
        <w:rPr>
          <w:rFonts w:ascii="Bookman Old Style" w:hAnsi="Bookman Old Style" w:eastAsia="Bookman Old Style"/>
          <w:color w:val="000000"/>
          <w:sz w:val="18"/>
        </w:rPr>
        <w:t>B. change</w:t>
      </w:r>
      <w:r>
        <w:tab/>
      </w:r>
      <w:r>
        <w:rPr>
          <w:rFonts w:ascii="Bookman Old Style" w:hAnsi="Bookman Old Style" w:eastAsia="Bookman Old Style"/>
          <w:color w:val="000000"/>
          <w:sz w:val="18"/>
        </w:rPr>
        <w:t>C. forget</w:t>
      </w:r>
      <w:r>
        <w:tab/>
      </w:r>
      <w:r>
        <w:rPr>
          <w:rFonts w:ascii="Bookman Old Style" w:hAnsi="Bookman Old Style" w:eastAsia="Bookman Old Style"/>
          <w:color w:val="000000"/>
          <w:sz w:val="18"/>
        </w:rPr>
        <w:t>D. write</w:t>
      </w:r>
    </w:p>
    <w:p>
      <w:pPr>
        <w:keepNext/>
        <w:spacing w:before="0" w:after="0" w:line="240" w:lineRule="auto"/>
      </w:pPr>
      <w:r>
        <w:rPr>
          <w:rFonts w:ascii="Bookman Old Style" w:hAnsi="Bookman Old Style" w:eastAsia="Bookman Old Style"/>
          <w:color w:val="000000"/>
          <w:sz w:val="18"/>
        </w:rPr>
        <w:t xml:space="preserve">11. </w:t>
      </w:r>
      <w:r>
        <w:rPr>
          <w:rFonts w:ascii="Bookman Old Style" w:hAnsi="Bookman Old Style" w:eastAsia="Bookman Old Style"/>
          <w:color w:val="000000"/>
          <w:sz w:val="18"/>
        </w:rPr>
        <w:t xml:space="preserve">This road is too </w:t>
      </w:r>
      <w:r>
        <w:rPr>
          <w:rFonts w:ascii="Bookman Old Style" w:hAnsi="Bookman Old Style" w:eastAsia="Bookman Old Style"/>
          <w:b/>
          <w:color w:val="000000"/>
          <w:sz w:val="18"/>
          <w:u w:val="single"/>
        </w:rPr>
        <w:t>narrow</w:t>
      </w:r>
      <w:r>
        <w:rPr>
          <w:rFonts w:ascii="Bookman Old Style" w:hAnsi="Bookman Old Style" w:eastAsia="Bookman Old Style"/>
          <w:color w:val="000000"/>
          <w:sz w:val="18"/>
        </w:rPr>
        <w:t xml:space="preserve"> for buses.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long</w:t>
      </w:r>
      <w:r>
        <w:tab/>
      </w:r>
      <w:r>
        <w:rPr>
          <w:rFonts w:ascii="Bookman Old Style" w:hAnsi="Bookman Old Style" w:eastAsia="Bookman Old Style"/>
          <w:color w:val="000000"/>
          <w:sz w:val="18"/>
        </w:rPr>
        <w:t>B. wide</w:t>
      </w:r>
      <w:r>
        <w:tab/>
      </w:r>
      <w:r>
        <w:rPr>
          <w:rFonts w:ascii="Bookman Old Style" w:hAnsi="Bookman Old Style" w:eastAsia="Bookman Old Style"/>
          <w:color w:val="000000"/>
          <w:sz w:val="18"/>
        </w:rPr>
        <w:t>C. bumpy</w:t>
      </w:r>
      <w:r>
        <w:tab/>
      </w:r>
      <w:r>
        <w:rPr>
          <w:rFonts w:ascii="Bookman Old Style" w:hAnsi="Bookman Old Style" w:eastAsia="Bookman Old Style"/>
          <w:color w:val="000000"/>
          <w:sz w:val="18"/>
        </w:rPr>
        <w:t>D. busy</w:t>
      </w:r>
    </w:p>
    <w:p>
      <w:pPr>
        <w:keepNext/>
        <w:spacing w:before="0" w:after="0" w:line="240" w:lineRule="auto"/>
      </w:pPr>
      <w:r>
        <w:rPr>
          <w:rFonts w:ascii="Bookman Old Style" w:hAnsi="Bookman Old Style" w:eastAsia="Bookman Old Style"/>
          <w:color w:val="000000"/>
          <w:sz w:val="18"/>
        </w:rPr>
        <w:t xml:space="preserve">12. </w:t>
      </w:r>
      <w:r>
        <w:rPr>
          <w:rFonts w:ascii="Bookman Old Style" w:hAnsi="Bookman Old Style" w:eastAsia="Bookman Old Style"/>
          <w:color w:val="000000"/>
          <w:sz w:val="18"/>
        </w:rPr>
        <w:t xml:space="preserve">The crossing is </w:t>
      </w:r>
      <w:r>
        <w:rPr>
          <w:rFonts w:ascii="Bookman Old Style" w:hAnsi="Bookman Old Style" w:eastAsia="Bookman Old Style"/>
          <w:b/>
          <w:color w:val="000000"/>
          <w:sz w:val="18"/>
          <w:u w:val="single"/>
        </w:rPr>
        <w:t>safe</w:t>
      </w:r>
      <w:r>
        <w:rPr>
          <w:rFonts w:ascii="Bookman Old Style" w:hAnsi="Bookman Old Style" w:eastAsia="Bookman Old Style"/>
          <w:color w:val="000000"/>
          <w:sz w:val="18"/>
        </w:rPr>
        <w:t xml:space="preserve"> for children.</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dangerous</w:t>
      </w:r>
      <w:r>
        <w:tab/>
      </w:r>
      <w:r>
        <w:rPr>
          <w:rFonts w:ascii="Bookman Old Style" w:hAnsi="Bookman Old Style" w:eastAsia="Bookman Old Style"/>
          <w:color w:val="000000"/>
          <w:sz w:val="18"/>
        </w:rPr>
        <w:t>B. quiet</w:t>
      </w:r>
      <w:r>
        <w:tab/>
      </w:r>
      <w:r>
        <w:rPr>
          <w:rFonts w:ascii="Bookman Old Style" w:hAnsi="Bookman Old Style" w:eastAsia="Bookman Old Style"/>
          <w:color w:val="000000"/>
          <w:sz w:val="18"/>
        </w:rPr>
        <w:t>C. crowded</w:t>
      </w:r>
      <w:r>
        <w:tab/>
      </w:r>
      <w:r>
        <w:rPr>
          <w:rFonts w:ascii="Bookman Old Style" w:hAnsi="Bookman Old Style" w:eastAsia="Bookman Old Style"/>
          <w:color w:val="000000"/>
          <w:sz w:val="18"/>
        </w:rPr>
        <w:t>D. modern</w:t>
      </w:r>
    </w:p>
    <w:p>
      <w:r>
        <w:br w:type="page"/>
      </w:r>
    </w:p>
    <w:p>
      <w:pPr>
        <w:keepNext/>
        <w:spacing w:before="60" w:after="20" w:line="240" w:lineRule="auto"/>
      </w:pPr>
      <w:r>
        <w:rPr>
          <w:rFonts w:ascii="Bookman Old Style" w:hAnsi="Bookman Old Style" w:eastAsia="Bookman Old Style"/>
          <w:b/>
          <w:color w:val="0033CC"/>
          <w:sz w:val="19"/>
        </w:rPr>
        <w:t>Exercise 22: Listen to the short talk twice and circle the correct answer to each of the following questions.</w:t>
      </w:r>
    </w:p>
    <w:p>
      <w:pPr>
        <w:keepNext/>
        <w:spacing w:before="0" w:after="0" w:line="240" w:lineRule="auto"/>
      </w:pPr>
      <w:r>
        <w:rPr>
          <w:rFonts w:ascii="Bookman Old Style" w:hAnsi="Bookman Old Style" w:eastAsia="Bookman Old Style"/>
          <w:color w:val="000000"/>
          <w:sz w:val="19"/>
        </w:rPr>
        <w:t xml:space="preserve">1. </w:t>
      </w:r>
      <w:r>
        <w:rPr>
          <w:rFonts w:ascii="Bookman Old Style" w:hAnsi="Bookman Old Style" w:eastAsia="Bookman Old Style"/>
          <w:color w:val="000000"/>
          <w:sz w:val="19"/>
        </w:rPr>
        <w:t>How many reminders does the speaker give?</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Two</w:t>
      </w:r>
      <w:r>
        <w:tab/>
      </w:r>
      <w:r>
        <w:rPr>
          <w:rFonts w:ascii="Bookman Old Style" w:hAnsi="Bookman Old Style" w:eastAsia="Bookman Old Style"/>
          <w:color w:val="000000"/>
          <w:sz w:val="18"/>
        </w:rPr>
        <w:t>B. Three</w:t>
      </w:r>
      <w:r>
        <w:tab/>
      </w:r>
      <w:r>
        <w:rPr>
          <w:rFonts w:ascii="Bookman Old Style" w:hAnsi="Bookman Old Style" w:eastAsia="Bookman Old Style"/>
          <w:color w:val="000000"/>
          <w:sz w:val="18"/>
        </w:rPr>
        <w:t>C. Four</w:t>
      </w:r>
      <w:r>
        <w:tab/>
      </w:r>
      <w:r>
        <w:rPr>
          <w:rFonts w:ascii="Bookman Old Style" w:hAnsi="Bookman Old Style" w:eastAsia="Bookman Old Style"/>
          <w:color w:val="000000"/>
          <w:sz w:val="18"/>
        </w:rPr>
        <w:t>D. Five</w:t>
      </w:r>
    </w:p>
    <w:p>
      <w:pPr>
        <w:keepNext/>
        <w:spacing w:before="0" w:after="0" w:line="240" w:lineRule="auto"/>
      </w:pPr>
      <w:r>
        <w:rPr>
          <w:rFonts w:ascii="Bookman Old Style" w:hAnsi="Bookman Old Style" w:eastAsia="Bookman Old Style"/>
          <w:color w:val="000000"/>
          <w:sz w:val="19"/>
        </w:rPr>
        <w:t xml:space="preserve">2. </w:t>
      </w:r>
      <w:r>
        <w:rPr>
          <w:rFonts w:ascii="Bookman Old Style" w:hAnsi="Bookman Old Style" w:eastAsia="Bookman Old Style"/>
          <w:color w:val="000000"/>
          <w:sz w:val="19"/>
        </w:rPr>
        <w:t>Where should students cross?</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At a zebra crossing</w:t>
      </w:r>
      <w:r>
        <w:tab/>
      </w:r>
      <w:r>
        <w:rPr>
          <w:rFonts w:ascii="Bookman Old Style" w:hAnsi="Bookman Old Style" w:eastAsia="Bookman Old Style"/>
          <w:color w:val="000000"/>
          <w:sz w:val="18"/>
        </w:rPr>
        <w:t>B. Between cars</w:t>
      </w:r>
      <w:r>
        <w:tab/>
      </w:r>
      <w:r>
        <w:rPr>
          <w:rFonts w:ascii="Bookman Old Style" w:hAnsi="Bookman Old Style" w:eastAsia="Bookman Old Style"/>
          <w:color w:val="000000"/>
          <w:sz w:val="18"/>
        </w:rPr>
        <w:t>C. At a bus stop</w:t>
      </w:r>
      <w:r>
        <w:tab/>
      </w:r>
      <w:r>
        <w:rPr>
          <w:rFonts w:ascii="Bookman Old Style" w:hAnsi="Bookman Old Style" w:eastAsia="Bookman Old Style"/>
          <w:color w:val="000000"/>
          <w:sz w:val="18"/>
        </w:rPr>
        <w:t>D. Anywhere</w:t>
      </w:r>
    </w:p>
    <w:p>
      <w:pPr>
        <w:keepNext/>
        <w:spacing w:before="0" w:after="0" w:line="240" w:lineRule="auto"/>
      </w:pPr>
      <w:r>
        <w:rPr>
          <w:rFonts w:ascii="Bookman Old Style" w:hAnsi="Bookman Old Style" w:eastAsia="Bookman Old Style"/>
          <w:color w:val="000000"/>
          <w:sz w:val="19"/>
        </w:rPr>
        <w:t xml:space="preserve">3. </w:t>
      </w:r>
      <w:r>
        <w:rPr>
          <w:rFonts w:ascii="Bookman Old Style" w:hAnsi="Bookman Old Style" w:eastAsia="Bookman Old Style"/>
          <w:color w:val="000000"/>
          <w:sz w:val="19"/>
        </w:rPr>
        <w:t>What should cyclists wear?</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cap</w:t>
      </w:r>
      <w:r>
        <w:tab/>
      </w:r>
      <w:r>
        <w:rPr>
          <w:rFonts w:ascii="Bookman Old Style" w:hAnsi="Bookman Old Style" w:eastAsia="Bookman Old Style"/>
          <w:color w:val="000000"/>
          <w:sz w:val="18"/>
        </w:rPr>
        <w:t>B. A helmet</w:t>
      </w:r>
      <w:r>
        <w:tab/>
      </w:r>
      <w:r>
        <w:rPr>
          <w:rFonts w:ascii="Bookman Old Style" w:hAnsi="Bookman Old Style" w:eastAsia="Bookman Old Style"/>
          <w:color w:val="000000"/>
          <w:sz w:val="18"/>
        </w:rPr>
        <w:t>C. A coat</w:t>
      </w:r>
      <w:r>
        <w:tab/>
      </w:r>
      <w:r>
        <w:rPr>
          <w:rFonts w:ascii="Bookman Old Style" w:hAnsi="Bookman Old Style" w:eastAsia="Bookman Old Style"/>
          <w:color w:val="000000"/>
          <w:sz w:val="18"/>
        </w:rPr>
        <w:t>D. A seatbelt</w:t>
      </w:r>
    </w:p>
    <w:p>
      <w:pPr>
        <w:keepNext/>
        <w:spacing w:before="0" w:after="0" w:line="240" w:lineRule="auto"/>
      </w:pPr>
      <w:r>
        <w:rPr>
          <w:rFonts w:ascii="Bookman Old Style" w:hAnsi="Bookman Old Style" w:eastAsia="Bookman Old Style"/>
          <w:color w:val="000000"/>
          <w:sz w:val="19"/>
        </w:rPr>
        <w:t xml:space="preserve">4. </w:t>
      </w:r>
      <w:r>
        <w:rPr>
          <w:rFonts w:ascii="Bookman Old Style" w:hAnsi="Bookman Old Style" w:eastAsia="Bookman Old Style"/>
          <w:color w:val="000000"/>
          <w:sz w:val="19"/>
        </w:rPr>
        <w:t>What should students never use while crossing?</w:t>
      </w:r>
    </w:p>
    <w:p>
      <w:pPr>
        <w:keepNext w:val="0"/>
        <w:tabs>
          <w:tab w:pos="0" w:val="left"/>
          <w:tab w:pos="2608" w:val="left"/>
          <w:tab w:pos="5216" w:val="left"/>
          <w:tab w:pos="7824" w:val="left"/>
        </w:tabs>
        <w:spacing w:before="0" w:after="20" w:line="240" w:lineRule="auto"/>
        <w:ind w:left="340"/>
      </w:pPr>
      <w:r>
        <w:rPr>
          <w:rFonts w:ascii="Bookman Old Style" w:hAnsi="Bookman Old Style" w:eastAsia="Bookman Old Style"/>
          <w:color w:val="000000"/>
          <w:sz w:val="18"/>
        </w:rPr>
        <w:t>A. A map</w:t>
      </w:r>
      <w:r>
        <w:tab/>
      </w:r>
      <w:r>
        <w:rPr>
          <w:rFonts w:ascii="Bookman Old Style" w:hAnsi="Bookman Old Style" w:eastAsia="Bookman Old Style"/>
          <w:color w:val="000000"/>
          <w:sz w:val="18"/>
        </w:rPr>
        <w:t>B. A bicycle</w:t>
      </w:r>
      <w:r>
        <w:tab/>
      </w:r>
      <w:r>
        <w:rPr>
          <w:rFonts w:ascii="Bookman Old Style" w:hAnsi="Bookman Old Style" w:eastAsia="Bookman Old Style"/>
          <w:color w:val="000000"/>
          <w:sz w:val="18"/>
        </w:rPr>
        <w:t>C. A phone</w:t>
      </w:r>
      <w:r>
        <w:tab/>
      </w:r>
      <w:r>
        <w:rPr>
          <w:rFonts w:ascii="Bookman Old Style" w:hAnsi="Bookman Old Style" w:eastAsia="Bookman Old Style"/>
          <w:color w:val="000000"/>
          <w:sz w:val="18"/>
        </w:rPr>
        <w:t>D. A light</w:t>
      </w:r>
    </w:p>
    <w:p>
      <w:pPr>
        <w:keepNext w:val="0"/>
        <w:spacing w:before="60" w:after="40" w:line="240" w:lineRule="auto"/>
      </w:pPr>
      <w:r>
        <w:rPr>
          <w:rFonts w:ascii="Bookman Old Style" w:hAnsi="Bookman Old Style" w:eastAsia="Bookman Old Style"/>
          <w:b/>
          <w:color w:val="0033CC"/>
          <w:sz w:val="18"/>
        </w:rPr>
        <w:t>Audio file: G7 - U7 - Ex22.mp3</w:t>
      </w:r>
    </w:p>
    <w:p>
      <w:r>
        <w:br w:type="page"/>
      </w:r>
    </w:p>
    <w:p>
      <w:pPr>
        <w:keepNext/>
        <w:spacing w:before="60" w:after="20" w:line="240" w:lineRule="auto"/>
      </w:pPr>
      <w:r>
        <w:rPr>
          <w:rFonts w:ascii="Bookman Old Style" w:hAnsi="Bookman Old Style" w:eastAsia="Bookman Old Style"/>
          <w:b/>
          <w:color w:val="0033CC"/>
          <w:sz w:val="19"/>
        </w:rPr>
        <w:t>Exercise 23: Listen to the conversation twice and decide whether the following sentences are True or False.</w:t>
      </w:r>
    </w:p>
    <w:tbl>
      <w:tblPr>
        <w:tblStyle w:val="TableGrid"/>
        <w:tblW w:type="dxa" w:w="10320"/>
        <w:jc w:val="center"/>
        <w:tblLayout w:type="fixed"/>
        <w:tblLook w:firstColumn="1" w:firstRow="1" w:lastColumn="0" w:lastRow="0" w:noHBand="0" w:noVBand="1" w:val="04A0"/>
      </w:tblPr>
      <w:tblGrid>
        <w:gridCol w:w="600"/>
        <w:gridCol w:w="8420"/>
        <w:gridCol w:w="650"/>
        <w:gridCol w:w="650"/>
      </w:tblGrid>
      <w:tr>
        <w:tc>
          <w:tcPr>
            <w:tcW w:type="dxa" w:w="60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No.</w:t>
            </w:r>
          </w:p>
        </w:tc>
        <w:tc>
          <w:tcPr>
            <w:tcW w:type="dxa" w:w="842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Statements</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T</w:t>
            </w:r>
          </w:p>
        </w:tc>
        <w:tc>
          <w:tcPr>
            <w:tcW w:type="dxa" w:w="650"/>
            <w:shd w:fill="13A7D9"/>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b/>
                <w:color w:val="FFFFFF"/>
                <w:sz w:val="18"/>
              </w:rPr>
              <w:t>F</w:t>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1</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Nam lives about three kilometres from school.</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2</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Nam usually goes to school by bus.</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3</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There is a cycle lane on his route.</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r>
        <w:tc>
          <w:tcPr>
            <w:tcW w:type="dxa" w:w="60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t>4</w:t>
            </w:r>
          </w:p>
        </w:tc>
        <w:tc>
          <w:tcPr>
            <w:tcW w:type="dxa" w:w="8420"/>
            <w:tcMar>
              <w:top w:w="50" w:type="dxa"/>
              <w:start w:w="70" w:type="dxa"/>
              <w:bottom w:w="50" w:type="dxa"/>
              <w:end w:w="70" w:type="dxa"/>
            </w:tcMar>
          </w:tcPr>
          <w:p>
            <w:pPr>
              <w:keepNext w:val="0"/>
              <w:spacing w:before="0" w:after="0" w:line="240" w:lineRule="auto"/>
              <w:jc w:val="left"/>
            </w:pPr>
            <w:r>
              <w:rPr>
                <w:rFonts w:ascii="Bookman Old Style" w:hAnsi="Bookman Old Style" w:eastAsia="Bookman Old Style"/>
                <w:color w:val="000000"/>
                <w:sz w:val="18"/>
              </w:rPr>
              <w:t>He speeds up near the market.</w:t>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c>
          <w:tcPr>
            <w:tcW w:type="dxa" w:w="650"/>
            <w:tcMar>
              <w:top w:w="50" w:type="dxa"/>
              <w:start w:w="70" w:type="dxa"/>
              <w:bottom w:w="50" w:type="dxa"/>
              <w:end w:w="70" w:type="dxa"/>
            </w:tcMar>
          </w:tcPr>
          <w:p>
            <w:pPr>
              <w:keepNext w:val="0"/>
              <w:spacing w:before="0" w:after="0" w:line="240" w:lineRule="auto"/>
              <w:jc w:val="center"/>
            </w:pPr>
            <w:r>
              <w:rPr>
                <w:rFonts w:ascii="Bookman Old Style" w:hAnsi="Bookman Old Style" w:eastAsia="Bookman Old Style"/>
                <w:color w:val="000000"/>
                <w:sz w:val="18"/>
              </w:rPr>
            </w:r>
          </w:p>
        </w:tc>
      </w:tr>
    </w:tbl>
    <w:p>
      <w:pPr>
        <w:keepNext w:val="0"/>
        <w:spacing w:before="60" w:after="40" w:line="240" w:lineRule="auto"/>
      </w:pPr>
      <w:r>
        <w:rPr>
          <w:rFonts w:ascii="Bookman Old Style" w:hAnsi="Bookman Old Style" w:eastAsia="Bookman Old Style"/>
          <w:b/>
          <w:color w:val="0033CC"/>
          <w:sz w:val="18"/>
        </w:rPr>
        <w:t>Audio file: G7 - U7 - Ex23.mp3</w:t>
      </w:r>
    </w:p>
    <w:p>
      <w:r>
        <w:br w:type="page"/>
      </w:r>
    </w:p>
    <w:p>
      <w:pPr>
        <w:keepNext/>
        <w:spacing w:before="40" w:after="100" w:line="240" w:lineRule="auto"/>
      </w:pPr>
      <w:r>
        <w:rPr>
          <w:rFonts w:ascii="Bookman Old Style" w:hAnsi="Bookman Old Style" w:eastAsia="Bookman Old Style"/>
          <w:b/>
          <w:color w:val="0033CC"/>
          <w:sz w:val="22"/>
        </w:rPr>
        <w:t>E. LISTENING SCRIPTS</w:t>
      </w:r>
    </w:p>
    <w:p>
      <w:pPr>
        <w:keepNext/>
        <w:spacing w:before="40" w:after="20" w:line="240" w:lineRule="auto"/>
      </w:pPr>
      <w:r>
        <w:rPr>
          <w:rFonts w:ascii="Bookman Old Style" w:hAnsi="Bookman Old Style" w:eastAsia="Bookman Old Style"/>
          <w:b/>
          <w:color w:val="0033CC"/>
          <w:sz w:val="20"/>
        </w:rPr>
        <w:t>Exercise 22 - Short talk</w:t>
      </w:r>
    </w:p>
    <w:p>
      <w:pPr>
        <w:keepNext w:val="0"/>
        <w:spacing w:before="0" w:after="80" w:line="240" w:lineRule="auto"/>
      </w:pPr>
      <w:r>
        <w:rPr>
          <w:rFonts w:ascii="Bookman Old Style" w:hAnsi="Bookman Old Style" w:eastAsia="Bookman Old Style"/>
          <w:b/>
          <w:color w:val="0033CC"/>
          <w:sz w:val="18"/>
        </w:rPr>
        <w:t>Audio file: G7 - U7 - Ex22.mp3</w:t>
      </w:r>
    </w:p>
    <w:p>
      <w:pPr>
        <w:keepNext w:val="0"/>
        <w:spacing w:before="0" w:after="140" w:line="259" w:lineRule="auto"/>
        <w:ind w:left="227" w:right="227"/>
      </w:pPr>
      <w:r>
        <w:rPr>
          <w:rFonts w:ascii="Bookman Old Style" w:hAnsi="Bookman Old Style" w:eastAsia="Bookman Old Style"/>
          <w:color w:val="000000"/>
          <w:sz w:val="18"/>
        </w:rPr>
        <w:t>Good morning, students. Here are three road-safety reminders. First, always use the zebra crossing and look both ways before you cross. Second, if you ride a bicycle, wear a helmet and use the cycle lane. Finally, never use your phone while you are crossing the road. These simple habits can prevent accidents.</w:t>
      </w:r>
    </w:p>
    <w:p>
      <w:pPr>
        <w:keepNext/>
        <w:spacing w:before="60" w:after="20" w:line="240" w:lineRule="auto"/>
      </w:pPr>
      <w:r>
        <w:rPr>
          <w:rFonts w:ascii="Bookman Old Style" w:hAnsi="Bookman Old Style" w:eastAsia="Bookman Old Style"/>
          <w:b/>
          <w:color w:val="0033CC"/>
          <w:sz w:val="20"/>
        </w:rPr>
        <w:t>Exercise 23 - Conversation</w:t>
      </w:r>
    </w:p>
    <w:p>
      <w:pPr>
        <w:keepNext w:val="0"/>
        <w:spacing w:before="0" w:after="80" w:line="240" w:lineRule="auto"/>
      </w:pPr>
      <w:r>
        <w:rPr>
          <w:rFonts w:ascii="Bookman Old Style" w:hAnsi="Bookman Old Style" w:eastAsia="Bookman Old Style"/>
          <w:b/>
          <w:color w:val="0033CC"/>
          <w:sz w:val="18"/>
        </w:rPr>
        <w:t>Audio file: G7 - U7 - Ex23.mp3</w:t>
      </w:r>
    </w:p>
    <w:p>
      <w:pPr>
        <w:keepNext w:val="0"/>
        <w:spacing w:before="0" w:after="40" w:line="252" w:lineRule="auto"/>
        <w:ind w:left="227"/>
      </w:pPr>
      <w:r>
        <w:rPr>
          <w:rFonts w:ascii="Bookman Old Style" w:hAnsi="Bookman Old Style" w:eastAsia="Bookman Old Style"/>
          <w:b/>
          <w:color w:val="0033CC"/>
          <w:sz w:val="18"/>
        </w:rPr>
        <w:t xml:space="preserve">Mai: </w:t>
      </w:r>
      <w:r>
        <w:rPr>
          <w:rFonts w:ascii="Bookman Old Style" w:hAnsi="Bookman Old Style" w:eastAsia="Bookman Old Style"/>
          <w:color w:val="000000"/>
          <w:sz w:val="18"/>
        </w:rPr>
        <w:t>How far is it from your home to school, Nam?</w:t>
      </w:r>
    </w:p>
    <w:p>
      <w:pPr>
        <w:keepNext w:val="0"/>
        <w:spacing w:before="0" w:after="40" w:line="252" w:lineRule="auto"/>
        <w:ind w:left="227"/>
      </w:pPr>
      <w:r>
        <w:rPr>
          <w:rFonts w:ascii="Bookman Old Style" w:hAnsi="Bookman Old Style" w:eastAsia="Bookman Old Style"/>
          <w:b/>
          <w:color w:val="0033CC"/>
          <w:sz w:val="18"/>
        </w:rPr>
        <w:t xml:space="preserve">Nam: </w:t>
      </w:r>
      <w:r>
        <w:rPr>
          <w:rFonts w:ascii="Bookman Old Style" w:hAnsi="Bookman Old Style" w:eastAsia="Bookman Old Style"/>
          <w:color w:val="000000"/>
          <w:sz w:val="18"/>
        </w:rPr>
        <w:t>About three kilometres. I usually cycle there.</w:t>
      </w:r>
    </w:p>
    <w:p>
      <w:pPr>
        <w:keepNext w:val="0"/>
        <w:spacing w:before="0" w:after="40" w:line="252" w:lineRule="auto"/>
        <w:ind w:left="227"/>
      </w:pPr>
      <w:r>
        <w:rPr>
          <w:rFonts w:ascii="Bookman Old Style" w:hAnsi="Bookman Old Style" w:eastAsia="Bookman Old Style"/>
          <w:b/>
          <w:color w:val="0033CC"/>
          <w:sz w:val="18"/>
        </w:rPr>
        <w:t xml:space="preserve">Mai: </w:t>
      </w:r>
      <w:r>
        <w:rPr>
          <w:rFonts w:ascii="Bookman Old Style" w:hAnsi="Bookman Old Style" w:eastAsia="Bookman Old Style"/>
          <w:color w:val="000000"/>
          <w:sz w:val="18"/>
        </w:rPr>
        <w:t>Is the road safe?</w:t>
      </w:r>
    </w:p>
    <w:p>
      <w:pPr>
        <w:keepNext w:val="0"/>
        <w:spacing w:before="0" w:after="40" w:line="252" w:lineRule="auto"/>
        <w:ind w:left="227"/>
      </w:pPr>
      <w:r>
        <w:rPr>
          <w:rFonts w:ascii="Bookman Old Style" w:hAnsi="Bookman Old Style" w:eastAsia="Bookman Old Style"/>
          <w:b/>
          <w:color w:val="0033CC"/>
          <w:sz w:val="18"/>
        </w:rPr>
        <w:t xml:space="preserve">Nam: </w:t>
      </w:r>
      <w:r>
        <w:rPr>
          <w:rFonts w:ascii="Bookman Old Style" w:hAnsi="Bookman Old Style" w:eastAsia="Bookman Old Style"/>
          <w:color w:val="000000"/>
          <w:sz w:val="18"/>
        </w:rPr>
        <w:t>Mostly, yes. There is a cycle lane, but the road is crowded near the market.</w:t>
      </w:r>
    </w:p>
    <w:p>
      <w:pPr>
        <w:keepNext w:val="0"/>
        <w:spacing w:before="0" w:after="40" w:line="252" w:lineRule="auto"/>
        <w:ind w:left="227"/>
      </w:pPr>
      <w:r>
        <w:rPr>
          <w:rFonts w:ascii="Bookman Old Style" w:hAnsi="Bookman Old Style" w:eastAsia="Bookman Old Style"/>
          <w:b/>
          <w:color w:val="0033CC"/>
          <w:sz w:val="18"/>
        </w:rPr>
        <w:t xml:space="preserve">Mai: </w:t>
      </w:r>
      <w:r>
        <w:rPr>
          <w:rFonts w:ascii="Bookman Old Style" w:hAnsi="Bookman Old Style" w:eastAsia="Bookman Old Style"/>
          <w:color w:val="000000"/>
          <w:sz w:val="18"/>
        </w:rPr>
        <w:t>What do you do there?</w:t>
      </w:r>
    </w:p>
    <w:p>
      <w:pPr>
        <w:keepNext w:val="0"/>
        <w:spacing w:before="0" w:after="40" w:line="252" w:lineRule="auto"/>
        <w:ind w:left="227"/>
      </w:pPr>
      <w:r>
        <w:rPr>
          <w:rFonts w:ascii="Bookman Old Style" w:hAnsi="Bookman Old Style" w:eastAsia="Bookman Old Style"/>
          <w:b/>
          <w:color w:val="0033CC"/>
          <w:sz w:val="18"/>
        </w:rPr>
        <w:t xml:space="preserve">Nam: </w:t>
      </w:r>
      <w:r>
        <w:rPr>
          <w:rFonts w:ascii="Bookman Old Style" w:hAnsi="Bookman Old Style" w:eastAsia="Bookman Old Style"/>
          <w:color w:val="000000"/>
          <w:sz w:val="18"/>
        </w:rPr>
        <w:t>I slow down, give a signal, and watch for pedestrians.</w:t>
      </w:r>
    </w:p>
    <w:p>
      <w:pPr>
        <w:keepNext w:val="0"/>
        <w:spacing w:before="160" w:after="0" w:line="240" w:lineRule="auto"/>
        <w:jc w:val="center"/>
      </w:pPr>
      <w:r>
        <w:rPr>
          <w:rFonts w:ascii="Bookman Old Style" w:hAnsi="Bookman Old Style" w:eastAsia="Bookman Old Style"/>
          <w:b/>
          <w:color w:val="000000"/>
          <w:sz w:val="21"/>
        </w:rPr>
        <w:t>--- THE END ---</w:t>
      </w:r>
    </w:p>
    <w:sectPr w:rsidR="00FC693F" w:rsidRPr="0006063C" w:rsidSect="00034616">
      <w:footerReference w:type="default" r:id="rId9"/>
      <w:pgSz w:w="11906" w:h="16838"/>
      <w:pgMar w:top="720" w:right="720" w:bottom="720" w:left="7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tabs>
        <w:tab w:pos="10205" w:val="left"/>
      </w:tabs>
      <w:spacing w:before="0" w:after="0" w:line="240" w:lineRule="auto"/>
      <w:jc w:val="left"/>
    </w:pPr>
    <w:r>
      <w:rPr>
        <w:rFonts w:ascii="Bookman Old Style" w:hAnsi="Bookman Old Style" w:eastAsia="Bookman Old Style"/>
        <w:b/>
        <w:color w:val="2E75B6"/>
        <w:sz w:val="20"/>
      </w:rPr>
      <w:t>Bài tập Tiếng Anh 7 (Global Success)</w:t>
    </w:r>
    <w:r>
      <w:tab/>
    </w:r>
    <w:r>
      <w:rPr>
        <w:rFonts w:ascii="Bookman Old Style" w:hAnsi="Bookman Old Style" w:eastAsia="Bookman Old Style"/>
        <w:b/>
        <w:color w:val="2E75B6"/>
        <w:sz w:val="20"/>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Bookman Old Style" w:hAnsi="Bookman Old Style" w:eastAsia="Bookman Old Styl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jpeg"/><Relationship Id="rId15"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