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60" w:line="240" w:lineRule="auto"/>
        <w:jc w:val="center"/>
      </w:pPr>
      <w:r>
        <w:drawing>
          <wp:inline xmlns:a="http://schemas.openxmlformats.org/drawingml/2006/main" xmlns:pic="http://schemas.openxmlformats.org/drawingml/2006/picture">
            <wp:extent cx="3384000" cy="1175000"/>
            <wp:docPr id="1" name="Picture 1"/>
            <wp:cNvGraphicFramePr>
              <a:graphicFrameLocks noChangeAspect="1"/>
            </wp:cNvGraphicFramePr>
            <a:graphic>
              <a:graphicData uri="http://schemas.openxmlformats.org/drawingml/2006/picture">
                <pic:pic>
                  <pic:nvPicPr>
                    <pic:cNvPr id="0" name="unit_10_title.png"/>
                    <pic:cNvPicPr/>
                  </pic:nvPicPr>
                  <pic:blipFill>
                    <a:blip r:embed="rId10"/>
                    <a:stretch>
                      <a:fillRect/>
                    </a:stretch>
                  </pic:blipFill>
                  <pic:spPr>
                    <a:xfrm>
                      <a:off x="0" y="0"/>
                      <a:ext cx="3384000" cy="1175000"/>
                    </a:xfrm>
                    <a:prstGeom prst="rect"/>
                  </pic:spPr>
                </pic:pic>
              </a:graphicData>
            </a:graphic>
          </wp:inline>
        </w:drawing>
      </w:r>
    </w:p>
    <w:p>
      <w:pPr>
        <w:keepNext/>
        <w:spacing w:before="40" w:after="20" w:line="240" w:lineRule="auto"/>
      </w:pPr>
      <w:r>
        <w:rPr>
          <w:rFonts w:ascii="Bookman Old Style" w:hAnsi="Bookman Old Style" w:eastAsia="Bookman Old Style"/>
          <w:b/>
          <w:color w:val="0033CC"/>
          <w:sz w:val="20"/>
        </w:rPr>
        <w:t>A. VOCABULARY</w:t>
      </w:r>
    </w:p>
    <w:tbl>
      <w:tblPr>
        <w:tblStyle w:val="TableGrid"/>
        <w:tblW w:type="dxa" w:w="10320"/>
        <w:jc w:val="center"/>
        <w:tblLayout w:type="fixed"/>
        <w:tblLook w:firstColumn="1" w:firstRow="1" w:lastColumn="0" w:lastRow="0" w:noHBand="0" w:noVBand="1" w:val="04A0"/>
      </w:tblPr>
      <w:tblGrid>
        <w:gridCol w:w="520"/>
        <w:gridCol w:w="2550"/>
        <w:gridCol w:w="800"/>
        <w:gridCol w:w="2200"/>
        <w:gridCol w:w="4250"/>
      </w:tblGrid>
      <w:tr>
        <w:trPr>
          <w:tblHeader w:val="true"/>
        </w:trPr>
        <w:tc>
          <w:tcPr>
            <w:tcW w:type="dxa" w:w="5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No.</w:t>
            </w:r>
          </w:p>
        </w:tc>
        <w:tc>
          <w:tcPr>
            <w:tcW w:type="dxa" w:w="25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Word / Phrase</w:t>
            </w:r>
          </w:p>
        </w:tc>
        <w:tc>
          <w:tcPr>
            <w:tcW w:type="dxa" w:w="8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Type</w:t>
            </w:r>
          </w:p>
        </w:tc>
        <w:tc>
          <w:tcPr>
            <w:tcW w:type="dxa" w:w="22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IPA</w:t>
            </w:r>
          </w:p>
        </w:tc>
        <w:tc>
          <w:tcPr>
            <w:tcW w:type="dxa" w:w="42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Meaning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energy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/ˈenədʒi/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năng lượng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energy source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/ˈenədʒi sɔːs/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nguồn năng lượng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renewable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/rɪˈnjuːəbl/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có thể tái tạo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non-renewable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/ˌnɒn rɪˈnjuːəbl/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không thể tái tạo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/kəʊl/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than đá</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oil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/ɔɪl/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dầu mỏ</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natural gas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/ˌnætʃrəl ˈɡæs/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khí tự nhiên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nuclear energy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/ˈnjuːkliə ˈenədʒi/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năng lượng hạt nhân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solar energy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/ˈsəʊlə ˈenədʒi/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năng lượng mặt trời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wind energy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/ˈwɪnd ˈenədʒi/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năng lượng gió</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hydro energy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/ˈhaɪdrəʊ ˈenədʒi/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thủy năng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biogas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/ˈbaɪəʊɡæs/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khí sinh học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electricity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/ɪˌlekˈtrɪsəti/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điện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heat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/hiːt/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nhiệt; làm nóng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light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/laɪt/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ánh sáng; thắp sáng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power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/ˈpaʊə(r)/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năng lượng; cung cấp năng lượng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provide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/prəˈvaɪd/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cung cấp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produce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/prəˈdjuːs/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sản xuất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generate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/ˈdʒenəreɪt/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tạo ra</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use up</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phr.v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/juːz ʌp/</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dùng hết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run out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phr.v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/rʌn aʊt/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cạn kiệt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save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/seɪv/</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tiết kiệm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waste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/weɪst/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lãng phí; chất thải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abundant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/əˈbʌndənt/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dồi dào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available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/əˈveɪləbl/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có sẵn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cheap</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/tʃiːp/</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rẻ</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expensive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/ɪkˈspensɪv/</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đắt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clean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/kliːn/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sạch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polluting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/pəˈluːtɪŋ/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gây ô nhiễm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harmful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/ˈhɑːmfl/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có hại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solar panel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/ˈsəʊlə pænl/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tấm pin mặt trời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wind turbine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/ˈwɪnd tɜːbaɪn/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tua-bin gió</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fossil fuel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/ˈfɒsl fjuːəl/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nhiên liệu hóa thạch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carbon dioxide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/ˌkɑːbən daɪˈɒksaɪd/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khí các-bô-níc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environment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/ɪnˈvaɪrənmənt/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môi trường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climate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/ˈklaɪmət/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khí hậu</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energy-efficient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/ˈenədʒi ɪˌfɪʃnt/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tiết kiệm năng lượng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appliance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/əˈplaɪəns/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thiết bị gia dụng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consumption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/kənˈsʌmpʃn/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sự tiêu thụ</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reduce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/rɪˈdjuːs/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giảm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reuse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/ˌriːˈjuːz/</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tái sử dụng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recycle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/ˌriːˈsaɪkl/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tái chế</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alternative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/ɔːlˈtɜːnətɪv/</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thay thế; phương án khác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shortage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/ˈʃɔːtɪdʒ/</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sự thiếu hụt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protect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/prəˈtekt/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bảo vệ</w:t>
            </w:r>
          </w:p>
        </w:tc>
      </w:tr>
    </w:tbl>
    <w:p>
      <w:r>
        <w:br w:type="page"/>
      </w:r>
    </w:p>
    <w:p>
      <w:pPr>
        <w:keepNext/>
        <w:spacing w:before="40" w:after="20" w:line="240" w:lineRule="auto"/>
      </w:pPr>
      <w:r>
        <w:rPr>
          <w:rFonts w:ascii="Bookman Old Style" w:hAnsi="Bookman Old Style" w:eastAsia="Bookman Old Style"/>
          <w:b/>
          <w:color w:val="0033CC"/>
          <w:sz w:val="20"/>
        </w:rPr>
        <w:t>B. WORD FORM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1. renew - renewable - renewal - non-renewable</w:t>
            </w:r>
          </w:p>
          <w:p>
            <w:pPr>
              <w:keepNext w:val="0"/>
              <w:spacing w:before="0" w:after="20" w:line="240" w:lineRule="auto"/>
            </w:pPr>
            <w:r>
              <w:rPr>
                <w:rFonts w:ascii="Bookman Old Style" w:hAnsi="Bookman Old Style" w:eastAsia="Bookman Old Style"/>
                <w:color w:val="000000"/>
                <w:sz w:val="17"/>
              </w:rPr>
              <w:t>2. pollute - pollution - polluting - pollutant</w:t>
            </w:r>
          </w:p>
          <w:p>
            <w:pPr>
              <w:keepNext w:val="0"/>
              <w:spacing w:before="0" w:after="20" w:line="240" w:lineRule="auto"/>
            </w:pPr>
            <w:r>
              <w:rPr>
                <w:rFonts w:ascii="Bookman Old Style" w:hAnsi="Bookman Old Style" w:eastAsia="Bookman Old Style"/>
                <w:color w:val="000000"/>
                <w:sz w:val="17"/>
              </w:rPr>
              <w:t>3. produce - product - production - productive</w:t>
            </w:r>
          </w:p>
          <w:p>
            <w:pPr>
              <w:keepNext w:val="0"/>
              <w:spacing w:before="0" w:after="20" w:line="240" w:lineRule="auto"/>
            </w:pPr>
            <w:r>
              <w:rPr>
                <w:rFonts w:ascii="Bookman Old Style" w:hAnsi="Bookman Old Style" w:eastAsia="Bookman Old Style"/>
                <w:color w:val="000000"/>
                <w:sz w:val="17"/>
              </w:rPr>
              <w:t>4. generate - generation - generator - generative</w:t>
            </w:r>
          </w:p>
        </w:tc>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5. electric - electrical - electricity - electrically</w:t>
            </w:r>
          </w:p>
          <w:p>
            <w:pPr>
              <w:keepNext w:val="0"/>
              <w:spacing w:before="0" w:after="20" w:line="240" w:lineRule="auto"/>
            </w:pPr>
            <w:r>
              <w:rPr>
                <w:rFonts w:ascii="Bookman Old Style" w:hAnsi="Bookman Old Style" w:eastAsia="Bookman Old Style"/>
                <w:color w:val="000000"/>
                <w:sz w:val="17"/>
              </w:rPr>
              <w:t>6. harm - harmful - harmless - harmfully</w:t>
            </w:r>
          </w:p>
          <w:p>
            <w:pPr>
              <w:keepNext w:val="0"/>
              <w:spacing w:before="0" w:after="20" w:line="240" w:lineRule="auto"/>
            </w:pPr>
            <w:r>
              <w:rPr>
                <w:rFonts w:ascii="Bookman Old Style" w:hAnsi="Bookman Old Style" w:eastAsia="Bookman Old Style"/>
                <w:color w:val="000000"/>
                <w:sz w:val="17"/>
              </w:rPr>
              <w:t>7. economy - economic - economical - economically</w:t>
            </w:r>
          </w:p>
          <w:p>
            <w:pPr>
              <w:keepNext w:val="0"/>
              <w:spacing w:before="0" w:after="20" w:line="240" w:lineRule="auto"/>
            </w:pPr>
            <w:r>
              <w:rPr>
                <w:rFonts w:ascii="Bookman Old Style" w:hAnsi="Bookman Old Style" w:eastAsia="Bookman Old Style"/>
                <w:color w:val="000000"/>
                <w:sz w:val="17"/>
              </w:rPr>
              <w:t>8. abundance - abundant - abundantly</w:t>
            </w:r>
          </w:p>
        </w:tc>
      </w:tr>
    </w:tbl>
    <w:p>
      <w:pPr>
        <w:keepNext/>
        <w:spacing w:before="100" w:after="20" w:line="240" w:lineRule="auto"/>
      </w:pPr>
      <w:r>
        <w:rPr>
          <w:rFonts w:ascii="Bookman Old Style" w:hAnsi="Bookman Old Style" w:eastAsia="Bookman Old Style"/>
          <w:b/>
          <w:color w:val="0033CC"/>
          <w:sz w:val="20"/>
        </w:rPr>
        <w:t>Cụm từ trọng tâm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Collocation</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Nghĩa</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renewable source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nguồn tái tạo</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generate electricity</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phát điện</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solar panels</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tấm pin mặt trời</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wind turbines</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tua-bin gió</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run out</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cạn kiệt</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use up</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dùng hết</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save energy</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tiết kiệm năng lượng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produce heat</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tạo ra nhiệt</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reduce pollution</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giảm ô nhiễm</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fossil fuels</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nhiên liệu hóa thạch</w:t>
            </w:r>
          </w:p>
        </w:tc>
      </w:tr>
    </w:tbl>
    <w:p>
      <w:pPr>
        <w:keepNext/>
        <w:spacing w:before="80" w:after="20" w:line="240" w:lineRule="auto"/>
      </w:pPr>
      <w:r>
        <w:rPr>
          <w:rFonts w:ascii="Bookman Old Style" w:hAnsi="Bookman Old Style" w:eastAsia="Bookman Old Style"/>
          <w:b/>
          <w:color w:val="0033CC"/>
          <w:sz w:val="20"/>
        </w:rPr>
        <w:t>C. PRONUNCIATION</w:t>
      </w:r>
    </w:p>
    <w:p>
      <w:pPr>
        <w:keepNext w:val="0"/>
        <w:spacing w:before="0" w:after="40" w:line="240" w:lineRule="auto"/>
      </w:pPr>
      <w:r>
        <w:rPr>
          <w:rFonts w:ascii="Bookman Old Style" w:hAnsi="Bookman Old Style" w:eastAsia="Bookman Old Style"/>
          <w:color w:val="000000"/>
          <w:sz w:val="19"/>
        </w:rPr>
        <w:t>Stress in three-syllable words: 'energy, 'dangerous, ex'pensive, po'lluting, e'lectric.</w:t>
      </w:r>
    </w:p>
    <w:p>
      <w:r>
        <w:br w:type="page"/>
      </w:r>
    </w:p>
    <w:p>
      <w:pPr>
        <w:keepNext/>
        <w:spacing w:before="40" w:after="20" w:line="240" w:lineRule="auto"/>
      </w:pPr>
      <w:r>
        <w:rPr>
          <w:rFonts w:ascii="Bookman Old Style" w:hAnsi="Bookman Old Style" w:eastAsia="Bookman Old Style"/>
          <w:b/>
          <w:color w:val="0033CC"/>
          <w:sz w:val="20"/>
        </w:rPr>
        <w:t>D. GRAMMAR</w:t>
      </w:r>
    </w:p>
    <w:p>
      <w:pPr>
        <w:keepNext w:val="0"/>
        <w:spacing w:before="0" w:after="60" w:line="240" w:lineRule="auto"/>
      </w:pPr>
      <w:r>
        <w:rPr>
          <w:rFonts w:ascii="Bookman Old Style" w:hAnsi="Bookman Old Style" w:eastAsia="Bookman Old Style"/>
          <w:b/>
          <w:color w:val="0033CC"/>
          <w:sz w:val="20"/>
        </w:rPr>
        <w:t>PRESENT CONTINUOUS</w:t>
      </w:r>
    </w:p>
    <w:tbl>
      <w:tblPr>
        <w:tblStyle w:val="TableGrid"/>
        <w:tblW w:type="dxa" w:w="10320"/>
        <w:jc w:val="center"/>
        <w:tblLayout w:type="fixed"/>
        <w:tblLook w:firstColumn="1" w:firstRow="1" w:lastColumn="0" w:lastRow="0" w:noHBand="0" w:noVBand="1" w:val="04A0"/>
      </w:tblPr>
      <w:tblGrid>
        <w:gridCol w:w="1900"/>
        <w:gridCol w:w="4100"/>
        <w:gridCol w:w="4320"/>
      </w:tblGrid>
      <w:tr>
        <w:trPr>
          <w:tblHeader w:val="true"/>
        </w:trPr>
        <w:tc>
          <w:tcPr>
            <w:tcW w:type="dxa" w:w="19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Nội dung</w:t>
            </w:r>
          </w:p>
        </w:tc>
        <w:tc>
          <w:tcPr>
            <w:tcW w:type="dxa" w:w="41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Công thức / cách dùng</w:t>
            </w:r>
          </w:p>
        </w:tc>
        <w:tc>
          <w:tcPr>
            <w:tcW w:type="dxa" w:w="43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Ví dụ</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Khẳng định</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S + am/is/are + V-ing.</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They are installing solar panels.</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Phủ định</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S + am/is/are not + V-ing.</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We aren't wasting electricity.</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Nghi vấn</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Am/Is/Are + S + V-ing?</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Are you saving energy?</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Câu hỏi Wh-</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Wh-word + am/is/are + S + V-ing?</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What are they doing now?</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Dấu hiệu</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now, right now, at the moment, Look!, Listen!</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Look! The turbine is turning.</w:t>
            </w:r>
          </w:p>
        </w:tc>
      </w:tr>
    </w:tbl>
    <w:p>
      <w:pPr>
        <w:keepNext/>
        <w:spacing w:before="100" w:after="20" w:line="240" w:lineRule="auto"/>
      </w:pPr>
      <w:r>
        <w:rPr>
          <w:rFonts w:ascii="Bookman Old Style" w:hAnsi="Bookman Old Style" w:eastAsia="Bookman Old Style"/>
          <w:b/>
          <w:color w:val="0033CC"/>
          <w:sz w:val="20"/>
        </w:rPr>
        <w:t>Lưu ý</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Bỏ -e trước khi thêm -ing: make -&gt; making.</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Gấp đôi phụ âm cuối: run -&gt; running.</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Động từ tận cùng -ie đổi thành -ying: lie -&gt; lying.</w:t>
      </w:r>
    </w:p>
    <w:p>
      <w:pPr>
        <w:keepNext/>
        <w:spacing w:before="100" w:after="20" w:line="240" w:lineRule="auto"/>
      </w:pPr>
      <w:r>
        <w:rPr>
          <w:rFonts w:ascii="Bookman Old Style" w:hAnsi="Bookman Old Style" w:eastAsia="Bookman Old Style"/>
          <w:b/>
          <w:color w:val="0033CC"/>
          <w:sz w:val="20"/>
        </w:rPr>
        <w:t>Bảng ghi nhớ nhanh</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Dấu hiệu / từ khóa</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Điểm cần tránh</w:t>
            </w:r>
          </w:p>
        </w:tc>
      </w:tr>
      <w:tr>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now, at the moment, Look!, Listen!</w:t>
            </w:r>
          </w:p>
        </w:tc>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Không bỏ am/is/are; chú ý quy tắc thêm -ing.</w:t>
            </w:r>
          </w:p>
        </w:tc>
      </w:tr>
    </w:tbl>
    <w:p>
      <w:pPr>
        <w:keepNext/>
        <w:spacing w:before="100" w:after="20" w:line="240" w:lineRule="auto"/>
      </w:pPr>
      <w:r>
        <w:rPr>
          <w:rFonts w:ascii="Bookman Old Style" w:hAnsi="Bookman Old Style" w:eastAsia="Bookman Old Style"/>
          <w:b/>
          <w:color w:val="0033CC"/>
          <w:sz w:val="20"/>
        </w:rPr>
        <w:t>Ví dụ bổ sung</w:t>
      </w:r>
    </w:p>
    <w:tbl>
      <w:tblPr>
        <w:tblStyle w:val="TableGrid"/>
        <w:tblW w:type="dxa" w:w="10320"/>
        <w:jc w:val="center"/>
        <w:tblLayout w:type="fixed"/>
        <w:tblLook w:firstColumn="1" w:firstRow="1" w:lastColumn="0" w:lastRow="0" w:noHBand="0" w:noVBand="1" w:val="04A0"/>
      </w:tblPr>
      <w:tblGrid>
        <w:gridCol w:w="6300"/>
        <w:gridCol w:w="4020"/>
      </w:tblGrid>
      <w:tr>
        <w:tc>
          <w:tcPr>
            <w:tcW w:type="dxa" w:w="630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Example</w:t>
            </w:r>
          </w:p>
        </w:tc>
        <w:tc>
          <w:tcPr>
            <w:tcW w:type="dxa" w:w="402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Ghi chú / ý nghĩa</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The students are saving energy now.</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Hành động đang diễn ra</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We aren't using coal at the moment.</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Phủ định</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Are they installing solar panels?</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Nghi vấn</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What are you doing?</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Câu hỏi Wh-</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Look! The wind turbine is turning.</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Dấu hiệu Look!</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She is making a model.</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make -&gt; making</w:t>
            </w:r>
          </w:p>
        </w:tc>
      </w:tr>
    </w:tbl>
    <w:p>
      <w:r>
        <w:br w:type="page"/>
      </w:r>
    </w:p>
    <w:p>
      <w:pPr>
        <w:keepNext w:val="0"/>
        <w:spacing w:before="160" w:after="160" w:line="240" w:lineRule="auto"/>
        <w:jc w:val="center"/>
      </w:pPr>
      <w:r>
        <w:drawing>
          <wp:inline xmlns:a="http://schemas.openxmlformats.org/drawingml/2006/main" xmlns:pic="http://schemas.openxmlformats.org/drawingml/2006/picture">
            <wp:extent cx="2592000" cy="1477524"/>
            <wp:docPr id="2" name="Picture 2"/>
            <wp:cNvGraphicFramePr>
              <a:graphicFrameLocks noChangeAspect="1"/>
            </wp:cNvGraphicFramePr>
            <a:graphic>
              <a:graphicData uri="http://schemas.openxmlformats.org/drawingml/2006/picture">
                <pic:pic>
                  <pic:nvPicPr>
                    <pic:cNvPr id="0" name="exercises.png"/>
                    <pic:cNvPicPr/>
                  </pic:nvPicPr>
                  <pic:blipFill>
                    <a:blip r:embed="rId11"/>
                    <a:stretch>
                      <a:fillRect/>
                    </a:stretch>
                  </pic:blipFill>
                  <pic:spPr>
                    <a:xfrm>
                      <a:off x="0" y="0"/>
                      <a:ext cx="2592000" cy="1477524"/>
                    </a:xfrm>
                    <a:prstGeom prst="rect"/>
                  </pic:spPr>
                </pic:pic>
              </a:graphicData>
            </a:graphic>
          </wp:inline>
        </w:drawing>
      </w:r>
    </w:p>
    <w:p>
      <w:pPr>
        <w:keepNext/>
        <w:spacing w:before="60" w:after="20" w:line="240" w:lineRule="auto"/>
      </w:pPr>
      <w:r>
        <w:rPr>
          <w:rFonts w:ascii="Bookman Old Style" w:hAnsi="Bookman Old Style" w:eastAsia="Bookman Old Style"/>
          <w:b/>
          <w:color w:val="0033CC"/>
          <w:sz w:val="19"/>
        </w:rPr>
        <w:t>Exercise 1: Choose the word (A, B, C, or D) whose underlined part is pronounced differently from the others.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coal</w:t>
      </w:r>
      <w:r>
        <w:tab/>
      </w:r>
      <w:r>
        <w:rPr>
          <w:rFonts w:ascii="Bookman Old Style" w:hAnsi="Bookman Old Style" w:eastAsia="Bookman Old Style"/>
          <w:color w:val="000000"/>
          <w:sz w:val="18"/>
        </w:rPr>
        <w:t>B. solar</w:t>
      </w:r>
      <w:r>
        <w:tab/>
      </w:r>
      <w:r>
        <w:rPr>
          <w:rFonts w:ascii="Bookman Old Style" w:hAnsi="Bookman Old Style" w:eastAsia="Bookman Old Style"/>
          <w:color w:val="000000"/>
          <w:sz w:val="18"/>
        </w:rPr>
        <w:t>C. oil</w:t>
      </w:r>
      <w:r>
        <w:tab/>
      </w:r>
      <w:r>
        <w:rPr>
          <w:rFonts w:ascii="Bookman Old Style" w:hAnsi="Bookman Old Style" w:eastAsia="Bookman Old Style"/>
          <w:color w:val="000000"/>
          <w:sz w:val="18"/>
        </w:rPr>
        <w:t>D. road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heat</w:t>
      </w:r>
      <w:r>
        <w:tab/>
      </w:r>
      <w:r>
        <w:rPr>
          <w:rFonts w:ascii="Bookman Old Style" w:hAnsi="Bookman Old Style" w:eastAsia="Bookman Old Style"/>
          <w:color w:val="000000"/>
          <w:sz w:val="18"/>
        </w:rPr>
        <w:t>B. cheap</w:t>
      </w:r>
      <w:r>
        <w:tab/>
      </w:r>
      <w:r>
        <w:rPr>
          <w:rFonts w:ascii="Bookman Old Style" w:hAnsi="Bookman Old Style" w:eastAsia="Bookman Old Style"/>
          <w:color w:val="000000"/>
          <w:sz w:val="18"/>
        </w:rPr>
        <w:t>C. clean</w:t>
      </w:r>
      <w:r>
        <w:tab/>
      </w:r>
      <w:r>
        <w:rPr>
          <w:rFonts w:ascii="Bookman Old Style" w:hAnsi="Bookman Old Style" w:eastAsia="Bookman Old Style"/>
          <w:color w:val="000000"/>
          <w:sz w:val="18"/>
        </w:rPr>
        <w:t>D. great</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power</w:t>
      </w:r>
      <w:r>
        <w:tab/>
      </w:r>
      <w:r>
        <w:rPr>
          <w:rFonts w:ascii="Bookman Old Style" w:hAnsi="Bookman Old Style" w:eastAsia="Bookman Old Style"/>
          <w:color w:val="000000"/>
          <w:sz w:val="18"/>
        </w:rPr>
        <w:t>B. flower</w:t>
      </w:r>
      <w:r>
        <w:tab/>
      </w:r>
      <w:r>
        <w:rPr>
          <w:rFonts w:ascii="Bookman Old Style" w:hAnsi="Bookman Old Style" w:eastAsia="Bookman Old Style"/>
          <w:color w:val="000000"/>
          <w:sz w:val="18"/>
        </w:rPr>
        <w:t>C. lower</w:t>
      </w:r>
      <w:r>
        <w:tab/>
      </w:r>
      <w:r>
        <w:rPr>
          <w:rFonts w:ascii="Bookman Old Style" w:hAnsi="Bookman Old Style" w:eastAsia="Bookman Old Style"/>
          <w:color w:val="000000"/>
          <w:sz w:val="18"/>
        </w:rPr>
        <w:t>D. show</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wind</w:t>
      </w:r>
      <w:r>
        <w:tab/>
      </w:r>
      <w:r>
        <w:rPr>
          <w:rFonts w:ascii="Bookman Old Style" w:hAnsi="Bookman Old Style" w:eastAsia="Bookman Old Style"/>
          <w:color w:val="000000"/>
          <w:sz w:val="18"/>
        </w:rPr>
        <w:t>B. light</w:t>
      </w:r>
      <w:r>
        <w:tab/>
      </w:r>
      <w:r>
        <w:rPr>
          <w:rFonts w:ascii="Bookman Old Style" w:hAnsi="Bookman Old Style" w:eastAsia="Bookman Old Style"/>
          <w:color w:val="000000"/>
          <w:sz w:val="18"/>
        </w:rPr>
        <w:t>C. turbine</w:t>
      </w:r>
      <w:r>
        <w:tab/>
      </w:r>
      <w:r>
        <w:rPr>
          <w:rFonts w:ascii="Bookman Old Style" w:hAnsi="Bookman Old Style" w:eastAsia="Bookman Old Style"/>
          <w:color w:val="000000"/>
          <w:sz w:val="18"/>
        </w:rPr>
        <w:t>D. provide</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source</w:t>
      </w:r>
      <w:r>
        <w:tab/>
      </w:r>
      <w:r>
        <w:rPr>
          <w:rFonts w:ascii="Bookman Old Style" w:hAnsi="Bookman Old Style" w:eastAsia="Bookman Old Style"/>
          <w:color w:val="000000"/>
          <w:sz w:val="18"/>
        </w:rPr>
        <w:t>B. course</w:t>
      </w:r>
      <w:r>
        <w:tab/>
      </w:r>
      <w:r>
        <w:rPr>
          <w:rFonts w:ascii="Bookman Old Style" w:hAnsi="Bookman Old Style" w:eastAsia="Bookman Old Style"/>
          <w:color w:val="000000"/>
          <w:sz w:val="18"/>
        </w:rPr>
        <w:t>C. harmful</w:t>
      </w:r>
      <w:r>
        <w:tab/>
      </w:r>
      <w:r>
        <w:rPr>
          <w:rFonts w:ascii="Bookman Old Style" w:hAnsi="Bookman Old Style" w:eastAsia="Bookman Old Style"/>
          <w:color w:val="000000"/>
          <w:sz w:val="18"/>
        </w:rPr>
        <w:t>D. fourth</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used</w:t>
      </w:r>
      <w:r>
        <w:tab/>
      </w:r>
      <w:r>
        <w:rPr>
          <w:rFonts w:ascii="Bookman Old Style" w:hAnsi="Bookman Old Style" w:eastAsia="Bookman Old Style"/>
          <w:color w:val="000000"/>
          <w:sz w:val="18"/>
        </w:rPr>
        <w:t>B. saved</w:t>
      </w:r>
      <w:r>
        <w:tab/>
      </w:r>
      <w:r>
        <w:rPr>
          <w:rFonts w:ascii="Bookman Old Style" w:hAnsi="Bookman Old Style" w:eastAsia="Bookman Old Style"/>
          <w:color w:val="000000"/>
          <w:sz w:val="18"/>
        </w:rPr>
        <w:t>C. produced</w:t>
      </w:r>
      <w:r>
        <w:tab/>
      </w:r>
      <w:r>
        <w:rPr>
          <w:rFonts w:ascii="Bookman Old Style" w:hAnsi="Bookman Old Style" w:eastAsia="Bookman Old Style"/>
          <w:color w:val="000000"/>
          <w:sz w:val="18"/>
        </w:rPr>
        <w:t>D. powered</w:t>
      </w:r>
    </w:p>
    <w:p>
      <w:pPr>
        <w:keepNext/>
        <w:spacing w:before="60" w:after="20" w:line="240" w:lineRule="auto"/>
      </w:pPr>
      <w:r>
        <w:rPr>
          <w:rFonts w:ascii="Bookman Old Style" w:hAnsi="Bookman Old Style" w:eastAsia="Bookman Old Style"/>
          <w:b/>
          <w:color w:val="0033CC"/>
          <w:sz w:val="19"/>
        </w:rPr>
        <w:t>Exercise 2: Choose the word (A, B, C, or D) whose main stress is different from the others in the group.</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energy</w:t>
      </w:r>
      <w:r>
        <w:tab/>
      </w:r>
      <w:r>
        <w:rPr>
          <w:rFonts w:ascii="Bookman Old Style" w:hAnsi="Bookman Old Style" w:eastAsia="Bookman Old Style"/>
          <w:color w:val="000000"/>
          <w:sz w:val="18"/>
        </w:rPr>
        <w:t>B. dangerous</w:t>
      </w:r>
      <w:r>
        <w:tab/>
      </w:r>
      <w:r>
        <w:rPr>
          <w:rFonts w:ascii="Bookman Old Style" w:hAnsi="Bookman Old Style" w:eastAsia="Bookman Old Style"/>
          <w:color w:val="000000"/>
          <w:sz w:val="18"/>
        </w:rPr>
        <w:t>C. expensive</w:t>
      </w:r>
      <w:r>
        <w:tab/>
      </w:r>
      <w:r>
        <w:rPr>
          <w:rFonts w:ascii="Bookman Old Style" w:hAnsi="Bookman Old Style" w:eastAsia="Bookman Old Style"/>
          <w:color w:val="000000"/>
          <w:sz w:val="18"/>
        </w:rPr>
        <w:t>D. plentiful</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polluting</w:t>
      </w:r>
      <w:r>
        <w:tab/>
      </w:r>
      <w:r>
        <w:rPr>
          <w:rFonts w:ascii="Bookman Old Style" w:hAnsi="Bookman Old Style" w:eastAsia="Bookman Old Style"/>
          <w:color w:val="000000"/>
          <w:sz w:val="18"/>
        </w:rPr>
        <w:t>B. available</w:t>
      </w:r>
      <w:r>
        <w:tab/>
      </w:r>
      <w:r>
        <w:rPr>
          <w:rFonts w:ascii="Bookman Old Style" w:hAnsi="Bookman Old Style" w:eastAsia="Bookman Old Style"/>
          <w:color w:val="000000"/>
          <w:sz w:val="18"/>
        </w:rPr>
        <w:t>C. abundant</w:t>
      </w:r>
      <w:r>
        <w:tab/>
      </w:r>
      <w:r>
        <w:rPr>
          <w:rFonts w:ascii="Bookman Old Style" w:hAnsi="Bookman Old Style" w:eastAsia="Bookman Old Style"/>
          <w:color w:val="000000"/>
          <w:sz w:val="18"/>
        </w:rPr>
        <w:t>D. natural</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generate</w:t>
      </w:r>
      <w:r>
        <w:tab/>
      </w:r>
      <w:r>
        <w:rPr>
          <w:rFonts w:ascii="Bookman Old Style" w:hAnsi="Bookman Old Style" w:eastAsia="Bookman Old Style"/>
          <w:color w:val="000000"/>
          <w:sz w:val="18"/>
        </w:rPr>
        <w:t>B. government</w:t>
      </w:r>
      <w:r>
        <w:tab/>
      </w:r>
      <w:r>
        <w:rPr>
          <w:rFonts w:ascii="Bookman Old Style" w:hAnsi="Bookman Old Style" w:eastAsia="Bookman Old Style"/>
          <w:color w:val="000000"/>
          <w:sz w:val="18"/>
        </w:rPr>
        <w:t>C. electricity</w:t>
      </w:r>
      <w:r>
        <w:tab/>
      </w:r>
      <w:r>
        <w:rPr>
          <w:rFonts w:ascii="Bookman Old Style" w:hAnsi="Bookman Old Style" w:eastAsia="Bookman Old Style"/>
          <w:color w:val="000000"/>
          <w:sz w:val="18"/>
        </w:rPr>
        <w:t>D. exercise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renewable</w:t>
      </w:r>
      <w:r>
        <w:tab/>
      </w:r>
      <w:r>
        <w:rPr>
          <w:rFonts w:ascii="Bookman Old Style" w:hAnsi="Bookman Old Style" w:eastAsia="Bookman Old Style"/>
          <w:color w:val="000000"/>
          <w:sz w:val="18"/>
        </w:rPr>
        <w:t>B. alternative</w:t>
      </w:r>
      <w:r>
        <w:tab/>
      </w:r>
      <w:r>
        <w:rPr>
          <w:rFonts w:ascii="Bookman Old Style" w:hAnsi="Bookman Old Style" w:eastAsia="Bookman Old Style"/>
          <w:color w:val="000000"/>
          <w:sz w:val="18"/>
        </w:rPr>
        <w:t>C. expensive</w:t>
      </w:r>
      <w:r>
        <w:tab/>
      </w:r>
      <w:r>
        <w:rPr>
          <w:rFonts w:ascii="Bookman Old Style" w:hAnsi="Bookman Old Style" w:eastAsia="Bookman Old Style"/>
          <w:color w:val="000000"/>
          <w:sz w:val="18"/>
        </w:rPr>
        <w:t>D. limited</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biogas</w:t>
      </w:r>
      <w:r>
        <w:tab/>
      </w:r>
      <w:r>
        <w:rPr>
          <w:rFonts w:ascii="Bookman Old Style" w:hAnsi="Bookman Old Style" w:eastAsia="Bookman Old Style"/>
          <w:color w:val="000000"/>
          <w:sz w:val="18"/>
        </w:rPr>
        <w:t>B. solar</w:t>
      </w:r>
      <w:r>
        <w:tab/>
      </w:r>
      <w:r>
        <w:rPr>
          <w:rFonts w:ascii="Bookman Old Style" w:hAnsi="Bookman Old Style" w:eastAsia="Bookman Old Style"/>
          <w:color w:val="000000"/>
          <w:sz w:val="18"/>
        </w:rPr>
        <w:t>C. nuclear</w:t>
      </w:r>
      <w:r>
        <w:tab/>
      </w:r>
      <w:r>
        <w:rPr>
          <w:rFonts w:ascii="Bookman Old Style" w:hAnsi="Bookman Old Style" w:eastAsia="Bookman Old Style"/>
          <w:color w:val="000000"/>
          <w:sz w:val="18"/>
        </w:rPr>
        <w:t>D. provide</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powerful</w:t>
      </w:r>
      <w:r>
        <w:tab/>
      </w:r>
      <w:r>
        <w:rPr>
          <w:rFonts w:ascii="Bookman Old Style" w:hAnsi="Bookman Old Style" w:eastAsia="Bookman Old Style"/>
          <w:color w:val="000000"/>
          <w:sz w:val="18"/>
        </w:rPr>
        <w:t>B. energy</w:t>
      </w:r>
      <w:r>
        <w:tab/>
      </w:r>
      <w:r>
        <w:rPr>
          <w:rFonts w:ascii="Bookman Old Style" w:hAnsi="Bookman Old Style" w:eastAsia="Bookman Old Style"/>
          <w:color w:val="000000"/>
          <w:sz w:val="18"/>
        </w:rPr>
        <w:t>C. pollution</w:t>
      </w:r>
      <w:r>
        <w:tab/>
      </w:r>
      <w:r>
        <w:rPr>
          <w:rFonts w:ascii="Bookman Old Style" w:hAnsi="Bookman Old Style" w:eastAsia="Bookman Old Style"/>
          <w:color w:val="000000"/>
          <w:sz w:val="18"/>
        </w:rPr>
        <w:t>D. dangerous</w:t>
      </w:r>
    </w:p>
    <w:p>
      <w:pPr>
        <w:keepNext/>
        <w:spacing w:before="60" w:after="20" w:line="240" w:lineRule="auto"/>
      </w:pPr>
      <w:r>
        <w:rPr>
          <w:rFonts w:ascii="Bookman Old Style" w:hAnsi="Bookman Old Style" w:eastAsia="Bookman Old Style"/>
          <w:b/>
          <w:color w:val="0033CC"/>
          <w:sz w:val="19"/>
        </w:rPr>
        <w:t>Exercise 3: Choose the word/phrase/sentence (A, B, C, or D) that best fits the space in each sentence or best answers the question.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Energy from the sun is called ______ energy.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wind</w:t>
      </w:r>
      <w:r>
        <w:tab/>
      </w:r>
      <w:r>
        <w:rPr>
          <w:rFonts w:ascii="Bookman Old Style" w:hAnsi="Bookman Old Style" w:eastAsia="Bookman Old Style"/>
          <w:color w:val="000000"/>
          <w:sz w:val="18"/>
        </w:rPr>
        <w:t>B. solar</w:t>
      </w:r>
      <w:r>
        <w:tab/>
      </w:r>
      <w:r>
        <w:rPr>
          <w:rFonts w:ascii="Bookman Old Style" w:hAnsi="Bookman Old Style" w:eastAsia="Bookman Old Style"/>
          <w:color w:val="000000"/>
          <w:sz w:val="18"/>
        </w:rPr>
        <w:t>C. hydro</w:t>
      </w:r>
      <w:r>
        <w:tab/>
      </w:r>
      <w:r>
        <w:rPr>
          <w:rFonts w:ascii="Bookman Old Style" w:hAnsi="Bookman Old Style" w:eastAsia="Bookman Old Style"/>
          <w:color w:val="000000"/>
          <w:sz w:val="18"/>
        </w:rPr>
        <w:t>D. nuclear</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Coal, oil, and natural gas are ______ sources.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renewable</w:t>
      </w:r>
      <w:r>
        <w:tab/>
      </w:r>
      <w:r>
        <w:rPr>
          <w:rFonts w:ascii="Bookman Old Style" w:hAnsi="Bookman Old Style" w:eastAsia="Bookman Old Style"/>
          <w:color w:val="000000"/>
          <w:sz w:val="18"/>
        </w:rPr>
        <w:t>B. non-renewable</w:t>
      </w:r>
      <w:r>
        <w:tab/>
      </w:r>
      <w:r>
        <w:rPr>
          <w:rFonts w:ascii="Bookman Old Style" w:hAnsi="Bookman Old Style" w:eastAsia="Bookman Old Style"/>
          <w:color w:val="000000"/>
          <w:sz w:val="18"/>
        </w:rPr>
        <w:t>C. unlimited</w:t>
      </w:r>
      <w:r>
        <w:tab/>
      </w:r>
      <w:r>
        <w:rPr>
          <w:rFonts w:ascii="Bookman Old Style" w:hAnsi="Bookman Old Style" w:eastAsia="Bookman Old Style"/>
          <w:color w:val="000000"/>
          <w:sz w:val="18"/>
        </w:rPr>
        <w:t>D. clean</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We put ______ on roofs to collect sunlight.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wind turbines</w:t>
      </w:r>
      <w:r>
        <w:tab/>
      </w:r>
      <w:r>
        <w:rPr>
          <w:rFonts w:ascii="Bookman Old Style" w:hAnsi="Bookman Old Style" w:eastAsia="Bookman Old Style"/>
          <w:color w:val="000000"/>
          <w:sz w:val="18"/>
        </w:rPr>
        <w:t>B. solar panels</w:t>
      </w:r>
      <w:r>
        <w:tab/>
      </w:r>
      <w:r>
        <w:rPr>
          <w:rFonts w:ascii="Bookman Old Style" w:hAnsi="Bookman Old Style" w:eastAsia="Bookman Old Style"/>
          <w:color w:val="000000"/>
          <w:sz w:val="18"/>
        </w:rPr>
        <w:t>C. pipes</w:t>
      </w:r>
      <w:r>
        <w:tab/>
      </w:r>
      <w:r>
        <w:rPr>
          <w:rFonts w:ascii="Bookman Old Style" w:hAnsi="Bookman Old Style" w:eastAsia="Bookman Old Style"/>
          <w:color w:val="000000"/>
          <w:sz w:val="18"/>
        </w:rPr>
        <w:t>D. lamps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Wind turbines ______ electricity from moving air.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waste</w:t>
      </w:r>
      <w:r>
        <w:tab/>
      </w:r>
      <w:r>
        <w:rPr>
          <w:rFonts w:ascii="Bookman Old Style" w:hAnsi="Bookman Old Style" w:eastAsia="Bookman Old Style"/>
          <w:color w:val="000000"/>
          <w:sz w:val="18"/>
        </w:rPr>
        <w:t>B. generate</w:t>
      </w:r>
      <w:r>
        <w:tab/>
      </w:r>
      <w:r>
        <w:rPr>
          <w:rFonts w:ascii="Bookman Old Style" w:hAnsi="Bookman Old Style" w:eastAsia="Bookman Old Style"/>
          <w:color w:val="000000"/>
          <w:sz w:val="18"/>
        </w:rPr>
        <w:t>C. use up</w:t>
      </w:r>
      <w:r>
        <w:tab/>
      </w:r>
      <w:r>
        <w:rPr>
          <w:rFonts w:ascii="Bookman Old Style" w:hAnsi="Bookman Old Style" w:eastAsia="Bookman Old Style"/>
          <w:color w:val="000000"/>
          <w:sz w:val="18"/>
        </w:rPr>
        <w:t>D. heat</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Fossil fuels may ______ one day.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run out</w:t>
      </w:r>
      <w:r>
        <w:tab/>
      </w:r>
      <w:r>
        <w:rPr>
          <w:rFonts w:ascii="Bookman Old Style" w:hAnsi="Bookman Old Style" w:eastAsia="Bookman Old Style"/>
          <w:color w:val="000000"/>
          <w:sz w:val="18"/>
        </w:rPr>
        <w:t>B. turn on</w:t>
      </w:r>
      <w:r>
        <w:tab/>
      </w:r>
      <w:r>
        <w:rPr>
          <w:rFonts w:ascii="Bookman Old Style" w:hAnsi="Bookman Old Style" w:eastAsia="Bookman Old Style"/>
          <w:color w:val="000000"/>
          <w:sz w:val="18"/>
        </w:rPr>
        <w:t>C. grow up</w:t>
      </w:r>
      <w:r>
        <w:tab/>
      </w:r>
      <w:r>
        <w:rPr>
          <w:rFonts w:ascii="Bookman Old Style" w:hAnsi="Bookman Old Style" w:eastAsia="Bookman Old Style"/>
          <w:color w:val="000000"/>
          <w:sz w:val="18"/>
        </w:rPr>
        <w:t>D. look after</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Solar and wind energy are clean and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harmful</w:t>
      </w:r>
      <w:r>
        <w:tab/>
      </w:r>
      <w:r>
        <w:rPr>
          <w:rFonts w:ascii="Bookman Old Style" w:hAnsi="Bookman Old Style" w:eastAsia="Bookman Old Style"/>
          <w:color w:val="000000"/>
          <w:sz w:val="18"/>
        </w:rPr>
        <w:t>B. renewable</w:t>
      </w:r>
      <w:r>
        <w:tab/>
      </w:r>
      <w:r>
        <w:rPr>
          <w:rFonts w:ascii="Bookman Old Style" w:hAnsi="Bookman Old Style" w:eastAsia="Bookman Old Style"/>
          <w:color w:val="000000"/>
          <w:sz w:val="18"/>
        </w:rPr>
        <w:t>C. limited</w:t>
      </w:r>
      <w:r>
        <w:tab/>
      </w:r>
      <w:r>
        <w:rPr>
          <w:rFonts w:ascii="Bookman Old Style" w:hAnsi="Bookman Old Style" w:eastAsia="Bookman Old Style"/>
          <w:color w:val="000000"/>
          <w:sz w:val="18"/>
        </w:rPr>
        <w:t>D. polluting</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Look! The workers ______ new solar panels.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install</w:t>
      </w:r>
      <w:r>
        <w:tab/>
      </w:r>
      <w:r>
        <w:rPr>
          <w:rFonts w:ascii="Bookman Old Style" w:hAnsi="Bookman Old Style" w:eastAsia="Bookman Old Style"/>
          <w:color w:val="000000"/>
          <w:sz w:val="18"/>
        </w:rPr>
        <w:t>B. installed</w:t>
      </w:r>
      <w:r>
        <w:tab/>
      </w:r>
      <w:r>
        <w:rPr>
          <w:rFonts w:ascii="Bookman Old Style" w:hAnsi="Bookman Old Style" w:eastAsia="Bookman Old Style"/>
          <w:color w:val="000000"/>
          <w:sz w:val="18"/>
        </w:rPr>
        <w:t>C. are installing</w:t>
      </w:r>
      <w:r>
        <w:tab/>
      </w:r>
      <w:r>
        <w:rPr>
          <w:rFonts w:ascii="Bookman Old Style" w:hAnsi="Bookman Old Style" w:eastAsia="Bookman Old Style"/>
          <w:color w:val="000000"/>
          <w:sz w:val="18"/>
        </w:rPr>
        <w:t>D. will install</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My class ______ a project on saving energy now.</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does</w:t>
      </w:r>
      <w:r>
        <w:tab/>
      </w:r>
      <w:r>
        <w:rPr>
          <w:rFonts w:ascii="Bookman Old Style" w:hAnsi="Bookman Old Style" w:eastAsia="Bookman Old Style"/>
          <w:color w:val="000000"/>
          <w:sz w:val="18"/>
        </w:rPr>
        <w:t>B. is doing</w:t>
      </w:r>
      <w:r>
        <w:tab/>
      </w:r>
      <w:r>
        <w:rPr>
          <w:rFonts w:ascii="Bookman Old Style" w:hAnsi="Bookman Old Style" w:eastAsia="Bookman Old Style"/>
          <w:color w:val="000000"/>
          <w:sz w:val="18"/>
        </w:rPr>
        <w:t>C. did</w:t>
      </w:r>
      <w:r>
        <w:tab/>
      </w:r>
      <w:r>
        <w:rPr>
          <w:rFonts w:ascii="Bookman Old Style" w:hAnsi="Bookman Old Style" w:eastAsia="Bookman Old Style"/>
          <w:color w:val="000000"/>
          <w:sz w:val="18"/>
        </w:rPr>
        <w:t>D. will do</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______ the wind turbines working at the moment?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Do</w:t>
      </w:r>
      <w:r>
        <w:tab/>
      </w:r>
      <w:r>
        <w:rPr>
          <w:rFonts w:ascii="Bookman Old Style" w:hAnsi="Bookman Old Style" w:eastAsia="Bookman Old Style"/>
          <w:color w:val="000000"/>
          <w:sz w:val="18"/>
        </w:rPr>
        <w:t>B. Are</w:t>
      </w:r>
      <w:r>
        <w:tab/>
      </w:r>
      <w:r>
        <w:rPr>
          <w:rFonts w:ascii="Bookman Old Style" w:hAnsi="Bookman Old Style" w:eastAsia="Bookman Old Style"/>
          <w:color w:val="000000"/>
          <w:sz w:val="18"/>
        </w:rPr>
        <w:t>C. Is</w:t>
      </w:r>
      <w:r>
        <w:tab/>
      </w:r>
      <w:r>
        <w:rPr>
          <w:rFonts w:ascii="Bookman Old Style" w:hAnsi="Bookman Old Style" w:eastAsia="Bookman Old Style"/>
          <w:color w:val="000000"/>
          <w:sz w:val="18"/>
        </w:rPr>
        <w:t>D. Does</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Lan isn't ______ the lights now.</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use</w:t>
      </w:r>
      <w:r>
        <w:tab/>
      </w:r>
      <w:r>
        <w:rPr>
          <w:rFonts w:ascii="Bookman Old Style" w:hAnsi="Bookman Old Style" w:eastAsia="Bookman Old Style"/>
          <w:color w:val="000000"/>
          <w:sz w:val="18"/>
        </w:rPr>
        <w:t>B. uses</w:t>
      </w:r>
      <w:r>
        <w:tab/>
      </w:r>
      <w:r>
        <w:rPr>
          <w:rFonts w:ascii="Bookman Old Style" w:hAnsi="Bookman Old Style" w:eastAsia="Bookman Old Style"/>
          <w:color w:val="000000"/>
          <w:sz w:val="18"/>
        </w:rPr>
        <w:t>C. using</w:t>
      </w:r>
      <w:r>
        <w:tab/>
      </w:r>
      <w:r>
        <w:rPr>
          <w:rFonts w:ascii="Bookman Old Style" w:hAnsi="Bookman Old Style" w:eastAsia="Bookman Old Style"/>
          <w:color w:val="000000"/>
          <w:sz w:val="18"/>
        </w:rPr>
        <w:t>D. used</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What ______ you doing to save electricity?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is</w:t>
      </w:r>
      <w:r>
        <w:tab/>
      </w:r>
      <w:r>
        <w:rPr>
          <w:rFonts w:ascii="Bookman Old Style" w:hAnsi="Bookman Old Style" w:eastAsia="Bookman Old Style"/>
          <w:color w:val="000000"/>
          <w:sz w:val="18"/>
        </w:rPr>
        <w:t>B. are</w:t>
      </w:r>
      <w:r>
        <w:tab/>
      </w:r>
      <w:r>
        <w:rPr>
          <w:rFonts w:ascii="Bookman Old Style" w:hAnsi="Bookman Old Style" w:eastAsia="Bookman Old Style"/>
          <w:color w:val="000000"/>
          <w:sz w:val="18"/>
        </w:rPr>
        <w:t>C. do</w:t>
      </w:r>
      <w:r>
        <w:tab/>
      </w:r>
      <w:r>
        <w:rPr>
          <w:rFonts w:ascii="Bookman Old Style" w:hAnsi="Bookman Old Style" w:eastAsia="Bookman Old Style"/>
          <w:color w:val="000000"/>
          <w:sz w:val="18"/>
        </w:rPr>
        <w:t>D. does</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The government is looking ______ new energy sources.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w:t>
      </w:r>
      <w:r>
        <w:tab/>
      </w:r>
      <w:r>
        <w:rPr>
          <w:rFonts w:ascii="Bookman Old Style" w:hAnsi="Bookman Old Style" w:eastAsia="Bookman Old Style"/>
          <w:color w:val="000000"/>
          <w:sz w:val="18"/>
        </w:rPr>
        <w:t>B. for</w:t>
      </w:r>
      <w:r>
        <w:tab/>
      </w:r>
      <w:r>
        <w:rPr>
          <w:rFonts w:ascii="Bookman Old Style" w:hAnsi="Bookman Old Style" w:eastAsia="Bookman Old Style"/>
          <w:color w:val="000000"/>
          <w:sz w:val="18"/>
        </w:rPr>
        <w:t>C. on</w:t>
      </w:r>
      <w:r>
        <w:tab/>
      </w:r>
      <w:r>
        <w:rPr>
          <w:rFonts w:ascii="Bookman Old Style" w:hAnsi="Bookman Old Style" w:eastAsia="Bookman Old Style"/>
          <w:color w:val="000000"/>
          <w:sz w:val="18"/>
        </w:rPr>
        <w:t>D. with</w:t>
      </w:r>
    </w:p>
    <w:p>
      <w:pPr>
        <w:keepNext/>
        <w:spacing w:before="0" w:after="0" w:line="240" w:lineRule="auto"/>
      </w:pPr>
      <w:r>
        <w:rPr>
          <w:rFonts w:ascii="Bookman Old Style" w:hAnsi="Bookman Old Style" w:eastAsia="Bookman Old Style"/>
          <w:color w:val="000000"/>
          <w:sz w:val="18"/>
        </w:rPr>
        <w:t xml:space="preserve">13. </w:t>
      </w:r>
      <w:r>
        <w:rPr>
          <w:rFonts w:ascii="Bookman Old Style" w:hAnsi="Bookman Old Style" w:eastAsia="Bookman Old Style"/>
          <w:color w:val="000000"/>
          <w:sz w:val="18"/>
        </w:rPr>
        <w:t>We should turn off lights when they are not ______ use.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w:t>
      </w:r>
      <w:r>
        <w:tab/>
      </w:r>
      <w:r>
        <w:rPr>
          <w:rFonts w:ascii="Bookman Old Style" w:hAnsi="Bookman Old Style" w:eastAsia="Bookman Old Style"/>
          <w:color w:val="000000"/>
          <w:sz w:val="18"/>
        </w:rPr>
        <w:t>B. on</w:t>
      </w:r>
      <w:r>
        <w:tab/>
      </w:r>
      <w:r>
        <w:rPr>
          <w:rFonts w:ascii="Bookman Old Style" w:hAnsi="Bookman Old Style" w:eastAsia="Bookman Old Style"/>
          <w:color w:val="000000"/>
          <w:sz w:val="18"/>
        </w:rPr>
        <w:t>C. in</w:t>
      </w:r>
      <w:r>
        <w:tab/>
      </w:r>
      <w:r>
        <w:rPr>
          <w:rFonts w:ascii="Bookman Old Style" w:hAnsi="Bookman Old Style" w:eastAsia="Bookman Old Style"/>
          <w:color w:val="000000"/>
          <w:sz w:val="18"/>
        </w:rPr>
        <w:t>D. of</w:t>
      </w:r>
    </w:p>
    <w:p>
      <w:pPr>
        <w:keepNext/>
        <w:spacing w:before="0" w:after="0" w:line="240" w:lineRule="auto"/>
      </w:pPr>
      <w:r>
        <w:rPr>
          <w:rFonts w:ascii="Bookman Old Style" w:hAnsi="Bookman Old Style" w:eastAsia="Bookman Old Style"/>
          <w:color w:val="000000"/>
          <w:sz w:val="18"/>
        </w:rPr>
        <w:t xml:space="preserve">14. </w:t>
      </w:r>
      <w:r>
        <w:rPr>
          <w:rFonts w:ascii="Bookman Old Style" w:hAnsi="Bookman Old Style" w:eastAsia="Bookman Old Style"/>
          <w:color w:val="000000"/>
          <w:sz w:val="18"/>
        </w:rPr>
        <w:t>Biogas can be made ______ animal waste.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from</w:t>
      </w:r>
      <w:r>
        <w:tab/>
      </w:r>
      <w:r>
        <w:rPr>
          <w:rFonts w:ascii="Bookman Old Style" w:hAnsi="Bookman Old Style" w:eastAsia="Bookman Old Style"/>
          <w:color w:val="000000"/>
          <w:sz w:val="18"/>
        </w:rPr>
        <w:t>B. of</w:t>
      </w:r>
      <w:r>
        <w:tab/>
      </w:r>
      <w:r>
        <w:rPr>
          <w:rFonts w:ascii="Bookman Old Style" w:hAnsi="Bookman Old Style" w:eastAsia="Bookman Old Style"/>
          <w:color w:val="000000"/>
          <w:sz w:val="18"/>
        </w:rPr>
        <w:t>C. by</w:t>
      </w:r>
      <w:r>
        <w:tab/>
      </w:r>
      <w:r>
        <w:rPr>
          <w:rFonts w:ascii="Bookman Old Style" w:hAnsi="Bookman Old Style" w:eastAsia="Bookman Old Style"/>
          <w:color w:val="000000"/>
          <w:sz w:val="18"/>
        </w:rPr>
        <w:t>D. with</w:t>
      </w:r>
    </w:p>
    <w:p>
      <w:pPr>
        <w:keepNext/>
        <w:spacing w:before="0" w:after="0" w:line="240" w:lineRule="auto"/>
      </w:pPr>
      <w:r>
        <w:rPr>
          <w:rFonts w:ascii="Bookman Old Style" w:hAnsi="Bookman Old Style" w:eastAsia="Bookman Old Style"/>
          <w:color w:val="000000"/>
          <w:sz w:val="18"/>
        </w:rPr>
        <w:t xml:space="preserve">15. </w:t>
      </w:r>
      <w:r>
        <w:rPr>
          <w:rFonts w:ascii="Bookman Old Style" w:hAnsi="Bookman Old Style" w:eastAsia="Bookman Old Style"/>
          <w:color w:val="000000"/>
          <w:sz w:val="18"/>
        </w:rPr>
        <w:t>Hydro energy depends ______ flowing water.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in</w:t>
      </w:r>
      <w:r>
        <w:tab/>
      </w:r>
      <w:r>
        <w:rPr>
          <w:rFonts w:ascii="Bookman Old Style" w:hAnsi="Bookman Old Style" w:eastAsia="Bookman Old Style"/>
          <w:color w:val="000000"/>
          <w:sz w:val="18"/>
        </w:rPr>
        <w:t>B. on</w:t>
      </w:r>
      <w:r>
        <w:tab/>
      </w:r>
      <w:r>
        <w:rPr>
          <w:rFonts w:ascii="Bookman Old Style" w:hAnsi="Bookman Old Style" w:eastAsia="Bookman Old Style"/>
          <w:color w:val="000000"/>
          <w:sz w:val="18"/>
        </w:rPr>
        <w:t>C. at</w:t>
      </w:r>
      <w:r>
        <w:tab/>
      </w:r>
      <w:r>
        <w:rPr>
          <w:rFonts w:ascii="Bookman Old Style" w:hAnsi="Bookman Old Style" w:eastAsia="Bookman Old Style"/>
          <w:color w:val="000000"/>
          <w:sz w:val="18"/>
        </w:rPr>
        <w:t>D. for</w:t>
      </w:r>
    </w:p>
    <w:p>
      <w:pPr>
        <w:keepNext/>
        <w:spacing w:before="0" w:after="0" w:line="240" w:lineRule="auto"/>
      </w:pPr>
      <w:r>
        <w:rPr>
          <w:rFonts w:ascii="Bookman Old Style" w:hAnsi="Bookman Old Style" w:eastAsia="Bookman Old Style"/>
          <w:color w:val="000000"/>
          <w:sz w:val="18"/>
        </w:rPr>
        <w:t xml:space="preserve">16. </w:t>
      </w:r>
      <w:r>
        <w:rPr>
          <w:rFonts w:ascii="Bookman Old Style" w:hAnsi="Bookman Old Style" w:eastAsia="Bookman Old Style"/>
          <w:color w:val="000000"/>
          <w:sz w:val="18"/>
        </w:rPr>
        <w:t>Using less energy helps protect the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environment</w:t>
      </w:r>
      <w:r>
        <w:tab/>
      </w:r>
      <w:r>
        <w:rPr>
          <w:rFonts w:ascii="Bookman Old Style" w:hAnsi="Bookman Old Style" w:eastAsia="Bookman Old Style"/>
          <w:color w:val="000000"/>
          <w:sz w:val="18"/>
        </w:rPr>
        <w:t>B. performance</w:t>
      </w:r>
      <w:r>
        <w:tab/>
      </w:r>
      <w:r>
        <w:rPr>
          <w:rFonts w:ascii="Bookman Old Style" w:hAnsi="Bookman Old Style" w:eastAsia="Bookman Old Style"/>
          <w:color w:val="000000"/>
          <w:sz w:val="18"/>
        </w:rPr>
        <w:t>C. traffic</w:t>
      </w:r>
      <w:r>
        <w:tab/>
      </w:r>
      <w:r>
        <w:rPr>
          <w:rFonts w:ascii="Bookman Old Style" w:hAnsi="Bookman Old Style" w:eastAsia="Bookman Old Style"/>
          <w:color w:val="000000"/>
          <w:sz w:val="18"/>
        </w:rPr>
        <w:t>D. costume</w:t>
      </w:r>
    </w:p>
    <w:p>
      <w:r>
        <w:br w:type="page"/>
      </w:r>
    </w:p>
    <w:p>
      <w:pPr>
        <w:keepNext/>
        <w:spacing w:before="60" w:after="20" w:line="240" w:lineRule="auto"/>
      </w:pPr>
      <w:r>
        <w:rPr>
          <w:rFonts w:ascii="Bookman Old Style" w:hAnsi="Bookman Old Style" w:eastAsia="Bookman Old Style"/>
          <w:b/>
          <w:color w:val="0033CC"/>
          <w:sz w:val="19"/>
        </w:rPr>
        <w:t>Exercise 4: Choose the letter A, B, C, or D to indicate the word(s) CLOSEST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Wind energy is </w:t>
      </w:r>
      <w:r>
        <w:rPr>
          <w:rFonts w:ascii="Bookman Old Style" w:hAnsi="Bookman Old Style" w:eastAsia="Bookman Old Style"/>
          <w:b/>
          <w:color w:val="000000"/>
          <w:sz w:val="18"/>
          <w:u w:val="single"/>
        </w:rPr>
        <w:t>abundant</w:t>
      </w:r>
      <w:r>
        <w:rPr>
          <w:rFonts w:ascii="Bookman Old Style" w:hAnsi="Bookman Old Style" w:eastAsia="Bookman Old Style"/>
          <w:color w:val="000000"/>
          <w:sz w:val="18"/>
        </w:rPr>
        <w:t xml:space="preserve"> here.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plentiful</w:t>
      </w:r>
      <w:r>
        <w:tab/>
      </w:r>
      <w:r>
        <w:rPr>
          <w:rFonts w:ascii="Bookman Old Style" w:hAnsi="Bookman Old Style" w:eastAsia="Bookman Old Style"/>
          <w:color w:val="000000"/>
          <w:sz w:val="18"/>
        </w:rPr>
        <w:t>B. expensive</w:t>
      </w:r>
      <w:r>
        <w:tab/>
      </w:r>
      <w:r>
        <w:rPr>
          <w:rFonts w:ascii="Bookman Old Style" w:hAnsi="Bookman Old Style" w:eastAsia="Bookman Old Style"/>
          <w:color w:val="000000"/>
          <w:sz w:val="18"/>
        </w:rPr>
        <w:t>C. limited</w:t>
      </w:r>
      <w:r>
        <w:tab/>
      </w:r>
      <w:r>
        <w:rPr>
          <w:rFonts w:ascii="Bookman Old Style" w:hAnsi="Bookman Old Style" w:eastAsia="Bookman Old Style"/>
          <w:color w:val="000000"/>
          <w:sz w:val="18"/>
        </w:rPr>
        <w:t>D. harmful</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We must </w:t>
      </w:r>
      <w:r>
        <w:rPr>
          <w:rFonts w:ascii="Bookman Old Style" w:hAnsi="Bookman Old Style" w:eastAsia="Bookman Old Style"/>
          <w:b/>
          <w:color w:val="000000"/>
          <w:sz w:val="18"/>
          <w:u w:val="single"/>
        </w:rPr>
        <w:t>save</w:t>
      </w:r>
      <w:r>
        <w:rPr>
          <w:rFonts w:ascii="Bookman Old Style" w:hAnsi="Bookman Old Style" w:eastAsia="Bookman Old Style"/>
          <w:color w:val="000000"/>
          <w:sz w:val="18"/>
        </w:rPr>
        <w:t xml:space="preserve"> electricity.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use less</w:t>
      </w:r>
      <w:r>
        <w:tab/>
      </w:r>
      <w:r>
        <w:rPr>
          <w:rFonts w:ascii="Bookman Old Style" w:hAnsi="Bookman Old Style" w:eastAsia="Bookman Old Style"/>
          <w:color w:val="000000"/>
          <w:sz w:val="18"/>
        </w:rPr>
        <w:t>B. use up</w:t>
      </w:r>
      <w:r>
        <w:tab/>
      </w:r>
      <w:r>
        <w:rPr>
          <w:rFonts w:ascii="Bookman Old Style" w:hAnsi="Bookman Old Style" w:eastAsia="Bookman Old Style"/>
          <w:color w:val="000000"/>
          <w:sz w:val="18"/>
        </w:rPr>
        <w:t>C. produce</w:t>
      </w:r>
      <w:r>
        <w:tab/>
      </w:r>
      <w:r>
        <w:rPr>
          <w:rFonts w:ascii="Bookman Old Style" w:hAnsi="Bookman Old Style" w:eastAsia="Bookman Old Style"/>
          <w:color w:val="000000"/>
          <w:sz w:val="18"/>
        </w:rPr>
        <w:t>D. sell</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Coal will </w:t>
      </w:r>
      <w:r>
        <w:rPr>
          <w:rFonts w:ascii="Bookman Old Style" w:hAnsi="Bookman Old Style" w:eastAsia="Bookman Old Style"/>
          <w:b/>
          <w:color w:val="000000"/>
          <w:sz w:val="18"/>
          <w:u w:val="single"/>
        </w:rPr>
        <w:t>run out</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become cleaner</w:t>
      </w:r>
      <w:r>
        <w:tab/>
      </w:r>
      <w:r>
        <w:rPr>
          <w:rFonts w:ascii="Bookman Old Style" w:hAnsi="Bookman Old Style" w:eastAsia="Bookman Old Style"/>
          <w:color w:val="000000"/>
          <w:sz w:val="18"/>
        </w:rPr>
        <w:t>B. be used up</w:t>
      </w:r>
      <w:r>
        <w:tab/>
      </w:r>
      <w:r>
        <w:rPr>
          <w:rFonts w:ascii="Bookman Old Style" w:hAnsi="Bookman Old Style" w:eastAsia="Bookman Old Style"/>
          <w:color w:val="000000"/>
          <w:sz w:val="18"/>
        </w:rPr>
        <w:t>C. cost less</w:t>
      </w:r>
      <w:r>
        <w:tab/>
      </w:r>
      <w:r>
        <w:rPr>
          <w:rFonts w:ascii="Bookman Old Style" w:hAnsi="Bookman Old Style" w:eastAsia="Bookman Old Style"/>
          <w:color w:val="000000"/>
          <w:sz w:val="18"/>
        </w:rPr>
        <w:t>D. produce more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Solar power is </w:t>
      </w:r>
      <w:r>
        <w:rPr>
          <w:rFonts w:ascii="Bookman Old Style" w:hAnsi="Bookman Old Style" w:eastAsia="Bookman Old Style"/>
          <w:b/>
          <w:color w:val="000000"/>
          <w:sz w:val="18"/>
          <w:u w:val="single"/>
        </w:rPr>
        <w:t>available</w:t>
      </w:r>
      <w:r>
        <w:rPr>
          <w:rFonts w:ascii="Bookman Old Style" w:hAnsi="Bookman Old Style" w:eastAsia="Bookman Old Style"/>
          <w:color w:val="000000"/>
          <w:sz w:val="18"/>
        </w:rPr>
        <w:t xml:space="preserve"> during the day.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ready to use</w:t>
      </w:r>
      <w:r>
        <w:tab/>
      </w:r>
      <w:r>
        <w:rPr>
          <w:rFonts w:ascii="Bookman Old Style" w:hAnsi="Bookman Old Style" w:eastAsia="Bookman Old Style"/>
          <w:color w:val="000000"/>
          <w:sz w:val="18"/>
        </w:rPr>
        <w:t>B. harmful</w:t>
      </w:r>
      <w:r>
        <w:tab/>
      </w:r>
      <w:r>
        <w:rPr>
          <w:rFonts w:ascii="Bookman Old Style" w:hAnsi="Bookman Old Style" w:eastAsia="Bookman Old Style"/>
          <w:color w:val="000000"/>
          <w:sz w:val="18"/>
        </w:rPr>
        <w:t>C. hidden</w:t>
      </w:r>
      <w:r>
        <w:tab/>
      </w:r>
      <w:r>
        <w:rPr>
          <w:rFonts w:ascii="Bookman Old Style" w:hAnsi="Bookman Old Style" w:eastAsia="Bookman Old Style"/>
          <w:color w:val="000000"/>
          <w:sz w:val="18"/>
        </w:rPr>
        <w:t>D. wasted</w:t>
      </w:r>
    </w:p>
    <w:p>
      <w:pPr>
        <w:keepNext/>
        <w:spacing w:before="60" w:after="20" w:line="240" w:lineRule="auto"/>
      </w:pPr>
      <w:r>
        <w:rPr>
          <w:rFonts w:ascii="Bookman Old Style" w:hAnsi="Bookman Old Style" w:eastAsia="Bookman Old Style"/>
          <w:b/>
          <w:color w:val="0033CC"/>
          <w:sz w:val="19"/>
        </w:rPr>
        <w:t>Exercise 5: Choose the letter A, B, C, or D to indicate the word(s) OPPOSITE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This source is </w:t>
      </w:r>
      <w:r>
        <w:rPr>
          <w:rFonts w:ascii="Bookman Old Style" w:hAnsi="Bookman Old Style" w:eastAsia="Bookman Old Style"/>
          <w:b/>
          <w:color w:val="000000"/>
          <w:sz w:val="18"/>
          <w:u w:val="single"/>
        </w:rPr>
        <w:t>renewable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clean</w:t>
      </w:r>
      <w:r>
        <w:tab/>
      </w:r>
      <w:r>
        <w:rPr>
          <w:rFonts w:ascii="Bookman Old Style" w:hAnsi="Bookman Old Style" w:eastAsia="Bookman Old Style"/>
          <w:color w:val="000000"/>
          <w:sz w:val="18"/>
        </w:rPr>
        <w:t>B. non-renewable</w:t>
      </w:r>
      <w:r>
        <w:tab/>
      </w:r>
      <w:r>
        <w:rPr>
          <w:rFonts w:ascii="Bookman Old Style" w:hAnsi="Bookman Old Style" w:eastAsia="Bookman Old Style"/>
          <w:color w:val="000000"/>
          <w:sz w:val="18"/>
        </w:rPr>
        <w:t>C. available</w:t>
      </w:r>
      <w:r>
        <w:tab/>
      </w:r>
      <w:r>
        <w:rPr>
          <w:rFonts w:ascii="Bookman Old Style" w:hAnsi="Bookman Old Style" w:eastAsia="Bookman Old Style"/>
          <w:color w:val="000000"/>
          <w:sz w:val="18"/>
        </w:rPr>
        <w:t>D. natural</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Solar energy is becoming </w:t>
      </w:r>
      <w:r>
        <w:rPr>
          <w:rFonts w:ascii="Bookman Old Style" w:hAnsi="Bookman Old Style" w:eastAsia="Bookman Old Style"/>
          <w:b/>
          <w:color w:val="000000"/>
          <w:sz w:val="18"/>
          <w:u w:val="single"/>
        </w:rPr>
        <w:t>cheap</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expensive</w:t>
      </w:r>
      <w:r>
        <w:tab/>
      </w:r>
      <w:r>
        <w:rPr>
          <w:rFonts w:ascii="Bookman Old Style" w:hAnsi="Bookman Old Style" w:eastAsia="Bookman Old Style"/>
          <w:color w:val="000000"/>
          <w:sz w:val="18"/>
        </w:rPr>
        <w:t>B. abundant</w:t>
      </w:r>
      <w:r>
        <w:tab/>
      </w:r>
      <w:r>
        <w:rPr>
          <w:rFonts w:ascii="Bookman Old Style" w:hAnsi="Bookman Old Style" w:eastAsia="Bookman Old Style"/>
          <w:color w:val="000000"/>
          <w:sz w:val="18"/>
        </w:rPr>
        <w:t>C. safe</w:t>
      </w:r>
      <w:r>
        <w:tab/>
      </w:r>
      <w:r>
        <w:rPr>
          <w:rFonts w:ascii="Bookman Old Style" w:hAnsi="Bookman Old Style" w:eastAsia="Bookman Old Style"/>
          <w:color w:val="000000"/>
          <w:sz w:val="18"/>
        </w:rPr>
        <w:t>D. popular</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Wind power is </w:t>
      </w:r>
      <w:r>
        <w:rPr>
          <w:rFonts w:ascii="Bookman Old Style" w:hAnsi="Bookman Old Style" w:eastAsia="Bookman Old Style"/>
          <w:b/>
          <w:color w:val="000000"/>
          <w:sz w:val="18"/>
          <w:u w:val="single"/>
        </w:rPr>
        <w:t>clean</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polluting</w:t>
      </w:r>
      <w:r>
        <w:tab/>
      </w:r>
      <w:r>
        <w:rPr>
          <w:rFonts w:ascii="Bookman Old Style" w:hAnsi="Bookman Old Style" w:eastAsia="Bookman Old Style"/>
          <w:color w:val="000000"/>
          <w:sz w:val="18"/>
        </w:rPr>
        <w:t>B. renewable</w:t>
      </w:r>
      <w:r>
        <w:tab/>
      </w:r>
      <w:r>
        <w:rPr>
          <w:rFonts w:ascii="Bookman Old Style" w:hAnsi="Bookman Old Style" w:eastAsia="Bookman Old Style"/>
          <w:color w:val="000000"/>
          <w:sz w:val="18"/>
        </w:rPr>
        <w:t>C. useful</w:t>
      </w:r>
      <w:r>
        <w:tab/>
      </w:r>
      <w:r>
        <w:rPr>
          <w:rFonts w:ascii="Bookman Old Style" w:hAnsi="Bookman Old Style" w:eastAsia="Bookman Old Style"/>
          <w:color w:val="000000"/>
          <w:sz w:val="18"/>
        </w:rPr>
        <w:t>D. silent</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The supply is </w:t>
      </w:r>
      <w:r>
        <w:rPr>
          <w:rFonts w:ascii="Bookman Old Style" w:hAnsi="Bookman Old Style" w:eastAsia="Bookman Old Style"/>
          <w:b/>
          <w:color w:val="000000"/>
          <w:sz w:val="18"/>
          <w:u w:val="single"/>
        </w:rPr>
        <w:t>abundant</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plentiful</w:t>
      </w:r>
      <w:r>
        <w:tab/>
      </w:r>
      <w:r>
        <w:rPr>
          <w:rFonts w:ascii="Bookman Old Style" w:hAnsi="Bookman Old Style" w:eastAsia="Bookman Old Style"/>
          <w:color w:val="000000"/>
          <w:sz w:val="18"/>
        </w:rPr>
        <w:t>B. limited</w:t>
      </w:r>
      <w:r>
        <w:tab/>
      </w:r>
      <w:r>
        <w:rPr>
          <w:rFonts w:ascii="Bookman Old Style" w:hAnsi="Bookman Old Style" w:eastAsia="Bookman Old Style"/>
          <w:color w:val="000000"/>
          <w:sz w:val="18"/>
        </w:rPr>
        <w:t>C. available</w:t>
      </w:r>
      <w:r>
        <w:tab/>
      </w:r>
      <w:r>
        <w:rPr>
          <w:rFonts w:ascii="Bookman Old Style" w:hAnsi="Bookman Old Style" w:eastAsia="Bookman Old Style"/>
          <w:color w:val="000000"/>
          <w:sz w:val="18"/>
        </w:rPr>
        <w:t>D. free</w:t>
      </w:r>
    </w:p>
    <w:p>
      <w:pPr>
        <w:keepNext/>
        <w:spacing w:before="60" w:after="20" w:line="240" w:lineRule="auto"/>
      </w:pPr>
      <w:r>
        <w:rPr>
          <w:rFonts w:ascii="Bookman Old Style" w:hAnsi="Bookman Old Style" w:eastAsia="Bookman Old Style"/>
          <w:b/>
          <w:color w:val="0033CC"/>
          <w:sz w:val="19"/>
        </w:rPr>
        <w:t>Exercise 6: Fill in each blank with the correct word or form.</w:t>
      </w:r>
    </w:p>
    <w:p>
      <w:pPr>
        <w:keepNext w:val="0"/>
        <w:spacing w:before="0" w:after="20" w:line="240" w:lineRule="auto"/>
      </w:pPr>
      <w:r>
        <w:rPr>
          <w:rFonts w:ascii="Bookman Old Style" w:hAnsi="Bookman Old Style" w:eastAsia="Bookman Old Style"/>
          <w:color w:val="000000"/>
          <w:sz w:val="19"/>
        </w:rPr>
        <w:t>1. The engineers ______ a wind turbine now. (test)</w:t>
      </w:r>
    </w:p>
    <w:p>
      <w:pPr>
        <w:keepNext w:val="0"/>
        <w:spacing w:before="0" w:after="20" w:line="240" w:lineRule="auto"/>
      </w:pPr>
      <w:r>
        <w:rPr>
          <w:rFonts w:ascii="Bookman Old Style" w:hAnsi="Bookman Old Style" w:eastAsia="Bookman Old Style"/>
          <w:color w:val="000000"/>
          <w:sz w:val="19"/>
        </w:rPr>
        <w:t>2. I ______ the lights off at the moment. (turn)</w:t>
      </w:r>
    </w:p>
    <w:p>
      <w:pPr>
        <w:keepNext w:val="0"/>
        <w:spacing w:before="0" w:after="20" w:line="240" w:lineRule="auto"/>
      </w:pPr>
      <w:r>
        <w:rPr>
          <w:rFonts w:ascii="Bookman Old Style" w:hAnsi="Bookman Old Style" w:eastAsia="Bookman Old Style"/>
          <w:color w:val="000000"/>
          <w:sz w:val="19"/>
        </w:rPr>
        <w:t>3. The sun ______ brightly today. (shine)</w:t>
      </w:r>
    </w:p>
    <w:p>
      <w:pPr>
        <w:keepNext w:val="0"/>
        <w:spacing w:before="0" w:after="20" w:line="240" w:lineRule="auto"/>
      </w:pPr>
      <w:r>
        <w:rPr>
          <w:rFonts w:ascii="Bookman Old Style" w:hAnsi="Bookman Old Style" w:eastAsia="Bookman Old Style"/>
          <w:color w:val="000000"/>
          <w:sz w:val="19"/>
        </w:rPr>
        <w:t>4. They ______ coal this week. (not / use)</w:t>
      </w:r>
    </w:p>
    <w:p>
      <w:pPr>
        <w:keepNext w:val="0"/>
        <w:spacing w:before="0" w:after="20" w:line="240" w:lineRule="auto"/>
      </w:pPr>
      <w:r>
        <w:rPr>
          <w:rFonts w:ascii="Bookman Old Style" w:hAnsi="Bookman Old Style" w:eastAsia="Bookman Old Style"/>
          <w:color w:val="000000"/>
          <w:sz w:val="19"/>
        </w:rPr>
        <w:t>5. ______ your school ______ energy? (save)</w:t>
      </w:r>
    </w:p>
    <w:p>
      <w:pPr>
        <w:keepNext w:val="0"/>
        <w:spacing w:before="0" w:after="20" w:line="240" w:lineRule="auto"/>
      </w:pPr>
      <w:r>
        <w:rPr>
          <w:rFonts w:ascii="Bookman Old Style" w:hAnsi="Bookman Old Style" w:eastAsia="Bookman Old Style"/>
          <w:color w:val="000000"/>
          <w:sz w:val="19"/>
        </w:rPr>
        <w:t>6. What ______ the students ______? (do)</w:t>
      </w:r>
    </w:p>
    <w:p>
      <w:pPr>
        <w:keepNext w:val="0"/>
        <w:spacing w:before="0" w:after="20" w:line="240" w:lineRule="auto"/>
      </w:pPr>
      <w:r>
        <w:rPr>
          <w:rFonts w:ascii="Bookman Old Style" w:hAnsi="Bookman Old Style" w:eastAsia="Bookman Old Style"/>
          <w:color w:val="000000"/>
          <w:sz w:val="19"/>
        </w:rPr>
        <w:t>7. Our teacher ______ about solar power now. (talk)</w:t>
      </w:r>
    </w:p>
    <w:p>
      <w:pPr>
        <w:keepNext w:val="0"/>
        <w:spacing w:before="0" w:after="20" w:line="240" w:lineRule="auto"/>
      </w:pPr>
      <w:r>
        <w:rPr>
          <w:rFonts w:ascii="Bookman Old Style" w:hAnsi="Bookman Old Style" w:eastAsia="Bookman Old Style"/>
          <w:color w:val="000000"/>
          <w:sz w:val="19"/>
        </w:rPr>
        <w:t>8. We ______ for cleaner energy sources. (look)</w:t>
      </w:r>
    </w:p>
    <w:p>
      <w:pPr>
        <w:keepNext/>
        <w:spacing w:before="60" w:after="20" w:line="240" w:lineRule="auto"/>
      </w:pPr>
      <w:r>
        <w:rPr>
          <w:rFonts w:ascii="Bookman Old Style" w:hAnsi="Bookman Old Style" w:eastAsia="Bookman Old Style"/>
          <w:b/>
          <w:color w:val="0033CC"/>
          <w:sz w:val="19"/>
        </w:rPr>
        <w:t>Exercise 7: Circle the correct option in brackets.</w:t>
      </w:r>
    </w:p>
    <w:p>
      <w:pPr>
        <w:keepNext w:val="0"/>
        <w:spacing w:before="0" w:after="20" w:line="240" w:lineRule="auto"/>
      </w:pPr>
      <w:r>
        <w:rPr>
          <w:rFonts w:ascii="Bookman Old Style" w:hAnsi="Bookman Old Style" w:eastAsia="Bookman Old Style"/>
          <w:color w:val="000000"/>
          <w:sz w:val="19"/>
        </w:rPr>
        <w:t>1. Listen! The teacher (explains / is explaining) the project.</w:t>
      </w:r>
    </w:p>
    <w:p>
      <w:pPr>
        <w:keepNext w:val="0"/>
        <w:spacing w:before="0" w:after="20" w:line="240" w:lineRule="auto"/>
      </w:pPr>
      <w:r>
        <w:rPr>
          <w:rFonts w:ascii="Bookman Old Style" w:hAnsi="Bookman Old Style" w:eastAsia="Bookman Old Style"/>
          <w:color w:val="000000"/>
          <w:sz w:val="19"/>
        </w:rPr>
        <w:t>2. We (use / are using) less electricity this month.</w:t>
      </w:r>
    </w:p>
    <w:p>
      <w:pPr>
        <w:keepNext w:val="0"/>
        <w:spacing w:before="0" w:after="20" w:line="240" w:lineRule="auto"/>
      </w:pPr>
      <w:r>
        <w:rPr>
          <w:rFonts w:ascii="Bookman Old Style" w:hAnsi="Bookman Old Style" w:eastAsia="Bookman Old Style"/>
          <w:color w:val="000000"/>
          <w:sz w:val="19"/>
        </w:rPr>
        <w:t>3. Solar panels (produce / are producing) electricity whenever sunlight reaches them.</w:t>
      </w:r>
    </w:p>
    <w:p>
      <w:pPr>
        <w:keepNext w:val="0"/>
        <w:spacing w:before="0" w:after="20" w:line="240" w:lineRule="auto"/>
      </w:pPr>
      <w:r>
        <w:rPr>
          <w:rFonts w:ascii="Bookman Old Style" w:hAnsi="Bookman Old Style" w:eastAsia="Bookman Old Style"/>
          <w:color w:val="000000"/>
          <w:sz w:val="19"/>
        </w:rPr>
        <w:t>4. At the moment, the wind (blows / is blowing) strongly.</w:t>
      </w:r>
    </w:p>
    <w:p>
      <w:pPr>
        <w:keepNext w:val="0"/>
        <w:spacing w:before="0" w:after="20" w:line="240" w:lineRule="auto"/>
      </w:pPr>
      <w:r>
        <w:rPr>
          <w:rFonts w:ascii="Bookman Old Style" w:hAnsi="Bookman Old Style" w:eastAsia="Bookman Old Style"/>
          <w:color w:val="000000"/>
          <w:sz w:val="19"/>
        </w:rPr>
        <w:t>5. My family usually (turns / is turning) off unused lights.</w:t>
      </w:r>
    </w:p>
    <w:p>
      <w:pPr>
        <w:keepNext w:val="0"/>
        <w:spacing w:before="0" w:after="20" w:line="240" w:lineRule="auto"/>
      </w:pPr>
      <w:r>
        <w:rPr>
          <w:rFonts w:ascii="Bookman Old Style" w:hAnsi="Bookman Old Style" w:eastAsia="Bookman Old Style"/>
          <w:color w:val="000000"/>
          <w:sz w:val="19"/>
        </w:rPr>
        <w:t>6. Look! The meter (moves / is moving) very fast.</w:t>
      </w:r>
    </w:p>
    <w:p>
      <w:pPr>
        <w:keepNext w:val="0"/>
        <w:spacing w:before="0" w:after="20" w:line="240" w:lineRule="auto"/>
      </w:pPr>
      <w:r>
        <w:rPr>
          <w:rFonts w:ascii="Bookman Old Style" w:hAnsi="Bookman Old Style" w:eastAsia="Bookman Old Style"/>
          <w:color w:val="000000"/>
          <w:sz w:val="19"/>
        </w:rPr>
        <w:t>7. They (don't waste / aren't wasting) energy right now.</w:t>
      </w:r>
    </w:p>
    <w:p>
      <w:pPr>
        <w:keepNext w:val="0"/>
        <w:spacing w:before="0" w:after="20" w:line="240" w:lineRule="auto"/>
      </w:pPr>
      <w:r>
        <w:rPr>
          <w:rFonts w:ascii="Bookman Old Style" w:hAnsi="Bookman Old Style" w:eastAsia="Bookman Old Style"/>
          <w:color w:val="000000"/>
          <w:sz w:val="19"/>
        </w:rPr>
        <w:t>8. What (do you do / are you doing) now?</w:t>
      </w:r>
    </w:p>
    <w:p>
      <w:pPr>
        <w:keepNext/>
        <w:spacing w:before="60" w:after="20" w:line="240" w:lineRule="auto"/>
      </w:pPr>
      <w:r>
        <w:rPr>
          <w:rFonts w:ascii="Bookman Old Style" w:hAnsi="Bookman Old Style" w:eastAsia="Bookman Old Style"/>
          <w:b/>
          <w:color w:val="0033CC"/>
          <w:sz w:val="19"/>
        </w:rPr>
        <w:t>Exercise 8: Put the words in brackets into the correct form to complete the sentences.</w:t>
      </w:r>
    </w:p>
    <w:p>
      <w:pPr>
        <w:keepNext w:val="0"/>
        <w:spacing w:before="0" w:after="20" w:line="240" w:lineRule="auto"/>
      </w:pPr>
      <w:r>
        <w:rPr>
          <w:rFonts w:ascii="Bookman Old Style" w:hAnsi="Bookman Old Style" w:eastAsia="Bookman Old Style"/>
          <w:color w:val="000000"/>
          <w:sz w:val="19"/>
        </w:rPr>
        <w:t>1. Solar energy is clean and ______. (RENEW)</w:t>
      </w:r>
    </w:p>
    <w:p>
      <w:pPr>
        <w:keepNext w:val="0"/>
        <w:spacing w:before="0" w:after="20" w:line="240" w:lineRule="auto"/>
      </w:pPr>
      <w:r>
        <w:rPr>
          <w:rFonts w:ascii="Bookman Old Style" w:hAnsi="Bookman Old Style" w:eastAsia="Bookman Old Style"/>
          <w:color w:val="000000"/>
          <w:sz w:val="19"/>
        </w:rPr>
        <w:t>2. Air ______ is a serious problem. (POLLUTE)</w:t>
      </w:r>
    </w:p>
    <w:p>
      <w:pPr>
        <w:keepNext w:val="0"/>
        <w:spacing w:before="0" w:after="20" w:line="240" w:lineRule="auto"/>
      </w:pPr>
      <w:r>
        <w:rPr>
          <w:rFonts w:ascii="Bookman Old Style" w:hAnsi="Bookman Old Style" w:eastAsia="Bookman Old Style"/>
          <w:color w:val="000000"/>
          <w:sz w:val="19"/>
        </w:rPr>
        <w:t>3. The new machine produces electricity ______. (ECONOMY)</w:t>
      </w:r>
    </w:p>
    <w:p>
      <w:pPr>
        <w:keepNext w:val="0"/>
        <w:spacing w:before="0" w:after="20" w:line="240" w:lineRule="auto"/>
      </w:pPr>
      <w:r>
        <w:rPr>
          <w:rFonts w:ascii="Bookman Old Style" w:hAnsi="Bookman Old Style" w:eastAsia="Bookman Old Style"/>
          <w:color w:val="000000"/>
          <w:sz w:val="19"/>
        </w:rPr>
        <w:t>4. This gas can be ______ to people. (HARM)</w:t>
      </w:r>
    </w:p>
    <w:p>
      <w:pPr>
        <w:keepNext w:val="0"/>
        <w:spacing w:before="0" w:after="20" w:line="240" w:lineRule="auto"/>
      </w:pPr>
      <w:r>
        <w:rPr>
          <w:rFonts w:ascii="Bookman Old Style" w:hAnsi="Bookman Old Style" w:eastAsia="Bookman Old Style"/>
          <w:color w:val="000000"/>
          <w:sz w:val="19"/>
        </w:rPr>
        <w:t>5. Wind is ______ in coastal areas. (ABUNDANCE)</w:t>
      </w:r>
    </w:p>
    <w:p>
      <w:pPr>
        <w:keepNext w:val="0"/>
        <w:spacing w:before="0" w:after="20" w:line="240" w:lineRule="auto"/>
      </w:pPr>
      <w:r>
        <w:rPr>
          <w:rFonts w:ascii="Bookman Old Style" w:hAnsi="Bookman Old Style" w:eastAsia="Bookman Old Style"/>
          <w:color w:val="000000"/>
          <w:sz w:val="19"/>
        </w:rPr>
        <w:t>6. Electricity ______ has increased this year. (PRODUCE)</w:t>
      </w:r>
    </w:p>
    <w:p>
      <w:pPr>
        <w:keepNext w:val="0"/>
        <w:spacing w:before="0" w:after="20" w:line="240" w:lineRule="auto"/>
      </w:pPr>
      <w:r>
        <w:rPr>
          <w:rFonts w:ascii="Bookman Old Style" w:hAnsi="Bookman Old Style" w:eastAsia="Bookman Old Style"/>
          <w:color w:val="000000"/>
          <w:sz w:val="19"/>
        </w:rPr>
        <w:t>7. The village uses an electric ______. (GENERATE)</w:t>
      </w:r>
    </w:p>
    <w:p>
      <w:pPr>
        <w:keepNext w:val="0"/>
        <w:spacing w:before="0" w:after="20" w:line="240" w:lineRule="auto"/>
      </w:pPr>
      <w:r>
        <w:rPr>
          <w:rFonts w:ascii="Bookman Old Style" w:hAnsi="Bookman Old Style" w:eastAsia="Bookman Old Style"/>
          <w:color w:val="000000"/>
          <w:sz w:val="19"/>
        </w:rPr>
        <w:t>8. The system works ______. (EFFECT)</w:t>
      </w:r>
    </w:p>
    <w:p>
      <w:pPr>
        <w:keepNext/>
        <w:spacing w:before="60" w:after="20" w:line="240" w:lineRule="auto"/>
      </w:pPr>
      <w:r>
        <w:rPr>
          <w:rFonts w:ascii="Bookman Old Style" w:hAnsi="Bookman Old Style" w:eastAsia="Bookman Old Style"/>
          <w:b/>
          <w:color w:val="0033CC"/>
          <w:sz w:val="19"/>
        </w:rPr>
        <w:t>Exercise 9: Choose the word or phrase (A, B, C, or D) that best completes each of the following exchanges.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What do you think about energy sources?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 think it is useful and interesting.</w:t>
      </w:r>
      <w:r>
        <w:tab/>
      </w:r>
      <w:r>
        <w:rPr>
          <w:rFonts w:ascii="Bookman Old Style" w:hAnsi="Bookman Old Style" w:eastAsia="Bookman Old Style"/>
          <w:color w:val="000000"/>
          <w:sz w:val="18"/>
        </w:rPr>
        <w:t>B. It is at seven o'clock.</w:t>
      </w:r>
      <w:r>
        <w:tab/>
      </w:r>
      <w:r>
        <w:rPr>
          <w:rFonts w:ascii="Bookman Old Style" w:hAnsi="Bookman Old Style" w:eastAsia="Bookman Old Style"/>
          <w:color w:val="000000"/>
          <w:sz w:val="18"/>
        </w:rPr>
        <w:t>C. No, I don't think.</w:t>
      </w:r>
      <w:r>
        <w:tab/>
      </w:r>
      <w:r>
        <w:rPr>
          <w:rFonts w:ascii="Bookman Old Style" w:hAnsi="Bookman Old Style" w:eastAsia="Bookman Old Style"/>
          <w:color w:val="000000"/>
          <w:sz w:val="18"/>
        </w:rPr>
        <w:t>D. By bicycle.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Could you tell me more about it?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Certainly.</w:t>
      </w:r>
      <w:r>
        <w:tab/>
      </w:r>
      <w:r>
        <w:rPr>
          <w:rFonts w:ascii="Bookman Old Style" w:hAnsi="Bookman Old Style" w:eastAsia="Bookman Old Style"/>
          <w:color w:val="000000"/>
          <w:sz w:val="18"/>
        </w:rPr>
        <w:t>B. Never mind it.</w:t>
      </w:r>
      <w:r>
        <w:tab/>
      </w:r>
      <w:r>
        <w:rPr>
          <w:rFonts w:ascii="Bookman Old Style" w:hAnsi="Bookman Old Style" w:eastAsia="Bookman Old Style"/>
          <w:color w:val="000000"/>
          <w:sz w:val="18"/>
        </w:rPr>
        <w:t>C. I am not tell.</w:t>
      </w:r>
      <w:r>
        <w:tab/>
      </w:r>
      <w:r>
        <w:rPr>
          <w:rFonts w:ascii="Bookman Old Style" w:hAnsi="Bookman Old Style" w:eastAsia="Bookman Old Style"/>
          <w:color w:val="000000"/>
          <w:sz w:val="18"/>
        </w:rPr>
        <w:t>D. No, I could.</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Thank you for your help.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You're welcome.</w:t>
      </w:r>
      <w:r>
        <w:tab/>
      </w:r>
      <w:r>
        <w:rPr>
          <w:rFonts w:ascii="Bookman Old Style" w:hAnsi="Bookman Old Style" w:eastAsia="Bookman Old Style"/>
          <w:color w:val="000000"/>
          <w:sz w:val="18"/>
        </w:rPr>
        <w:t>B. That's a question.</w:t>
      </w:r>
      <w:r>
        <w:tab/>
      </w:r>
      <w:r>
        <w:rPr>
          <w:rFonts w:ascii="Bookman Old Style" w:hAnsi="Bookman Old Style" w:eastAsia="Bookman Old Style"/>
          <w:color w:val="000000"/>
          <w:sz w:val="18"/>
        </w:rPr>
        <w:t>C. Here it is not.</w:t>
      </w:r>
      <w:r>
        <w:tab/>
      </w:r>
      <w:r>
        <w:rPr>
          <w:rFonts w:ascii="Bookman Old Style" w:hAnsi="Bookman Old Style" w:eastAsia="Bookman Old Style"/>
          <w:color w:val="000000"/>
          <w:sz w:val="18"/>
        </w:rPr>
        <w:t>D. I disagree.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Shall we join the activity?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Yes, that sounds great.</w:t>
      </w:r>
      <w:r>
        <w:tab/>
      </w:r>
      <w:r>
        <w:rPr>
          <w:rFonts w:ascii="Bookman Old Style" w:hAnsi="Bookman Old Style" w:eastAsia="Bookman Old Style"/>
          <w:color w:val="000000"/>
          <w:sz w:val="18"/>
        </w:rPr>
        <w:t>B. It is joining.</w:t>
      </w:r>
      <w:r>
        <w:tab/>
      </w:r>
      <w:r>
        <w:rPr>
          <w:rFonts w:ascii="Bookman Old Style" w:hAnsi="Bookman Old Style" w:eastAsia="Bookman Old Style"/>
          <w:color w:val="000000"/>
          <w:sz w:val="18"/>
        </w:rPr>
        <w:t>C. No, we shall.</w:t>
      </w:r>
      <w:r>
        <w:tab/>
      </w:r>
      <w:r>
        <w:rPr>
          <w:rFonts w:ascii="Bookman Old Style" w:hAnsi="Bookman Old Style" w:eastAsia="Bookman Old Style"/>
          <w:color w:val="000000"/>
          <w:sz w:val="18"/>
        </w:rPr>
        <w:t>D. I sound it.</w:t>
      </w:r>
    </w:p>
    <w:p>
      <w:pPr>
        <w:keepNext/>
        <w:spacing w:before="60" w:after="20" w:line="240" w:lineRule="auto"/>
      </w:pPr>
      <w:r>
        <w:rPr>
          <w:rFonts w:ascii="Bookman Old Style" w:hAnsi="Bookman Old Style" w:eastAsia="Bookman Old Style"/>
          <w:b/>
          <w:color w:val="0033CC"/>
          <w:sz w:val="19"/>
        </w:rPr>
        <w:t>Exercise 10: Choose the correct answer (A, B, C, or D) to arrange the sentences into a meaningful conversation.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I read about the solar panel yesterday.  b. Really? What did you learn?  c. It was very interesting.  d. Tell me more after class.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c-a-b-d</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Would you like to learn about the energy project?  b. Yes, I'd love to.  c. Let's look at this information.  d. Good idea.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a-c-b-d</w:t>
      </w:r>
      <w:r>
        <w:tab/>
      </w:r>
      <w:r>
        <w:rPr>
          <w:rFonts w:ascii="Bookman Old Style" w:hAnsi="Bookman Old Style" w:eastAsia="Bookman Old Style"/>
          <w:color w:val="000000"/>
          <w:sz w:val="17"/>
        </w:rPr>
        <w:t>D. c-d-a-b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What are you doing this weekend?  b. I am joining the school event.  c. Can I come with you?  d. Of course.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How was the activity?  b. It was excellent.  c. What did you like most?  d. The practical demonstration.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a-d-b-c</w:t>
      </w:r>
    </w:p>
    <w:p>
      <w:r>
        <w:br w:type="page"/>
      </w:r>
    </w:p>
    <w:p>
      <w:pPr>
        <w:keepNext/>
        <w:spacing w:before="60" w:after="20" w:line="240" w:lineRule="auto"/>
      </w:pPr>
      <w:r>
        <w:rPr>
          <w:rFonts w:ascii="Bookman Old Style" w:hAnsi="Bookman Old Style" w:eastAsia="Bookman Old Style"/>
          <w:b/>
          <w:color w:val="0033CC"/>
          <w:sz w:val="19"/>
        </w:rPr>
        <w:t>Exercise 11: Look at the sign or notice. Choose the best answer (A, B, C, or D) for each question.</w:t>
      </w:r>
    </w:p>
    <w:p>
      <w:pPr>
        <w:keepNext w:val="0"/>
        <w:spacing w:before="60" w:after="40" w:line="240" w:lineRule="auto"/>
        <w:jc w:val="center"/>
      </w:pPr>
      <w:r>
        <w:drawing>
          <wp:inline xmlns:a="http://schemas.openxmlformats.org/drawingml/2006/main" xmlns:pic="http://schemas.openxmlformats.org/drawingml/2006/picture">
            <wp:extent cx="1908000" cy="964719"/>
            <wp:docPr id="3" name="Picture 3"/>
            <wp:cNvGraphicFramePr>
              <a:graphicFrameLocks noChangeAspect="1"/>
            </wp:cNvGraphicFramePr>
            <a:graphic>
              <a:graphicData uri="http://schemas.openxmlformats.org/drawingml/2006/picture">
                <pic:pic>
                  <pic:nvPicPr>
                    <pic:cNvPr id="0" name="notice_bag.png"/>
                    <pic:cNvPicPr/>
                  </pic:nvPicPr>
                  <pic:blipFill>
                    <a:blip r:embed="rId12"/>
                    <a:stretch>
                      <a:fillRect/>
                    </a:stretch>
                  </pic:blipFill>
                  <pic:spPr>
                    <a:xfrm>
                      <a:off x="0" y="0"/>
                      <a:ext cx="1908000" cy="964719"/>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1.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The place is permanently closed.</w:t>
      </w:r>
      <w:r>
        <w:tab/>
      </w:r>
      <w:r>
        <w:rPr>
          <w:rFonts w:ascii="Bookman Old Style" w:hAnsi="Bookman Old Style" w:eastAsia="Bookman Old Style"/>
          <w:color w:val="000000"/>
          <w:sz w:val="17"/>
        </w:rPr>
        <w:t>B. Visitors must use another entrance.</w:t>
      </w:r>
      <w:r>
        <w:tab/>
      </w:r>
      <w:r>
        <w:rPr>
          <w:rFonts w:ascii="Bookman Old Style" w:hAnsi="Bookman Old Style" w:eastAsia="Bookman Old Style"/>
          <w:color w:val="000000"/>
          <w:sz w:val="17"/>
        </w:rPr>
        <w:t>C. Only staff may enter.</w:t>
      </w:r>
      <w:r>
        <w:tab/>
      </w:r>
      <w:r>
        <w:rPr>
          <w:rFonts w:ascii="Bookman Old Style" w:hAnsi="Bookman Old Style" w:eastAsia="Bookman Old Style"/>
          <w:color w:val="000000"/>
          <w:sz w:val="17"/>
        </w:rPr>
        <w:t>D. Maintenance starts next year.</w:t>
      </w:r>
    </w:p>
    <w:p>
      <w:pPr>
        <w:keepNext w:val="0"/>
        <w:spacing w:before="60" w:after="40" w:line="240" w:lineRule="auto"/>
        <w:jc w:val="center"/>
      </w:pPr>
      <w:r>
        <w:drawing>
          <wp:inline xmlns:a="http://schemas.openxmlformats.org/drawingml/2006/main" xmlns:pic="http://schemas.openxmlformats.org/drawingml/2006/picture">
            <wp:extent cx="1512000" cy="2018598"/>
            <wp:docPr id="4" name="Picture 4"/>
            <wp:cNvGraphicFramePr>
              <a:graphicFrameLocks noChangeAspect="1"/>
            </wp:cNvGraphicFramePr>
            <a:graphic>
              <a:graphicData uri="http://schemas.openxmlformats.org/drawingml/2006/picture">
                <pic:pic>
                  <pic:nvPicPr>
                    <pic:cNvPr id="0" name="notice_pool.jpg"/>
                    <pic:cNvPicPr/>
                  </pic:nvPicPr>
                  <pic:blipFill>
                    <a:blip r:embed="rId13"/>
                    <a:stretch>
                      <a:fillRect/>
                    </a:stretch>
                  </pic:blipFill>
                  <pic:spPr>
                    <a:xfrm>
                      <a:off x="0" y="0"/>
                      <a:ext cx="1512000" cy="2018598"/>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2.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Everyone can arrive without booking.</w:t>
      </w:r>
      <w:r>
        <w:tab/>
      </w:r>
      <w:r>
        <w:rPr>
          <w:rFonts w:ascii="Bookman Old Style" w:hAnsi="Bookman Old Style" w:eastAsia="Bookman Old Style"/>
          <w:color w:val="000000"/>
          <w:sz w:val="17"/>
        </w:rPr>
        <w:t>B. Bookings close at 6 p.m.</w:t>
      </w:r>
      <w:r>
        <w:tab/>
      </w:r>
      <w:r>
        <w:rPr>
          <w:rFonts w:ascii="Bookman Old Style" w:hAnsi="Bookman Old Style" w:eastAsia="Bookman Old Style"/>
          <w:color w:val="000000"/>
          <w:sz w:val="17"/>
        </w:rPr>
        <w:t>C. The event begins at 6 p.m.</w:t>
      </w:r>
      <w:r>
        <w:tab/>
      </w:r>
      <w:r>
        <w:rPr>
          <w:rFonts w:ascii="Bookman Old Style" w:hAnsi="Bookman Old Style" w:eastAsia="Bookman Old Style"/>
          <w:color w:val="000000"/>
          <w:sz w:val="17"/>
        </w:rPr>
        <w:t>D. There are unlimited places.</w:t>
      </w:r>
    </w:p>
    <w:p>
      <w:pPr>
        <w:keepNext w:val="0"/>
        <w:spacing w:before="60" w:after="40" w:line="240" w:lineRule="auto"/>
        <w:jc w:val="center"/>
      </w:pPr>
      <w:r>
        <w:drawing>
          <wp:inline xmlns:a="http://schemas.openxmlformats.org/drawingml/2006/main" xmlns:pic="http://schemas.openxmlformats.org/drawingml/2006/picture">
            <wp:extent cx="1908000" cy="1359523"/>
            <wp:docPr id="5" name="Picture 5"/>
            <wp:cNvGraphicFramePr>
              <a:graphicFrameLocks noChangeAspect="1"/>
            </wp:cNvGraphicFramePr>
            <a:graphic>
              <a:graphicData uri="http://schemas.openxmlformats.org/drawingml/2006/picture">
                <pic:pic>
                  <pic:nvPicPr>
                    <pic:cNvPr id="0" name="notice_lost.jpeg"/>
                    <pic:cNvPicPr/>
                  </pic:nvPicPr>
                  <pic:blipFill>
                    <a:blip r:embed="rId14"/>
                    <a:stretch>
                      <a:fillRect/>
                    </a:stretch>
                  </pic:blipFill>
                  <pic:spPr>
                    <a:xfrm>
                      <a:off x="0" y="0"/>
                      <a:ext cx="1908000" cy="1359523"/>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3.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People may leave rubbish here.</w:t>
      </w:r>
      <w:r>
        <w:tab/>
      </w:r>
      <w:r>
        <w:rPr>
          <w:rFonts w:ascii="Bookman Old Style" w:hAnsi="Bookman Old Style" w:eastAsia="Bookman Old Style"/>
          <w:color w:val="000000"/>
          <w:sz w:val="17"/>
        </w:rPr>
        <w:t>B. People should not litter here.</w:t>
      </w:r>
      <w:r>
        <w:tab/>
      </w:r>
      <w:r>
        <w:rPr>
          <w:rFonts w:ascii="Bookman Old Style" w:hAnsi="Bookman Old Style" w:eastAsia="Bookman Old Style"/>
          <w:color w:val="000000"/>
          <w:sz w:val="17"/>
        </w:rPr>
        <w:t>C. Only cleaners may enter.</w:t>
      </w:r>
      <w:r>
        <w:tab/>
      </w:r>
      <w:r>
        <w:rPr>
          <w:rFonts w:ascii="Bookman Old Style" w:hAnsi="Bookman Old Style" w:eastAsia="Bookman Old Style"/>
          <w:color w:val="000000"/>
          <w:sz w:val="17"/>
        </w:rPr>
        <w:t>D. Food is free here.</w:t>
      </w:r>
    </w:p>
    <w:p>
      <w:pPr>
        <w:keepNext w:val="0"/>
        <w:spacing w:before="60" w:after="40" w:line="240" w:lineRule="auto"/>
        <w:jc w:val="center"/>
      </w:pPr>
      <w:r>
        <w:drawing>
          <wp:inline xmlns:a="http://schemas.openxmlformats.org/drawingml/2006/main" xmlns:pic="http://schemas.openxmlformats.org/drawingml/2006/picture">
            <wp:extent cx="1908000" cy="1435722"/>
            <wp:docPr id="6" name="Picture 6"/>
            <wp:cNvGraphicFramePr>
              <a:graphicFrameLocks noChangeAspect="1"/>
            </wp:cNvGraphicFramePr>
            <a:graphic>
              <a:graphicData uri="http://schemas.openxmlformats.org/drawingml/2006/picture">
                <pic:pic>
                  <pic:nvPicPr>
                    <pic:cNvPr id="0" name="notice_seatbelt.jpeg"/>
                    <pic:cNvPicPr/>
                  </pic:nvPicPr>
                  <pic:blipFill>
                    <a:blip r:embed="rId15"/>
                    <a:stretch>
                      <a:fillRect/>
                    </a:stretch>
                  </pic:blipFill>
                  <pic:spPr>
                    <a:xfrm>
                      <a:off x="0" y="0"/>
                      <a:ext cx="1908000" cy="1435722"/>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4.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Children under 12 may enter alone.</w:t>
      </w:r>
      <w:r>
        <w:tab/>
      </w:r>
      <w:r>
        <w:rPr>
          <w:rFonts w:ascii="Bookman Old Style" w:hAnsi="Bookman Old Style" w:eastAsia="Bookman Old Style"/>
          <w:color w:val="000000"/>
          <w:sz w:val="17"/>
        </w:rPr>
        <w:t>B. Adults cannot enter.</w:t>
      </w:r>
      <w:r>
        <w:tab/>
      </w:r>
      <w:r>
        <w:rPr>
          <w:rFonts w:ascii="Bookman Old Style" w:hAnsi="Bookman Old Style" w:eastAsia="Bookman Old Style"/>
          <w:color w:val="000000"/>
          <w:sz w:val="17"/>
        </w:rPr>
        <w:t>C. Young children need adult supervision.</w:t>
      </w:r>
      <w:r>
        <w:tab/>
      </w:r>
      <w:r>
        <w:rPr>
          <w:rFonts w:ascii="Bookman Old Style" w:hAnsi="Bookman Old Style" w:eastAsia="Bookman Old Style"/>
          <w:color w:val="000000"/>
          <w:sz w:val="17"/>
        </w:rPr>
        <w:t>D. Only twelve-year-olds may enter.</w:t>
      </w:r>
    </w:p>
    <w:p>
      <w:r>
        <w:br w:type="page"/>
      </w:r>
    </w:p>
    <w:p>
      <w:pPr>
        <w:keepNext/>
        <w:spacing w:before="60" w:after="20" w:line="240" w:lineRule="auto"/>
      </w:pPr>
      <w:r>
        <w:rPr>
          <w:rFonts w:ascii="Bookman Old Style" w:hAnsi="Bookman Old Style" w:eastAsia="Bookman Old Style"/>
          <w:b/>
          <w:color w:val="0033CC"/>
          <w:sz w:val="19"/>
        </w:rPr>
        <w:t>Exercise 12: Read the advertisement/notice/flyer/announcement and choose the correct option for each numbered blank.</w:t>
      </w:r>
    </w:p>
    <w:p>
      <w:pPr>
        <w:keepNext w:val="0"/>
        <w:spacing w:before="0" w:after="40" w:line="245" w:lineRule="auto"/>
      </w:pPr>
      <w:r>
        <w:rPr>
          <w:rFonts w:ascii="Bookman Old Style" w:hAnsi="Bookman Old Style" w:eastAsia="Bookman Old Style"/>
          <w:color w:val="000000"/>
          <w:sz w:val="18"/>
        </w:rPr>
        <w:t>SCHOOL ENERGY CHALLENGE</w:t>
        <w:br/>
        <w:t>Our school is starting an energy challenge this month. Each class is (1) ______ its electricity use. Students are turning off lights when they are not in (2) ______ and are using daylight whenever possible. The class that saves the (3) ______ energy will receive new books. At the moment, the science club (4) ______ a display about solar power. Visit it to learn how renewable energy can protect the (5) ______.</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checking</w:t>
      </w:r>
      <w:r>
        <w:t xml:space="preserve">     </w:t>
      </w:r>
      <w:r>
        <w:rPr>
          <w:rFonts w:ascii="Bookman Old Style" w:hAnsi="Bookman Old Style" w:eastAsia="Bookman Old Style"/>
          <w:color w:val="000000"/>
          <w:sz w:val="17"/>
        </w:rPr>
        <w:t>B. check</w:t>
      </w:r>
      <w:r>
        <w:t xml:space="preserve">     </w:t>
      </w:r>
      <w:r>
        <w:rPr>
          <w:rFonts w:ascii="Bookman Old Style" w:hAnsi="Bookman Old Style" w:eastAsia="Bookman Old Style"/>
          <w:color w:val="000000"/>
          <w:sz w:val="17"/>
        </w:rPr>
        <w:t>C. checked</w:t>
      </w:r>
      <w:r>
        <w:t xml:space="preserve">     </w:t>
      </w:r>
      <w:r>
        <w:rPr>
          <w:rFonts w:ascii="Bookman Old Style" w:hAnsi="Bookman Old Style" w:eastAsia="Bookman Old Style"/>
          <w:color w:val="000000"/>
          <w:sz w:val="17"/>
        </w:rPr>
        <w:t>D. checks</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use</w:t>
      </w:r>
      <w:r>
        <w:t xml:space="preserve">     </w:t>
      </w:r>
      <w:r>
        <w:rPr>
          <w:rFonts w:ascii="Bookman Old Style" w:hAnsi="Bookman Old Style" w:eastAsia="Bookman Old Style"/>
          <w:color w:val="000000"/>
          <w:sz w:val="17"/>
        </w:rPr>
        <w:t>B. used</w:t>
      </w:r>
      <w:r>
        <w:t xml:space="preserve">     </w:t>
      </w:r>
      <w:r>
        <w:rPr>
          <w:rFonts w:ascii="Bookman Old Style" w:hAnsi="Bookman Old Style" w:eastAsia="Bookman Old Style"/>
          <w:color w:val="000000"/>
          <w:sz w:val="17"/>
        </w:rPr>
        <w:t>C. using</w:t>
      </w:r>
      <w:r>
        <w:t xml:space="preserve">     </w:t>
      </w:r>
      <w:r>
        <w:rPr>
          <w:rFonts w:ascii="Bookman Old Style" w:hAnsi="Bookman Old Style" w:eastAsia="Bookman Old Style"/>
          <w:color w:val="000000"/>
          <w:sz w:val="17"/>
        </w:rPr>
        <w:t>D. useful</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many</w:t>
      </w:r>
      <w:r>
        <w:t xml:space="preserve">     </w:t>
      </w:r>
      <w:r>
        <w:rPr>
          <w:rFonts w:ascii="Bookman Old Style" w:hAnsi="Bookman Old Style" w:eastAsia="Bookman Old Style"/>
          <w:color w:val="000000"/>
          <w:sz w:val="17"/>
        </w:rPr>
        <w:t>B. most</w:t>
      </w:r>
      <w:r>
        <w:t xml:space="preserve">     </w:t>
      </w:r>
      <w:r>
        <w:rPr>
          <w:rFonts w:ascii="Bookman Old Style" w:hAnsi="Bookman Old Style" w:eastAsia="Bookman Old Style"/>
          <w:color w:val="000000"/>
          <w:sz w:val="17"/>
        </w:rPr>
        <w:t>C. more</w:t>
      </w:r>
      <w:r>
        <w:t xml:space="preserve">     </w:t>
      </w:r>
      <w:r>
        <w:rPr>
          <w:rFonts w:ascii="Bookman Old Style" w:hAnsi="Bookman Old Style" w:eastAsia="Bookman Old Style"/>
          <w:color w:val="000000"/>
          <w:sz w:val="17"/>
        </w:rPr>
        <w:t>D. much</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prepares</w:t>
      </w:r>
      <w:r>
        <w:t xml:space="preserve">     </w:t>
      </w:r>
      <w:r>
        <w:rPr>
          <w:rFonts w:ascii="Bookman Old Style" w:hAnsi="Bookman Old Style" w:eastAsia="Bookman Old Style"/>
          <w:color w:val="000000"/>
          <w:sz w:val="17"/>
        </w:rPr>
        <w:t>B. prepared</w:t>
      </w:r>
      <w:r>
        <w:t xml:space="preserve">     </w:t>
      </w:r>
      <w:r>
        <w:rPr>
          <w:rFonts w:ascii="Bookman Old Style" w:hAnsi="Bookman Old Style" w:eastAsia="Bookman Old Style"/>
          <w:color w:val="000000"/>
          <w:sz w:val="17"/>
        </w:rPr>
        <w:t>C. is preparing</w:t>
      </w:r>
      <w:r>
        <w:t xml:space="preserve">     </w:t>
      </w:r>
      <w:r>
        <w:rPr>
          <w:rFonts w:ascii="Bookman Old Style" w:hAnsi="Bookman Old Style" w:eastAsia="Bookman Old Style"/>
          <w:color w:val="000000"/>
          <w:sz w:val="17"/>
        </w:rPr>
        <w:t>D. prepare</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costume</w:t>
      </w:r>
      <w:r>
        <w:t xml:space="preserve">     </w:t>
      </w:r>
      <w:r>
        <w:rPr>
          <w:rFonts w:ascii="Bookman Old Style" w:hAnsi="Bookman Old Style" w:eastAsia="Bookman Old Style"/>
          <w:color w:val="000000"/>
          <w:sz w:val="17"/>
        </w:rPr>
        <w:t>B. environment</w:t>
      </w:r>
      <w:r>
        <w:t xml:space="preserve">     </w:t>
      </w:r>
      <w:r>
        <w:rPr>
          <w:rFonts w:ascii="Bookman Old Style" w:hAnsi="Bookman Old Style" w:eastAsia="Bookman Old Style"/>
          <w:color w:val="000000"/>
          <w:sz w:val="17"/>
        </w:rPr>
        <w:t>C. audience</w:t>
      </w:r>
      <w:r>
        <w:t xml:space="preserve">     </w:t>
      </w:r>
      <w:r>
        <w:rPr>
          <w:rFonts w:ascii="Bookman Old Style" w:hAnsi="Bookman Old Style" w:eastAsia="Bookman Old Style"/>
          <w:color w:val="000000"/>
          <w:sz w:val="17"/>
        </w:rPr>
        <w:t>D. transport</w:t>
      </w:r>
    </w:p>
    <w:p>
      <w:pPr>
        <w:keepNext/>
        <w:spacing w:before="60" w:after="20" w:line="240" w:lineRule="auto"/>
      </w:pPr>
      <w:r>
        <w:rPr>
          <w:rFonts w:ascii="Bookman Old Style" w:hAnsi="Bookman Old Style" w:eastAsia="Bookman Old Style"/>
          <w:b/>
          <w:color w:val="0033CC"/>
          <w:sz w:val="19"/>
        </w:rPr>
        <w:t>Exercise 13: Read the following passage and choose the correct word that best fits each numbered blank.</w:t>
      </w:r>
    </w:p>
    <w:p>
      <w:pPr>
        <w:keepNext w:val="0"/>
        <w:spacing w:before="0" w:after="40" w:line="245" w:lineRule="auto"/>
      </w:pPr>
      <w:r>
        <w:rPr>
          <w:rFonts w:ascii="Bookman Old Style" w:hAnsi="Bookman Old Style" w:eastAsia="Bookman Old Style"/>
          <w:color w:val="000000"/>
          <w:sz w:val="18"/>
        </w:rPr>
        <w:t>Many countries are looking for cleaner energy (1) ______. Solar and wind power are renewable, so they will not (2) ______ out in the same way as coal and oil. Solar panels can be placed on roofs, while wind (3) ______ need open, windy areas. These technologies can be expensive to install; (4) ______, their operating costs may be low. Using renewable energy also helps reduce air (5) ______.</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sources</w:t>
      </w:r>
      <w:r>
        <w:t xml:space="preserve">     </w:t>
      </w:r>
      <w:r>
        <w:rPr>
          <w:rFonts w:ascii="Bookman Old Style" w:hAnsi="Bookman Old Style" w:eastAsia="Bookman Old Style"/>
          <w:color w:val="000000"/>
          <w:sz w:val="17"/>
        </w:rPr>
        <w:t>B. costumes</w:t>
      </w:r>
      <w:r>
        <w:t xml:space="preserve">     </w:t>
      </w:r>
      <w:r>
        <w:rPr>
          <w:rFonts w:ascii="Bookman Old Style" w:hAnsi="Bookman Old Style" w:eastAsia="Bookman Old Style"/>
          <w:color w:val="000000"/>
          <w:sz w:val="17"/>
        </w:rPr>
        <w:t>C. reviews</w:t>
      </w:r>
      <w:r>
        <w:t xml:space="preserve">     </w:t>
      </w:r>
      <w:r>
        <w:rPr>
          <w:rFonts w:ascii="Bookman Old Style" w:hAnsi="Bookman Old Style" w:eastAsia="Bookman Old Style"/>
          <w:color w:val="000000"/>
          <w:sz w:val="17"/>
        </w:rPr>
        <w:t>D. lanes</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turn</w:t>
      </w:r>
      <w:r>
        <w:t xml:space="preserve">     </w:t>
      </w:r>
      <w:r>
        <w:rPr>
          <w:rFonts w:ascii="Bookman Old Style" w:hAnsi="Bookman Old Style" w:eastAsia="Bookman Old Style"/>
          <w:color w:val="000000"/>
          <w:sz w:val="17"/>
        </w:rPr>
        <w:t>B. run</w:t>
      </w:r>
      <w:r>
        <w:t xml:space="preserve">     </w:t>
      </w:r>
      <w:r>
        <w:rPr>
          <w:rFonts w:ascii="Bookman Old Style" w:hAnsi="Bookman Old Style" w:eastAsia="Bookman Old Style"/>
          <w:color w:val="000000"/>
          <w:sz w:val="17"/>
        </w:rPr>
        <w:t>C. take</w:t>
      </w:r>
      <w:r>
        <w:t xml:space="preserve">     </w:t>
      </w:r>
      <w:r>
        <w:rPr>
          <w:rFonts w:ascii="Bookman Old Style" w:hAnsi="Bookman Old Style" w:eastAsia="Bookman Old Style"/>
          <w:color w:val="000000"/>
          <w:sz w:val="17"/>
        </w:rPr>
        <w:t>D. get</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turbines</w:t>
      </w:r>
      <w:r>
        <w:t xml:space="preserve">     </w:t>
      </w:r>
      <w:r>
        <w:rPr>
          <w:rFonts w:ascii="Bookman Old Style" w:hAnsi="Bookman Old Style" w:eastAsia="Bookman Old Style"/>
          <w:color w:val="000000"/>
          <w:sz w:val="17"/>
        </w:rPr>
        <w:t>B. lanterns</w:t>
      </w:r>
      <w:r>
        <w:t xml:space="preserve">     </w:t>
      </w:r>
      <w:r>
        <w:rPr>
          <w:rFonts w:ascii="Bookman Old Style" w:hAnsi="Bookman Old Style" w:eastAsia="Bookman Old Style"/>
          <w:color w:val="000000"/>
          <w:sz w:val="17"/>
        </w:rPr>
        <w:t>C. signals</w:t>
      </w:r>
      <w:r>
        <w:t xml:space="preserve">     </w:t>
      </w:r>
      <w:r>
        <w:rPr>
          <w:rFonts w:ascii="Bookman Old Style" w:hAnsi="Bookman Old Style" w:eastAsia="Bookman Old Style"/>
          <w:color w:val="000000"/>
          <w:sz w:val="17"/>
        </w:rPr>
        <w:t>D. rails</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although</w:t>
      </w:r>
      <w:r>
        <w:t xml:space="preserve">     </w:t>
      </w:r>
      <w:r>
        <w:rPr>
          <w:rFonts w:ascii="Bookman Old Style" w:hAnsi="Bookman Old Style" w:eastAsia="Bookman Old Style"/>
          <w:color w:val="000000"/>
          <w:sz w:val="17"/>
        </w:rPr>
        <w:t>B. however</w:t>
      </w:r>
      <w:r>
        <w:t xml:space="preserve">     </w:t>
      </w:r>
      <w:r>
        <w:rPr>
          <w:rFonts w:ascii="Bookman Old Style" w:hAnsi="Bookman Old Style" w:eastAsia="Bookman Old Style"/>
          <w:color w:val="000000"/>
          <w:sz w:val="17"/>
        </w:rPr>
        <w:t>C. because</w:t>
      </w:r>
      <w:r>
        <w:t xml:space="preserve">     </w:t>
      </w:r>
      <w:r>
        <w:rPr>
          <w:rFonts w:ascii="Bookman Old Style" w:hAnsi="Bookman Old Style" w:eastAsia="Bookman Old Style"/>
          <w:color w:val="000000"/>
          <w:sz w:val="17"/>
        </w:rPr>
        <w:t>D. so</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performance</w:t>
      </w:r>
      <w:r>
        <w:t xml:space="preserve">     </w:t>
      </w:r>
      <w:r>
        <w:rPr>
          <w:rFonts w:ascii="Bookman Old Style" w:hAnsi="Bookman Old Style" w:eastAsia="Bookman Old Style"/>
          <w:color w:val="000000"/>
          <w:sz w:val="17"/>
        </w:rPr>
        <w:t>B. pollution</w:t>
      </w:r>
      <w:r>
        <w:t xml:space="preserve">     </w:t>
      </w:r>
      <w:r>
        <w:rPr>
          <w:rFonts w:ascii="Bookman Old Style" w:hAnsi="Bookman Old Style" w:eastAsia="Bookman Old Style"/>
          <w:color w:val="000000"/>
          <w:sz w:val="17"/>
        </w:rPr>
        <w:t>C. population</w:t>
      </w:r>
      <w:r>
        <w:t xml:space="preserve">     </w:t>
      </w:r>
      <w:r>
        <w:rPr>
          <w:rFonts w:ascii="Bookman Old Style" w:hAnsi="Bookman Old Style" w:eastAsia="Bookman Old Style"/>
          <w:color w:val="000000"/>
          <w:sz w:val="17"/>
        </w:rPr>
        <w:t>D. prediction</w:t>
      </w:r>
    </w:p>
    <w:p>
      <w:r>
        <w:br w:type="page"/>
      </w:r>
    </w:p>
    <w:p>
      <w:pPr>
        <w:keepNext/>
        <w:spacing w:before="60" w:after="20" w:line="240" w:lineRule="auto"/>
      </w:pPr>
      <w:r>
        <w:rPr>
          <w:rFonts w:ascii="Bookman Old Style" w:hAnsi="Bookman Old Style" w:eastAsia="Bookman Old Style"/>
          <w:b/>
          <w:color w:val="0033CC"/>
          <w:sz w:val="19"/>
        </w:rPr>
        <w:t>Exercise 14: Read the following passage and choose the correct answer to each question.</w:t>
      </w:r>
    </w:p>
    <w:p>
      <w:pPr>
        <w:keepNext w:val="0"/>
        <w:spacing w:before="0" w:after="60" w:line="252" w:lineRule="auto"/>
      </w:pPr>
      <w:r>
        <w:rPr>
          <w:rFonts w:ascii="Bookman Old Style" w:hAnsi="Bookman Old Style" w:eastAsia="Bookman Old Style"/>
          <w:color w:val="000000"/>
          <w:sz w:val="19"/>
        </w:rPr>
        <w:t>Sunny School is cutting its electricity use. Workers are installing solar panels on the roof, while students are checking energy use in each classroom. At break time, a student team turns off unused lights and fans. The school is also replacing old bulbs with LED lights. During the first month, electricity use fell by eighteen percent. The head teacher says the money saved will buy more library books. Students are learning that small daily actions can support a larger change.</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What are workers installing?</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Wind turbines</w:t>
      </w:r>
      <w:r>
        <w:tab/>
      </w:r>
      <w:r>
        <w:rPr>
          <w:rFonts w:ascii="Bookman Old Style" w:hAnsi="Bookman Old Style" w:eastAsia="Bookman Old Style"/>
          <w:color w:val="000000"/>
          <w:sz w:val="18"/>
        </w:rPr>
        <w:t>B. Solar panels</w:t>
      </w:r>
      <w:r>
        <w:tab/>
      </w:r>
      <w:r>
        <w:rPr>
          <w:rFonts w:ascii="Bookman Old Style" w:hAnsi="Bookman Old Style" w:eastAsia="Bookman Old Style"/>
          <w:color w:val="000000"/>
          <w:sz w:val="18"/>
        </w:rPr>
        <w:t>C. New windows</w:t>
      </w:r>
      <w:r>
        <w:tab/>
      </w:r>
      <w:r>
        <w:rPr>
          <w:rFonts w:ascii="Bookman Old Style" w:hAnsi="Bookman Old Style" w:eastAsia="Bookman Old Style"/>
          <w:color w:val="000000"/>
          <w:sz w:val="18"/>
        </w:rPr>
        <w:t>D. Gas pipes</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Who checks classroom energy use?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Parents</w:t>
      </w:r>
      <w:r>
        <w:tab/>
      </w:r>
      <w:r>
        <w:rPr>
          <w:rFonts w:ascii="Bookman Old Style" w:hAnsi="Bookman Old Style" w:eastAsia="Bookman Old Style"/>
          <w:color w:val="000000"/>
          <w:sz w:val="18"/>
        </w:rPr>
        <w:t>B. Students</w:t>
      </w:r>
      <w:r>
        <w:tab/>
      </w:r>
      <w:r>
        <w:rPr>
          <w:rFonts w:ascii="Bookman Old Style" w:hAnsi="Bookman Old Style" w:eastAsia="Bookman Old Style"/>
          <w:color w:val="000000"/>
          <w:sz w:val="18"/>
        </w:rPr>
        <w:t>C. Visitors</w:t>
      </w:r>
      <w:r>
        <w:tab/>
      </w:r>
      <w:r>
        <w:rPr>
          <w:rFonts w:ascii="Bookman Old Style" w:hAnsi="Bookman Old Style" w:eastAsia="Bookman Old Style"/>
          <w:color w:val="000000"/>
          <w:sz w:val="18"/>
        </w:rPr>
        <w:t>D. Drivers</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What happens at break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All lights are turned on</w:t>
      </w:r>
      <w:r>
        <w:tab/>
      </w:r>
      <w:r>
        <w:rPr>
          <w:rFonts w:ascii="Bookman Old Style" w:hAnsi="Bookman Old Style" w:eastAsia="Bookman Old Style"/>
          <w:color w:val="000000"/>
          <w:sz w:val="18"/>
        </w:rPr>
        <w:t>B. Unused lights and fans are turned off</w:t>
      </w:r>
      <w:r>
        <w:tab/>
      </w:r>
      <w:r>
        <w:rPr>
          <w:rFonts w:ascii="Bookman Old Style" w:hAnsi="Bookman Old Style" w:eastAsia="Bookman Old Style"/>
          <w:color w:val="000000"/>
          <w:sz w:val="18"/>
        </w:rPr>
        <w:t>C. Students go home</w:t>
      </w:r>
      <w:r>
        <w:tab/>
      </w:r>
      <w:r>
        <w:rPr>
          <w:rFonts w:ascii="Bookman Old Style" w:hAnsi="Bookman Old Style" w:eastAsia="Bookman Old Style"/>
          <w:color w:val="000000"/>
          <w:sz w:val="18"/>
        </w:rPr>
        <w:t>D. Panels are removed</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How much did energy use fall?</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Eight percent</w:t>
      </w:r>
      <w:r>
        <w:tab/>
      </w:r>
      <w:r>
        <w:rPr>
          <w:rFonts w:ascii="Bookman Old Style" w:hAnsi="Bookman Old Style" w:eastAsia="Bookman Old Style"/>
          <w:color w:val="000000"/>
          <w:sz w:val="18"/>
        </w:rPr>
        <w:t>B. Eighteen percent</w:t>
      </w:r>
      <w:r>
        <w:tab/>
      </w:r>
      <w:r>
        <w:rPr>
          <w:rFonts w:ascii="Bookman Old Style" w:hAnsi="Bookman Old Style" w:eastAsia="Bookman Old Style"/>
          <w:color w:val="000000"/>
          <w:sz w:val="18"/>
        </w:rPr>
        <w:t>C. Twenty-eight percent</w:t>
      </w:r>
      <w:r>
        <w:tab/>
      </w:r>
      <w:r>
        <w:rPr>
          <w:rFonts w:ascii="Bookman Old Style" w:hAnsi="Bookman Old Style" w:eastAsia="Bookman Old Style"/>
          <w:color w:val="000000"/>
          <w:sz w:val="18"/>
        </w:rPr>
        <w:t>D. Eighty percent</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What will the saved money buy?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Sports equipment</w:t>
      </w:r>
      <w:r>
        <w:tab/>
      </w:r>
      <w:r>
        <w:rPr>
          <w:rFonts w:ascii="Bookman Old Style" w:hAnsi="Bookman Old Style" w:eastAsia="Bookman Old Style"/>
          <w:color w:val="000000"/>
          <w:sz w:val="18"/>
        </w:rPr>
        <w:t>B. Library books</w:t>
      </w:r>
      <w:r>
        <w:tab/>
      </w:r>
      <w:r>
        <w:rPr>
          <w:rFonts w:ascii="Bookman Old Style" w:hAnsi="Bookman Old Style" w:eastAsia="Bookman Old Style"/>
          <w:color w:val="000000"/>
          <w:sz w:val="18"/>
        </w:rPr>
        <w:t>C. A bus</w:t>
      </w:r>
      <w:r>
        <w:tab/>
      </w:r>
      <w:r>
        <w:rPr>
          <w:rFonts w:ascii="Bookman Old Style" w:hAnsi="Bookman Old Style" w:eastAsia="Bookman Old Style"/>
          <w:color w:val="000000"/>
          <w:sz w:val="18"/>
        </w:rPr>
        <w:t>D. New uniforms</w:t>
      </w:r>
    </w:p>
    <w:p>
      <w:pPr>
        <w:keepNext/>
        <w:spacing w:before="60" w:after="20" w:line="240" w:lineRule="auto"/>
      </w:pPr>
      <w:r>
        <w:rPr>
          <w:rFonts w:ascii="Bookman Old Style" w:hAnsi="Bookman Old Style" w:eastAsia="Bookman Old Style"/>
          <w:b/>
          <w:color w:val="0033CC"/>
          <w:sz w:val="19"/>
        </w:rPr>
        <w:t>Exercise 15: Four phrases/sentences have been removed from the text. Choose the correct answer A-D for each blank.</w:t>
      </w:r>
    </w:p>
    <w:p>
      <w:pPr>
        <w:keepNext w:val="0"/>
        <w:spacing w:before="0" w:after="60" w:line="252" w:lineRule="auto"/>
      </w:pPr>
      <w:r>
        <w:rPr>
          <w:rFonts w:ascii="Bookman Old Style" w:hAnsi="Bookman Old Style" w:eastAsia="Bookman Old Style"/>
          <w:color w:val="000000"/>
          <w:sz w:val="19"/>
        </w:rPr>
        <w:t>Saving energy at home does not require expensive equipment. (1) ______. During the day, use natural light when possible. (2) ______. Unplug chargers after using them and choose efficient appliances. (3) ______. Families can also check their electricity bills each month. (4) ______.</w:t>
      </w:r>
    </w:p>
    <w:p>
      <w:pPr>
        <w:keepNext w:val="0"/>
        <w:spacing w:before="0" w:after="20" w:line="240" w:lineRule="auto"/>
      </w:pPr>
      <w:r>
        <w:rPr>
          <w:rFonts w:ascii="Bookman Old Style" w:hAnsi="Bookman Old Style" w:eastAsia="Bookman Old Style"/>
          <w:color w:val="000000"/>
          <w:sz w:val="18"/>
        </w:rPr>
        <w:t>A. Start by turning off unused lights and fans.</w:t>
      </w:r>
    </w:p>
    <w:p>
      <w:pPr>
        <w:keepNext w:val="0"/>
        <w:spacing w:before="0" w:after="20" w:line="240" w:lineRule="auto"/>
      </w:pPr>
      <w:r>
        <w:rPr>
          <w:rFonts w:ascii="Bookman Old Style" w:hAnsi="Bookman Old Style" w:eastAsia="Bookman Old Style"/>
          <w:color w:val="000000"/>
          <w:sz w:val="18"/>
        </w:rPr>
        <w:t>B. Close doors when an air conditioner is running.</w:t>
      </w:r>
    </w:p>
    <w:p>
      <w:pPr>
        <w:keepNext w:val="0"/>
        <w:spacing w:before="0" w:after="20" w:line="240" w:lineRule="auto"/>
      </w:pPr>
      <w:r>
        <w:rPr>
          <w:rFonts w:ascii="Bookman Old Style" w:hAnsi="Bookman Old Style" w:eastAsia="Bookman Old Style"/>
          <w:color w:val="000000"/>
          <w:sz w:val="18"/>
        </w:rPr>
        <w:t>C. Small habits can reduce waste every day.</w:t>
      </w:r>
    </w:p>
    <w:p>
      <w:pPr>
        <w:keepNext w:val="0"/>
        <w:spacing w:before="0" w:after="20" w:line="240" w:lineRule="auto"/>
      </w:pPr>
      <w:r>
        <w:rPr>
          <w:rFonts w:ascii="Bookman Old Style" w:hAnsi="Bookman Old Style" w:eastAsia="Bookman Old Style"/>
          <w:color w:val="000000"/>
          <w:sz w:val="18"/>
        </w:rPr>
        <w:t>D. The figures show whether their plan is working.</w:t>
      </w:r>
    </w:p>
    <w:p>
      <w:r>
        <w:br w:type="page"/>
      </w:r>
    </w:p>
    <w:p>
      <w:pPr>
        <w:keepNext/>
        <w:spacing w:before="60" w:after="20" w:line="240" w:lineRule="auto"/>
      </w:pPr>
      <w:r>
        <w:rPr>
          <w:rFonts w:ascii="Bookman Old Style" w:hAnsi="Bookman Old Style" w:eastAsia="Bookman Old Style"/>
          <w:b/>
          <w:color w:val="0033CC"/>
          <w:sz w:val="19"/>
        </w:rPr>
        <w:t>Exercise 16: Reorder the words and phrases to make sentences.</w:t>
      </w:r>
    </w:p>
    <w:p>
      <w:pPr>
        <w:keepNext w:val="0"/>
        <w:spacing w:before="0" w:after="20" w:line="240" w:lineRule="auto"/>
      </w:pPr>
      <w:r>
        <w:rPr>
          <w:rFonts w:ascii="Bookman Old Style" w:hAnsi="Bookman Old Style" w:eastAsia="Bookman Old Style"/>
          <w:color w:val="000000"/>
          <w:sz w:val="19"/>
        </w:rPr>
        <w:t>1. installing / workers / solar panels / are / now</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doing / what / you / are / to save energy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renewable / wind energy / is / source / a</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turning off / students / unused lights / are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coal / one day / may / run out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made from / biogas / animal waste / is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7. looking for / government / sources / cleaner / is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8. we / electricity / should / not waste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17: Write complete sentences using the guided words and phrases.</w:t>
      </w:r>
    </w:p>
    <w:p>
      <w:pPr>
        <w:keepNext w:val="0"/>
        <w:spacing w:before="0" w:after="20" w:line="240" w:lineRule="auto"/>
      </w:pPr>
      <w:r>
        <w:rPr>
          <w:rFonts w:ascii="Bookman Old Style" w:hAnsi="Bookman Old Style" w:eastAsia="Bookman Old Style"/>
          <w:color w:val="000000"/>
          <w:sz w:val="19"/>
        </w:rPr>
        <w:t>1. My class / work / energy project / now</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Engineers / test / new turbine / moment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Solar energy / clean / renewable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We / turn off / lights / leave room</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Fossil fuels / non-renewable / polluting</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School / use / less electricity / this month</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r>
        <w:br w:type="page"/>
      </w:r>
    </w:p>
    <w:p>
      <w:pPr>
        <w:keepNext/>
        <w:spacing w:before="60" w:after="20" w:line="240" w:lineRule="auto"/>
      </w:pPr>
      <w:r>
        <w:rPr>
          <w:rFonts w:ascii="Bookman Old Style" w:hAnsi="Bookman Old Style" w:eastAsia="Bookman Old Style"/>
          <w:b/>
          <w:color w:val="0033CC"/>
          <w:sz w:val="19"/>
        </w:rPr>
        <w:t>Exercise 18: Choose the correct arrangement of the sentences to make a meaningful paragraph.</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19: Rewrite the sentences without changing the meaning. Use the target grammar.</w:t>
      </w:r>
    </w:p>
    <w:p>
      <w:pPr>
        <w:keepNext w:val="0"/>
        <w:spacing w:before="0" w:after="20" w:line="240" w:lineRule="auto"/>
      </w:pPr>
      <w:r>
        <w:rPr>
          <w:rFonts w:ascii="Bookman Old Style" w:hAnsi="Bookman Old Style" w:eastAsia="Bookman Old Style"/>
          <w:color w:val="000000"/>
          <w:sz w:val="19"/>
        </w:rPr>
        <w:t>1. The students test a solar car now.</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We are using less energy at the moment.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Coal is limited.</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Solar power does not pollute the air.</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They are installing panels on the roof.</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What is your current activity?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20: Choose (A, B, C, or D) to indicate the correct arrangement of the sentences to make a meaningful paragraph/letter.</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21: Choose (A, B, C, or D) to indicate the correct answer to each of the following questions.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Energy from the sun is called ______ energy.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wind</w:t>
      </w:r>
      <w:r>
        <w:tab/>
      </w:r>
      <w:r>
        <w:rPr>
          <w:rFonts w:ascii="Bookman Old Style" w:hAnsi="Bookman Old Style" w:eastAsia="Bookman Old Style"/>
          <w:color w:val="000000"/>
          <w:sz w:val="18"/>
        </w:rPr>
        <w:t>B. solar</w:t>
      </w:r>
      <w:r>
        <w:tab/>
      </w:r>
      <w:r>
        <w:rPr>
          <w:rFonts w:ascii="Bookman Old Style" w:hAnsi="Bookman Old Style" w:eastAsia="Bookman Old Style"/>
          <w:color w:val="000000"/>
          <w:sz w:val="18"/>
        </w:rPr>
        <w:t>C. hydro</w:t>
      </w:r>
      <w:r>
        <w:tab/>
      </w:r>
      <w:r>
        <w:rPr>
          <w:rFonts w:ascii="Bookman Old Style" w:hAnsi="Bookman Old Style" w:eastAsia="Bookman Old Style"/>
          <w:color w:val="000000"/>
          <w:sz w:val="18"/>
        </w:rPr>
        <w:t>D. nuclear</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Coal, oil, and natural gas are ______ sources.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renewable</w:t>
      </w:r>
      <w:r>
        <w:tab/>
      </w:r>
      <w:r>
        <w:rPr>
          <w:rFonts w:ascii="Bookman Old Style" w:hAnsi="Bookman Old Style" w:eastAsia="Bookman Old Style"/>
          <w:color w:val="000000"/>
          <w:sz w:val="18"/>
        </w:rPr>
        <w:t>B. non-renewable</w:t>
      </w:r>
      <w:r>
        <w:tab/>
      </w:r>
      <w:r>
        <w:rPr>
          <w:rFonts w:ascii="Bookman Old Style" w:hAnsi="Bookman Old Style" w:eastAsia="Bookman Old Style"/>
          <w:color w:val="000000"/>
          <w:sz w:val="18"/>
        </w:rPr>
        <w:t>C. unlimited</w:t>
      </w:r>
      <w:r>
        <w:tab/>
      </w:r>
      <w:r>
        <w:rPr>
          <w:rFonts w:ascii="Bookman Old Style" w:hAnsi="Bookman Old Style" w:eastAsia="Bookman Old Style"/>
          <w:color w:val="000000"/>
          <w:sz w:val="18"/>
        </w:rPr>
        <w:t>D. clean</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We put ______ on roofs to collect sunlight.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wind turbines</w:t>
      </w:r>
      <w:r>
        <w:tab/>
      </w:r>
      <w:r>
        <w:rPr>
          <w:rFonts w:ascii="Bookman Old Style" w:hAnsi="Bookman Old Style" w:eastAsia="Bookman Old Style"/>
          <w:color w:val="000000"/>
          <w:sz w:val="18"/>
        </w:rPr>
        <w:t>B. solar panels</w:t>
      </w:r>
      <w:r>
        <w:tab/>
      </w:r>
      <w:r>
        <w:rPr>
          <w:rFonts w:ascii="Bookman Old Style" w:hAnsi="Bookman Old Style" w:eastAsia="Bookman Old Style"/>
          <w:color w:val="000000"/>
          <w:sz w:val="18"/>
        </w:rPr>
        <w:t>C. pipes</w:t>
      </w:r>
      <w:r>
        <w:tab/>
      </w:r>
      <w:r>
        <w:rPr>
          <w:rFonts w:ascii="Bookman Old Style" w:hAnsi="Bookman Old Style" w:eastAsia="Bookman Old Style"/>
          <w:color w:val="000000"/>
          <w:sz w:val="18"/>
        </w:rPr>
        <w:t>D. lamps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Wind turbines ______ electricity from moving air.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waste</w:t>
      </w:r>
      <w:r>
        <w:tab/>
      </w:r>
      <w:r>
        <w:rPr>
          <w:rFonts w:ascii="Bookman Old Style" w:hAnsi="Bookman Old Style" w:eastAsia="Bookman Old Style"/>
          <w:color w:val="000000"/>
          <w:sz w:val="18"/>
        </w:rPr>
        <w:t>B. generate</w:t>
      </w:r>
      <w:r>
        <w:tab/>
      </w:r>
      <w:r>
        <w:rPr>
          <w:rFonts w:ascii="Bookman Old Style" w:hAnsi="Bookman Old Style" w:eastAsia="Bookman Old Style"/>
          <w:color w:val="000000"/>
          <w:sz w:val="18"/>
        </w:rPr>
        <w:t>C. use up</w:t>
      </w:r>
      <w:r>
        <w:tab/>
      </w:r>
      <w:r>
        <w:rPr>
          <w:rFonts w:ascii="Bookman Old Style" w:hAnsi="Bookman Old Style" w:eastAsia="Bookman Old Style"/>
          <w:color w:val="000000"/>
          <w:sz w:val="18"/>
        </w:rPr>
        <w:t>D. heat</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Fossil fuels may ______ one day.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run out</w:t>
      </w:r>
      <w:r>
        <w:tab/>
      </w:r>
      <w:r>
        <w:rPr>
          <w:rFonts w:ascii="Bookman Old Style" w:hAnsi="Bookman Old Style" w:eastAsia="Bookman Old Style"/>
          <w:color w:val="000000"/>
          <w:sz w:val="18"/>
        </w:rPr>
        <w:t>B. turn on</w:t>
      </w:r>
      <w:r>
        <w:tab/>
      </w:r>
      <w:r>
        <w:rPr>
          <w:rFonts w:ascii="Bookman Old Style" w:hAnsi="Bookman Old Style" w:eastAsia="Bookman Old Style"/>
          <w:color w:val="000000"/>
          <w:sz w:val="18"/>
        </w:rPr>
        <w:t>C. grow up</w:t>
      </w:r>
      <w:r>
        <w:tab/>
      </w:r>
      <w:r>
        <w:rPr>
          <w:rFonts w:ascii="Bookman Old Style" w:hAnsi="Bookman Old Style" w:eastAsia="Bookman Old Style"/>
          <w:color w:val="000000"/>
          <w:sz w:val="18"/>
        </w:rPr>
        <w:t>D. look after</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Solar and wind energy are clean and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harmful</w:t>
      </w:r>
      <w:r>
        <w:tab/>
      </w:r>
      <w:r>
        <w:rPr>
          <w:rFonts w:ascii="Bookman Old Style" w:hAnsi="Bookman Old Style" w:eastAsia="Bookman Old Style"/>
          <w:color w:val="000000"/>
          <w:sz w:val="18"/>
        </w:rPr>
        <w:t>B. renewable</w:t>
      </w:r>
      <w:r>
        <w:tab/>
      </w:r>
      <w:r>
        <w:rPr>
          <w:rFonts w:ascii="Bookman Old Style" w:hAnsi="Bookman Old Style" w:eastAsia="Bookman Old Style"/>
          <w:color w:val="000000"/>
          <w:sz w:val="18"/>
        </w:rPr>
        <w:t>C. limited</w:t>
      </w:r>
      <w:r>
        <w:tab/>
      </w:r>
      <w:r>
        <w:rPr>
          <w:rFonts w:ascii="Bookman Old Style" w:hAnsi="Bookman Old Style" w:eastAsia="Bookman Old Style"/>
          <w:color w:val="000000"/>
          <w:sz w:val="18"/>
        </w:rPr>
        <w:t>D. polluting</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Look! The workers ______ new solar panels.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install</w:t>
      </w:r>
      <w:r>
        <w:tab/>
      </w:r>
      <w:r>
        <w:rPr>
          <w:rFonts w:ascii="Bookman Old Style" w:hAnsi="Bookman Old Style" w:eastAsia="Bookman Old Style"/>
          <w:color w:val="000000"/>
          <w:sz w:val="18"/>
        </w:rPr>
        <w:t>B. installed</w:t>
      </w:r>
      <w:r>
        <w:tab/>
      </w:r>
      <w:r>
        <w:rPr>
          <w:rFonts w:ascii="Bookman Old Style" w:hAnsi="Bookman Old Style" w:eastAsia="Bookman Old Style"/>
          <w:color w:val="000000"/>
          <w:sz w:val="18"/>
        </w:rPr>
        <w:t>C. are installing</w:t>
      </w:r>
      <w:r>
        <w:tab/>
      </w:r>
      <w:r>
        <w:rPr>
          <w:rFonts w:ascii="Bookman Old Style" w:hAnsi="Bookman Old Style" w:eastAsia="Bookman Old Style"/>
          <w:color w:val="000000"/>
          <w:sz w:val="18"/>
        </w:rPr>
        <w:t>D. will install</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My class ______ a project on saving energy now.</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does</w:t>
      </w:r>
      <w:r>
        <w:tab/>
      </w:r>
      <w:r>
        <w:rPr>
          <w:rFonts w:ascii="Bookman Old Style" w:hAnsi="Bookman Old Style" w:eastAsia="Bookman Old Style"/>
          <w:color w:val="000000"/>
          <w:sz w:val="18"/>
        </w:rPr>
        <w:t>B. is doing</w:t>
      </w:r>
      <w:r>
        <w:tab/>
      </w:r>
      <w:r>
        <w:rPr>
          <w:rFonts w:ascii="Bookman Old Style" w:hAnsi="Bookman Old Style" w:eastAsia="Bookman Old Style"/>
          <w:color w:val="000000"/>
          <w:sz w:val="18"/>
        </w:rPr>
        <w:t>C. did</w:t>
      </w:r>
      <w:r>
        <w:tab/>
      </w:r>
      <w:r>
        <w:rPr>
          <w:rFonts w:ascii="Bookman Old Style" w:hAnsi="Bookman Old Style" w:eastAsia="Bookman Old Style"/>
          <w:color w:val="000000"/>
          <w:sz w:val="18"/>
        </w:rPr>
        <w:t>D. will do</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 xml:space="preserve">Wind energy is </w:t>
      </w:r>
      <w:r>
        <w:rPr>
          <w:rFonts w:ascii="Bookman Old Style" w:hAnsi="Bookman Old Style" w:eastAsia="Bookman Old Style"/>
          <w:b/>
          <w:color w:val="000000"/>
          <w:sz w:val="18"/>
          <w:u w:val="single"/>
        </w:rPr>
        <w:t>abundant</w:t>
      </w:r>
      <w:r>
        <w:rPr>
          <w:rFonts w:ascii="Bookman Old Style" w:hAnsi="Bookman Old Style" w:eastAsia="Bookman Old Style"/>
          <w:color w:val="000000"/>
          <w:sz w:val="18"/>
        </w:rPr>
        <w:t xml:space="preserve"> here.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plentiful</w:t>
      </w:r>
      <w:r>
        <w:tab/>
      </w:r>
      <w:r>
        <w:rPr>
          <w:rFonts w:ascii="Bookman Old Style" w:hAnsi="Bookman Old Style" w:eastAsia="Bookman Old Style"/>
          <w:color w:val="000000"/>
          <w:sz w:val="18"/>
        </w:rPr>
        <w:t>B. expensive</w:t>
      </w:r>
      <w:r>
        <w:tab/>
      </w:r>
      <w:r>
        <w:rPr>
          <w:rFonts w:ascii="Bookman Old Style" w:hAnsi="Bookman Old Style" w:eastAsia="Bookman Old Style"/>
          <w:color w:val="000000"/>
          <w:sz w:val="18"/>
        </w:rPr>
        <w:t>C. limited</w:t>
      </w:r>
      <w:r>
        <w:tab/>
      </w:r>
      <w:r>
        <w:rPr>
          <w:rFonts w:ascii="Bookman Old Style" w:hAnsi="Bookman Old Style" w:eastAsia="Bookman Old Style"/>
          <w:color w:val="000000"/>
          <w:sz w:val="18"/>
        </w:rPr>
        <w:t>D. harmful</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 xml:space="preserve">We must </w:t>
      </w:r>
      <w:r>
        <w:rPr>
          <w:rFonts w:ascii="Bookman Old Style" w:hAnsi="Bookman Old Style" w:eastAsia="Bookman Old Style"/>
          <w:b/>
          <w:color w:val="000000"/>
          <w:sz w:val="18"/>
          <w:u w:val="single"/>
        </w:rPr>
        <w:t>save</w:t>
      </w:r>
      <w:r>
        <w:rPr>
          <w:rFonts w:ascii="Bookman Old Style" w:hAnsi="Bookman Old Style" w:eastAsia="Bookman Old Style"/>
          <w:color w:val="000000"/>
          <w:sz w:val="18"/>
        </w:rPr>
        <w:t xml:space="preserve"> electricity.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use less</w:t>
      </w:r>
      <w:r>
        <w:tab/>
      </w:r>
      <w:r>
        <w:rPr>
          <w:rFonts w:ascii="Bookman Old Style" w:hAnsi="Bookman Old Style" w:eastAsia="Bookman Old Style"/>
          <w:color w:val="000000"/>
          <w:sz w:val="18"/>
        </w:rPr>
        <w:t>B. use up</w:t>
      </w:r>
      <w:r>
        <w:tab/>
      </w:r>
      <w:r>
        <w:rPr>
          <w:rFonts w:ascii="Bookman Old Style" w:hAnsi="Bookman Old Style" w:eastAsia="Bookman Old Style"/>
          <w:color w:val="000000"/>
          <w:sz w:val="18"/>
        </w:rPr>
        <w:t>C. produce</w:t>
      </w:r>
      <w:r>
        <w:tab/>
      </w:r>
      <w:r>
        <w:rPr>
          <w:rFonts w:ascii="Bookman Old Style" w:hAnsi="Bookman Old Style" w:eastAsia="Bookman Old Style"/>
          <w:color w:val="000000"/>
          <w:sz w:val="18"/>
        </w:rPr>
        <w:t>D. sell</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 xml:space="preserve">This source is </w:t>
      </w:r>
      <w:r>
        <w:rPr>
          <w:rFonts w:ascii="Bookman Old Style" w:hAnsi="Bookman Old Style" w:eastAsia="Bookman Old Style"/>
          <w:b/>
          <w:color w:val="000000"/>
          <w:sz w:val="18"/>
          <w:u w:val="single"/>
        </w:rPr>
        <w:t>renewable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clean</w:t>
      </w:r>
      <w:r>
        <w:tab/>
      </w:r>
      <w:r>
        <w:rPr>
          <w:rFonts w:ascii="Bookman Old Style" w:hAnsi="Bookman Old Style" w:eastAsia="Bookman Old Style"/>
          <w:color w:val="000000"/>
          <w:sz w:val="18"/>
        </w:rPr>
        <w:t>B. non-renewable</w:t>
      </w:r>
      <w:r>
        <w:tab/>
      </w:r>
      <w:r>
        <w:rPr>
          <w:rFonts w:ascii="Bookman Old Style" w:hAnsi="Bookman Old Style" w:eastAsia="Bookman Old Style"/>
          <w:color w:val="000000"/>
          <w:sz w:val="18"/>
        </w:rPr>
        <w:t>C. available</w:t>
      </w:r>
      <w:r>
        <w:tab/>
      </w:r>
      <w:r>
        <w:rPr>
          <w:rFonts w:ascii="Bookman Old Style" w:hAnsi="Bookman Old Style" w:eastAsia="Bookman Old Style"/>
          <w:color w:val="000000"/>
          <w:sz w:val="18"/>
        </w:rPr>
        <w:t>D. natural</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 xml:space="preserve">Solar energy is becoming </w:t>
      </w:r>
      <w:r>
        <w:rPr>
          <w:rFonts w:ascii="Bookman Old Style" w:hAnsi="Bookman Old Style" w:eastAsia="Bookman Old Style"/>
          <w:b/>
          <w:color w:val="000000"/>
          <w:sz w:val="18"/>
          <w:u w:val="single"/>
        </w:rPr>
        <w:t>cheap</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expensive</w:t>
      </w:r>
      <w:r>
        <w:tab/>
      </w:r>
      <w:r>
        <w:rPr>
          <w:rFonts w:ascii="Bookman Old Style" w:hAnsi="Bookman Old Style" w:eastAsia="Bookman Old Style"/>
          <w:color w:val="000000"/>
          <w:sz w:val="18"/>
        </w:rPr>
        <w:t>B. abundant</w:t>
      </w:r>
      <w:r>
        <w:tab/>
      </w:r>
      <w:r>
        <w:rPr>
          <w:rFonts w:ascii="Bookman Old Style" w:hAnsi="Bookman Old Style" w:eastAsia="Bookman Old Style"/>
          <w:color w:val="000000"/>
          <w:sz w:val="18"/>
        </w:rPr>
        <w:t>C. safe</w:t>
      </w:r>
      <w:r>
        <w:tab/>
      </w:r>
      <w:r>
        <w:rPr>
          <w:rFonts w:ascii="Bookman Old Style" w:hAnsi="Bookman Old Style" w:eastAsia="Bookman Old Style"/>
          <w:color w:val="000000"/>
          <w:sz w:val="18"/>
        </w:rPr>
        <w:t>D. popular</w:t>
      </w:r>
    </w:p>
    <w:p>
      <w:r>
        <w:br w:type="page"/>
      </w:r>
    </w:p>
    <w:p>
      <w:pPr>
        <w:keepNext/>
        <w:spacing w:before="60" w:after="20" w:line="240" w:lineRule="auto"/>
      </w:pPr>
      <w:r>
        <w:rPr>
          <w:rFonts w:ascii="Bookman Old Style" w:hAnsi="Bookman Old Style" w:eastAsia="Bookman Old Style"/>
          <w:b/>
          <w:color w:val="0033CC"/>
          <w:sz w:val="19"/>
        </w:rPr>
        <w:t>Exercise 22: Listen to the short talk twice and circle the correct answer to each of the following questions.</w:t>
      </w:r>
    </w:p>
    <w:p>
      <w:pPr>
        <w:keepNext/>
        <w:spacing w:before="0" w:after="0" w:line="240" w:lineRule="auto"/>
      </w:pPr>
      <w:r>
        <w:rPr>
          <w:rFonts w:ascii="Bookman Old Style" w:hAnsi="Bookman Old Style" w:eastAsia="Bookman Old Style"/>
          <w:color w:val="000000"/>
          <w:sz w:val="19"/>
        </w:rPr>
        <w:t xml:space="preserve">1. </w:t>
      </w:r>
      <w:r>
        <w:rPr>
          <w:rFonts w:ascii="Bookman Old Style" w:hAnsi="Bookman Old Style" w:eastAsia="Bookman Old Style"/>
          <w:color w:val="000000"/>
          <w:sz w:val="19"/>
        </w:rPr>
        <w:t>When is the fair?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Thursday</w:t>
      </w:r>
      <w:r>
        <w:tab/>
      </w:r>
      <w:r>
        <w:rPr>
          <w:rFonts w:ascii="Bookman Old Style" w:hAnsi="Bookman Old Style" w:eastAsia="Bookman Old Style"/>
          <w:color w:val="000000"/>
          <w:sz w:val="18"/>
        </w:rPr>
        <w:t>B. Friday</w:t>
      </w:r>
      <w:r>
        <w:tab/>
      </w:r>
      <w:r>
        <w:rPr>
          <w:rFonts w:ascii="Bookman Old Style" w:hAnsi="Bookman Old Style" w:eastAsia="Bookman Old Style"/>
          <w:color w:val="000000"/>
          <w:sz w:val="18"/>
        </w:rPr>
        <w:t>C. Saturday</w:t>
      </w:r>
      <w:r>
        <w:tab/>
      </w:r>
      <w:r>
        <w:rPr>
          <w:rFonts w:ascii="Bookman Old Style" w:hAnsi="Bookman Old Style" w:eastAsia="Bookman Old Style"/>
          <w:color w:val="000000"/>
          <w:sz w:val="18"/>
        </w:rPr>
        <w:t>D. Sunday</w:t>
      </w:r>
    </w:p>
    <w:p>
      <w:pPr>
        <w:keepNext/>
        <w:spacing w:before="0" w:after="0" w:line="240" w:lineRule="auto"/>
      </w:pPr>
      <w:r>
        <w:rPr>
          <w:rFonts w:ascii="Bookman Old Style" w:hAnsi="Bookman Old Style" w:eastAsia="Bookman Old Style"/>
          <w:color w:val="000000"/>
          <w:sz w:val="19"/>
        </w:rPr>
        <w:t xml:space="preserve">2. </w:t>
      </w:r>
      <w:r>
        <w:rPr>
          <w:rFonts w:ascii="Bookman Old Style" w:hAnsi="Bookman Old Style" w:eastAsia="Bookman Old Style"/>
          <w:color w:val="000000"/>
          <w:sz w:val="19"/>
        </w:rPr>
        <w:t>What can students make?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solar panel</w:t>
      </w:r>
      <w:r>
        <w:tab/>
      </w:r>
      <w:r>
        <w:rPr>
          <w:rFonts w:ascii="Bookman Old Style" w:hAnsi="Bookman Old Style" w:eastAsia="Bookman Old Style"/>
          <w:color w:val="000000"/>
          <w:sz w:val="18"/>
        </w:rPr>
        <w:t>B. A paper wind turbine</w:t>
      </w:r>
      <w:r>
        <w:tab/>
      </w:r>
      <w:r>
        <w:rPr>
          <w:rFonts w:ascii="Bookman Old Style" w:hAnsi="Bookman Old Style" w:eastAsia="Bookman Old Style"/>
          <w:color w:val="000000"/>
          <w:sz w:val="18"/>
        </w:rPr>
        <w:t>C. A battery</w:t>
      </w:r>
      <w:r>
        <w:tab/>
      </w:r>
      <w:r>
        <w:rPr>
          <w:rFonts w:ascii="Bookman Old Style" w:hAnsi="Bookman Old Style" w:eastAsia="Bookman Old Style"/>
          <w:color w:val="000000"/>
          <w:sz w:val="18"/>
        </w:rPr>
        <w:t>D. A lamp</w:t>
      </w:r>
    </w:p>
    <w:p>
      <w:pPr>
        <w:keepNext/>
        <w:spacing w:before="0" w:after="0" w:line="240" w:lineRule="auto"/>
      </w:pPr>
      <w:r>
        <w:rPr>
          <w:rFonts w:ascii="Bookman Old Style" w:hAnsi="Bookman Old Style" w:eastAsia="Bookman Old Style"/>
          <w:color w:val="000000"/>
          <w:sz w:val="19"/>
        </w:rPr>
        <w:t xml:space="preserve">3. </w:t>
      </w:r>
      <w:r>
        <w:rPr>
          <w:rFonts w:ascii="Bookman Old Style" w:hAnsi="Bookman Old Style" w:eastAsia="Bookman Old Style"/>
          <w:color w:val="000000"/>
          <w:sz w:val="19"/>
        </w:rPr>
        <w:t>Where is the fair?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 school</w:t>
      </w:r>
      <w:r>
        <w:tab/>
      </w:r>
      <w:r>
        <w:rPr>
          <w:rFonts w:ascii="Bookman Old Style" w:hAnsi="Bookman Old Style" w:eastAsia="Bookman Old Style"/>
          <w:color w:val="000000"/>
          <w:sz w:val="18"/>
        </w:rPr>
        <w:t>B. In the community hall</w:t>
      </w:r>
      <w:r>
        <w:tab/>
      </w:r>
      <w:r>
        <w:rPr>
          <w:rFonts w:ascii="Bookman Old Style" w:hAnsi="Bookman Old Style" w:eastAsia="Bookman Old Style"/>
          <w:color w:val="000000"/>
          <w:sz w:val="18"/>
        </w:rPr>
        <w:t>C. In a park</w:t>
      </w:r>
      <w:r>
        <w:tab/>
      </w:r>
      <w:r>
        <w:rPr>
          <w:rFonts w:ascii="Bookman Old Style" w:hAnsi="Bookman Old Style" w:eastAsia="Bookman Old Style"/>
          <w:color w:val="000000"/>
          <w:sz w:val="18"/>
        </w:rPr>
        <w:t>D. At a factory</w:t>
      </w:r>
    </w:p>
    <w:p>
      <w:pPr>
        <w:keepNext/>
        <w:spacing w:before="0" w:after="0" w:line="240" w:lineRule="auto"/>
      </w:pPr>
      <w:r>
        <w:rPr>
          <w:rFonts w:ascii="Bookman Old Style" w:hAnsi="Bookman Old Style" w:eastAsia="Bookman Old Style"/>
          <w:color w:val="000000"/>
          <w:sz w:val="19"/>
        </w:rPr>
        <w:t xml:space="preserve">4. </w:t>
      </w:r>
      <w:r>
        <w:rPr>
          <w:rFonts w:ascii="Bookman Old Style" w:hAnsi="Bookman Old Style" w:eastAsia="Bookman Old Style"/>
          <w:color w:val="000000"/>
          <w:sz w:val="19"/>
        </w:rPr>
        <w:t>What should groups do?</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Pay a fee</w:t>
      </w:r>
      <w:r>
        <w:tab/>
      </w:r>
      <w:r>
        <w:rPr>
          <w:rFonts w:ascii="Bookman Old Style" w:hAnsi="Bookman Old Style" w:eastAsia="Bookman Old Style"/>
          <w:color w:val="000000"/>
          <w:sz w:val="18"/>
        </w:rPr>
        <w:t>B. Bring coal</w:t>
      </w:r>
      <w:r>
        <w:tab/>
      </w:r>
      <w:r>
        <w:rPr>
          <w:rFonts w:ascii="Bookman Old Style" w:hAnsi="Bookman Old Style" w:eastAsia="Bookman Old Style"/>
          <w:color w:val="000000"/>
          <w:sz w:val="18"/>
        </w:rPr>
        <w:t>C. Register online</w:t>
      </w:r>
      <w:r>
        <w:tab/>
      </w:r>
      <w:r>
        <w:rPr>
          <w:rFonts w:ascii="Bookman Old Style" w:hAnsi="Bookman Old Style" w:eastAsia="Bookman Old Style"/>
          <w:color w:val="000000"/>
          <w:sz w:val="18"/>
        </w:rPr>
        <w:t>D. Wear uniforms</w:t>
      </w:r>
    </w:p>
    <w:p>
      <w:pPr>
        <w:keepNext w:val="0"/>
        <w:spacing w:before="60" w:after="40" w:line="240" w:lineRule="auto"/>
      </w:pPr>
      <w:r>
        <w:rPr>
          <w:rFonts w:ascii="Bookman Old Style" w:hAnsi="Bookman Old Style" w:eastAsia="Bookman Old Style"/>
          <w:b/>
          <w:color w:val="0033CC"/>
          <w:sz w:val="18"/>
        </w:rPr>
        <w:t>Audio file: G7 - U10 - Ex22.mp3</w:t>
      </w:r>
    </w:p>
    <w:p>
      <w:r>
        <w:br w:type="page"/>
      </w:r>
    </w:p>
    <w:p>
      <w:pPr>
        <w:keepNext/>
        <w:spacing w:before="60" w:after="20" w:line="240" w:lineRule="auto"/>
      </w:pPr>
      <w:r>
        <w:rPr>
          <w:rFonts w:ascii="Bookman Old Style" w:hAnsi="Bookman Old Style" w:eastAsia="Bookman Old Style"/>
          <w:b/>
          <w:color w:val="0033CC"/>
          <w:sz w:val="19"/>
        </w:rPr>
        <w:t>Exercise 23: Listen to the conversation twice and decide whether the following sentences are True or False.</w:t>
      </w:r>
    </w:p>
    <w:tbl>
      <w:tblPr>
        <w:tblStyle w:val="TableGrid"/>
        <w:tblW w:type="dxa" w:w="10320"/>
        <w:jc w:val="center"/>
        <w:tblLayout w:type="fixed"/>
        <w:tblLook w:firstColumn="1" w:firstRow="1" w:lastColumn="0" w:lastRow="0" w:noHBand="0" w:noVBand="1" w:val="04A0"/>
      </w:tblPr>
      <w:tblGrid>
        <w:gridCol w:w="600"/>
        <w:gridCol w:w="8420"/>
        <w:gridCol w:w="650"/>
        <w:gridCol w:w="650"/>
      </w:tblGrid>
      <w:tr>
        <w:tc>
          <w:tcPr>
            <w:tcW w:type="dxa" w:w="60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No.</w:t>
            </w:r>
          </w:p>
        </w:tc>
        <w:tc>
          <w:tcPr>
            <w:tcW w:type="dxa" w:w="842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Statements</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T</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F</w:t>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1</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Linh is closing the curtains.</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2</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She uses daylight instead of a lamp.</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3</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She leaves chargers plugged in.</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4</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Her actions can reduce the family's bills.</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bl>
    <w:p>
      <w:pPr>
        <w:keepNext w:val="0"/>
        <w:spacing w:before="60" w:after="40" w:line="240" w:lineRule="auto"/>
      </w:pPr>
      <w:r>
        <w:rPr>
          <w:rFonts w:ascii="Bookman Old Style" w:hAnsi="Bookman Old Style" w:eastAsia="Bookman Old Style"/>
          <w:b/>
          <w:color w:val="0033CC"/>
          <w:sz w:val="18"/>
        </w:rPr>
        <w:t>Audio file: G7 - U10 - Ex23.mp3</w:t>
      </w:r>
    </w:p>
    <w:p>
      <w:r>
        <w:br w:type="page"/>
      </w:r>
    </w:p>
    <w:p>
      <w:pPr>
        <w:keepNext/>
        <w:spacing w:before="40" w:after="100" w:line="240" w:lineRule="auto"/>
      </w:pPr>
      <w:r>
        <w:rPr>
          <w:rFonts w:ascii="Bookman Old Style" w:hAnsi="Bookman Old Style" w:eastAsia="Bookman Old Style"/>
          <w:b/>
          <w:color w:val="0033CC"/>
          <w:sz w:val="22"/>
        </w:rPr>
        <w:t>E. LISTENING SCRIPTS</w:t>
      </w:r>
    </w:p>
    <w:p>
      <w:pPr>
        <w:keepNext/>
        <w:spacing w:before="40" w:after="20" w:line="240" w:lineRule="auto"/>
      </w:pPr>
      <w:r>
        <w:rPr>
          <w:rFonts w:ascii="Bookman Old Style" w:hAnsi="Bookman Old Style" w:eastAsia="Bookman Old Style"/>
          <w:b/>
          <w:color w:val="0033CC"/>
          <w:sz w:val="20"/>
        </w:rPr>
        <w:t>Exercise 22 - Short talk</w:t>
      </w:r>
    </w:p>
    <w:p>
      <w:pPr>
        <w:keepNext w:val="0"/>
        <w:spacing w:before="0" w:after="80" w:line="240" w:lineRule="auto"/>
      </w:pPr>
      <w:r>
        <w:rPr>
          <w:rFonts w:ascii="Bookman Old Style" w:hAnsi="Bookman Old Style" w:eastAsia="Bookman Old Style"/>
          <w:b/>
          <w:color w:val="0033CC"/>
          <w:sz w:val="18"/>
        </w:rPr>
        <w:t>Audio file: G7 - U10 - Ex22.mp3</w:t>
      </w:r>
    </w:p>
    <w:p>
      <w:pPr>
        <w:keepNext w:val="0"/>
        <w:spacing w:before="0" w:after="140" w:line="259" w:lineRule="auto"/>
        <w:ind w:left="227" w:right="227"/>
      </w:pPr>
      <w:r>
        <w:rPr>
          <w:rFonts w:ascii="Bookman Old Style" w:hAnsi="Bookman Old Style" w:eastAsia="Bookman Old Style"/>
          <w:color w:val="000000"/>
          <w:sz w:val="18"/>
        </w:rPr>
        <w:t>Our town energy fair will take place this Friday from eight in the morning until four in the afternoon. At the fair, students can see small solar cars, make a paper wind turbine, and learn how biogas is produced. The fair is in the community hall. Entry is free, but groups should register online before Thursday.</w:t>
      </w:r>
    </w:p>
    <w:p>
      <w:pPr>
        <w:keepNext/>
        <w:spacing w:before="60" w:after="20" w:line="240" w:lineRule="auto"/>
      </w:pPr>
      <w:r>
        <w:rPr>
          <w:rFonts w:ascii="Bookman Old Style" w:hAnsi="Bookman Old Style" w:eastAsia="Bookman Old Style"/>
          <w:b/>
          <w:color w:val="0033CC"/>
          <w:sz w:val="20"/>
        </w:rPr>
        <w:t>Exercise 23 - Conversation</w:t>
      </w:r>
    </w:p>
    <w:p>
      <w:pPr>
        <w:keepNext w:val="0"/>
        <w:spacing w:before="0" w:after="80" w:line="240" w:lineRule="auto"/>
      </w:pPr>
      <w:r>
        <w:rPr>
          <w:rFonts w:ascii="Bookman Old Style" w:hAnsi="Bookman Old Style" w:eastAsia="Bookman Old Style"/>
          <w:b/>
          <w:color w:val="0033CC"/>
          <w:sz w:val="18"/>
        </w:rPr>
        <w:t>Audio file: G7 - U10 - Ex23.mp3</w:t>
      </w:r>
    </w:p>
    <w:p>
      <w:pPr>
        <w:keepNext w:val="0"/>
        <w:spacing w:before="0" w:after="40" w:line="252" w:lineRule="auto"/>
        <w:ind w:left="227"/>
      </w:pPr>
      <w:r>
        <w:rPr>
          <w:rFonts w:ascii="Bookman Old Style" w:hAnsi="Bookman Old Style" w:eastAsia="Bookman Old Style"/>
          <w:b/>
          <w:color w:val="0033CC"/>
          <w:sz w:val="18"/>
        </w:rPr>
        <w:t xml:space="preserve">Dad: </w:t>
      </w:r>
      <w:r>
        <w:rPr>
          <w:rFonts w:ascii="Bookman Old Style" w:hAnsi="Bookman Old Style" w:eastAsia="Bookman Old Style"/>
          <w:color w:val="000000"/>
          <w:sz w:val="18"/>
        </w:rPr>
        <w:t>Why are you opening the curtains, Linh?</w:t>
      </w:r>
    </w:p>
    <w:p>
      <w:pPr>
        <w:keepNext w:val="0"/>
        <w:spacing w:before="0" w:after="40" w:line="252" w:lineRule="auto"/>
        <w:ind w:left="227"/>
      </w:pPr>
      <w:r>
        <w:rPr>
          <w:rFonts w:ascii="Bookman Old Style" w:hAnsi="Bookman Old Style" w:eastAsia="Bookman Old Style"/>
          <w:b/>
          <w:color w:val="0033CC"/>
          <w:sz w:val="18"/>
        </w:rPr>
        <w:t xml:space="preserve">Linh: </w:t>
      </w:r>
      <w:r>
        <w:rPr>
          <w:rFonts w:ascii="Bookman Old Style" w:hAnsi="Bookman Old Style" w:eastAsia="Bookman Old Style"/>
          <w:color w:val="000000"/>
          <w:sz w:val="18"/>
        </w:rPr>
        <w:t>I am using daylight instead of turning on the lamp.</w:t>
      </w:r>
    </w:p>
    <w:p>
      <w:pPr>
        <w:keepNext w:val="0"/>
        <w:spacing w:before="0" w:after="40" w:line="252" w:lineRule="auto"/>
        <w:ind w:left="227"/>
      </w:pPr>
      <w:r>
        <w:rPr>
          <w:rFonts w:ascii="Bookman Old Style" w:hAnsi="Bookman Old Style" w:eastAsia="Bookman Old Style"/>
          <w:b/>
          <w:color w:val="0033CC"/>
          <w:sz w:val="18"/>
        </w:rPr>
        <w:t xml:space="preserve">Dad: </w:t>
      </w:r>
      <w:r>
        <w:rPr>
          <w:rFonts w:ascii="Bookman Old Style" w:hAnsi="Bookman Old Style" w:eastAsia="Bookman Old Style"/>
          <w:color w:val="000000"/>
          <w:sz w:val="18"/>
        </w:rPr>
        <w:t>Good idea. Are you doing anything else to save energy?</w:t>
      </w:r>
    </w:p>
    <w:p>
      <w:pPr>
        <w:keepNext w:val="0"/>
        <w:spacing w:before="0" w:after="40" w:line="252" w:lineRule="auto"/>
        <w:ind w:left="227"/>
      </w:pPr>
      <w:r>
        <w:rPr>
          <w:rFonts w:ascii="Bookman Old Style" w:hAnsi="Bookman Old Style" w:eastAsia="Bookman Old Style"/>
          <w:b/>
          <w:color w:val="0033CC"/>
          <w:sz w:val="18"/>
        </w:rPr>
        <w:t xml:space="preserve">Linh: </w:t>
      </w:r>
      <w:r>
        <w:rPr>
          <w:rFonts w:ascii="Bookman Old Style" w:hAnsi="Bookman Old Style" w:eastAsia="Bookman Old Style"/>
          <w:color w:val="000000"/>
          <w:sz w:val="18"/>
        </w:rPr>
        <w:t>Yes. I am unplugging chargers when we are not using them. I am also taking shorter showers.</w:t>
      </w:r>
    </w:p>
    <w:p>
      <w:pPr>
        <w:keepNext w:val="0"/>
        <w:spacing w:before="0" w:after="40" w:line="252" w:lineRule="auto"/>
        <w:ind w:left="227"/>
      </w:pPr>
      <w:r>
        <w:rPr>
          <w:rFonts w:ascii="Bookman Old Style" w:hAnsi="Bookman Old Style" w:eastAsia="Bookman Old Style"/>
          <w:b/>
          <w:color w:val="0033CC"/>
          <w:sz w:val="18"/>
        </w:rPr>
        <w:t xml:space="preserve">Dad: </w:t>
      </w:r>
      <w:r>
        <w:rPr>
          <w:rFonts w:ascii="Bookman Old Style" w:hAnsi="Bookman Old Style" w:eastAsia="Bookman Old Style"/>
          <w:color w:val="000000"/>
          <w:sz w:val="18"/>
        </w:rPr>
        <w:t>Excellent. Small changes can reduce our bills.</w:t>
      </w:r>
    </w:p>
    <w:p>
      <w:pPr>
        <w:keepNext w:val="0"/>
        <w:spacing w:before="160" w:after="0" w:line="240" w:lineRule="auto"/>
        <w:jc w:val="center"/>
      </w:pPr>
      <w:r>
        <w:rPr>
          <w:rFonts w:ascii="Bookman Old Style" w:hAnsi="Bookman Old Style" w:eastAsia="Bookman Old Style"/>
          <w:b/>
          <w:color w:val="000000"/>
          <w:sz w:val="21"/>
        </w:rPr>
        <w:t>--- THE END ---</w:t>
      </w:r>
    </w:p>
    <w:sectPr w:rsidR="00FC693F" w:rsidRPr="0006063C" w:rsidSect="00034616">
      <w:footerReference w:type="default" r:id="rId9"/>
      <w:pgSz w:w="11906" w:h="16838"/>
      <w:pgMar w:top="720" w:right="720" w:bottom="720" w:left="7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tabs>
        <w:tab w:pos="10205" w:val="left"/>
      </w:tabs>
      <w:spacing w:before="0" w:after="0" w:line="240" w:lineRule="auto"/>
      <w:jc w:val="left"/>
    </w:pPr>
    <w:r>
      <w:rPr>
        <w:rFonts w:ascii="Bookman Old Style" w:hAnsi="Bookman Old Style" w:eastAsia="Bookman Old Style"/>
        <w:b/>
        <w:color w:val="2E75B6"/>
        <w:sz w:val="20"/>
      </w:rPr>
      <w:t>Bài tập Tiếng Anh 7 (Global Success)</w:t>
    </w:r>
    <w:r>
      <w:tab/>
    </w:r>
    <w:r>
      <w:rPr>
        <w:rFonts w:ascii="Bookman Old Style" w:hAnsi="Bookman Old Style" w:eastAsia="Bookman Old Style"/>
        <w:b/>
        <w:color w:val="2E75B6"/>
        <w:sz w:val="20"/>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Bookman Old Style" w:hAnsi="Bookman Old Style" w:eastAsia="Bookman Old Styl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image" Target="media/image5.jpeg"/><Relationship Id="rId15"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