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2"/>
        </w:rPr>
        <w:t>UBND …………………………     TRƯỜNG …………………………</w:t>
      </w:r>
    </w:p>
    <w:p>
      <w:pPr>
        <w:jc w:val="center"/>
      </w:pPr>
      <w:r>
        <w:rPr>
          <w:b/>
          <w:sz w:val="28"/>
        </w:rPr>
        <w:t>ĐỀ KIỂM TRA GIỮA KÌ I NĂM HỌC 2026–2027</w:t>
      </w:r>
    </w:p>
    <w:p>
      <w:pPr>
        <w:jc w:val="center"/>
      </w:pPr>
      <w:r>
        <w:rPr>
          <w:b/>
          <w:sz w:val="26"/>
        </w:rPr>
        <w:t>MÔN TIẾNG ANH 8 • ĐỀ 01</w:t>
      </w:r>
    </w:p>
    <w:p>
      <w:pPr>
        <w:jc w:val="center"/>
      </w:pPr>
      <w:r>
        <w:rPr>
          <w:b w:val="0"/>
          <w:sz w:val="22"/>
        </w:rPr>
        <w:t>Thời gian làm bài 60 phút kể cả thời gian nghe</w:t>
      </w:r>
    </w:p>
    <w:p>
      <w:r>
        <w:rPr>
          <w:b w:val="0"/>
        </w:rPr>
        <w:t>Họ và tên: ……………………………………… Lớp: …………</w:t>
      </w:r>
    </w:p>
    <w:p>
      <w:r>
        <w:rPr>
          <w:b/>
          <w:sz w:val="26"/>
        </w:rPr>
        <w:t>I. LISTENING (2.0 points)</w:t>
      </w:r>
    </w:p>
    <w:p>
      <w:r>
        <w:rPr>
          <w:b w:val="0"/>
        </w:rPr>
        <w:t>Task 1. Listen to the conversation and choose A, B or C. You will listen TWICE. Question 0 is an example. (1.0 point)</w:t>
      </w:r>
    </w:p>
    <w:p>
      <w:r>
        <w:rPr>
          <w:b/>
        </w:rPr>
        <w:t>0. Where is David staying?</w:t>
      </w:r>
    </w:p>
    <w:p>
      <w:pPr>
        <w:spacing w:after="100"/>
      </w:pPr>
      <w:r>
        <w:t xml:space="preserve">A. </w:t>
      </w:r>
      <w:r>
        <w:t>At a beach</w:t>
      </w:r>
      <w:r>
        <w:t xml:space="preserve">     </w:t>
      </w:r>
      <w:r>
        <w:t xml:space="preserve">B. </w:t>
      </w:r>
      <w:r>
        <w:t>In a village</w:t>
      </w:r>
      <w:r>
        <w:t xml:space="preserve">     </w:t>
      </w:r>
      <w:r>
        <w:t xml:space="preserve">C. </w:t>
      </w:r>
      <w:r>
        <w:t>In a city</w:t>
      </w:r>
    </w:p>
    <w:p>
      <w:r>
        <w:rPr>
          <w:b w:val="0"/>
          <w:sz w:val="22"/>
        </w:rPr>
        <w:t>Example answer: B.</w:t>
      </w:r>
    </w:p>
    <w:p>
      <w:r>
        <w:rPr>
          <w:b/>
        </w:rPr>
        <w:t>1. What is his favourite place?</w:t>
      </w:r>
    </w:p>
    <w:p>
      <w:pPr>
        <w:spacing w:after="100"/>
      </w:pPr>
      <w:r>
        <w:t xml:space="preserve">A. </w:t>
      </w:r>
      <w:r>
        <w:t>The market</w:t>
      </w:r>
      <w:r>
        <w:t xml:space="preserve">     </w:t>
      </w:r>
      <w:r>
        <w:t xml:space="preserve">B. </w:t>
      </w:r>
      <w:r>
        <w:t>The fields</w:t>
      </w:r>
      <w:r>
        <w:t xml:space="preserve">     </w:t>
      </w:r>
      <w:r>
        <w:t xml:space="preserve">C. </w:t>
      </w:r>
      <w:r>
        <w:t>The river</w:t>
      </w:r>
    </w:p>
    <w:p>
      <w:r>
        <w:rPr>
          <w:b/>
        </w:rPr>
        <w:t>2. What did he do on Saturday morning?</w:t>
      </w:r>
    </w:p>
    <w:p>
      <w:pPr>
        <w:spacing w:after="100"/>
      </w:pPr>
      <w:r>
        <w:t xml:space="preserve">A. </w:t>
      </w:r>
      <w:r>
        <w:t>Made a kite</w:t>
      </w:r>
      <w:r>
        <w:t xml:space="preserve">     </w:t>
      </w:r>
      <w:r>
        <w:t xml:space="preserve">B. </w:t>
      </w:r>
      <w:r>
        <w:t>Fed the ducks</w:t>
      </w:r>
      <w:r>
        <w:t xml:space="preserve">     </w:t>
      </w:r>
      <w:r>
        <w:t xml:space="preserve">C. </w:t>
      </w:r>
      <w:r>
        <w:t>Picked vegetables</w:t>
      </w:r>
    </w:p>
    <w:p>
      <w:r>
        <w:rPr>
          <w:b/>
        </w:rPr>
        <w:t>3. Who taught him to make a kite?</w:t>
      </w:r>
    </w:p>
    <w:p>
      <w:pPr>
        <w:spacing w:after="100"/>
      </w:pPr>
      <w:r>
        <w:t xml:space="preserve">A. </w:t>
      </w:r>
      <w:r>
        <w:t>His uncle</w:t>
      </w:r>
      <w:r>
        <w:t xml:space="preserve">     </w:t>
      </w:r>
      <w:r>
        <w:t xml:space="preserve">B. </w:t>
      </w:r>
      <w:r>
        <w:t>A neighbour</w:t>
      </w:r>
      <w:r>
        <w:t xml:space="preserve">     </w:t>
      </w:r>
      <w:r>
        <w:t xml:space="preserve">C. </w:t>
      </w:r>
      <w:r>
        <w:t>His grandfather</w:t>
      </w:r>
    </w:p>
    <w:p>
      <w:r>
        <w:rPr>
          <w:b/>
        </w:rPr>
        <w:t>4. How did he go to the market?</w:t>
      </w:r>
    </w:p>
    <w:p>
      <w:pPr>
        <w:spacing w:after="100"/>
      </w:pPr>
      <w:r>
        <w:t xml:space="preserve">A. </w:t>
      </w:r>
      <w:r>
        <w:t>On foot</w:t>
      </w:r>
      <w:r>
        <w:t xml:space="preserve">     </w:t>
      </w:r>
      <w:r>
        <w:t xml:space="preserve">B. </w:t>
      </w:r>
      <w:r>
        <w:t>By car</w:t>
      </w:r>
      <w:r>
        <w:t xml:space="preserve">     </w:t>
      </w:r>
      <w:r>
        <w:t xml:space="preserve">C. </w:t>
      </w:r>
      <w:r>
        <w:t>By bike</w:t>
      </w:r>
    </w:p>
    <w:p>
      <w:r>
        <w:rPr>
          <w:b w:val="0"/>
        </w:rPr>
        <w:t>Task 2. Listen to the talk and write T (True) or F (False). You will listen TWICE. Question 0 is an example. (1.0 point)</w:t>
      </w:r>
    </w:p>
    <w:tbl>
      <w:tblPr>
        <w:tblStyle w:val="TableGrid"/>
        <w:tblW w:type="auto" w:w="0"/>
        <w:tblLayout w:type="fixed"/>
        <w:tblLook w:firstColumn="1" w:firstRow="1" w:lastColumn="0" w:lastRow="0" w:noHBand="0" w:noVBand="1" w:val="04A0"/>
      </w:tblPr>
      <w:tblGrid>
        <w:gridCol w:w="8674"/>
        <w:gridCol w:w="1134"/>
      </w:tblGrid>
      <w:tr>
        <w:trPr>
          <w:cantSplit/>
        </w:trPr>
        <w:tc>
          <w:tcPr>
            <w:tcW w:type="dxa" w:w="8674"/>
            <w:tcBorders>
              <w:top w:val="single" w:sz="4" w:color="D9D9D9"/>
              <w:left w:val="single" w:sz="4" w:color="D9D9D9"/>
              <w:bottom w:val="single" w:sz="4" w:color="D9D9D9"/>
              <w:right w:val="single" w:sz="4" w:color="D9D9D9"/>
            </w:tcBorders>
            <w:shd w:fill="EAEAEA"/>
          </w:tcPr>
          <w:p>
            <w:pPr>
              <w:spacing w:after="40" w:line="240" w:lineRule="auto"/>
            </w:pPr>
            <w:r>
              <w:rPr>
                <w:b/>
                <w:sz w:val="22"/>
              </w:rPr>
              <w:t>Statements</w:t>
            </w:r>
          </w:p>
        </w:tc>
        <w:tc>
          <w:tcPr>
            <w:tcW w:type="dxa" w:w="1134"/>
            <w:tcBorders>
              <w:top w:val="single" w:sz="4" w:color="D9D9D9"/>
              <w:left w:val="single" w:sz="4" w:color="D9D9D9"/>
              <w:bottom w:val="single" w:sz="4" w:color="D9D9D9"/>
              <w:right w:val="single" w:sz="4" w:color="D9D9D9"/>
            </w:tcBorders>
            <w:shd w:fill="EAEAEA"/>
          </w:tcPr>
          <w:p>
            <w:pPr>
              <w:spacing w:after="40" w:line="240" w:lineRule="auto"/>
            </w:pPr>
            <w:r>
              <w:rPr>
                <w:b/>
                <w:sz w:val="22"/>
              </w:rPr>
              <w:t>T / F</w:t>
            </w:r>
          </w:p>
        </w:tc>
      </w:tr>
      <w:tr>
        <w:trPr>
          <w:cantSplit/>
        </w:trPr>
        <w:tc>
          <w:tcPr>
            <w:tcW w:type="dxa" w:w="8674"/>
            <w:tcBorders>
              <w:top w:val="single" w:sz="4" w:color="D9D9D9"/>
              <w:left w:val="single" w:sz="4" w:color="D9D9D9"/>
              <w:bottom w:val="single" w:sz="4" w:color="D9D9D9"/>
              <w:right w:val="single" w:sz="4" w:color="D9D9D9"/>
            </w:tcBorders>
          </w:tcPr>
          <w:p>
            <w:pPr>
              <w:spacing w:after="40" w:line="240" w:lineRule="auto"/>
            </w:pPr>
            <w:r>
              <w:rPr>
                <w:b w:val="0"/>
                <w:sz w:val="22"/>
              </w:rPr>
              <w:t>0. Lucy swims on Monday.</w:t>
            </w:r>
          </w:p>
        </w:tc>
        <w:tc>
          <w:tcPr>
            <w:tcW w:type="dxa" w:w="1134"/>
            <w:tcBorders>
              <w:top w:val="single" w:sz="4" w:color="D9D9D9"/>
              <w:left w:val="single" w:sz="4" w:color="D9D9D9"/>
              <w:bottom w:val="single" w:sz="4" w:color="D9D9D9"/>
              <w:right w:val="single" w:sz="4" w:color="D9D9D9"/>
            </w:tcBorders>
          </w:tcPr>
          <w:p>
            <w:pPr>
              <w:spacing w:after="40" w:line="240" w:lineRule="auto"/>
            </w:pPr>
            <w:r>
              <w:rPr>
                <w:b w:val="0"/>
                <w:sz w:val="22"/>
              </w:rPr>
              <w:t>T</w:t>
            </w:r>
          </w:p>
        </w:tc>
      </w:tr>
      <w:tr>
        <w:trPr>
          <w:cantSplit/>
        </w:trPr>
        <w:tc>
          <w:tcPr>
            <w:tcW w:type="dxa" w:w="8674"/>
            <w:tcBorders>
              <w:top w:val="single" w:sz="4" w:color="D9D9D9"/>
              <w:left w:val="single" w:sz="4" w:color="D9D9D9"/>
              <w:bottom w:val="single" w:sz="4" w:color="D9D9D9"/>
              <w:right w:val="single" w:sz="4" w:color="D9D9D9"/>
            </w:tcBorders>
          </w:tcPr>
          <w:p>
            <w:pPr>
              <w:spacing w:after="40" w:line="240" w:lineRule="auto"/>
            </w:pPr>
            <w:r>
              <w:rPr>
                <w:b w:val="0"/>
                <w:sz w:val="22"/>
              </w:rPr>
              <w:t>5. She plays badminton on Tuesday morning.</w:t>
            </w:r>
          </w:p>
        </w:tc>
        <w:tc>
          <w:tcPr>
            <w:tcW w:type="dxa" w:w="1134"/>
            <w:tcBorders>
              <w:top w:val="single" w:sz="4" w:color="D9D9D9"/>
              <w:left w:val="single" w:sz="4" w:color="D9D9D9"/>
              <w:bottom w:val="single" w:sz="4" w:color="D9D9D9"/>
              <w:right w:val="single" w:sz="4" w:color="D9D9D9"/>
            </w:tcBorders>
          </w:tcPr>
          <w:p>
            <w:pPr>
              <w:spacing w:after="40" w:line="240" w:lineRule="auto"/>
            </w:pPr>
            <w:r>
              <w:rPr>
                <w:b w:val="0"/>
                <w:sz w:val="22"/>
              </w:rPr>
            </w:r>
          </w:p>
        </w:tc>
      </w:tr>
      <w:tr>
        <w:trPr>
          <w:cantSplit/>
        </w:trPr>
        <w:tc>
          <w:tcPr>
            <w:tcW w:type="dxa" w:w="8674"/>
            <w:tcBorders>
              <w:top w:val="single" w:sz="4" w:color="D9D9D9"/>
              <w:left w:val="single" w:sz="4" w:color="D9D9D9"/>
              <w:bottom w:val="single" w:sz="4" w:color="D9D9D9"/>
              <w:right w:val="single" w:sz="4" w:color="D9D9D9"/>
            </w:tcBorders>
          </w:tcPr>
          <w:p>
            <w:pPr>
              <w:spacing w:after="40" w:line="240" w:lineRule="auto"/>
            </w:pPr>
            <w:r>
              <w:rPr>
                <w:b w:val="0"/>
                <w:sz w:val="22"/>
              </w:rPr>
              <w:t>6. She reads at home on Wednesday.</w:t>
            </w:r>
          </w:p>
        </w:tc>
        <w:tc>
          <w:tcPr>
            <w:tcW w:type="dxa" w:w="1134"/>
            <w:tcBorders>
              <w:top w:val="single" w:sz="4" w:color="D9D9D9"/>
              <w:left w:val="single" w:sz="4" w:color="D9D9D9"/>
              <w:bottom w:val="single" w:sz="4" w:color="D9D9D9"/>
              <w:right w:val="single" w:sz="4" w:color="D9D9D9"/>
            </w:tcBorders>
          </w:tcPr>
          <w:p>
            <w:pPr>
              <w:spacing w:after="40" w:line="240" w:lineRule="auto"/>
            </w:pPr>
            <w:r>
              <w:rPr>
                <w:b w:val="0"/>
                <w:sz w:val="22"/>
              </w:rPr>
            </w:r>
          </w:p>
        </w:tc>
      </w:tr>
      <w:tr>
        <w:trPr>
          <w:cantSplit/>
        </w:trPr>
        <w:tc>
          <w:tcPr>
            <w:tcW w:type="dxa" w:w="8674"/>
            <w:tcBorders>
              <w:top w:val="single" w:sz="4" w:color="D9D9D9"/>
              <w:left w:val="single" w:sz="4" w:color="D9D9D9"/>
              <w:bottom w:val="single" w:sz="4" w:color="D9D9D9"/>
              <w:right w:val="single" w:sz="4" w:color="D9D9D9"/>
            </w:tcBorders>
          </w:tcPr>
          <w:p>
            <w:pPr>
              <w:spacing w:after="40" w:line="240" w:lineRule="auto"/>
            </w:pPr>
            <w:r>
              <w:rPr>
                <w:b w:val="0"/>
                <w:sz w:val="22"/>
              </w:rPr>
              <w:t>7. Her basketball club meets in a park.</w:t>
            </w:r>
          </w:p>
        </w:tc>
        <w:tc>
          <w:tcPr>
            <w:tcW w:type="dxa" w:w="1134"/>
            <w:tcBorders>
              <w:top w:val="single" w:sz="4" w:color="D9D9D9"/>
              <w:left w:val="single" w:sz="4" w:color="D9D9D9"/>
              <w:bottom w:val="single" w:sz="4" w:color="D9D9D9"/>
              <w:right w:val="single" w:sz="4" w:color="D9D9D9"/>
            </w:tcBorders>
          </w:tcPr>
          <w:p>
            <w:pPr>
              <w:spacing w:after="40" w:line="240" w:lineRule="auto"/>
            </w:pPr>
            <w:r>
              <w:rPr>
                <w:b w:val="0"/>
                <w:sz w:val="22"/>
              </w:rPr>
            </w:r>
          </w:p>
        </w:tc>
      </w:tr>
      <w:tr>
        <w:trPr>
          <w:cantSplit/>
        </w:trPr>
        <w:tc>
          <w:tcPr>
            <w:tcW w:type="dxa" w:w="8674"/>
            <w:tcBorders>
              <w:top w:val="single" w:sz="4" w:color="D9D9D9"/>
              <w:left w:val="single" w:sz="4" w:color="D9D9D9"/>
              <w:bottom w:val="single" w:sz="4" w:color="D9D9D9"/>
              <w:right w:val="single" w:sz="4" w:color="D9D9D9"/>
            </w:tcBorders>
          </w:tcPr>
          <w:p>
            <w:pPr>
              <w:spacing w:after="40" w:line="240" w:lineRule="auto"/>
            </w:pPr>
            <w:r>
              <w:rPr>
                <w:b w:val="0"/>
                <w:sz w:val="22"/>
              </w:rPr>
              <w:t>8. Winning is the most important thing to her on Sunday.</w:t>
            </w:r>
          </w:p>
        </w:tc>
        <w:tc>
          <w:tcPr>
            <w:tcW w:type="dxa" w:w="1134"/>
            <w:tcBorders>
              <w:top w:val="single" w:sz="4" w:color="D9D9D9"/>
              <w:left w:val="single" w:sz="4" w:color="D9D9D9"/>
              <w:bottom w:val="single" w:sz="4" w:color="D9D9D9"/>
              <w:right w:val="single" w:sz="4" w:color="D9D9D9"/>
            </w:tcBorders>
          </w:tcPr>
          <w:p>
            <w:pPr>
              <w:spacing w:after="40" w:line="240" w:lineRule="auto"/>
            </w:pPr>
            <w:r>
              <w:rPr>
                <w:b w:val="0"/>
                <w:sz w:val="22"/>
              </w:rPr>
            </w:r>
          </w:p>
        </w:tc>
      </w:tr>
    </w:tbl>
    <w:p>
      <w:r>
        <w:rPr>
          <w:b/>
          <w:sz w:val="26"/>
        </w:rPr>
        <w:t>II. PRONUNCIATION (0.5 point)</w:t>
      </w:r>
    </w:p>
    <w:p>
      <w:r>
        <w:rPr>
          <w:b w:val="0"/>
        </w:rPr>
        <w:t>Choose the word whose underlined part is pronounced differently from the others.</w:t>
      </w:r>
    </w:p>
    <w:p>
      <w:r>
        <w:rPr>
          <w:b/>
        </w:rPr>
        <w:t>9.</w:t>
      </w:r>
    </w:p>
    <w:p>
      <w:pPr>
        <w:spacing w:after="100"/>
      </w:pPr>
      <w:r>
        <w:t xml:space="preserve">A. </w:t>
      </w:r>
      <w:r>
        <w:t>play</w:t>
      </w:r>
      <w:r>
        <w:rPr>
          <w:u w:val="single"/>
        </w:rPr>
        <w:t>ed</w:t>
      </w:r>
      <w:r/>
      <w:r>
        <w:t xml:space="preserve">     </w:t>
      </w:r>
      <w:r>
        <w:t xml:space="preserve">B. </w:t>
      </w:r>
      <w:r>
        <w:t>clean</w:t>
      </w:r>
      <w:r>
        <w:rPr>
          <w:u w:val="single"/>
        </w:rPr>
        <w:t>ed</w:t>
      </w:r>
      <w:r/>
      <w:r>
        <w:t xml:space="preserve">     </w:t>
      </w:r>
      <w:r>
        <w:t xml:space="preserve">C. </w:t>
      </w:r>
      <w:r>
        <w:t>open</w:t>
      </w:r>
      <w:r>
        <w:rPr>
          <w:u w:val="single"/>
        </w:rPr>
        <w:t>ed</w:t>
      </w:r>
      <w:r/>
      <w:r>
        <w:t xml:space="preserve">     </w:t>
      </w:r>
      <w:r>
        <w:t xml:space="preserve">D. </w:t>
      </w:r>
      <w:r>
        <w:t>look</w:t>
      </w:r>
      <w:r>
        <w:rPr>
          <w:u w:val="single"/>
        </w:rPr>
        <w:t>ed</w:t>
      </w:r>
      <w:r/>
    </w:p>
    <w:p>
      <w:r>
        <w:rPr>
          <w:b/>
        </w:rPr>
        <w:t>10.</w:t>
      </w:r>
    </w:p>
    <w:p>
      <w:pPr>
        <w:spacing w:after="100"/>
      </w:pPr>
      <w:r>
        <w:t xml:space="preserve">A. </w:t>
      </w:r>
      <w:r>
        <w:t>c</w:t>
      </w:r>
      <w:r>
        <w:rPr>
          <w:u w:val="single"/>
        </w:rPr>
        <w:t>oo</w:t>
      </w:r>
      <w:r>
        <w:t>k</w:t>
      </w:r>
      <w:r>
        <w:t xml:space="preserve">     </w:t>
      </w:r>
      <w:r>
        <w:t xml:space="preserve">B. </w:t>
      </w:r>
      <w:r>
        <w:t>m</w:t>
      </w:r>
      <w:r>
        <w:rPr>
          <w:u w:val="single"/>
        </w:rPr>
        <w:t>oo</w:t>
      </w:r>
      <w:r>
        <w:t>n</w:t>
      </w:r>
      <w:r>
        <w:t xml:space="preserve">     </w:t>
      </w:r>
      <w:r>
        <w:t xml:space="preserve">C. </w:t>
      </w:r>
      <w:r>
        <w:t>sch</w:t>
      </w:r>
      <w:r>
        <w:rPr>
          <w:u w:val="single"/>
        </w:rPr>
        <w:t>oo</w:t>
      </w:r>
      <w:r>
        <w:t>l</w:t>
      </w:r>
      <w:r>
        <w:t xml:space="preserve">     </w:t>
      </w:r>
      <w:r>
        <w:t xml:space="preserve">D. </w:t>
      </w:r>
      <w:r>
        <w:t>f</w:t>
      </w:r>
      <w:r>
        <w:rPr>
          <w:u w:val="single"/>
        </w:rPr>
        <w:t>oo</w:t>
      </w:r>
      <w:r>
        <w:t>d</w:t>
      </w:r>
    </w:p>
    <w:p>
      <w:r>
        <w:br w:type="page"/>
      </w:r>
    </w:p>
    <w:p>
      <w:r>
        <w:rPr>
          <w:b/>
          <w:sz w:val="26"/>
        </w:rPr>
        <w:t>III. GRAMMAR AND VOCABULARY (3.0 points)</w:t>
      </w:r>
    </w:p>
    <w:p>
      <w:r>
        <w:rPr>
          <w:b w:val="0"/>
        </w:rPr>
        <w:t>Choose the correct answer A, B, C or D. (2.25 points)</w:t>
      </w:r>
    </w:p>
    <w:p>
      <w:r>
        <w:rPr>
          <w:b/>
        </w:rPr>
        <w:t>11. My sister is keen ______ making paper flowers.</w:t>
      </w:r>
    </w:p>
    <w:p>
      <w:pPr>
        <w:spacing w:after="100"/>
      </w:pPr>
      <w:r>
        <w:t xml:space="preserve">A. </w:t>
      </w:r>
      <w:r>
        <w:t>on</w:t>
      </w:r>
      <w:r>
        <w:t xml:space="preserve">     </w:t>
      </w:r>
      <w:r>
        <w:t xml:space="preserve">B. </w:t>
      </w:r>
      <w:r>
        <w:t>at</w:t>
      </w:r>
      <w:r>
        <w:t xml:space="preserve">     </w:t>
      </w:r>
      <w:r>
        <w:t xml:space="preserve">C. </w:t>
      </w:r>
      <w:r>
        <w:t>to</w:t>
      </w:r>
      <w:r>
        <w:t xml:space="preserve">     </w:t>
      </w:r>
      <w:r>
        <w:t xml:space="preserve">D. </w:t>
      </w:r>
      <w:r>
        <w:t>in</w:t>
      </w:r>
    </w:p>
    <w:p>
      <w:r>
        <w:rPr>
          <w:b/>
        </w:rPr>
        <w:t>12. Farmers grow rice in the ______.</w:t>
      </w:r>
    </w:p>
    <w:p>
      <w:pPr>
        <w:spacing w:after="100"/>
      </w:pPr>
      <w:r>
        <w:t xml:space="preserve">A. </w:t>
      </w:r>
      <w:r>
        <w:t>shopping centres</w:t>
      </w:r>
      <w:r>
        <w:t xml:space="preserve">     </w:t>
      </w:r>
      <w:r>
        <w:t xml:space="preserve">B. </w:t>
      </w:r>
      <w:r>
        <w:t>factories</w:t>
      </w:r>
      <w:r>
        <w:t xml:space="preserve">     </w:t>
      </w:r>
      <w:r>
        <w:t xml:space="preserve">C. </w:t>
      </w:r>
      <w:r>
        <w:t>paddy fields</w:t>
      </w:r>
      <w:r>
        <w:t xml:space="preserve">     </w:t>
      </w:r>
      <w:r>
        <w:t xml:space="preserve">D. </w:t>
      </w:r>
      <w:r>
        <w:t>offices</w:t>
      </w:r>
    </w:p>
    <w:p>
      <w:r>
        <w:rPr>
          <w:b/>
        </w:rPr>
        <w:t>13. We enjoy ______ board games at weekends.</w:t>
      </w:r>
    </w:p>
    <w:p>
      <w:pPr>
        <w:spacing w:after="100"/>
      </w:pPr>
      <w:r>
        <w:t xml:space="preserve">A. </w:t>
      </w:r>
      <w:r>
        <w:t>play</w:t>
      </w:r>
      <w:r>
        <w:t xml:space="preserve">     </w:t>
      </w:r>
      <w:r>
        <w:t xml:space="preserve">B. </w:t>
      </w:r>
      <w:r>
        <w:t>playing</w:t>
      </w:r>
      <w:r>
        <w:t xml:space="preserve">     </w:t>
      </w:r>
      <w:r>
        <w:t xml:space="preserve">C. </w:t>
      </w:r>
      <w:r>
        <w:t>played</w:t>
      </w:r>
      <w:r>
        <w:t xml:space="preserve">     </w:t>
      </w:r>
      <w:r>
        <w:t xml:space="preserve">D. </w:t>
      </w:r>
      <w:r>
        <w:t>to play</w:t>
      </w:r>
    </w:p>
    <w:p>
      <w:r>
        <w:rPr>
          <w:b/>
        </w:rPr>
        <w:t>14. Mai types ______ than I do, so she finishes first.</w:t>
      </w:r>
    </w:p>
    <w:p>
      <w:pPr>
        <w:spacing w:after="100"/>
      </w:pPr>
      <w:r>
        <w:t xml:space="preserve">A. </w:t>
      </w:r>
      <w:r>
        <w:t>fastest</w:t>
      </w:r>
      <w:r>
        <w:t xml:space="preserve">     </w:t>
      </w:r>
      <w:r>
        <w:t xml:space="preserve">B. </w:t>
      </w:r>
      <w:r>
        <w:t>more fast</w:t>
      </w:r>
      <w:r>
        <w:t xml:space="preserve">     </w:t>
      </w:r>
      <w:r>
        <w:t xml:space="preserve">C. </w:t>
      </w:r>
      <w:r>
        <w:t>fast</w:t>
      </w:r>
      <w:r>
        <w:t xml:space="preserve">     </w:t>
      </w:r>
      <w:r>
        <w:t xml:space="preserve">D. </w:t>
      </w:r>
      <w:r>
        <w:t>faster</w:t>
      </w:r>
    </w:p>
    <w:p>
      <w:r>
        <w:rPr>
          <w:b/>
        </w:rPr>
        <w:t>15. Please work ______ so that you do not make mistakes.</w:t>
      </w:r>
    </w:p>
    <w:p>
      <w:pPr>
        <w:spacing w:after="100"/>
      </w:pPr>
      <w:r>
        <w:t xml:space="preserve">A. </w:t>
      </w:r>
      <w:r>
        <w:t>careless</w:t>
      </w:r>
      <w:r>
        <w:t xml:space="preserve">     </w:t>
      </w:r>
      <w:r>
        <w:t xml:space="preserve">B. </w:t>
      </w:r>
      <w:r>
        <w:t>care</w:t>
      </w:r>
      <w:r>
        <w:t xml:space="preserve">     </w:t>
      </w:r>
      <w:r>
        <w:t xml:space="preserve">C. </w:t>
      </w:r>
      <w:r>
        <w:t>careful</w:t>
      </w:r>
      <w:r>
        <w:t xml:space="preserve">     </w:t>
      </w:r>
      <w:r>
        <w:t xml:space="preserve">D. </w:t>
      </w:r>
      <w:r>
        <w:t>carefully</w:t>
      </w:r>
    </w:p>
    <w:p>
      <w:r>
        <w:rPr>
          <w:b/>
        </w:rPr>
        <w:t>16. I have a test tomorrow, ______ I am revising tonight.</w:t>
      </w:r>
    </w:p>
    <w:p>
      <w:pPr>
        <w:spacing w:after="100"/>
      </w:pPr>
      <w:r>
        <w:t xml:space="preserve">A. </w:t>
      </w:r>
      <w:r>
        <w:t>but</w:t>
      </w:r>
      <w:r>
        <w:t xml:space="preserve">     </w:t>
      </w:r>
      <w:r>
        <w:t xml:space="preserve">B. </w:t>
      </w:r>
      <w:r>
        <w:t>so</w:t>
      </w:r>
      <w:r>
        <w:t xml:space="preserve">     </w:t>
      </w:r>
      <w:r>
        <w:t xml:space="preserve">C. </w:t>
      </w:r>
      <w:r>
        <w:t>yet</w:t>
      </w:r>
      <w:r>
        <w:t xml:space="preserve">     </w:t>
      </w:r>
      <w:r>
        <w:t xml:space="preserve">D. </w:t>
      </w:r>
      <w:r>
        <w:t>or</w:t>
      </w:r>
    </w:p>
    <w:p>
      <w:r>
        <w:rPr>
          <w:b/>
        </w:rPr>
        <w:t>17. He cannot ______ on his homework with the television on.</w:t>
      </w:r>
    </w:p>
    <w:p>
      <w:pPr>
        <w:spacing w:after="100"/>
      </w:pPr>
      <w:r>
        <w:t xml:space="preserve">A. </w:t>
      </w:r>
      <w:r>
        <w:t>concentrate</w:t>
      </w:r>
      <w:r>
        <w:t xml:space="preserve">     </w:t>
      </w:r>
      <w:r>
        <w:t xml:space="preserve">B. </w:t>
      </w:r>
      <w:r>
        <w:t>herd</w:t>
      </w:r>
      <w:r>
        <w:t xml:space="preserve">     </w:t>
      </w:r>
      <w:r>
        <w:t xml:space="preserve">C. </w:t>
      </w:r>
      <w:r>
        <w:t>harvest</w:t>
      </w:r>
      <w:r>
        <w:t xml:space="preserve">     </w:t>
      </w:r>
      <w:r>
        <w:t xml:space="preserve">D. </w:t>
      </w:r>
      <w:r>
        <w:t>upload</w:t>
      </w:r>
    </w:p>
    <w:p>
      <w:r>
        <w:rPr>
          <w:b/>
        </w:rPr>
        <w:t>18. Our English club meets ______ Friday afternoon.</w:t>
      </w:r>
    </w:p>
    <w:p>
      <w:pPr>
        <w:spacing w:after="100"/>
      </w:pPr>
      <w:r>
        <w:t xml:space="preserve">A. </w:t>
      </w:r>
      <w:r>
        <w:t>to</w:t>
      </w:r>
      <w:r>
        <w:t xml:space="preserve">     </w:t>
      </w:r>
      <w:r>
        <w:t xml:space="preserve">B. </w:t>
      </w:r>
      <w:r>
        <w:t>at</w:t>
      </w:r>
      <w:r>
        <w:t xml:space="preserve">     </w:t>
      </w:r>
      <w:r>
        <w:t xml:space="preserve">C. </w:t>
      </w:r>
      <w:r>
        <w:t>in</w:t>
      </w:r>
      <w:r>
        <w:t xml:space="preserve">     </w:t>
      </w:r>
      <w:r>
        <w:t xml:space="preserve">D. </w:t>
      </w:r>
      <w:r>
        <w:t>on</w:t>
      </w:r>
    </w:p>
    <w:p>
      <w:r>
        <w:rPr>
          <w:b/>
        </w:rPr>
        <w:t>NOTICE: LIBRARY — PLEASE KEEP QUIET</w:t>
      </w:r>
    </w:p>
    <w:p>
      <w:r>
        <w:rPr>
          <w:b/>
        </w:rPr>
        <w:t>19. What does the notice mean?</w:t>
      </w:r>
    </w:p>
    <w:p>
      <w:pPr>
        <w:spacing w:after="100"/>
      </w:pPr>
      <w:r>
        <w:t xml:space="preserve">A. </w:t>
      </w:r>
      <w:r>
        <w:t>You should not make noise here.</w:t>
      </w:r>
      <w:r>
        <w:t xml:space="preserve">     </w:t>
      </w:r>
      <w:r>
        <w:t xml:space="preserve">B. </w:t>
      </w:r>
      <w:r>
        <w:t>You cannot read here.</w:t>
      </w:r>
      <w:r>
        <w:t xml:space="preserve">     </w:t>
      </w:r>
      <w:r>
        <w:t xml:space="preserve">C. </w:t>
      </w:r>
      <w:r>
        <w:t>You must buy a book here.</w:t>
      </w:r>
      <w:r>
        <w:t xml:space="preserve">     </w:t>
      </w:r>
      <w:r>
        <w:t xml:space="preserve">D. </w:t>
      </w:r>
      <w:r>
        <w:t>You may play loud music here.</w:t>
      </w:r>
    </w:p>
    <w:p>
      <w:r>
        <w:rPr>
          <w:b w:val="0"/>
        </w:rPr>
        <w:t>Read the advertisement and choose the best option for each blank. (0.75 point)</w:t>
      </w:r>
    </w:p>
    <w:p>
      <w:r>
        <w:rPr>
          <w:b/>
        </w:rPr>
        <w:t>JOIN OUR CRAFT CLUB</w:t>
      </w:r>
    </w:p>
    <w:p>
      <w:r>
        <w:rPr>
          <w:b w:val="0"/>
        </w:rPr>
        <w:t>Do you enjoy making things? Come to Room 8 at 3 p.m. on Friday. Learn to (20) ______ paper flowers and greeting cards. Work in a small (21) ______ and share your ideas. Please bring your own coloured paper. Our teacher will (22) ______ you with difficult steps. All students are welcome.</w:t>
      </w:r>
    </w:p>
    <w:p>
      <w:r>
        <w:rPr>
          <w:b/>
        </w:rPr>
        <w:t>20.</w:t>
      </w:r>
    </w:p>
    <w:p>
      <w:pPr>
        <w:spacing w:after="100"/>
      </w:pPr>
      <w:r>
        <w:t xml:space="preserve">A. </w:t>
      </w:r>
      <w:r>
        <w:t>make</w:t>
      </w:r>
      <w:r>
        <w:t xml:space="preserve">     </w:t>
      </w:r>
      <w:r>
        <w:t xml:space="preserve">B. </w:t>
      </w:r>
      <w:r>
        <w:t>do</w:t>
      </w:r>
      <w:r>
        <w:t xml:space="preserve">     </w:t>
      </w:r>
      <w:r>
        <w:t xml:space="preserve">C. </w:t>
      </w:r>
      <w:r>
        <w:t>have</w:t>
      </w:r>
      <w:r>
        <w:t xml:space="preserve">     </w:t>
      </w:r>
      <w:r>
        <w:t xml:space="preserve">D. </w:t>
      </w:r>
      <w:r>
        <w:t>take</w:t>
      </w:r>
    </w:p>
    <w:p>
      <w:r>
        <w:rPr>
          <w:b/>
        </w:rPr>
        <w:t>21.</w:t>
      </w:r>
    </w:p>
    <w:p>
      <w:pPr>
        <w:spacing w:after="100"/>
      </w:pPr>
      <w:r>
        <w:t xml:space="preserve">A. </w:t>
      </w:r>
      <w:r>
        <w:t>crop</w:t>
      </w:r>
      <w:r>
        <w:t xml:space="preserve">     </w:t>
      </w:r>
      <w:r>
        <w:t xml:space="preserve">B. </w:t>
      </w:r>
      <w:r>
        <w:t>group</w:t>
      </w:r>
      <w:r>
        <w:t xml:space="preserve">     </w:t>
      </w:r>
      <w:r>
        <w:t xml:space="preserve">C. </w:t>
      </w:r>
      <w:r>
        <w:t>field</w:t>
      </w:r>
      <w:r>
        <w:t xml:space="preserve">     </w:t>
      </w:r>
      <w:r>
        <w:t xml:space="preserve">D. </w:t>
      </w:r>
      <w:r>
        <w:t>screen</w:t>
      </w:r>
    </w:p>
    <w:p>
      <w:r>
        <w:rPr>
          <w:b/>
        </w:rPr>
        <w:t>22.</w:t>
      </w:r>
    </w:p>
    <w:p>
      <w:pPr>
        <w:spacing w:after="100"/>
      </w:pPr>
      <w:r>
        <w:t xml:space="preserve">A. </w:t>
      </w:r>
      <w:r>
        <w:t>surf</w:t>
      </w:r>
      <w:r>
        <w:t xml:space="preserve">     </w:t>
      </w:r>
      <w:r>
        <w:t xml:space="preserve">B. </w:t>
      </w:r>
      <w:r>
        <w:t>collect</w:t>
      </w:r>
      <w:r>
        <w:t xml:space="preserve">     </w:t>
      </w:r>
      <w:r>
        <w:t xml:space="preserve">C. </w:t>
      </w:r>
      <w:r>
        <w:t>help</w:t>
      </w:r>
      <w:r>
        <w:t xml:space="preserve">     </w:t>
      </w:r>
      <w:r>
        <w:t xml:space="preserve">D. </w:t>
      </w:r>
      <w:r>
        <w:t>herd</w:t>
      </w:r>
    </w:p>
    <w:p>
      <w:r>
        <w:br w:type="page"/>
      </w:r>
    </w:p>
    <w:p>
      <w:pPr>
        <w:spacing w:after="60" w:line="240" w:lineRule="auto"/>
      </w:pPr>
      <w:r>
        <w:rPr>
          <w:b/>
          <w:sz w:val="23"/>
        </w:rPr>
        <w:t>IV. READING (2.5 points)</w:t>
      </w:r>
    </w:p>
    <w:p>
      <w:pPr>
        <w:spacing w:after="60" w:line="240" w:lineRule="auto"/>
      </w:pPr>
      <w:r>
        <w:rPr>
          <w:b w:val="0"/>
          <w:sz w:val="23"/>
        </w:rPr>
        <w:t>Task 1. Read the passage and choose A, B, C or D for each blank. (1.25 points)</w:t>
      </w:r>
    </w:p>
    <w:p>
      <w:pPr>
        <w:spacing w:after="60" w:line="240" w:lineRule="auto"/>
      </w:pPr>
      <w:r>
        <w:rPr>
          <w:b w:val="0"/>
          <w:sz w:val="23"/>
        </w:rPr>
        <w:t>Many teenagers enjoy using the Internet after school. It helps them learn new things and stay in touch (23) ______ friends. However, spending too much time online can be a problem. Some students keep (24) ______ their messages while doing homework. As a result, they work more slowly and make more mistakes. A simple timetable can help them use their time (25) ______. They should finish important tasks first and take short breaks. They can also join a sports club (26) ______ they want to be more active. Reading, cycling and making crafts are useful ways to relax. A balanced routine gives teenagers more energy and helps them feel less (27) ______ before tests.</w:t>
      </w:r>
    </w:p>
    <w:p>
      <w:pPr>
        <w:spacing w:after="60" w:line="240" w:lineRule="auto"/>
      </w:pPr>
      <w:r>
        <w:rPr>
          <w:b/>
          <w:sz w:val="23"/>
        </w:rPr>
        <w:t>23.</w:t>
      </w:r>
    </w:p>
    <w:p>
      <w:pPr>
        <w:spacing w:after="60" w:line="240" w:lineRule="auto"/>
      </w:pPr>
      <w:r>
        <w:rPr>
          <w:sz w:val="23"/>
        </w:rPr>
        <w:t xml:space="preserve">A. </w:t>
      </w:r>
      <w:r>
        <w:rPr>
          <w:sz w:val="23"/>
        </w:rPr>
        <w:t>at</w:t>
      </w:r>
      <w:r>
        <w:rPr>
          <w:sz w:val="23"/>
        </w:rPr>
        <w:t xml:space="preserve">     </w:t>
      </w:r>
      <w:r>
        <w:rPr>
          <w:sz w:val="23"/>
        </w:rPr>
        <w:t xml:space="preserve">B. </w:t>
      </w:r>
      <w:r>
        <w:rPr>
          <w:sz w:val="23"/>
        </w:rPr>
        <w:t>with</w:t>
      </w:r>
      <w:r>
        <w:rPr>
          <w:sz w:val="23"/>
        </w:rPr>
        <w:t xml:space="preserve">     </w:t>
      </w:r>
      <w:r>
        <w:rPr>
          <w:sz w:val="23"/>
        </w:rPr>
        <w:t xml:space="preserve">C. </w:t>
      </w:r>
      <w:r>
        <w:rPr>
          <w:sz w:val="23"/>
        </w:rPr>
        <w:t>of</w:t>
      </w:r>
      <w:r>
        <w:rPr>
          <w:sz w:val="23"/>
        </w:rPr>
        <w:t xml:space="preserve">     </w:t>
      </w:r>
      <w:r>
        <w:rPr>
          <w:sz w:val="23"/>
        </w:rPr>
        <w:t xml:space="preserve">D. </w:t>
      </w:r>
      <w:r>
        <w:rPr>
          <w:sz w:val="23"/>
        </w:rPr>
        <w:t>by</w:t>
      </w:r>
    </w:p>
    <w:p>
      <w:pPr>
        <w:spacing w:after="60" w:line="240" w:lineRule="auto"/>
      </w:pPr>
      <w:r>
        <w:rPr>
          <w:b/>
          <w:sz w:val="23"/>
        </w:rPr>
        <w:t>24.</w:t>
      </w:r>
    </w:p>
    <w:p>
      <w:pPr>
        <w:spacing w:after="60" w:line="240" w:lineRule="auto"/>
      </w:pPr>
      <w:r>
        <w:rPr>
          <w:sz w:val="23"/>
        </w:rPr>
        <w:t xml:space="preserve">A. </w:t>
      </w:r>
      <w:r>
        <w:rPr>
          <w:sz w:val="23"/>
        </w:rPr>
        <w:t>checked</w:t>
      </w:r>
      <w:r>
        <w:rPr>
          <w:sz w:val="23"/>
        </w:rPr>
        <w:t xml:space="preserve">     </w:t>
      </w:r>
      <w:r>
        <w:rPr>
          <w:sz w:val="23"/>
        </w:rPr>
        <w:t xml:space="preserve">B. </w:t>
      </w:r>
      <w:r>
        <w:rPr>
          <w:sz w:val="23"/>
        </w:rPr>
        <w:t>checking</w:t>
      </w:r>
      <w:r>
        <w:rPr>
          <w:sz w:val="23"/>
        </w:rPr>
        <w:t xml:space="preserve">     </w:t>
      </w:r>
      <w:r>
        <w:rPr>
          <w:sz w:val="23"/>
        </w:rPr>
        <w:t xml:space="preserve">C. </w:t>
      </w:r>
      <w:r>
        <w:rPr>
          <w:sz w:val="23"/>
        </w:rPr>
        <w:t>check</w:t>
      </w:r>
      <w:r>
        <w:rPr>
          <w:sz w:val="23"/>
        </w:rPr>
        <w:t xml:space="preserve">     </w:t>
      </w:r>
      <w:r>
        <w:rPr>
          <w:sz w:val="23"/>
        </w:rPr>
        <w:t xml:space="preserve">D. </w:t>
      </w:r>
      <w:r>
        <w:rPr>
          <w:sz w:val="23"/>
        </w:rPr>
        <w:t>checks</w:t>
      </w:r>
    </w:p>
    <w:p>
      <w:pPr>
        <w:spacing w:after="60" w:line="240" w:lineRule="auto"/>
      </w:pPr>
      <w:r>
        <w:rPr>
          <w:b/>
          <w:sz w:val="23"/>
        </w:rPr>
        <w:t>25.</w:t>
      </w:r>
    </w:p>
    <w:p>
      <w:pPr>
        <w:spacing w:after="60" w:line="240" w:lineRule="auto"/>
      </w:pPr>
      <w:r>
        <w:rPr>
          <w:sz w:val="23"/>
        </w:rPr>
        <w:t xml:space="preserve">A. </w:t>
      </w:r>
      <w:r>
        <w:rPr>
          <w:sz w:val="23"/>
        </w:rPr>
        <w:t>wise</w:t>
      </w:r>
      <w:r>
        <w:rPr>
          <w:sz w:val="23"/>
        </w:rPr>
        <w:t xml:space="preserve">     </w:t>
      </w:r>
      <w:r>
        <w:rPr>
          <w:sz w:val="23"/>
        </w:rPr>
        <w:t xml:space="preserve">B. </w:t>
      </w:r>
      <w:r>
        <w:rPr>
          <w:sz w:val="23"/>
        </w:rPr>
        <w:t>wisely</w:t>
      </w:r>
      <w:r>
        <w:rPr>
          <w:sz w:val="23"/>
        </w:rPr>
        <w:t xml:space="preserve">     </w:t>
      </w:r>
      <w:r>
        <w:rPr>
          <w:sz w:val="23"/>
        </w:rPr>
        <w:t xml:space="preserve">C. </w:t>
      </w:r>
      <w:r>
        <w:rPr>
          <w:sz w:val="23"/>
        </w:rPr>
        <w:t>wisdom</w:t>
      </w:r>
      <w:r>
        <w:rPr>
          <w:sz w:val="23"/>
        </w:rPr>
        <w:t xml:space="preserve">     </w:t>
      </w:r>
      <w:r>
        <w:rPr>
          <w:sz w:val="23"/>
        </w:rPr>
        <w:t xml:space="preserve">D. </w:t>
      </w:r>
      <w:r>
        <w:rPr>
          <w:sz w:val="23"/>
        </w:rPr>
        <w:t>wiser</w:t>
      </w:r>
    </w:p>
    <w:p>
      <w:pPr>
        <w:spacing w:after="60" w:line="240" w:lineRule="auto"/>
      </w:pPr>
      <w:r>
        <w:rPr>
          <w:b/>
          <w:sz w:val="23"/>
        </w:rPr>
        <w:t>26.</w:t>
      </w:r>
    </w:p>
    <w:p>
      <w:pPr>
        <w:spacing w:after="60" w:line="240" w:lineRule="auto"/>
      </w:pPr>
      <w:r>
        <w:rPr>
          <w:sz w:val="23"/>
        </w:rPr>
        <w:t xml:space="preserve">A. </w:t>
      </w:r>
      <w:r>
        <w:rPr>
          <w:sz w:val="23"/>
        </w:rPr>
        <w:t>although</w:t>
      </w:r>
      <w:r>
        <w:rPr>
          <w:sz w:val="23"/>
        </w:rPr>
        <w:t xml:space="preserve">     </w:t>
      </w:r>
      <w:r>
        <w:rPr>
          <w:sz w:val="23"/>
        </w:rPr>
        <w:t xml:space="preserve">B. </w:t>
      </w:r>
      <w:r>
        <w:rPr>
          <w:sz w:val="23"/>
        </w:rPr>
        <w:t>if</w:t>
      </w:r>
      <w:r>
        <w:rPr>
          <w:sz w:val="23"/>
        </w:rPr>
        <w:t xml:space="preserve">     </w:t>
      </w:r>
      <w:r>
        <w:rPr>
          <w:sz w:val="23"/>
        </w:rPr>
        <w:t xml:space="preserve">C. </w:t>
      </w:r>
      <w:r>
        <w:rPr>
          <w:sz w:val="23"/>
        </w:rPr>
        <w:t>but</w:t>
      </w:r>
      <w:r>
        <w:rPr>
          <w:sz w:val="23"/>
        </w:rPr>
        <w:t xml:space="preserve">     </w:t>
      </w:r>
      <w:r>
        <w:rPr>
          <w:sz w:val="23"/>
        </w:rPr>
        <w:t xml:space="preserve">D. </w:t>
      </w:r>
      <w:r>
        <w:rPr>
          <w:sz w:val="23"/>
        </w:rPr>
        <w:t>or</w:t>
      </w:r>
    </w:p>
    <w:p>
      <w:pPr>
        <w:spacing w:after="60" w:line="240" w:lineRule="auto"/>
      </w:pPr>
      <w:r>
        <w:rPr>
          <w:b/>
          <w:sz w:val="23"/>
        </w:rPr>
        <w:t>27.</w:t>
      </w:r>
    </w:p>
    <w:p>
      <w:pPr>
        <w:spacing w:after="60" w:line="240" w:lineRule="auto"/>
      </w:pPr>
      <w:r>
        <w:rPr>
          <w:sz w:val="23"/>
        </w:rPr>
        <w:t xml:space="preserve">A. </w:t>
      </w:r>
      <w:r>
        <w:rPr>
          <w:sz w:val="23"/>
        </w:rPr>
        <w:t>stresses</w:t>
      </w:r>
      <w:r>
        <w:rPr>
          <w:sz w:val="23"/>
        </w:rPr>
        <w:t xml:space="preserve">     </w:t>
      </w:r>
      <w:r>
        <w:rPr>
          <w:sz w:val="23"/>
        </w:rPr>
        <w:t xml:space="preserve">B. </w:t>
      </w:r>
      <w:r>
        <w:rPr>
          <w:sz w:val="23"/>
        </w:rPr>
        <w:t>stressed</w:t>
      </w:r>
      <w:r>
        <w:rPr>
          <w:sz w:val="23"/>
        </w:rPr>
        <w:t xml:space="preserve">     </w:t>
      </w:r>
      <w:r>
        <w:rPr>
          <w:sz w:val="23"/>
        </w:rPr>
        <w:t xml:space="preserve">C. </w:t>
      </w:r>
      <w:r>
        <w:rPr>
          <w:sz w:val="23"/>
        </w:rPr>
        <w:t>stressfully</w:t>
      </w:r>
      <w:r>
        <w:rPr>
          <w:sz w:val="23"/>
        </w:rPr>
        <w:t xml:space="preserve">     </w:t>
      </w:r>
      <w:r>
        <w:rPr>
          <w:sz w:val="23"/>
        </w:rPr>
        <w:t xml:space="preserve">D. </w:t>
      </w:r>
      <w:r>
        <w:rPr>
          <w:sz w:val="23"/>
        </w:rPr>
        <w:t>stress</w:t>
      </w:r>
    </w:p>
    <w:p>
      <w:pPr>
        <w:spacing w:after="60" w:line="240" w:lineRule="auto"/>
      </w:pPr>
      <w:r>
        <w:rPr>
          <w:b w:val="0"/>
          <w:sz w:val="23"/>
        </w:rPr>
        <w:t>Task 2. Read the passage and choose the best answer. (1.25 points)</w:t>
      </w:r>
    </w:p>
    <w:p>
      <w:pPr>
        <w:spacing w:after="60" w:line="240" w:lineRule="auto"/>
      </w:pPr>
      <w:r>
        <w:rPr>
          <w:b w:val="0"/>
          <w:sz w:val="23"/>
        </w:rPr>
        <w:t>Last summer, Hoa spent a week in Green Village with her aunt. The village was small, with a river and several vegetable gardens. Hoa woke up early because she wanted to help her aunt before breakfast. She watered the vegetables and collected eggs. Her aunt showed her how to do each job carefully.</w:t>
      </w:r>
    </w:p>
    <w:p>
      <w:pPr>
        <w:spacing w:after="60" w:line="240" w:lineRule="auto"/>
      </w:pPr>
      <w:r>
        <w:rPr>
          <w:b w:val="0"/>
          <w:sz w:val="23"/>
        </w:rPr>
        <w:t>In the afternoon, Hoa joined a reading group at the village library. The group met on Tuesdays and Thursdays. Its members shared books and talked about their favourite stories. Hoa was shy at first, but the children invited her to sit with them. Soon she felt comfortable.</w:t>
      </w:r>
    </w:p>
    <w:p>
      <w:pPr>
        <w:spacing w:after="60" w:line="240" w:lineRule="auto"/>
      </w:pPr>
      <w:r>
        <w:rPr>
          <w:b w:val="0"/>
          <w:sz w:val="23"/>
        </w:rPr>
        <w:t>There was no large supermarket in the village. When her aunt needed things that local shops did not sell, she took a bus to the nearby town. Hoa liked the quiet evenings best. She could hear birds instead of traffic. She hopes to return next summer.</w:t>
      </w:r>
    </w:p>
    <w:p>
      <w:pPr>
        <w:spacing w:after="60" w:line="240" w:lineRule="auto"/>
      </w:pPr>
      <w:r>
        <w:rPr>
          <w:b/>
          <w:sz w:val="23"/>
        </w:rPr>
        <w:t>28. Why did Hoa wake up early?</w:t>
      </w:r>
    </w:p>
    <w:p>
      <w:pPr>
        <w:spacing w:after="60" w:line="240" w:lineRule="auto"/>
      </w:pPr>
      <w:r>
        <w:rPr>
          <w:sz w:val="23"/>
        </w:rPr>
        <w:t xml:space="preserve">A. </w:t>
      </w:r>
      <w:r>
        <w:rPr>
          <w:sz w:val="23"/>
        </w:rPr>
        <w:t>To catch a train</w:t>
      </w:r>
      <w:r>
        <w:rPr>
          <w:sz w:val="23"/>
        </w:rPr>
        <w:t xml:space="preserve">     </w:t>
      </w:r>
      <w:r>
        <w:rPr>
          <w:sz w:val="23"/>
        </w:rPr>
        <w:t xml:space="preserve">B. </w:t>
      </w:r>
      <w:r>
        <w:rPr>
          <w:sz w:val="23"/>
        </w:rPr>
        <w:t>To finish an exam</w:t>
      </w:r>
      <w:r>
        <w:rPr>
          <w:sz w:val="23"/>
        </w:rPr>
        <w:t xml:space="preserve">     </w:t>
      </w:r>
      <w:r>
        <w:rPr>
          <w:sz w:val="23"/>
        </w:rPr>
        <w:t xml:space="preserve">C. </w:t>
      </w:r>
      <w:r>
        <w:rPr>
          <w:sz w:val="23"/>
        </w:rPr>
        <w:t>To go swimming</w:t>
      </w:r>
      <w:r>
        <w:rPr>
          <w:sz w:val="23"/>
        </w:rPr>
        <w:t xml:space="preserve">     </w:t>
      </w:r>
      <w:r>
        <w:rPr>
          <w:sz w:val="23"/>
        </w:rPr>
        <w:t xml:space="preserve">D. </w:t>
      </w:r>
      <w:r>
        <w:rPr>
          <w:sz w:val="23"/>
        </w:rPr>
        <w:t>To help her aunt</w:t>
      </w:r>
    </w:p>
    <w:p>
      <w:pPr>
        <w:spacing w:after="60" w:line="240" w:lineRule="auto"/>
      </w:pPr>
      <w:r>
        <w:rPr>
          <w:b/>
          <w:sz w:val="23"/>
        </w:rPr>
        <w:t>29. How often did the reading group meet?</w:t>
      </w:r>
    </w:p>
    <w:p>
      <w:pPr>
        <w:spacing w:after="60" w:line="240" w:lineRule="auto"/>
      </w:pPr>
      <w:r>
        <w:rPr>
          <w:sz w:val="23"/>
        </w:rPr>
        <w:t xml:space="preserve">A. </w:t>
      </w:r>
      <w:r>
        <w:rPr>
          <w:sz w:val="23"/>
        </w:rPr>
        <w:t>Twice a week</w:t>
      </w:r>
      <w:r>
        <w:rPr>
          <w:sz w:val="23"/>
        </w:rPr>
        <w:t xml:space="preserve">     </w:t>
      </w:r>
      <w:r>
        <w:rPr>
          <w:sz w:val="23"/>
        </w:rPr>
        <w:t xml:space="preserve">B. </w:t>
      </w:r>
      <w:r>
        <w:rPr>
          <w:sz w:val="23"/>
        </w:rPr>
        <w:t>Once a month</w:t>
      </w:r>
      <w:r>
        <w:rPr>
          <w:sz w:val="23"/>
        </w:rPr>
        <w:t xml:space="preserve">     </w:t>
      </w:r>
      <w:r>
        <w:rPr>
          <w:sz w:val="23"/>
        </w:rPr>
        <w:t xml:space="preserve">C. </w:t>
      </w:r>
      <w:r>
        <w:rPr>
          <w:sz w:val="23"/>
        </w:rPr>
        <w:t>Every day</w:t>
      </w:r>
      <w:r>
        <w:rPr>
          <w:sz w:val="23"/>
        </w:rPr>
        <w:t xml:space="preserve">     </w:t>
      </w:r>
      <w:r>
        <w:rPr>
          <w:sz w:val="23"/>
        </w:rPr>
        <w:t xml:space="preserve">D. </w:t>
      </w:r>
      <w:r>
        <w:rPr>
          <w:sz w:val="23"/>
        </w:rPr>
        <w:t>Three times a week</w:t>
      </w:r>
    </w:p>
    <w:p>
      <w:pPr>
        <w:spacing w:after="60" w:line="240" w:lineRule="auto"/>
      </w:pPr>
      <w:r>
        <w:rPr>
          <w:b/>
          <w:sz w:val="23"/>
        </w:rPr>
        <w:t>30. The word “members” refers to people in the ______.</w:t>
      </w:r>
    </w:p>
    <w:p>
      <w:pPr>
        <w:spacing w:after="60" w:line="240" w:lineRule="auto"/>
      </w:pPr>
      <w:r>
        <w:rPr>
          <w:sz w:val="23"/>
        </w:rPr>
        <w:t xml:space="preserve">A. </w:t>
      </w:r>
      <w:r>
        <w:rPr>
          <w:sz w:val="23"/>
        </w:rPr>
        <w:t>family</w:t>
      </w:r>
      <w:r>
        <w:rPr>
          <w:sz w:val="23"/>
        </w:rPr>
        <w:t xml:space="preserve">     </w:t>
      </w:r>
      <w:r>
        <w:rPr>
          <w:sz w:val="23"/>
        </w:rPr>
        <w:t xml:space="preserve">B. </w:t>
      </w:r>
      <w:r>
        <w:rPr>
          <w:sz w:val="23"/>
        </w:rPr>
        <w:t>reading group</w:t>
      </w:r>
      <w:r>
        <w:rPr>
          <w:sz w:val="23"/>
        </w:rPr>
        <w:t xml:space="preserve">     </w:t>
      </w:r>
      <w:r>
        <w:rPr>
          <w:sz w:val="23"/>
        </w:rPr>
        <w:t xml:space="preserve">C. </w:t>
      </w:r>
      <w:r>
        <w:rPr>
          <w:sz w:val="23"/>
        </w:rPr>
        <w:t>supermarket</w:t>
      </w:r>
      <w:r>
        <w:rPr>
          <w:sz w:val="23"/>
        </w:rPr>
        <w:t xml:space="preserve">     </w:t>
      </w:r>
      <w:r>
        <w:rPr>
          <w:sz w:val="23"/>
        </w:rPr>
        <w:t xml:space="preserve">D. </w:t>
      </w:r>
      <w:r>
        <w:rPr>
          <w:sz w:val="23"/>
        </w:rPr>
        <w:t>nearby town</w:t>
      </w:r>
    </w:p>
    <w:p>
      <w:pPr>
        <w:spacing w:after="60" w:line="240" w:lineRule="auto"/>
      </w:pPr>
      <w:r>
        <w:rPr>
          <w:b/>
          <w:sz w:val="23"/>
        </w:rPr>
        <w:t>31. How did her aunt travel to town?</w:t>
      </w:r>
    </w:p>
    <w:p>
      <w:pPr>
        <w:spacing w:after="60" w:line="240" w:lineRule="auto"/>
      </w:pPr>
      <w:r>
        <w:rPr>
          <w:sz w:val="23"/>
        </w:rPr>
        <w:t xml:space="preserve">A. </w:t>
      </w:r>
      <w:r>
        <w:rPr>
          <w:sz w:val="23"/>
        </w:rPr>
        <w:t>By bus</w:t>
      </w:r>
      <w:r>
        <w:rPr>
          <w:sz w:val="23"/>
        </w:rPr>
        <w:t xml:space="preserve">     </w:t>
      </w:r>
      <w:r>
        <w:rPr>
          <w:sz w:val="23"/>
        </w:rPr>
        <w:t xml:space="preserve">B. </w:t>
      </w:r>
      <w:r>
        <w:rPr>
          <w:sz w:val="23"/>
        </w:rPr>
        <w:t>On foot</w:t>
      </w:r>
      <w:r>
        <w:rPr>
          <w:sz w:val="23"/>
        </w:rPr>
        <w:t xml:space="preserve">     </w:t>
      </w:r>
      <w:r>
        <w:rPr>
          <w:sz w:val="23"/>
        </w:rPr>
        <w:t xml:space="preserve">C. </w:t>
      </w:r>
      <w:r>
        <w:rPr>
          <w:sz w:val="23"/>
        </w:rPr>
        <w:t>By bicycle</w:t>
      </w:r>
      <w:r>
        <w:rPr>
          <w:sz w:val="23"/>
        </w:rPr>
        <w:t xml:space="preserve">     </w:t>
      </w:r>
      <w:r>
        <w:rPr>
          <w:sz w:val="23"/>
        </w:rPr>
        <w:t xml:space="preserve">D. </w:t>
      </w:r>
      <w:r>
        <w:rPr>
          <w:sz w:val="23"/>
        </w:rPr>
        <w:t>By car</w:t>
      </w:r>
    </w:p>
    <w:p>
      <w:pPr>
        <w:spacing w:after="60" w:line="240" w:lineRule="auto"/>
      </w:pPr>
      <w:r>
        <w:rPr>
          <w:b/>
          <w:sz w:val="23"/>
        </w:rPr>
        <w:t>32. What is NOT mentioned in the passage?</w:t>
      </w:r>
    </w:p>
    <w:p>
      <w:pPr>
        <w:spacing w:after="60" w:line="240" w:lineRule="auto"/>
      </w:pPr>
      <w:r>
        <w:rPr>
          <w:sz w:val="23"/>
        </w:rPr>
        <w:t xml:space="preserve">A. </w:t>
      </w:r>
      <w:r>
        <w:rPr>
          <w:sz w:val="23"/>
        </w:rPr>
        <w:t>A library</w:t>
      </w:r>
      <w:r>
        <w:rPr>
          <w:sz w:val="23"/>
        </w:rPr>
        <w:t xml:space="preserve">     </w:t>
      </w:r>
      <w:r>
        <w:rPr>
          <w:sz w:val="23"/>
        </w:rPr>
        <w:t xml:space="preserve">B. </w:t>
      </w:r>
      <w:r>
        <w:rPr>
          <w:sz w:val="23"/>
        </w:rPr>
        <w:t>A cinema</w:t>
      </w:r>
      <w:r>
        <w:rPr>
          <w:sz w:val="23"/>
        </w:rPr>
        <w:t xml:space="preserve">     </w:t>
      </w:r>
      <w:r>
        <w:rPr>
          <w:sz w:val="23"/>
        </w:rPr>
        <w:t xml:space="preserve">C. </w:t>
      </w:r>
      <w:r>
        <w:rPr>
          <w:sz w:val="23"/>
        </w:rPr>
        <w:t>A river</w:t>
      </w:r>
      <w:r>
        <w:rPr>
          <w:sz w:val="23"/>
        </w:rPr>
        <w:t xml:space="preserve">     </w:t>
      </w:r>
      <w:r>
        <w:rPr>
          <w:sz w:val="23"/>
        </w:rPr>
        <w:t xml:space="preserve">D. </w:t>
      </w:r>
      <w:r>
        <w:rPr>
          <w:sz w:val="23"/>
        </w:rPr>
        <w:t>Vegetable gardens</w:t>
      </w:r>
    </w:p>
    <w:p>
      <w:r>
        <w:br w:type="page"/>
      </w:r>
    </w:p>
    <w:p>
      <w:r>
        <w:rPr>
          <w:b/>
          <w:sz w:val="26"/>
        </w:rPr>
        <w:t>V. WRITING (2.0 points)</w:t>
      </w:r>
    </w:p>
    <w:p>
      <w:r>
        <w:rPr>
          <w:b w:val="0"/>
        </w:rPr>
        <w:t>Task 1. Choose the sentence that has the same meaning as the original sentence or best combines the two sentences. (0.5 point)</w:t>
      </w:r>
    </w:p>
    <w:p>
      <w:r>
        <w:rPr>
          <w:b/>
        </w:rPr>
        <w:t>33. I was tired. I finished my homework. (Use “but”.)</w:t>
      </w:r>
    </w:p>
    <w:p>
      <w:r>
        <w:rPr>
          <w:b w:val="0"/>
        </w:rPr>
        <w:t>A. I finished my homework because I was tired.</w:t>
      </w:r>
    </w:p>
    <w:p>
      <w:r>
        <w:rPr>
          <w:b w:val="0"/>
        </w:rPr>
        <w:t>B. I was tired, but I finished my homework.</w:t>
      </w:r>
    </w:p>
    <w:p>
      <w:r>
        <w:rPr>
          <w:b w:val="0"/>
        </w:rPr>
        <w:t>C. I was tired, so I finished my homework.</w:t>
      </w:r>
    </w:p>
    <w:p>
      <w:r>
        <w:rPr>
          <w:b w:val="0"/>
        </w:rPr>
        <w:t>D. I was tired, or I finished my homework.</w:t>
      </w:r>
    </w:p>
    <w:p>
      <w:r>
        <w:rPr>
          <w:b/>
        </w:rPr>
        <w:t>34. Lan likes reading comics in her free time.</w:t>
      </w:r>
    </w:p>
    <w:p>
      <w:r>
        <w:rPr>
          <w:b w:val="0"/>
        </w:rPr>
        <w:t>A. Lan enjoy reading comics in her free time.</w:t>
      </w:r>
    </w:p>
    <w:p>
      <w:r>
        <w:rPr>
          <w:b w:val="0"/>
        </w:rPr>
        <w:t>B. Lan enjoys read comics in her free time.</w:t>
      </w:r>
    </w:p>
    <w:p>
      <w:r>
        <w:rPr>
          <w:b w:val="0"/>
        </w:rPr>
        <w:t>C. Lan enjoys to reading comics in her free time.</w:t>
      </w:r>
    </w:p>
    <w:p>
      <w:r>
        <w:rPr>
          <w:b w:val="0"/>
        </w:rPr>
        <w:t>D. Lan enjoys reading comics in her free time.</w:t>
      </w:r>
    </w:p>
    <w:p>
      <w:r>
        <w:rPr>
          <w:b/>
        </w:rPr>
        <w:t>Task 2. Write a paragraph of about 80 words about the causes of your stress and ways to deal with it. (1.5 points)</w:t>
      </w:r>
    </w:p>
    <w:p>
      <w:r>
        <w:rPr>
          <w:b w:val="0"/>
        </w:rPr>
        <w:t>You may use these ideas:</w:t>
      </w:r>
    </w:p>
    <w:p>
      <w:r>
        <w:rPr>
          <w:b w:val="0"/>
        </w:rPr>
        <w:t>– schoolwork or tests</w:t>
      </w:r>
    </w:p>
    <w:p>
      <w:r>
        <w:rPr>
          <w:b w:val="0"/>
        </w:rPr>
        <w:t>– a study timetable</w:t>
      </w:r>
    </w:p>
    <w:p>
      <w:r>
        <w:rPr>
          <w:b w:val="0"/>
        </w:rPr>
        <w:t>– breaks and exercise</w:t>
      </w:r>
    </w:p>
    <w:p>
      <w:r>
        <w:rPr>
          <w:b w:val="0"/>
        </w:rPr>
        <w:t>– asking someone for help</w:t>
      </w:r>
    </w:p>
    <w:p>
      <w:r>
        <w:rPr>
          <w:b w:val="0"/>
        </w:rPr>
        <w:t>..............................................................................................................................</w:t>
      </w:r>
    </w:p>
    <w:p>
      <w:r>
        <w:rPr>
          <w:b w:val="0"/>
        </w:rPr>
        <w:t>..............................................................................................................................</w:t>
      </w:r>
    </w:p>
    <w:p>
      <w:r>
        <w:rPr>
          <w:b w:val="0"/>
        </w:rPr>
        <w:t>..............................................................................................................................</w:t>
      </w:r>
    </w:p>
    <w:p>
      <w:r>
        <w:rPr>
          <w:b w:val="0"/>
        </w:rPr>
        <w:t>..............................................................................................................................</w:t>
      </w:r>
    </w:p>
    <w:p>
      <w:r>
        <w:rPr>
          <w:b w:val="0"/>
        </w:rPr>
        <w:t>..............................................................................................................................</w:t>
      </w:r>
    </w:p>
    <w:p>
      <w:r>
        <w:rPr>
          <w:b w:val="0"/>
        </w:rPr>
        <w:t>..............................................................................................................................</w:t>
      </w:r>
    </w:p>
    <w:p>
      <w:r>
        <w:rPr>
          <w:b w:val="0"/>
        </w:rPr>
        <w:t>..............................................................................................................................</w:t>
      </w:r>
    </w:p>
    <w:p>
      <w:r>
        <w:rPr>
          <w:b w:val="0"/>
        </w:rPr>
        <w:t>..............................................................................................................................</w:t>
      </w:r>
    </w:p>
    <w:p>
      <w:r>
        <w:rPr>
          <w:b w:val="0"/>
        </w:rPr>
        <w:t>..............................................................................................................................</w:t>
      </w:r>
    </w:p>
    <w:p>
      <w:r>
        <w:rPr>
          <w:b w:val="0"/>
        </w:rPr>
        <w:t>..............................................................................................................................</w:t>
      </w:r>
    </w:p>
    <w:p>
      <w:r>
        <w:rPr>
          <w:b w:val="0"/>
        </w:rPr>
        <w:t>..............................................................................................................................</w:t>
      </w:r>
    </w:p>
    <w:p>
      <w:r>
        <w:rPr>
          <w:b w:val="0"/>
        </w:rPr>
        <w:t>..............................................................................................................................</w:t>
      </w:r>
    </w:p>
    <w:p>
      <w:pPr>
        <w:jc w:val="center"/>
      </w:pPr>
      <w:r>
        <w:rPr>
          <w:b/>
        </w:rPr>
        <w:t>THE END</w:t>
      </w:r>
    </w:p>
    <w:sectPr w:rsidR="00FC693F" w:rsidRPr="0006063C" w:rsidSect="00034616">
      <w:footerReference w:type="default" r:id="rId9"/>
      <w:pgSz w:w="11906" w:h="16838"/>
      <w:pgMar w:top="907" w:right="96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Tiếng Anh 8 • Giữa kì I • Trang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0" w:line="252"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2" w:lineRule="auto"/>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line="252" w:lineRule="auto"/>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2"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