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9: OUR OUTDOOR ACTIVITIES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We saw many colourful fish at the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aquarium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fish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funfair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music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Our tents were at the ____ near the lake.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aquarium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campsite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fish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funfair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The children went on exciting rides at the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music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campsite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funfair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campfire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We watched a play at the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aquarium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theatre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campsite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fish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At night, we danced around the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aquarium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campfire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music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campsite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The pupils listened to ____ and sang songs.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music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fish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theatre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campsite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Nam and his father played ____ in the park.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campfire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funfair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chess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fish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The class watched the ____ swim in a large tank.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fish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funfair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chess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campfire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Were you at the funfair yesterday? - Yes, we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were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Was Lan at the theatre? - No, she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wasn't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weren't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isn't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didn't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you ____ yesterday?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We ____ chess in the park.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played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plays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play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playing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They ____ to music last night.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are listening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listened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listen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listens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Where ____ you yesterday?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were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The pupils ____ around the campfire.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dance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dancing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danced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dances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Did he watch the fish? - Yes, 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watched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Yesterday, class 5B had an outdoor day. In the morning, the pupils were at the aquarium. They watched colourful fish and took photos. After lunch, they went to a campsite by bus. Some children played chess, and others walked near the lake. In the evening, they made a campfire. They listened to music, sang songs and danced together. Everyone was tired at the end of the day, but they were very happy.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No one played chess.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They travelled to the campsite by bus.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pupils were happy at the end of the day.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Class 5B had an outdoor day yesterday.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pupils visited a theatre in the morning.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the pupils watch at the aquarium?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they take there?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Where was the campsite?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did they do around the campfire?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How did they feel at the end of the day?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you / Were / aquarium / the / at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yesterday / were / Yes / we / there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did / What / do / you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campfire / danced / We / the / around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They ____ (listen) to music yesterday.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Answer: Where were you last Sunday?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9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