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2: OUR HOMES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There are twenty flats in this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building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street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village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house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My family lives in a small ____ with a garden.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tower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flat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house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building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Their ____ is on the fifth floor.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floor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flat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street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tower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That tall ____ has thirty floors.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village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tower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house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floor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your home ____?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flat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street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address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house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I live at 38 Green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address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floor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street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tower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The kitchen is on the ground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house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tower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building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floor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My grandparents live in a quiet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village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street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tower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floor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Do you live in this building? - Yes, I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live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Does Hoa live in that tower? - No, she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isn't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doesn't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is ____ address?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you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you're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yours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your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It is ____ 23 Lake Street.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from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My flat is ____ the third floor.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on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under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____ your grandparents live in a house?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Is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This ____ my new home.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are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Where ____ he live?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Ben lives with his family at 93 River Street. Their home is a flat in a tall building. It is on the eighth floor. The flat has two bedrooms, a living room, a kitchen and a bathroom. Ben likes the living room because his family watches TV there. His grandparents do not live in the building. They live in a small house in the countryside. Ben visits them twice a month and helps them in the garden.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Ben likes the kitchen best.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His flat is on the third floor.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Ben's address is 93 River Street.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flat has two bedrooms.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His grandparents live in the countryside.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Who does Ben live with?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kind of home does Ben live in?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Why does he like the living room?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How often does he visit his grandparents?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he help his grandparents do?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live / Do / building / this / you / in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address / your / What / is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flat / floor / the fifth / is / My / on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a house / grandparents / in / live / My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 the answer: Do you live in this tower? - No, I ____.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Write the address in a sentence: 116 Hoa Binh Street.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2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