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eastAsia="Arial"/>
          <w:b/>
          <w:i w:val="0"/>
          <w:color w:val="000000"/>
          <w:sz w:val="29"/>
        </w:rPr>
        <w:t>ENGLISH 5 - GLOBAL SUCCESS</w:t>
      </w:r>
    </w:p>
    <w:p>
      <w:pPr>
        <w:spacing w:after="40"/>
        <w:jc w:val="center"/>
      </w:pPr>
      <w:r>
        <w:rPr>
          <w:rFonts w:ascii="Arial" w:hAnsi="Arial" w:eastAsia="Arial"/>
          <w:b/>
          <w:i w:val="0"/>
          <w:color w:val="1F4E79"/>
          <w:sz w:val="26"/>
        </w:rPr>
        <w:t>UNIT 14: STAYING HEALTHY</w:t>
      </w:r>
    </w:p>
    <w:p>
      <w:pPr>
        <w:spacing w:after="100"/>
        <w:jc w:val="center"/>
      </w:pPr>
      <w:r>
        <w:rPr>
          <w:rFonts w:ascii="Arial" w:hAnsi="Arial" w:eastAsia="Arial"/>
          <w:b/>
          <w:i w:val="0"/>
          <w:color w:val="595959"/>
          <w:sz w:val="21"/>
        </w:rPr>
        <w:t>UNIT TEST - Time: 40 minutes - Total: 10 points</w:t>
      </w:r>
    </w:p>
    <w:p>
      <w:pPr>
        <w:spacing w:after="80"/>
      </w:pPr>
      <w:r>
        <w:rPr>
          <w:rFonts w:ascii="Arial" w:hAnsi="Arial" w:eastAsia="Arial"/>
          <w:b/>
          <w:i w:val="0"/>
          <w:color w:val="000000"/>
          <w:sz w:val="21"/>
        </w:rPr>
        <w:t xml:space="preserve">Name: </w:t>
      </w:r>
      <w:r>
        <w:rPr>
          <w:rFonts w:ascii="Arial" w:hAnsi="Arial" w:eastAsia="Arial"/>
          <w:b w:val="0"/>
          <w:i w:val="0"/>
          <w:color w:val="000000"/>
          <w:sz w:val="21"/>
        </w:rPr>
        <w:t xml:space="preserve">__________________________________    </w:t>
      </w:r>
      <w:r>
        <w:rPr>
          <w:rFonts w:ascii="Arial" w:hAnsi="Arial" w:eastAsia="Arial"/>
          <w:b/>
          <w:i w:val="0"/>
          <w:color w:val="000000"/>
          <w:sz w:val="21"/>
        </w:rPr>
        <w:t xml:space="preserve">Class: </w:t>
      </w:r>
      <w:r>
        <w:rPr>
          <w:rFonts w:ascii="Arial" w:hAnsi="Arial" w:eastAsia="Arial"/>
          <w:b w:val="0"/>
          <w:i w:val="0"/>
          <w:color w:val="000000"/>
          <w:sz w:val="21"/>
        </w:rPr>
        <w:t xml:space="preserve">________    </w:t>
      </w:r>
      <w:r>
        <w:rPr>
          <w:rFonts w:ascii="Arial" w:hAnsi="Arial" w:eastAsia="Arial"/>
          <w:b/>
          <w:i w:val="0"/>
          <w:color w:val="000000"/>
          <w:sz w:val="21"/>
        </w:rPr>
        <w:t xml:space="preserve">Date: </w:t>
      </w:r>
      <w:r>
        <w:rPr>
          <w:rFonts w:ascii="Arial" w:hAnsi="Arial" w:eastAsia="Arial"/>
          <w:b w:val="0"/>
          <w:i w:val="0"/>
          <w:color w:val="000000"/>
          <w:sz w:val="21"/>
        </w:rPr>
        <w:t>____________</w:t>
      </w:r>
    </w:p>
    <w:p>
      <w:pPr>
        <w:pStyle w:val="Heading1"/>
        <w:keepNext/>
      </w:pPr>
      <w:r>
        <w:rPr>
          <w:rFonts w:ascii="Arial" w:hAnsi="Arial" w:eastAsia="Arial"/>
          <w:b/>
          <w:i w:val="0"/>
          <w:color w:val="1F4E79"/>
          <w:sz w:val="23"/>
        </w:rPr>
        <w:t>I. VOCABULARY</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I get up early to ____ before breakfast.</w:t>
      </w:r>
    </w:p>
    <w:p>
      <w:pPr>
        <w:spacing w:after="40"/>
        <w:ind w:left="255"/>
      </w:pPr>
      <w:r>
        <w:rPr>
          <w:rFonts w:ascii="Arial" w:hAnsi="Arial" w:eastAsia="Arial"/>
          <w:b w:val="0"/>
          <w:i w:val="0"/>
          <w:color w:val="000000"/>
          <w:sz w:val="21"/>
        </w:rPr>
        <w:t>A. do morning exercise</w:t>
      </w:r>
      <w:r>
        <w:t xml:space="preserve">        </w:t>
      </w:r>
      <w:r>
        <w:rPr>
          <w:rFonts w:ascii="Arial" w:hAnsi="Arial" w:eastAsia="Arial"/>
          <w:b w:val="0"/>
          <w:i w:val="0"/>
          <w:color w:val="000000"/>
          <w:sz w:val="21"/>
        </w:rPr>
        <w:t>B. eat healthy food</w:t>
      </w:r>
      <w:r>
        <w:br/>
      </w:r>
      <w:r>
        <w:rPr>
          <w:rFonts w:ascii="Arial" w:hAnsi="Arial" w:eastAsia="Arial"/>
          <w:b w:val="0"/>
          <w:i w:val="0"/>
          <w:color w:val="000000"/>
          <w:sz w:val="21"/>
        </w:rPr>
        <w:t>C. three times a week</w:t>
      </w:r>
      <w:r>
        <w:t xml:space="preserve">        </w:t>
      </w:r>
      <w:r>
        <w:rPr>
          <w:rFonts w:ascii="Arial" w:hAnsi="Arial" w:eastAsia="Arial"/>
          <w:b w:val="0"/>
          <w:i w:val="0"/>
          <w:color w:val="000000"/>
          <w:sz w:val="21"/>
        </w:rPr>
        <w:t>D. play sports</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My mother goes to a class to ____ every Saturday.</w:t>
      </w:r>
    </w:p>
    <w:p>
      <w:pPr>
        <w:spacing w:after="40"/>
        <w:ind w:left="255"/>
      </w:pPr>
      <w:r>
        <w:rPr>
          <w:rFonts w:ascii="Arial" w:hAnsi="Arial" w:eastAsia="Arial"/>
          <w:b w:val="0"/>
          <w:i w:val="0"/>
          <w:color w:val="000000"/>
          <w:sz w:val="21"/>
        </w:rPr>
        <w:t>A. do yoga</w:t>
      </w:r>
      <w:r>
        <w:t xml:space="preserve">        </w:t>
      </w:r>
      <w:r>
        <w:rPr>
          <w:rFonts w:ascii="Arial" w:hAnsi="Arial" w:eastAsia="Arial"/>
          <w:b w:val="0"/>
          <w:i w:val="0"/>
          <w:color w:val="000000"/>
          <w:sz w:val="21"/>
        </w:rPr>
        <w:t>B. drink fresh juice</w:t>
      </w:r>
      <w:r>
        <w:br/>
      </w:r>
      <w:r>
        <w:rPr>
          <w:rFonts w:ascii="Arial" w:hAnsi="Arial" w:eastAsia="Arial"/>
          <w:b w:val="0"/>
          <w:i w:val="0"/>
          <w:color w:val="000000"/>
          <w:sz w:val="21"/>
        </w:rPr>
        <w:t>C. eat healthy food</w:t>
      </w:r>
      <w:r>
        <w:t xml:space="preserve">        </w:t>
      </w:r>
      <w:r>
        <w:rPr>
          <w:rFonts w:ascii="Arial" w:hAnsi="Arial" w:eastAsia="Arial"/>
          <w:b w:val="0"/>
          <w:i w:val="0"/>
          <w:color w:val="000000"/>
          <w:sz w:val="21"/>
        </w:rPr>
        <w:t>D. eat vegetables</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Instead of fizzy drinks, we often ____.</w:t>
      </w:r>
    </w:p>
    <w:p>
      <w:pPr>
        <w:spacing w:after="40"/>
        <w:ind w:left="255"/>
      </w:pPr>
      <w:r>
        <w:rPr>
          <w:rFonts w:ascii="Arial" w:hAnsi="Arial" w:eastAsia="Arial"/>
          <w:b w:val="0"/>
          <w:i w:val="0"/>
          <w:color w:val="000000"/>
          <w:sz w:val="21"/>
        </w:rPr>
        <w:t>A. drink fresh juice</w:t>
      </w:r>
      <w:r>
        <w:t xml:space="preserve">        </w:t>
      </w:r>
      <w:r>
        <w:rPr>
          <w:rFonts w:ascii="Arial" w:hAnsi="Arial" w:eastAsia="Arial"/>
          <w:b w:val="0"/>
          <w:i w:val="0"/>
          <w:color w:val="000000"/>
          <w:sz w:val="21"/>
        </w:rPr>
        <w:t>B. once a week</w:t>
      </w:r>
      <w:r>
        <w:br/>
      </w:r>
      <w:r>
        <w:rPr>
          <w:rFonts w:ascii="Arial" w:hAnsi="Arial" w:eastAsia="Arial"/>
          <w:b w:val="0"/>
          <w:i w:val="0"/>
          <w:color w:val="000000"/>
          <w:sz w:val="21"/>
        </w:rPr>
        <w:t>C. do morning exercise</w:t>
      </w:r>
      <w:r>
        <w:t xml:space="preserve">        </w:t>
      </w:r>
      <w:r>
        <w:rPr>
          <w:rFonts w:ascii="Arial" w:hAnsi="Arial" w:eastAsia="Arial"/>
          <w:b w:val="0"/>
          <w:i w:val="0"/>
          <w:color w:val="000000"/>
          <w:sz w:val="21"/>
        </w:rPr>
        <w:t>D. three times a week</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To stay strong, children should ____.</w:t>
      </w:r>
    </w:p>
    <w:p>
      <w:pPr>
        <w:spacing w:after="40"/>
        <w:ind w:left="255"/>
      </w:pPr>
      <w:r>
        <w:rPr>
          <w:rFonts w:ascii="Arial" w:hAnsi="Arial" w:eastAsia="Arial"/>
          <w:b w:val="0"/>
          <w:i w:val="0"/>
          <w:color w:val="000000"/>
          <w:sz w:val="21"/>
        </w:rPr>
        <w:t>A. play sports</w:t>
      </w:r>
      <w:r>
        <w:t xml:space="preserve">        </w:t>
      </w:r>
      <w:r>
        <w:rPr>
          <w:rFonts w:ascii="Arial" w:hAnsi="Arial" w:eastAsia="Arial"/>
          <w:b w:val="0"/>
          <w:i w:val="0"/>
          <w:color w:val="000000"/>
          <w:sz w:val="21"/>
        </w:rPr>
        <w:t>B. drink fresh juice</w:t>
      </w:r>
      <w:r>
        <w:br/>
      </w:r>
      <w:r>
        <w:rPr>
          <w:rFonts w:ascii="Arial" w:hAnsi="Arial" w:eastAsia="Arial"/>
          <w:b w:val="0"/>
          <w:i w:val="0"/>
          <w:color w:val="000000"/>
          <w:sz w:val="21"/>
        </w:rPr>
        <w:t>C. eat healthy food</w:t>
      </w:r>
      <w:r>
        <w:t xml:space="preserve">        </w:t>
      </w:r>
      <w:r>
        <w:rPr>
          <w:rFonts w:ascii="Arial" w:hAnsi="Arial" w:eastAsia="Arial"/>
          <w:b w:val="0"/>
          <w:i w:val="0"/>
          <w:color w:val="000000"/>
          <w:sz w:val="21"/>
        </w:rPr>
        <w:t>D. eat vegetables</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My brother tries to ____ at every meal.</w:t>
      </w:r>
    </w:p>
    <w:p>
      <w:pPr>
        <w:spacing w:after="40"/>
        <w:ind w:left="255"/>
      </w:pPr>
      <w:r>
        <w:rPr>
          <w:rFonts w:ascii="Arial" w:hAnsi="Arial" w:eastAsia="Arial"/>
          <w:b w:val="0"/>
          <w:i w:val="0"/>
          <w:color w:val="000000"/>
          <w:sz w:val="21"/>
        </w:rPr>
        <w:t>A. eat vegetables</w:t>
      </w:r>
      <w:r>
        <w:t xml:space="preserve">        </w:t>
      </w:r>
      <w:r>
        <w:rPr>
          <w:rFonts w:ascii="Arial" w:hAnsi="Arial" w:eastAsia="Arial"/>
          <w:b w:val="0"/>
          <w:i w:val="0"/>
          <w:color w:val="000000"/>
          <w:sz w:val="21"/>
        </w:rPr>
        <w:t>B. drink fresh juice</w:t>
      </w:r>
      <w:r>
        <w:br/>
      </w:r>
      <w:r>
        <w:rPr>
          <w:rFonts w:ascii="Arial" w:hAnsi="Arial" w:eastAsia="Arial"/>
          <w:b w:val="0"/>
          <w:i w:val="0"/>
          <w:color w:val="000000"/>
          <w:sz w:val="21"/>
        </w:rPr>
        <w:t>C. do morning exercise</w:t>
      </w:r>
      <w:r>
        <w:t xml:space="preserve">        </w:t>
      </w:r>
      <w:r>
        <w:rPr>
          <w:rFonts w:ascii="Arial" w:hAnsi="Arial" w:eastAsia="Arial"/>
          <w:b w:val="0"/>
          <w:i w:val="0"/>
          <w:color w:val="000000"/>
          <w:sz w:val="21"/>
        </w:rPr>
        <w:t>D. three times a week</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The pupils ____ after school to keep fit.</w:t>
      </w:r>
    </w:p>
    <w:p>
      <w:pPr>
        <w:spacing w:after="40"/>
        <w:ind w:left="255"/>
      </w:pPr>
      <w:r>
        <w:rPr>
          <w:rFonts w:ascii="Arial" w:hAnsi="Arial" w:eastAsia="Arial"/>
          <w:b w:val="0"/>
          <w:i w:val="0"/>
          <w:color w:val="000000"/>
          <w:sz w:val="21"/>
        </w:rPr>
        <w:t>A. drink fresh juice</w:t>
      </w:r>
      <w:r>
        <w:t xml:space="preserve">        </w:t>
      </w:r>
      <w:r>
        <w:rPr>
          <w:rFonts w:ascii="Arial" w:hAnsi="Arial" w:eastAsia="Arial"/>
          <w:b w:val="0"/>
          <w:i w:val="0"/>
          <w:color w:val="000000"/>
          <w:sz w:val="21"/>
        </w:rPr>
        <w:t>B. three times a week</w:t>
      </w:r>
      <w:r>
        <w:br/>
      </w:r>
      <w:r>
        <w:rPr>
          <w:rFonts w:ascii="Arial" w:hAnsi="Arial" w:eastAsia="Arial"/>
          <w:b w:val="0"/>
          <w:i w:val="0"/>
          <w:color w:val="000000"/>
          <w:sz w:val="21"/>
        </w:rPr>
        <w:t>C. play sports</w:t>
      </w:r>
      <w:r>
        <w:t xml:space="preserve">        </w:t>
      </w:r>
      <w:r>
        <w:rPr>
          <w:rFonts w:ascii="Arial" w:hAnsi="Arial" w:eastAsia="Arial"/>
          <w:b w:val="0"/>
          <w:i w:val="0"/>
          <w:color w:val="000000"/>
          <w:sz w:val="21"/>
        </w:rPr>
        <w:t>D. do morning exercise</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Lan swims on Sunday only, so she swims ____.</w:t>
      </w:r>
    </w:p>
    <w:p>
      <w:pPr>
        <w:spacing w:after="40"/>
        <w:ind w:left="255"/>
      </w:pPr>
      <w:r>
        <w:rPr>
          <w:rFonts w:ascii="Arial" w:hAnsi="Arial" w:eastAsia="Arial"/>
          <w:b w:val="0"/>
          <w:i w:val="0"/>
          <w:color w:val="000000"/>
          <w:sz w:val="21"/>
        </w:rPr>
        <w:t>A. do yoga</w:t>
      </w:r>
      <w:r>
        <w:t xml:space="preserve">        </w:t>
      </w:r>
      <w:r>
        <w:rPr>
          <w:rFonts w:ascii="Arial" w:hAnsi="Arial" w:eastAsia="Arial"/>
          <w:b w:val="0"/>
          <w:i w:val="0"/>
          <w:color w:val="000000"/>
          <w:sz w:val="21"/>
        </w:rPr>
        <w:t>B. eat vegetables</w:t>
      </w:r>
      <w:r>
        <w:br/>
      </w:r>
      <w:r>
        <w:rPr>
          <w:rFonts w:ascii="Arial" w:hAnsi="Arial" w:eastAsia="Arial"/>
          <w:b w:val="0"/>
          <w:i w:val="0"/>
          <w:color w:val="000000"/>
          <w:sz w:val="21"/>
        </w:rPr>
        <w:t>C. once a week</w:t>
      </w:r>
      <w:r>
        <w:t xml:space="preserve">        </w:t>
      </w:r>
      <w:r>
        <w:rPr>
          <w:rFonts w:ascii="Arial" w:hAnsi="Arial" w:eastAsia="Arial"/>
          <w:b w:val="0"/>
          <w:i w:val="0"/>
          <w:color w:val="000000"/>
          <w:sz w:val="21"/>
        </w:rPr>
        <w:t>D. drink fresh juice</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Nam plays football on Monday, Wednesday and Friday, or ____.</w:t>
      </w:r>
    </w:p>
    <w:p>
      <w:pPr>
        <w:spacing w:after="40"/>
        <w:ind w:left="255"/>
      </w:pPr>
      <w:r>
        <w:rPr>
          <w:rFonts w:ascii="Arial" w:hAnsi="Arial" w:eastAsia="Arial"/>
          <w:b w:val="0"/>
          <w:i w:val="0"/>
          <w:color w:val="000000"/>
          <w:sz w:val="21"/>
        </w:rPr>
        <w:t>A. play sports</w:t>
      </w:r>
      <w:r>
        <w:t xml:space="preserve">        </w:t>
      </w:r>
      <w:r>
        <w:rPr>
          <w:rFonts w:ascii="Arial" w:hAnsi="Arial" w:eastAsia="Arial"/>
          <w:b w:val="0"/>
          <w:i w:val="0"/>
          <w:color w:val="000000"/>
          <w:sz w:val="21"/>
        </w:rPr>
        <w:t>B. three times a week</w:t>
      </w:r>
      <w:r>
        <w:br/>
      </w:r>
      <w:r>
        <w:rPr>
          <w:rFonts w:ascii="Arial" w:hAnsi="Arial" w:eastAsia="Arial"/>
          <w:b w:val="0"/>
          <w:i w:val="0"/>
          <w:color w:val="000000"/>
          <w:sz w:val="21"/>
        </w:rPr>
        <w:t>C. do yoga</w:t>
      </w:r>
      <w:r>
        <w:t xml:space="preserve">        </w:t>
      </w:r>
      <w:r>
        <w:rPr>
          <w:rFonts w:ascii="Arial" w:hAnsi="Arial" w:eastAsia="Arial"/>
          <w:b w:val="0"/>
          <w:i w:val="0"/>
          <w:color w:val="000000"/>
          <w:sz w:val="21"/>
        </w:rPr>
        <w:t>D. once a week</w:t>
      </w:r>
    </w:p>
    <w:p>
      <w:pPr>
        <w:pStyle w:val="Heading1"/>
        <w:keepNext/>
      </w:pPr>
      <w:r>
        <w:rPr>
          <w:rFonts w:ascii="Arial" w:hAnsi="Arial" w:eastAsia="Arial"/>
          <w:b/>
          <w:i w:val="0"/>
          <w:color w:val="1F4E79"/>
          <w:sz w:val="23"/>
        </w:rPr>
        <w:t>II. GRAMMAR</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How does she ____ healthy?</w:t>
      </w:r>
    </w:p>
    <w:p>
      <w:pPr>
        <w:spacing w:after="40"/>
        <w:ind w:left="255"/>
      </w:pPr>
      <w:r>
        <w:rPr>
          <w:rFonts w:ascii="Arial" w:hAnsi="Arial" w:eastAsia="Arial"/>
          <w:b w:val="0"/>
          <w:i w:val="0"/>
          <w:color w:val="000000"/>
          <w:sz w:val="21"/>
        </w:rPr>
        <w:t>A. stay</w:t>
      </w:r>
      <w:r>
        <w:t xml:space="preserve">       </w:t>
      </w:r>
      <w:r>
        <w:rPr>
          <w:rFonts w:ascii="Arial" w:hAnsi="Arial" w:eastAsia="Arial"/>
          <w:b w:val="0"/>
          <w:i w:val="0"/>
          <w:color w:val="000000"/>
          <w:sz w:val="21"/>
        </w:rPr>
        <w:t>B. staying</w:t>
      </w:r>
      <w:r>
        <w:t xml:space="preserve">       </w:t>
      </w:r>
      <w:r>
        <w:rPr>
          <w:rFonts w:ascii="Arial" w:hAnsi="Arial" w:eastAsia="Arial"/>
          <w:b w:val="0"/>
          <w:i w:val="0"/>
          <w:color w:val="000000"/>
          <w:sz w:val="21"/>
        </w:rPr>
        <w:t>C. stays</w:t>
      </w:r>
      <w:r>
        <w:t xml:space="preserve">       </w:t>
      </w:r>
      <w:r>
        <w:rPr>
          <w:rFonts w:ascii="Arial" w:hAnsi="Arial" w:eastAsia="Arial"/>
          <w:b w:val="0"/>
          <w:i w:val="0"/>
          <w:color w:val="000000"/>
          <w:sz w:val="21"/>
        </w:rPr>
        <w:t>D. stayed</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She ____ fresh juice every morning.</w:t>
      </w:r>
    </w:p>
    <w:p>
      <w:pPr>
        <w:spacing w:after="40"/>
        <w:ind w:left="255"/>
      </w:pPr>
      <w:r>
        <w:rPr>
          <w:rFonts w:ascii="Arial" w:hAnsi="Arial" w:eastAsia="Arial"/>
          <w:b w:val="0"/>
          <w:i w:val="0"/>
          <w:color w:val="000000"/>
          <w:sz w:val="21"/>
        </w:rPr>
        <w:t>A. drank</w:t>
      </w:r>
      <w:r>
        <w:t xml:space="preserve">       </w:t>
      </w:r>
      <w:r>
        <w:rPr>
          <w:rFonts w:ascii="Arial" w:hAnsi="Arial" w:eastAsia="Arial"/>
          <w:b w:val="0"/>
          <w:i w:val="0"/>
          <w:color w:val="000000"/>
          <w:sz w:val="21"/>
        </w:rPr>
        <w:t>B. drinking</w:t>
      </w:r>
      <w:r>
        <w:t xml:space="preserve">       </w:t>
      </w:r>
      <w:r>
        <w:rPr>
          <w:rFonts w:ascii="Arial" w:hAnsi="Arial" w:eastAsia="Arial"/>
          <w:b w:val="0"/>
          <w:i w:val="0"/>
          <w:color w:val="000000"/>
          <w:sz w:val="21"/>
        </w:rPr>
        <w:t>C. drink</w:t>
      </w:r>
      <w:r>
        <w:t xml:space="preserve">       </w:t>
      </w:r>
      <w:r>
        <w:rPr>
          <w:rFonts w:ascii="Arial" w:hAnsi="Arial" w:eastAsia="Arial"/>
          <w:b w:val="0"/>
          <w:i w:val="0"/>
          <w:color w:val="000000"/>
          <w:sz w:val="21"/>
        </w:rPr>
        <w:t>D. drinks</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How often ____ he play sports?</w:t>
      </w:r>
    </w:p>
    <w:p>
      <w:pPr>
        <w:spacing w:after="40"/>
        <w:ind w:left="255"/>
      </w:pPr>
      <w:r>
        <w:rPr>
          <w:rFonts w:ascii="Arial" w:hAnsi="Arial" w:eastAsia="Arial"/>
          <w:b w:val="0"/>
          <w:i w:val="0"/>
          <w:color w:val="000000"/>
          <w:sz w:val="21"/>
        </w:rPr>
        <w:t>A. do</w:t>
      </w:r>
      <w:r>
        <w:t xml:space="preserve">       </w:t>
      </w:r>
      <w:r>
        <w:rPr>
          <w:rFonts w:ascii="Arial" w:hAnsi="Arial" w:eastAsia="Arial"/>
          <w:b w:val="0"/>
          <w:i w:val="0"/>
          <w:color w:val="000000"/>
          <w:sz w:val="21"/>
        </w:rPr>
        <w:t>B. is</w:t>
      </w:r>
      <w:r>
        <w:t xml:space="preserve">       </w:t>
      </w:r>
      <w:r>
        <w:rPr>
          <w:rFonts w:ascii="Arial" w:hAnsi="Arial" w:eastAsia="Arial"/>
          <w:b w:val="0"/>
          <w:i w:val="0"/>
          <w:color w:val="000000"/>
          <w:sz w:val="21"/>
        </w:rPr>
        <w:t>C. does</w:t>
      </w:r>
      <w:r>
        <w:t xml:space="preserve">       </w:t>
      </w:r>
      <w:r>
        <w:rPr>
          <w:rFonts w:ascii="Arial" w:hAnsi="Arial" w:eastAsia="Arial"/>
          <w:b w:val="0"/>
          <w:i w:val="0"/>
          <w:color w:val="000000"/>
          <w:sz w:val="21"/>
        </w:rPr>
        <w:t>D. has</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He plays sports three times ____ week.</w:t>
      </w:r>
    </w:p>
    <w:p>
      <w:pPr>
        <w:spacing w:after="40"/>
        <w:ind w:left="255"/>
      </w:pPr>
      <w:r>
        <w:rPr>
          <w:rFonts w:ascii="Arial" w:hAnsi="Arial" w:eastAsia="Arial"/>
          <w:b w:val="0"/>
          <w:i w:val="0"/>
          <w:color w:val="000000"/>
          <w:sz w:val="21"/>
        </w:rPr>
        <w:t>A. a</w:t>
      </w:r>
      <w:r>
        <w:t xml:space="preserve">       </w:t>
      </w:r>
      <w:r>
        <w:rPr>
          <w:rFonts w:ascii="Arial" w:hAnsi="Arial" w:eastAsia="Arial"/>
          <w:b w:val="0"/>
          <w:i w:val="0"/>
          <w:color w:val="000000"/>
          <w:sz w:val="21"/>
        </w:rPr>
        <w:t>B. the</w:t>
      </w:r>
      <w:r>
        <w:t xml:space="preserve">       </w:t>
      </w:r>
      <w:r>
        <w:rPr>
          <w:rFonts w:ascii="Arial" w:hAnsi="Arial" w:eastAsia="Arial"/>
          <w:b w:val="0"/>
          <w:i w:val="0"/>
          <w:color w:val="000000"/>
          <w:sz w:val="21"/>
        </w:rPr>
        <w:t>C. one</w:t>
      </w:r>
      <w:r>
        <w:t xml:space="preserve">       </w:t>
      </w:r>
      <w:r>
        <w:rPr>
          <w:rFonts w:ascii="Arial" w:hAnsi="Arial" w:eastAsia="Arial"/>
          <w:b w:val="0"/>
          <w:i w:val="0"/>
          <w:color w:val="000000"/>
          <w:sz w:val="21"/>
        </w:rPr>
        <w:t>D. an</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Does your sister eat vegetables? - Yes, she ____.</w:t>
      </w:r>
    </w:p>
    <w:p>
      <w:pPr>
        <w:spacing w:after="40"/>
        <w:ind w:left="255"/>
      </w:pPr>
      <w:r>
        <w:rPr>
          <w:rFonts w:ascii="Arial" w:hAnsi="Arial" w:eastAsia="Arial"/>
          <w:b w:val="0"/>
          <w:i w:val="0"/>
          <w:color w:val="000000"/>
          <w:sz w:val="21"/>
        </w:rPr>
        <w:t>A. eats</w:t>
      </w:r>
      <w:r>
        <w:t xml:space="preserve">       </w:t>
      </w:r>
      <w:r>
        <w:rPr>
          <w:rFonts w:ascii="Arial" w:hAnsi="Arial" w:eastAsia="Arial"/>
          <w:b w:val="0"/>
          <w:i w:val="0"/>
          <w:color w:val="000000"/>
          <w:sz w:val="21"/>
        </w:rPr>
        <w:t>B. is</w:t>
      </w:r>
      <w:r>
        <w:t xml:space="preserve">       </w:t>
      </w:r>
      <w:r>
        <w:rPr>
          <w:rFonts w:ascii="Arial" w:hAnsi="Arial" w:eastAsia="Arial"/>
          <w:b w:val="0"/>
          <w:i w:val="0"/>
          <w:color w:val="000000"/>
          <w:sz w:val="21"/>
        </w:rPr>
        <w:t>C. does</w:t>
      </w:r>
      <w:r>
        <w:t xml:space="preserve">       </w:t>
      </w:r>
      <w:r>
        <w:rPr>
          <w:rFonts w:ascii="Arial" w:hAnsi="Arial" w:eastAsia="Arial"/>
          <w:b w:val="0"/>
          <w:i w:val="0"/>
          <w:color w:val="000000"/>
          <w:sz w:val="21"/>
        </w:rPr>
        <w:t>D. do</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My father ____ morning exercise every day.</w:t>
      </w:r>
    </w:p>
    <w:p>
      <w:pPr>
        <w:spacing w:after="40"/>
        <w:ind w:left="255"/>
      </w:pPr>
      <w:r>
        <w:rPr>
          <w:rFonts w:ascii="Arial" w:hAnsi="Arial" w:eastAsia="Arial"/>
          <w:b w:val="0"/>
          <w:i w:val="0"/>
          <w:color w:val="000000"/>
          <w:sz w:val="21"/>
        </w:rPr>
        <w:t>A. does</w:t>
      </w:r>
      <w:r>
        <w:t xml:space="preserve">       </w:t>
      </w:r>
      <w:r>
        <w:rPr>
          <w:rFonts w:ascii="Arial" w:hAnsi="Arial" w:eastAsia="Arial"/>
          <w:b w:val="0"/>
          <w:i w:val="0"/>
          <w:color w:val="000000"/>
          <w:sz w:val="21"/>
        </w:rPr>
        <w:t>B. doing</w:t>
      </w:r>
      <w:r>
        <w:t xml:space="preserve">       </w:t>
      </w:r>
      <w:r>
        <w:rPr>
          <w:rFonts w:ascii="Arial" w:hAnsi="Arial" w:eastAsia="Arial"/>
          <w:b w:val="0"/>
          <w:i w:val="0"/>
          <w:color w:val="000000"/>
          <w:sz w:val="21"/>
        </w:rPr>
        <w:t>C. did</w:t>
      </w:r>
      <w:r>
        <w:t xml:space="preserve">       </w:t>
      </w:r>
      <w:r>
        <w:rPr>
          <w:rFonts w:ascii="Arial" w:hAnsi="Arial" w:eastAsia="Arial"/>
          <w:b w:val="0"/>
          <w:i w:val="0"/>
          <w:color w:val="000000"/>
          <w:sz w:val="21"/>
        </w:rPr>
        <w:t>D. do</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____ does Lan do yoga? - Once a week.</w:t>
      </w:r>
    </w:p>
    <w:p>
      <w:pPr>
        <w:spacing w:after="40"/>
        <w:ind w:left="255"/>
      </w:pPr>
      <w:r>
        <w:rPr>
          <w:rFonts w:ascii="Arial" w:hAnsi="Arial" w:eastAsia="Arial"/>
          <w:b w:val="0"/>
          <w:i w:val="0"/>
          <w:color w:val="000000"/>
          <w:sz w:val="21"/>
        </w:rPr>
        <w:t>A. How often</w:t>
      </w:r>
      <w:r>
        <w:t xml:space="preserve">       </w:t>
      </w:r>
      <w:r>
        <w:rPr>
          <w:rFonts w:ascii="Arial" w:hAnsi="Arial" w:eastAsia="Arial"/>
          <w:b w:val="0"/>
          <w:i w:val="0"/>
          <w:color w:val="000000"/>
          <w:sz w:val="21"/>
        </w:rPr>
        <w:t>B. How many</w:t>
      </w:r>
      <w:r>
        <w:t xml:space="preserve">       </w:t>
      </w:r>
      <w:r>
        <w:rPr>
          <w:rFonts w:ascii="Arial" w:hAnsi="Arial" w:eastAsia="Arial"/>
          <w:b w:val="0"/>
          <w:i w:val="0"/>
          <w:color w:val="000000"/>
          <w:sz w:val="21"/>
        </w:rPr>
        <w:t>C. What</w:t>
      </w:r>
      <w:r>
        <w:t xml:space="preserve">       </w:t>
      </w:r>
      <w:r>
        <w:rPr>
          <w:rFonts w:ascii="Arial" w:hAnsi="Arial" w:eastAsia="Arial"/>
          <w:b w:val="0"/>
          <w:i w:val="0"/>
          <w:color w:val="000000"/>
          <w:sz w:val="21"/>
        </w:rPr>
        <w:t>D. Where</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They ____ healthy food at home.</w:t>
      </w:r>
    </w:p>
    <w:p>
      <w:pPr>
        <w:spacing w:after="40"/>
        <w:ind w:left="255"/>
      </w:pPr>
      <w:r>
        <w:rPr>
          <w:rFonts w:ascii="Arial" w:hAnsi="Arial" w:eastAsia="Arial"/>
          <w:b w:val="0"/>
          <w:i w:val="0"/>
          <w:color w:val="000000"/>
          <w:sz w:val="21"/>
        </w:rPr>
        <w:t>A. ate</w:t>
      </w:r>
      <w:r>
        <w:t xml:space="preserve">       </w:t>
      </w:r>
      <w:r>
        <w:rPr>
          <w:rFonts w:ascii="Arial" w:hAnsi="Arial" w:eastAsia="Arial"/>
          <w:b w:val="0"/>
          <w:i w:val="0"/>
          <w:color w:val="000000"/>
          <w:sz w:val="21"/>
        </w:rPr>
        <w:t>B. eating</w:t>
      </w:r>
      <w:r>
        <w:t xml:space="preserve">       </w:t>
      </w:r>
      <w:r>
        <w:rPr>
          <w:rFonts w:ascii="Arial" w:hAnsi="Arial" w:eastAsia="Arial"/>
          <w:b w:val="0"/>
          <w:i w:val="0"/>
          <w:color w:val="000000"/>
          <w:sz w:val="21"/>
        </w:rPr>
        <w:t>C. eat</w:t>
      </w:r>
      <w:r>
        <w:t xml:space="preserve">       </w:t>
      </w:r>
      <w:r>
        <w:rPr>
          <w:rFonts w:ascii="Arial" w:hAnsi="Arial" w:eastAsia="Arial"/>
          <w:b w:val="0"/>
          <w:i w:val="0"/>
          <w:color w:val="000000"/>
          <w:sz w:val="21"/>
        </w:rPr>
        <w:t>D. eats</w:t>
      </w:r>
    </w:p>
    <w:p>
      <w:r>
        <w:br w:type="page"/>
      </w:r>
    </w:p>
    <w:p>
      <w:pPr>
        <w:pStyle w:val="Heading1"/>
        <w:keepNext/>
      </w:pPr>
      <w:r>
        <w:rPr>
          <w:rFonts w:ascii="Arial" w:hAnsi="Arial" w:eastAsia="Arial"/>
          <w:b/>
          <w:i w:val="0"/>
          <w:color w:val="1F4E79"/>
          <w:sz w:val="23"/>
        </w:rPr>
        <w:t>III. READING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Read the passage and complete Tasks A and B.</w:t>
      </w:r>
    </w:p>
    <w:tbl>
      <w:tblPr>
        <w:tblStyle w:val="TableGrid"/>
        <w:tblW w:type="dxa" w:w="10190"/>
        <w:tblLayout w:type="fixed"/>
        <w:tblLook w:firstColumn="1" w:firstRow="1" w:lastColumn="0" w:lastRow="0" w:noHBand="0" w:noVBand="1" w:val="04A0"/>
        <w:tblInd w:w="100" w:type="dxa"/>
      </w:tblPr>
      <w:tblGrid>
        <w:gridCol w:w="10190"/>
      </w:tblGrid>
      <w:tr>
        <w:tc>
          <w:tcPr>
            <w:tcW w:type="dxa" w:w="10190"/>
            <w:tcMar>
              <w:top w:w="80" w:type="dxa"/>
              <w:start w:w="100" w:type="dxa"/>
              <w:bottom w:w="80" w:type="dxa"/>
              <w:end w:w="100" w:type="dxa"/>
            </w:tcMar>
            <w:vAlign w:val="center"/>
            <w:shd w:fill="F2F2F2"/>
          </w:tcPr>
          <w:p>
            <w:pPr>
              <w:spacing w:before="20" w:after="20" w:line="252" w:lineRule="auto"/>
            </w:pPr>
            <w:r>
              <w:rPr>
                <w:rFonts w:ascii="Arial" w:hAnsi="Arial" w:eastAsia="Arial"/>
                <w:b w:val="0"/>
                <w:i w:val="0"/>
                <w:color w:val="000000"/>
                <w:sz w:val="20"/>
              </w:rPr>
              <w:t>My grandmother is sixty-five, but she is strong and active. She gets up at six o'clock and does morning exercise every day. For breakfast, she eats fruit and drinks fresh juice. She eats vegetables with lunch and dinner. She does yoga twice a week and walks in the park three times a week. She does not eat much fast food, and she goes to bed before ten. She says healthy habits help her feel happy and well.</w:t>
            </w:r>
          </w:p>
        </w:tc>
      </w:tr>
    </w:tbl>
    <w:p>
      <w:pPr>
        <w:pStyle w:val="Heading2"/>
      </w:pPr>
      <w:r>
        <w:rPr>
          <w:rFonts w:ascii="Arial" w:hAnsi="Arial" w:eastAsia="Arial"/>
          <w:b/>
          <w:i w:val="0"/>
          <w:color w:val="1F4E79"/>
          <w:sz w:val="21"/>
        </w:rPr>
        <w:t>A. Write T (True) or F (False). (5 x 0.3 = 1.5 points)</w:t>
      </w:r>
    </w:p>
    <w:p>
      <w:pPr>
        <w:spacing w:after="20"/>
      </w:pPr>
      <w:r>
        <w:rPr>
          <w:rFonts w:ascii="Arial" w:hAnsi="Arial" w:eastAsia="Arial"/>
          <w:b/>
          <w:i w:val="0"/>
          <w:color w:val="000000"/>
          <w:sz w:val="21"/>
        </w:rPr>
        <w:t xml:space="preserve">1. _____  </w:t>
      </w:r>
      <w:r>
        <w:rPr>
          <w:rFonts w:ascii="Arial" w:hAnsi="Arial" w:eastAsia="Arial"/>
          <w:b w:val="0"/>
          <w:i w:val="0"/>
          <w:color w:val="000000"/>
          <w:sz w:val="21"/>
        </w:rPr>
        <w:t>She goes to bed before ten.</w:t>
      </w:r>
    </w:p>
    <w:p>
      <w:pPr>
        <w:spacing w:after="20"/>
      </w:pPr>
      <w:r>
        <w:rPr>
          <w:rFonts w:ascii="Arial" w:hAnsi="Arial" w:eastAsia="Arial"/>
          <w:b/>
          <w:i w:val="0"/>
          <w:color w:val="000000"/>
          <w:sz w:val="21"/>
        </w:rPr>
        <w:t xml:space="preserve">2. _____  </w:t>
      </w:r>
      <w:r>
        <w:rPr>
          <w:rFonts w:ascii="Arial" w:hAnsi="Arial" w:eastAsia="Arial"/>
          <w:b w:val="0"/>
          <w:i w:val="0"/>
          <w:color w:val="000000"/>
          <w:sz w:val="21"/>
        </w:rPr>
        <w:t>She drinks fresh juice at breakfast.</w:t>
      </w:r>
    </w:p>
    <w:p>
      <w:pPr>
        <w:spacing w:after="20"/>
      </w:pPr>
      <w:r>
        <w:rPr>
          <w:rFonts w:ascii="Arial" w:hAnsi="Arial" w:eastAsia="Arial"/>
          <w:b/>
          <w:i w:val="0"/>
          <w:color w:val="000000"/>
          <w:sz w:val="21"/>
        </w:rPr>
        <w:t xml:space="preserve">3. _____  </w:t>
      </w:r>
      <w:r>
        <w:rPr>
          <w:rFonts w:ascii="Arial" w:hAnsi="Arial" w:eastAsia="Arial"/>
          <w:b w:val="0"/>
          <w:i w:val="0"/>
          <w:color w:val="000000"/>
          <w:sz w:val="21"/>
        </w:rPr>
        <w:t>She gets up at eight o'clock.</w:t>
      </w:r>
    </w:p>
    <w:p>
      <w:pPr>
        <w:spacing w:after="20"/>
      </w:pPr>
      <w:r>
        <w:rPr>
          <w:rFonts w:ascii="Arial" w:hAnsi="Arial" w:eastAsia="Arial"/>
          <w:b/>
          <w:i w:val="0"/>
          <w:color w:val="000000"/>
          <w:sz w:val="21"/>
        </w:rPr>
        <w:t xml:space="preserve">4. _____  </w:t>
      </w:r>
      <w:r>
        <w:rPr>
          <w:rFonts w:ascii="Arial" w:hAnsi="Arial" w:eastAsia="Arial"/>
          <w:b w:val="0"/>
          <w:i w:val="0"/>
          <w:color w:val="000000"/>
          <w:sz w:val="21"/>
        </w:rPr>
        <w:t>She does yoga every day.</w:t>
      </w:r>
    </w:p>
    <w:p>
      <w:pPr>
        <w:spacing w:after="20"/>
      </w:pPr>
      <w:r>
        <w:rPr>
          <w:rFonts w:ascii="Arial" w:hAnsi="Arial" w:eastAsia="Arial"/>
          <w:b/>
          <w:i w:val="0"/>
          <w:color w:val="000000"/>
          <w:sz w:val="21"/>
        </w:rPr>
        <w:t xml:space="preserve">5. _____  </w:t>
      </w:r>
      <w:r>
        <w:rPr>
          <w:rFonts w:ascii="Arial" w:hAnsi="Arial" w:eastAsia="Arial"/>
          <w:b w:val="0"/>
          <w:i w:val="0"/>
          <w:color w:val="000000"/>
          <w:sz w:val="21"/>
        </w:rPr>
        <w:t>The grandmother is sixty-five.</w:t>
      </w:r>
    </w:p>
    <w:p>
      <w:pPr>
        <w:pStyle w:val="Heading2"/>
      </w:pPr>
      <w:r>
        <w:rPr>
          <w:rFonts w:ascii="Arial" w:hAnsi="Arial" w:eastAsia="Arial"/>
          <w:b/>
          <w:i w:val="0"/>
          <w:color w:val="1F4E79"/>
          <w:sz w:val="21"/>
        </w:rPr>
        <w:t>B. Answer the questions. (5 x 0.3 = 1.5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What does she do every morning?</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What does she eat for breakfast?</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How often does she do yoga?</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Where does she walk?</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5. </w:t>
      </w:r>
      <w:r>
        <w:rPr>
          <w:rFonts w:ascii="Arial" w:hAnsi="Arial" w:eastAsia="Arial"/>
          <w:b w:val="0"/>
          <w:i w:val="0"/>
          <w:color w:val="000000"/>
          <w:sz w:val="21"/>
        </w:rPr>
        <w:t>What helps her feel happy and well?</w:t>
      </w:r>
    </w:p>
    <w:p>
      <w:pPr>
        <w:spacing w:before="0" w:after="20"/>
        <w:ind w:left="255"/>
      </w:pPr>
      <w:r>
        <w:rPr>
          <w:rFonts w:ascii="Arial" w:hAnsi="Arial" w:eastAsia="Arial"/>
          <w:b w:val="0"/>
          <w:i w:val="0"/>
          <w:color w:val="595959"/>
          <w:sz w:val="18"/>
        </w:rPr>
        <w:t>________________________________________________________________________________</w:t>
      </w:r>
    </w:p>
    <w:p>
      <w:pPr>
        <w:pStyle w:val="Heading1"/>
        <w:keepNext/>
      </w:pPr>
      <w:r>
        <w:rPr>
          <w:rFonts w:ascii="Arial" w:hAnsi="Arial" w:eastAsia="Arial"/>
          <w:b/>
          <w:i w:val="0"/>
          <w:color w:val="1F4E79"/>
          <w:sz w:val="23"/>
        </w:rPr>
        <w:t>IV. WRITING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A. Put the words in the correct order. (4 x 0.5 = 2.0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does / healthy / How / stay / she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juice / drinks / fresh / She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often / How / sports / he / play / does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week / He / three times / plays / a / .</w:t>
      </w:r>
    </w:p>
    <w:p>
      <w:pPr>
        <w:spacing w:before="0" w:after="20"/>
        <w:ind w:left="255"/>
      </w:pPr>
      <w:r>
        <w:rPr>
          <w:rFonts w:ascii="Arial" w:hAnsi="Arial" w:eastAsia="Arial"/>
          <w:b w:val="0"/>
          <w:i w:val="0"/>
          <w:color w:val="595959"/>
          <w:sz w:val="18"/>
        </w:rPr>
        <w:t>________________________________________________________________________________</w:t>
      </w:r>
    </w:p>
    <w:p>
      <w:pPr>
        <w:keepNext/>
        <w:spacing w:after="40"/>
      </w:pPr>
      <w:r>
        <w:rPr>
          <w:rFonts w:ascii="Arial" w:hAnsi="Arial" w:eastAsia="Arial"/>
          <w:b w:val="0"/>
          <w:i/>
          <w:color w:val="595959"/>
          <w:sz w:val="20"/>
        </w:rPr>
        <w:t>B. Complete or answer as directed. (2 x 0.5 = 1.0 point)</w:t>
      </w:r>
    </w:p>
    <w:p>
      <w:pPr>
        <w:spacing w:after="20"/>
      </w:pPr>
      <w:r>
        <w:rPr>
          <w:rFonts w:ascii="Arial" w:hAnsi="Arial" w:eastAsia="Arial"/>
          <w:b/>
          <w:i w:val="0"/>
          <w:color w:val="000000"/>
          <w:sz w:val="21"/>
        </w:rPr>
        <w:t xml:space="preserve">1. </w:t>
      </w:r>
      <w:r>
        <w:rPr>
          <w:rFonts w:ascii="Arial" w:hAnsi="Arial" w:eastAsia="Arial"/>
          <w:b w:val="0"/>
          <w:i w:val="0"/>
          <w:color w:val="000000"/>
          <w:sz w:val="21"/>
        </w:rPr>
        <w:t>Complete: My brother ____ (eat) vegetables every day.</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Answer: How often do you play sports?</w:t>
      </w:r>
    </w:p>
    <w:p>
      <w:pPr>
        <w:spacing w:before="0" w:after="20"/>
        <w:ind w:left="255"/>
      </w:pPr>
      <w:r>
        <w:rPr>
          <w:rFonts w:ascii="Arial" w:hAnsi="Arial" w:eastAsia="Arial"/>
          <w:b w:val="0"/>
          <w:i w:val="0"/>
          <w:color w:val="595959"/>
          <w:sz w:val="18"/>
        </w:rPr>
        <w:t>________________________________________________________________________________</w:t>
      </w:r>
    </w:p>
    <w:sectPr w:rsidR="00FC693F" w:rsidRPr="0006063C" w:rsidSect="00034616">
      <w:headerReference w:type="default" r:id="rId9"/>
      <w:footerReference w:type="default" r:id="rId10"/>
      <w:pgSz w:w="11906" w:h="16838"/>
      <w:pgMar w:top="765" w:right="822" w:bottom="709" w:left="822"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w:b w:val="0"/>
        <w:i w:val="0"/>
        <w:color w:val="595959"/>
        <w:sz w:val="17"/>
      </w:rPr>
      <w:t xml:space="preserve">Page </w:t>
    </w:r>
    <w:r>
      <w:rPr>
        <w:rFonts w:ascii="Arial" w:hAnsi="Arial" w:eastAsia="Arial"/>
        <w:b w:val="0"/>
        <w:i w:val="0"/>
        <w:color w:val="595959"/>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i w:val="0"/>
        <w:color w:val="595959"/>
        <w:sz w:val="17"/>
      </w:rPr>
      <w:t>ENGLISH 5 - GLOBAL SUCCESS | UNIT TEST | UNIT 14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40" w:line="240" w:lineRule="auto"/>
    </w:pPr>
    <w:rPr>
      <w:rFonts w:ascii="Arial" w:hAnsi="Arial" w:eastAsia="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40" w:line="240" w:lineRule="auto"/>
      <w:outlineLvl w:val="0"/>
    </w:pPr>
    <w:rPr>
      <w:rFonts w:asciiTheme="majorHAnsi" w:eastAsiaTheme="majorEastAsia" w:hAnsiTheme="majorHAnsi" w:cstheme="majorBidi" w:ascii="Arial" w:hAnsi="Arial" w:eastAsia="Arial"/>
      <w:b/>
      <w:bCs/>
      <w:color w:val="1F4E79"/>
      <w:sz w:val="23"/>
      <w:szCs w:val="28"/>
    </w:rPr>
  </w:style>
  <w:style w:type="paragraph" w:styleId="Heading2">
    <w:name w:val="heading 2"/>
    <w:basedOn w:val="Normal"/>
    <w:next w:val="Normal"/>
    <w:link w:val="Heading2Char"/>
    <w:uiPriority w:val="9"/>
    <w:unhideWhenUsed/>
    <w:qFormat/>
    <w:rsid w:val="00FC693F"/>
    <w:pPr>
      <w:keepNext/>
      <w:keepLines/>
      <w:spacing w:before="60" w:after="20" w:line="240" w:lineRule="auto"/>
      <w:outlineLvl w:val="1"/>
    </w:pPr>
    <w:rPr>
      <w:rFonts w:asciiTheme="majorHAnsi" w:eastAsiaTheme="majorEastAsia" w:hAnsiTheme="majorHAnsi" w:cstheme="majorBidi" w:ascii="Arial" w:hAnsi="Arial" w:eastAsia="Arial"/>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40" w:after="20" w:line="240" w:lineRule="auto"/>
      <w:outlineLvl w:val="2"/>
    </w:pPr>
    <w:rPr>
      <w:rFonts w:asciiTheme="majorHAnsi" w:eastAsiaTheme="majorEastAsia" w:hAnsiTheme="majorHAnsi" w:cstheme="majorBidi" w:ascii="Arial" w:hAnsi="Arial" w:eastAsia="Arial"/>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40" w:line="240" w:lineRule="auto" w:before="0"/>
      <w:contextualSpacing/>
    </w:pPr>
    <w:rPr>
      <w:rFonts w:asciiTheme="majorHAnsi" w:eastAsiaTheme="majorEastAsia" w:hAnsiTheme="majorHAnsi" w:cstheme="majorBidi" w:ascii="Arial" w:hAnsi="Arial" w:eastAsia="Arial"/>
      <w:b/>
      <w:color w:val="000000"/>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5 Global Success - Unit 14</dc:title>
  <dc:subject>Unit test and answer key</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