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4A0" w:firstRow="1" w:lastRow="0" w:firstColumn="1" w:lastColumn="0" w:noHBand="0" w:noVBand="1"/>
      </w:tblPr>
      <w:tblGrid>
        <w:gridCol w:w="10488"/>
      </w:tblGrid>
      <w:tr w:rsidR="00B6293A" w:rsidRPr="00B6293A" w14:paraId="43D62653" w14:textId="77777777">
        <w:trPr>
          <w:jc w:val="center"/>
        </w:trPr>
        <w:tc>
          <w:tcPr>
            <w:tcW w:w="10488" w:type="dxa"/>
            <w:tcBorders>
              <w:top w:val="single" w:sz="8" w:space="0" w:color="1E7A78"/>
              <w:left w:val="single" w:sz="8" w:space="0" w:color="1E7A78"/>
              <w:bottom w:val="single" w:sz="8" w:space="0" w:color="1E7A78"/>
              <w:right w:val="single" w:sz="8" w:space="0" w:color="1E7A78"/>
            </w:tcBorders>
            <w:shd w:val="clear" w:color="auto" w:fill="1E7A78"/>
            <w:tcMar>
              <w:top w:w="95" w:type="dxa"/>
              <w:left w:w="100" w:type="dxa"/>
              <w:bottom w:w="80" w:type="dxa"/>
              <w:right w:w="100" w:type="dxa"/>
            </w:tcMar>
          </w:tcPr>
          <w:p w14:paraId="28AE5A97" w14:textId="77777777" w:rsidR="00F43968" w:rsidRPr="00F062A3" w:rsidRDefault="00634BC2">
            <w:pPr>
              <w:spacing w:after="0"/>
              <w:jc w:val="center"/>
              <w:rPr>
                <w:rFonts w:cs="Times New Roman"/>
                <w:color w:val="auto"/>
                <w:sz w:val="32"/>
                <w:szCs w:val="32"/>
              </w:rPr>
            </w:pPr>
            <w:r w:rsidRPr="00F062A3">
              <w:rPr>
                <w:rFonts w:cs="Times New Roman"/>
                <w:b/>
                <w:color w:val="FFFFFF" w:themeColor="background1"/>
                <w:sz w:val="32"/>
                <w:szCs w:val="32"/>
              </w:rPr>
              <w:t>GLOBAL SUCCESS 8</w:t>
            </w:r>
          </w:p>
        </w:tc>
      </w:tr>
      <w:tr w:rsidR="00B6293A" w:rsidRPr="00B6293A" w14:paraId="6D69E5EC" w14:textId="77777777">
        <w:trPr>
          <w:jc w:val="center"/>
        </w:trPr>
        <w:tc>
          <w:tcPr>
            <w:tcW w:w="10488" w:type="dxa"/>
            <w:tcBorders>
              <w:top w:val="single" w:sz="8" w:space="0" w:color="DDBD55"/>
              <w:left w:val="single" w:sz="8" w:space="0" w:color="DDBD55"/>
              <w:bottom w:val="single" w:sz="8" w:space="0" w:color="DDBD55"/>
              <w:right w:val="single" w:sz="8" w:space="0" w:color="DDBD55"/>
            </w:tcBorders>
            <w:shd w:val="clear" w:color="auto" w:fill="FFF7D6"/>
            <w:tcMar>
              <w:top w:w="90" w:type="dxa"/>
              <w:left w:w="100" w:type="dxa"/>
              <w:bottom w:w="90" w:type="dxa"/>
              <w:right w:w="100" w:type="dxa"/>
            </w:tcMar>
          </w:tcPr>
          <w:p w14:paraId="09892555" w14:textId="77777777" w:rsidR="00F43968" w:rsidRPr="00F062A3" w:rsidRDefault="00634BC2">
            <w:pPr>
              <w:spacing w:after="0"/>
              <w:jc w:val="center"/>
              <w:rPr>
                <w:rFonts w:cs="Times New Roman"/>
                <w:color w:val="auto"/>
                <w:sz w:val="32"/>
                <w:szCs w:val="32"/>
              </w:rPr>
            </w:pPr>
            <w:r w:rsidRPr="00F062A3">
              <w:rPr>
                <w:rFonts w:cs="Times New Roman"/>
                <w:b/>
                <w:color w:val="auto"/>
                <w:sz w:val="32"/>
                <w:szCs w:val="32"/>
              </w:rPr>
              <w:t>UNIT 1: LEISURE TIME</w:t>
            </w:r>
          </w:p>
        </w:tc>
      </w:tr>
    </w:tbl>
    <w:p w14:paraId="12A689D8"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3496"/>
        <w:gridCol w:w="3496"/>
        <w:gridCol w:w="3496"/>
      </w:tblGrid>
      <w:tr w:rsidR="00B6293A" w:rsidRPr="00B6293A" w14:paraId="7464ABD2" w14:textId="77777777">
        <w:trPr>
          <w:jc w:val="center"/>
        </w:trPr>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1A02E7BB" w14:textId="7FBADBBD" w:rsidR="00F43968" w:rsidRPr="00B6293A" w:rsidRDefault="00634BC2">
            <w:pPr>
              <w:spacing w:after="0"/>
              <w:rPr>
                <w:rFonts w:cs="Times New Roman"/>
                <w:color w:val="auto"/>
                <w:sz w:val="28"/>
                <w:szCs w:val="28"/>
              </w:rPr>
            </w:pPr>
            <w:r w:rsidRPr="00B6293A">
              <w:rPr>
                <w:rFonts w:cs="Times New Roman"/>
                <w:color w:val="auto"/>
                <w:sz w:val="28"/>
                <w:szCs w:val="28"/>
              </w:rPr>
              <w:t>Name: __________________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7C80B69D" w14:textId="77777777" w:rsidR="00F43968" w:rsidRPr="00B6293A" w:rsidRDefault="00634BC2">
            <w:pPr>
              <w:spacing w:after="0"/>
              <w:rPr>
                <w:rFonts w:cs="Times New Roman"/>
                <w:color w:val="auto"/>
                <w:sz w:val="28"/>
                <w:szCs w:val="28"/>
              </w:rPr>
            </w:pPr>
            <w:r w:rsidRPr="00B6293A">
              <w:rPr>
                <w:rFonts w:cs="Times New Roman"/>
                <w:color w:val="auto"/>
                <w:sz w:val="28"/>
                <w:szCs w:val="28"/>
              </w:rPr>
              <w:t>Class: 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70EAA263" w14:textId="77777777" w:rsidR="00F43968" w:rsidRPr="00B6293A" w:rsidRDefault="00634BC2">
            <w:pPr>
              <w:spacing w:after="0"/>
              <w:rPr>
                <w:rFonts w:cs="Times New Roman"/>
                <w:color w:val="auto"/>
                <w:sz w:val="28"/>
                <w:szCs w:val="28"/>
              </w:rPr>
            </w:pPr>
            <w:r w:rsidRPr="00B6293A">
              <w:rPr>
                <w:rFonts w:cs="Times New Roman"/>
                <w:color w:val="auto"/>
                <w:sz w:val="28"/>
                <w:szCs w:val="28"/>
              </w:rPr>
              <w:t>Date: ____________</w:t>
            </w:r>
          </w:p>
        </w:tc>
      </w:tr>
    </w:tbl>
    <w:p w14:paraId="55207ADE"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3D6B5D7F"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5A167FEC" w14:textId="77777777" w:rsidR="00F43968" w:rsidRPr="00B6293A" w:rsidRDefault="00634BC2">
            <w:pPr>
              <w:jc w:val="center"/>
              <w:rPr>
                <w:rFonts w:cs="Times New Roman"/>
                <w:color w:val="auto"/>
                <w:sz w:val="28"/>
                <w:szCs w:val="28"/>
              </w:rPr>
            </w:pPr>
            <w:r w:rsidRPr="00B6293A">
              <w:rPr>
                <w:rFonts w:cs="Times New Roman"/>
                <w:b/>
                <w:color w:val="FFFFFF" w:themeColor="background1"/>
                <w:sz w:val="28"/>
                <w:szCs w:val="28"/>
              </w:rPr>
              <w:t>PART 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C366271" w14:textId="77777777" w:rsidR="00F43968" w:rsidRPr="00B6293A" w:rsidRDefault="00634BC2">
            <w:pPr>
              <w:keepNext/>
              <w:rPr>
                <w:rFonts w:cs="Times New Roman"/>
                <w:color w:val="auto"/>
                <w:sz w:val="28"/>
                <w:szCs w:val="28"/>
              </w:rPr>
            </w:pPr>
            <w:proofErr w:type="gramStart"/>
            <w:r w:rsidRPr="00B6293A">
              <w:rPr>
                <w:rFonts w:cs="Times New Roman"/>
                <w:b/>
                <w:color w:val="auto"/>
                <w:sz w:val="28"/>
                <w:szCs w:val="28"/>
              </w:rPr>
              <w:t>LISTENING  (</w:t>
            </w:r>
            <w:proofErr w:type="gramEnd"/>
            <w:r w:rsidRPr="00B6293A">
              <w:rPr>
                <w:rFonts w:cs="Times New Roman"/>
                <w:b/>
                <w:color w:val="auto"/>
                <w:sz w:val="28"/>
                <w:szCs w:val="28"/>
              </w:rPr>
              <w:t>1.25 pts)</w:t>
            </w:r>
          </w:p>
        </w:tc>
      </w:tr>
    </w:tbl>
    <w:p w14:paraId="0F75BDC4" w14:textId="77777777" w:rsidR="00F43968" w:rsidRPr="00B6293A" w:rsidRDefault="00634BC2">
      <w:pPr>
        <w:keepNext/>
        <w:spacing w:after="60" w:line="240" w:lineRule="auto"/>
        <w:rPr>
          <w:rFonts w:cs="Times New Roman"/>
          <w:b/>
          <w:bCs/>
          <w:color w:val="auto"/>
          <w:sz w:val="28"/>
          <w:szCs w:val="28"/>
        </w:rPr>
      </w:pPr>
      <w:r w:rsidRPr="00B6293A">
        <w:rPr>
          <w:rFonts w:cs="Times New Roman"/>
          <w:b/>
          <w:bCs/>
          <w:color w:val="auto"/>
          <w:sz w:val="28"/>
          <w:szCs w:val="28"/>
        </w:rPr>
        <w:t xml:space="preserve">Listen to a talk about three teenagers and their leisure activities. Choose the best answer A, B, or C. You will </w:t>
      </w:r>
      <w:r w:rsidRPr="00B6293A">
        <w:rPr>
          <w:rFonts w:cs="Times New Roman"/>
          <w:b/>
          <w:bCs/>
          <w:color w:val="auto"/>
          <w:sz w:val="28"/>
          <w:szCs w:val="28"/>
        </w:rPr>
        <w:t>listen twice.</w:t>
      </w:r>
    </w:p>
    <w:p w14:paraId="32FDBB75"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w:t>
      </w:r>
      <w:r w:rsidRPr="00B6293A">
        <w:rPr>
          <w:rFonts w:cs="Times New Roman"/>
          <w:color w:val="auto"/>
          <w:sz w:val="28"/>
          <w:szCs w:val="28"/>
        </w:rPr>
        <w:t xml:space="preserve"> What is the main topic of the talk?</w:t>
      </w:r>
    </w:p>
    <w:tbl>
      <w:tblPr>
        <w:tblW w:w="0" w:type="auto"/>
        <w:jc w:val="center"/>
        <w:tblLayout w:type="fixed"/>
        <w:tblLook w:val="04A0" w:firstRow="1" w:lastRow="0" w:firstColumn="1" w:lastColumn="0" w:noHBand="0" w:noVBand="1"/>
      </w:tblPr>
      <w:tblGrid>
        <w:gridCol w:w="3496"/>
        <w:gridCol w:w="3496"/>
        <w:gridCol w:w="3496"/>
      </w:tblGrid>
      <w:tr w:rsidR="00B6293A" w:rsidRPr="00B6293A" w14:paraId="60DB03A5"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4B0D3445"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School subjects in three countries</w:t>
            </w:r>
          </w:p>
        </w:tc>
        <w:tc>
          <w:tcPr>
            <w:tcW w:w="3496" w:type="dxa"/>
            <w:tcBorders>
              <w:top w:val="nil"/>
              <w:left w:val="nil"/>
              <w:bottom w:val="nil"/>
              <w:right w:val="nil"/>
            </w:tcBorders>
            <w:tcMar>
              <w:top w:w="10" w:type="dxa"/>
              <w:left w:w="50" w:type="dxa"/>
              <w:bottom w:w="15" w:type="dxa"/>
              <w:right w:w="70" w:type="dxa"/>
            </w:tcMar>
          </w:tcPr>
          <w:p w14:paraId="549B20D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Weekend travel plans</w:t>
            </w:r>
          </w:p>
        </w:tc>
        <w:tc>
          <w:tcPr>
            <w:tcW w:w="3496" w:type="dxa"/>
            <w:tcBorders>
              <w:top w:val="nil"/>
              <w:left w:val="nil"/>
              <w:bottom w:val="nil"/>
              <w:right w:val="nil"/>
            </w:tcBorders>
            <w:tcMar>
              <w:top w:w="10" w:type="dxa"/>
              <w:left w:w="50" w:type="dxa"/>
              <w:bottom w:w="15" w:type="dxa"/>
              <w:right w:w="70" w:type="dxa"/>
            </w:tcMar>
          </w:tcPr>
          <w:p w14:paraId="5E46E56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The leisure activities of three teenagers</w:t>
            </w:r>
          </w:p>
        </w:tc>
      </w:tr>
    </w:tbl>
    <w:p w14:paraId="4D27B45F"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2.</w:t>
      </w:r>
      <w:r w:rsidRPr="00B6293A">
        <w:rPr>
          <w:rFonts w:cs="Times New Roman"/>
          <w:color w:val="auto"/>
          <w:sz w:val="28"/>
          <w:szCs w:val="28"/>
        </w:rPr>
        <w:t xml:space="preserve"> How does Sakura usually do origami?</w:t>
      </w:r>
    </w:p>
    <w:tbl>
      <w:tblPr>
        <w:tblW w:w="0" w:type="auto"/>
        <w:jc w:val="center"/>
        <w:tblLayout w:type="fixed"/>
        <w:tblLook w:val="04A0" w:firstRow="1" w:lastRow="0" w:firstColumn="1" w:lastColumn="0" w:noHBand="0" w:noVBand="1"/>
      </w:tblPr>
      <w:tblGrid>
        <w:gridCol w:w="3496"/>
        <w:gridCol w:w="3496"/>
        <w:gridCol w:w="3496"/>
      </w:tblGrid>
      <w:tr w:rsidR="00B6293A" w:rsidRPr="00B6293A" w14:paraId="60D8E335"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073F7BC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With her family</w:t>
            </w:r>
          </w:p>
        </w:tc>
        <w:tc>
          <w:tcPr>
            <w:tcW w:w="3496" w:type="dxa"/>
            <w:tcBorders>
              <w:top w:val="nil"/>
              <w:left w:val="nil"/>
              <w:bottom w:val="nil"/>
              <w:right w:val="nil"/>
            </w:tcBorders>
            <w:tcMar>
              <w:top w:w="10" w:type="dxa"/>
              <w:left w:w="50" w:type="dxa"/>
              <w:bottom w:w="15" w:type="dxa"/>
              <w:right w:w="70" w:type="dxa"/>
            </w:tcMar>
          </w:tcPr>
          <w:p w14:paraId="297C3DE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On her own</w:t>
            </w:r>
          </w:p>
        </w:tc>
        <w:tc>
          <w:tcPr>
            <w:tcW w:w="3496" w:type="dxa"/>
            <w:tcBorders>
              <w:top w:val="nil"/>
              <w:left w:val="nil"/>
              <w:bottom w:val="nil"/>
              <w:right w:val="nil"/>
            </w:tcBorders>
            <w:tcMar>
              <w:top w:w="10" w:type="dxa"/>
              <w:left w:w="50" w:type="dxa"/>
              <w:bottom w:w="15" w:type="dxa"/>
              <w:right w:w="70" w:type="dxa"/>
            </w:tcMar>
          </w:tcPr>
          <w:p w14:paraId="1E5FEB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At a school club</w:t>
            </w:r>
          </w:p>
        </w:tc>
      </w:tr>
    </w:tbl>
    <w:p w14:paraId="7B91642F"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3.</w:t>
      </w:r>
      <w:r w:rsidRPr="00B6293A">
        <w:rPr>
          <w:rFonts w:cs="Times New Roman"/>
          <w:color w:val="auto"/>
          <w:sz w:val="28"/>
          <w:szCs w:val="28"/>
        </w:rPr>
        <w:t xml:space="preserve"> What benefit of snowboarding does Eric mention?</w:t>
      </w:r>
    </w:p>
    <w:tbl>
      <w:tblPr>
        <w:tblW w:w="0" w:type="auto"/>
        <w:jc w:val="center"/>
        <w:tblLayout w:type="fixed"/>
        <w:tblLook w:val="04A0" w:firstRow="1" w:lastRow="0" w:firstColumn="1" w:lastColumn="0" w:noHBand="0" w:noVBand="1"/>
      </w:tblPr>
      <w:tblGrid>
        <w:gridCol w:w="3496"/>
        <w:gridCol w:w="3496"/>
        <w:gridCol w:w="3496"/>
      </w:tblGrid>
      <w:tr w:rsidR="00B6293A" w:rsidRPr="00B6293A" w14:paraId="38A81F13"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13BD498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It improves balance and health.</w:t>
            </w:r>
          </w:p>
        </w:tc>
        <w:tc>
          <w:tcPr>
            <w:tcW w:w="3496" w:type="dxa"/>
            <w:tcBorders>
              <w:top w:val="nil"/>
              <w:left w:val="nil"/>
              <w:bottom w:val="nil"/>
              <w:right w:val="nil"/>
            </w:tcBorders>
            <w:tcMar>
              <w:top w:w="10" w:type="dxa"/>
              <w:left w:w="50" w:type="dxa"/>
              <w:bottom w:w="15" w:type="dxa"/>
              <w:right w:w="70" w:type="dxa"/>
            </w:tcMar>
          </w:tcPr>
          <w:p w14:paraId="5FBB5E0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It improves computer skills.</w:t>
            </w:r>
          </w:p>
        </w:tc>
        <w:tc>
          <w:tcPr>
            <w:tcW w:w="3496" w:type="dxa"/>
            <w:tcBorders>
              <w:top w:val="nil"/>
              <w:left w:val="nil"/>
              <w:bottom w:val="nil"/>
              <w:right w:val="nil"/>
            </w:tcBorders>
            <w:tcMar>
              <w:top w:w="10" w:type="dxa"/>
              <w:left w:w="50" w:type="dxa"/>
              <w:bottom w:w="15" w:type="dxa"/>
              <w:right w:w="70" w:type="dxa"/>
            </w:tcMar>
          </w:tcPr>
          <w:p w14:paraId="3213B23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It improves memory.</w:t>
            </w:r>
          </w:p>
        </w:tc>
      </w:tr>
    </w:tbl>
    <w:p w14:paraId="24BCFFDC"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4.</w:t>
      </w:r>
      <w:r w:rsidRPr="00B6293A">
        <w:rPr>
          <w:rFonts w:cs="Times New Roman"/>
          <w:color w:val="auto"/>
          <w:sz w:val="28"/>
          <w:szCs w:val="28"/>
        </w:rPr>
        <w:t xml:space="preserve"> How often does Lan play badminton?</w:t>
      </w:r>
    </w:p>
    <w:tbl>
      <w:tblPr>
        <w:tblW w:w="0" w:type="auto"/>
        <w:jc w:val="center"/>
        <w:tblLayout w:type="fixed"/>
        <w:tblLook w:val="04A0" w:firstRow="1" w:lastRow="0" w:firstColumn="1" w:lastColumn="0" w:noHBand="0" w:noVBand="1"/>
      </w:tblPr>
      <w:tblGrid>
        <w:gridCol w:w="3496"/>
        <w:gridCol w:w="3496"/>
        <w:gridCol w:w="3496"/>
      </w:tblGrid>
      <w:tr w:rsidR="00B6293A" w:rsidRPr="00B6293A" w14:paraId="0B0A0AA3"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01B05A3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Every morning</w:t>
            </w:r>
          </w:p>
        </w:tc>
        <w:tc>
          <w:tcPr>
            <w:tcW w:w="3496" w:type="dxa"/>
            <w:tcBorders>
              <w:top w:val="nil"/>
              <w:left w:val="nil"/>
              <w:bottom w:val="nil"/>
              <w:right w:val="nil"/>
            </w:tcBorders>
            <w:tcMar>
              <w:top w:w="10" w:type="dxa"/>
              <w:left w:w="50" w:type="dxa"/>
              <w:bottom w:w="15" w:type="dxa"/>
              <w:right w:w="70" w:type="dxa"/>
            </w:tcMar>
          </w:tcPr>
          <w:p w14:paraId="65829C4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Once a month</w:t>
            </w:r>
          </w:p>
        </w:tc>
        <w:tc>
          <w:tcPr>
            <w:tcW w:w="3496" w:type="dxa"/>
            <w:tcBorders>
              <w:top w:val="nil"/>
              <w:left w:val="nil"/>
              <w:bottom w:val="nil"/>
              <w:right w:val="nil"/>
            </w:tcBorders>
            <w:tcMar>
              <w:top w:w="10" w:type="dxa"/>
              <w:left w:w="50" w:type="dxa"/>
              <w:bottom w:w="15" w:type="dxa"/>
              <w:right w:w="70" w:type="dxa"/>
            </w:tcMar>
          </w:tcPr>
          <w:p w14:paraId="5EB2C3A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Almost every afternoon</w:t>
            </w:r>
          </w:p>
        </w:tc>
      </w:tr>
    </w:tbl>
    <w:p w14:paraId="1B46BE92"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5.</w:t>
      </w:r>
      <w:r w:rsidRPr="00B6293A">
        <w:rPr>
          <w:rFonts w:cs="Times New Roman"/>
          <w:color w:val="auto"/>
          <w:sz w:val="28"/>
          <w:szCs w:val="28"/>
        </w:rPr>
        <w:t xml:space="preserve"> What will Tom</w:t>
      </w:r>
      <w:r w:rsidRPr="00B6293A">
        <w:rPr>
          <w:rFonts w:cs="Times New Roman"/>
          <w:color w:val="auto"/>
          <w:sz w:val="28"/>
          <w:szCs w:val="28"/>
        </w:rPr>
        <w:t xml:space="preserve"> do at 3 p.m. this Saturday?</w:t>
      </w:r>
    </w:p>
    <w:tbl>
      <w:tblPr>
        <w:tblW w:w="0" w:type="auto"/>
        <w:jc w:val="center"/>
        <w:tblLayout w:type="fixed"/>
        <w:tblLook w:val="04A0" w:firstRow="1" w:lastRow="0" w:firstColumn="1" w:lastColumn="0" w:noHBand="0" w:noVBand="1"/>
      </w:tblPr>
      <w:tblGrid>
        <w:gridCol w:w="5244"/>
        <w:gridCol w:w="5244"/>
        <w:gridCol w:w="63"/>
      </w:tblGrid>
      <w:tr w:rsidR="00B6293A" w:rsidRPr="00B6293A" w14:paraId="040E56DD"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0409B91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Join Lan for badminton</w:t>
            </w:r>
          </w:p>
        </w:tc>
      </w:tr>
      <w:tr w:rsidR="00B6293A" w:rsidRPr="00B6293A" w14:paraId="378032E8"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352715E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Make origami with Sakura</w:t>
            </w:r>
          </w:p>
        </w:tc>
      </w:tr>
      <w:tr w:rsidR="00B6293A" w:rsidRPr="00B6293A" w14:paraId="146B930A"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641DDFAB" w14:textId="77777777" w:rsidR="00F43968" w:rsidRDefault="00634BC2">
            <w:pPr>
              <w:spacing w:after="0" w:line="240" w:lineRule="auto"/>
              <w:rPr>
                <w:rFonts w:cs="Times New Roman"/>
                <w:color w:val="auto"/>
                <w:sz w:val="28"/>
                <w:szCs w:val="28"/>
              </w:rPr>
            </w:pPr>
            <w:r w:rsidRPr="00B6293A">
              <w:rPr>
                <w:rFonts w:cs="Times New Roman"/>
                <w:color w:val="auto"/>
                <w:sz w:val="28"/>
                <w:szCs w:val="28"/>
              </w:rPr>
              <w:t>C. Go snowboarding with Eric</w:t>
            </w:r>
          </w:p>
          <w:p w14:paraId="4C2DCF03" w14:textId="77777777" w:rsidR="00B6293A" w:rsidRPr="00B6293A" w:rsidRDefault="00B6293A">
            <w:pPr>
              <w:spacing w:after="0" w:line="240" w:lineRule="auto"/>
              <w:rPr>
                <w:rFonts w:cs="Times New Roman"/>
                <w:color w:val="auto"/>
                <w:sz w:val="28"/>
                <w:szCs w:val="28"/>
              </w:rPr>
            </w:pPr>
          </w:p>
        </w:tc>
      </w:tr>
      <w:tr w:rsidR="00B6293A" w:rsidRPr="00B6293A" w14:paraId="1A668EF5"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7DF49E27" w14:textId="77777777" w:rsidR="00F43968" w:rsidRPr="00B6293A" w:rsidRDefault="00634BC2">
            <w:pPr>
              <w:jc w:val="center"/>
              <w:rPr>
                <w:rFonts w:cs="Times New Roman"/>
                <w:color w:val="auto"/>
                <w:sz w:val="28"/>
                <w:szCs w:val="28"/>
              </w:rPr>
            </w:pPr>
            <w:r w:rsidRPr="00B6293A">
              <w:rPr>
                <w:rFonts w:cs="Times New Roman"/>
                <w:b/>
                <w:color w:val="FFFFFF" w:themeColor="background1"/>
                <w:sz w:val="28"/>
                <w:szCs w:val="28"/>
              </w:rPr>
              <w:t>PART II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C642EDD" w14:textId="77777777" w:rsidR="00F43968" w:rsidRPr="00B6293A" w:rsidRDefault="00634BC2">
            <w:pPr>
              <w:keepNext/>
              <w:rPr>
                <w:rFonts w:cs="Times New Roman"/>
                <w:color w:val="auto"/>
                <w:sz w:val="28"/>
                <w:szCs w:val="28"/>
              </w:rPr>
            </w:pPr>
            <w:proofErr w:type="gramStart"/>
            <w:r w:rsidRPr="00B6293A">
              <w:rPr>
                <w:rFonts w:cs="Times New Roman"/>
                <w:b/>
                <w:color w:val="auto"/>
                <w:sz w:val="28"/>
                <w:szCs w:val="28"/>
              </w:rPr>
              <w:t>PRONUNCIATION  (</w:t>
            </w:r>
            <w:proofErr w:type="gramEnd"/>
            <w:r w:rsidRPr="00B6293A">
              <w:rPr>
                <w:rFonts w:cs="Times New Roman"/>
                <w:b/>
                <w:color w:val="auto"/>
                <w:sz w:val="28"/>
                <w:szCs w:val="28"/>
              </w:rPr>
              <w:t xml:space="preserve">1.0 </w:t>
            </w:r>
            <w:proofErr w:type="spellStart"/>
            <w:r w:rsidRPr="00B6293A">
              <w:rPr>
                <w:rFonts w:cs="Times New Roman"/>
                <w:b/>
                <w:color w:val="auto"/>
                <w:sz w:val="28"/>
                <w:szCs w:val="28"/>
              </w:rPr>
              <w:t>pt</w:t>
            </w:r>
            <w:proofErr w:type="spellEnd"/>
            <w:r w:rsidRPr="00B6293A">
              <w:rPr>
                <w:rFonts w:cs="Times New Roman"/>
                <w:b/>
                <w:color w:val="auto"/>
                <w:sz w:val="28"/>
                <w:szCs w:val="28"/>
              </w:rPr>
              <w:t>)</w:t>
            </w:r>
          </w:p>
        </w:tc>
      </w:tr>
    </w:tbl>
    <w:p w14:paraId="3674D17C"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Task 1. Choose the word whose bold part is pronounced differently from the others.</w:t>
      </w:r>
    </w:p>
    <w:p w14:paraId="3A954DF3" w14:textId="69B995D6" w:rsidR="00F43968" w:rsidRPr="00B6293A" w:rsidRDefault="00634BC2">
      <w:pPr>
        <w:spacing w:after="20" w:line="240" w:lineRule="auto"/>
        <w:rPr>
          <w:rFonts w:cs="Times New Roman"/>
          <w:color w:val="auto"/>
          <w:sz w:val="28"/>
          <w:szCs w:val="28"/>
        </w:rPr>
      </w:pPr>
      <w:r w:rsidRPr="00B6293A">
        <w:rPr>
          <w:rFonts w:cs="Times New Roman"/>
          <w:b/>
          <w:color w:val="auto"/>
          <w:sz w:val="28"/>
          <w:szCs w:val="28"/>
        </w:rPr>
        <w:t xml:space="preserve">6. </w:t>
      </w:r>
      <w:r w:rsidRPr="00B6293A">
        <w:rPr>
          <w:rFonts w:cs="Times New Roman"/>
          <w:color w:val="auto"/>
          <w:sz w:val="28"/>
          <w:szCs w:val="28"/>
        </w:rPr>
        <w:t xml:space="preserve">A. </w:t>
      </w:r>
      <w:r w:rsidR="00B6293A">
        <w:rPr>
          <w:rFonts w:cs="Times New Roman"/>
          <w:color w:val="auto"/>
          <w:sz w:val="28"/>
          <w:szCs w:val="28"/>
        </w:rPr>
        <w:t>l</w:t>
      </w:r>
      <w:r w:rsidRPr="00B6293A">
        <w:rPr>
          <w:rFonts w:cs="Times New Roman"/>
          <w:b/>
          <w:color w:val="auto"/>
          <w:sz w:val="28"/>
          <w:szCs w:val="28"/>
        </w:rPr>
        <w:t>oo</w:t>
      </w:r>
      <w:r w:rsidRPr="00B6293A">
        <w:rPr>
          <w:rFonts w:cs="Times New Roman"/>
          <w:color w:val="auto"/>
          <w:sz w:val="28"/>
          <w:szCs w:val="28"/>
        </w:rPr>
        <w:t xml:space="preserve">k    B. </w:t>
      </w:r>
      <w:r w:rsidR="00F215E4" w:rsidRPr="00B6293A">
        <w:rPr>
          <w:rFonts w:cs="Times New Roman"/>
          <w:color w:val="auto"/>
          <w:sz w:val="28"/>
          <w:szCs w:val="28"/>
        </w:rPr>
        <w:t>J</w:t>
      </w:r>
      <w:r w:rsidR="00F215E4" w:rsidRPr="00B6293A">
        <w:rPr>
          <w:rFonts w:cs="Times New Roman"/>
          <w:b/>
          <w:color w:val="auto"/>
          <w:sz w:val="28"/>
          <w:szCs w:val="28"/>
        </w:rPr>
        <w:t>u</w:t>
      </w:r>
      <w:r w:rsidR="00F215E4" w:rsidRPr="00B6293A">
        <w:rPr>
          <w:rFonts w:cs="Times New Roman"/>
          <w:color w:val="auto"/>
          <w:sz w:val="28"/>
          <w:szCs w:val="28"/>
        </w:rPr>
        <w:t>ne</w:t>
      </w:r>
      <w:r w:rsidRPr="00B6293A">
        <w:rPr>
          <w:rFonts w:cs="Times New Roman"/>
          <w:color w:val="auto"/>
          <w:sz w:val="28"/>
          <w:szCs w:val="28"/>
        </w:rPr>
        <w:t xml:space="preserve">    C. w</w:t>
      </w:r>
      <w:r w:rsidRPr="00B6293A">
        <w:rPr>
          <w:rFonts w:cs="Times New Roman"/>
          <w:b/>
          <w:color w:val="auto"/>
          <w:sz w:val="28"/>
          <w:szCs w:val="28"/>
        </w:rPr>
        <w:t>ou</w:t>
      </w:r>
      <w:r w:rsidRPr="00B6293A">
        <w:rPr>
          <w:rFonts w:cs="Times New Roman"/>
          <w:color w:val="auto"/>
          <w:sz w:val="28"/>
          <w:szCs w:val="28"/>
        </w:rPr>
        <w:t xml:space="preserve">ld    D. </w:t>
      </w:r>
      <w:r w:rsidR="00F215E4" w:rsidRPr="00B6293A">
        <w:rPr>
          <w:rFonts w:cs="Times New Roman"/>
          <w:color w:val="auto"/>
          <w:sz w:val="28"/>
          <w:szCs w:val="28"/>
        </w:rPr>
        <w:t>p</w:t>
      </w:r>
      <w:r w:rsidR="00F215E4" w:rsidRPr="00B6293A">
        <w:rPr>
          <w:rFonts w:cs="Times New Roman"/>
          <w:b/>
          <w:color w:val="auto"/>
          <w:sz w:val="28"/>
          <w:szCs w:val="28"/>
        </w:rPr>
        <w:t>u</w:t>
      </w:r>
      <w:r w:rsidR="00F215E4" w:rsidRPr="00B6293A">
        <w:rPr>
          <w:rFonts w:cs="Times New Roman"/>
          <w:color w:val="auto"/>
          <w:sz w:val="28"/>
          <w:szCs w:val="28"/>
        </w:rPr>
        <w:t>sh</w:t>
      </w:r>
    </w:p>
    <w:p w14:paraId="0CDC3D32" w14:textId="77777777" w:rsidR="00F43968" w:rsidRPr="00B6293A" w:rsidRDefault="00634BC2">
      <w:pPr>
        <w:spacing w:after="20" w:line="240" w:lineRule="auto"/>
        <w:rPr>
          <w:rFonts w:cs="Times New Roman"/>
          <w:color w:val="auto"/>
          <w:sz w:val="28"/>
          <w:szCs w:val="28"/>
        </w:rPr>
      </w:pPr>
      <w:r w:rsidRPr="00B6293A">
        <w:rPr>
          <w:rFonts w:cs="Times New Roman"/>
          <w:b/>
          <w:color w:val="auto"/>
          <w:sz w:val="28"/>
          <w:szCs w:val="28"/>
        </w:rPr>
        <w:t xml:space="preserve">7. </w:t>
      </w:r>
      <w:r w:rsidRPr="00B6293A">
        <w:rPr>
          <w:rFonts w:cs="Times New Roman"/>
          <w:color w:val="auto"/>
          <w:sz w:val="28"/>
          <w:szCs w:val="28"/>
        </w:rPr>
        <w:t>A. sch</w:t>
      </w:r>
      <w:r w:rsidRPr="00B6293A">
        <w:rPr>
          <w:rFonts w:cs="Times New Roman"/>
          <w:b/>
          <w:color w:val="auto"/>
          <w:sz w:val="28"/>
          <w:szCs w:val="28"/>
        </w:rPr>
        <w:t>oo</w:t>
      </w:r>
      <w:r w:rsidRPr="00B6293A">
        <w:rPr>
          <w:rFonts w:cs="Times New Roman"/>
          <w:color w:val="auto"/>
          <w:sz w:val="28"/>
          <w:szCs w:val="28"/>
        </w:rPr>
        <w:t>l    B. gr</w:t>
      </w:r>
      <w:r w:rsidRPr="00B6293A">
        <w:rPr>
          <w:rFonts w:cs="Times New Roman"/>
          <w:b/>
          <w:color w:val="auto"/>
          <w:sz w:val="28"/>
          <w:szCs w:val="28"/>
        </w:rPr>
        <w:t>ou</w:t>
      </w:r>
      <w:r w:rsidRPr="00B6293A">
        <w:rPr>
          <w:rFonts w:cs="Times New Roman"/>
          <w:color w:val="auto"/>
          <w:sz w:val="28"/>
          <w:szCs w:val="28"/>
        </w:rPr>
        <w:t>p    C. m</w:t>
      </w:r>
      <w:r w:rsidRPr="00B6293A">
        <w:rPr>
          <w:rFonts w:cs="Times New Roman"/>
          <w:b/>
          <w:color w:val="auto"/>
          <w:sz w:val="28"/>
          <w:szCs w:val="28"/>
        </w:rPr>
        <w:t>o</w:t>
      </w:r>
      <w:r w:rsidRPr="00B6293A">
        <w:rPr>
          <w:rFonts w:cs="Times New Roman"/>
          <w:color w:val="auto"/>
          <w:sz w:val="28"/>
          <w:szCs w:val="28"/>
        </w:rPr>
        <w:t>ve    D. w</w:t>
      </w:r>
      <w:r w:rsidRPr="00B6293A">
        <w:rPr>
          <w:rFonts w:cs="Times New Roman"/>
          <w:b/>
          <w:color w:val="auto"/>
          <w:sz w:val="28"/>
          <w:szCs w:val="28"/>
        </w:rPr>
        <w:t>o</w:t>
      </w:r>
      <w:r w:rsidRPr="00B6293A">
        <w:rPr>
          <w:rFonts w:cs="Times New Roman"/>
          <w:color w:val="auto"/>
          <w:sz w:val="28"/>
          <w:szCs w:val="28"/>
        </w:rPr>
        <w:t>man</w:t>
      </w:r>
    </w:p>
    <w:p w14:paraId="78245970"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Task 2. Choose the word whose stress pattern is different from the others.</w:t>
      </w:r>
    </w:p>
    <w:tbl>
      <w:tblPr>
        <w:tblW w:w="12240" w:type="dxa"/>
        <w:jc w:val="center"/>
        <w:tblLayout w:type="fixed"/>
        <w:tblLook w:val="04A0" w:firstRow="1" w:lastRow="0" w:firstColumn="1" w:lastColumn="0" w:noHBand="0" w:noVBand="1"/>
      </w:tblPr>
      <w:tblGrid>
        <w:gridCol w:w="758"/>
        <w:gridCol w:w="1650"/>
        <w:gridCol w:w="964"/>
        <w:gridCol w:w="1441"/>
        <w:gridCol w:w="496"/>
        <w:gridCol w:w="2621"/>
        <w:gridCol w:w="2474"/>
        <w:gridCol w:w="256"/>
        <w:gridCol w:w="1580"/>
      </w:tblGrid>
      <w:tr w:rsidR="00B6293A" w:rsidRPr="00B6293A" w14:paraId="70BBA24E" w14:textId="77777777" w:rsidTr="00F062A3">
        <w:trPr>
          <w:gridBefore w:val="1"/>
          <w:gridAfter w:val="1"/>
          <w:wBefore w:w="758" w:type="dxa"/>
          <w:wAfter w:w="1580" w:type="dxa"/>
          <w:cantSplit/>
          <w:jc w:val="center"/>
        </w:trPr>
        <w:tc>
          <w:tcPr>
            <w:tcW w:w="2614" w:type="dxa"/>
            <w:gridSpan w:val="2"/>
            <w:tcBorders>
              <w:top w:val="nil"/>
              <w:left w:val="nil"/>
              <w:bottom w:val="nil"/>
              <w:right w:val="nil"/>
            </w:tcBorders>
            <w:tcMar>
              <w:top w:w="10" w:type="dxa"/>
              <w:left w:w="50" w:type="dxa"/>
              <w:bottom w:w="15" w:type="dxa"/>
              <w:right w:w="70" w:type="dxa"/>
            </w:tcMar>
          </w:tcPr>
          <w:p w14:paraId="71402D89" w14:textId="759A8662" w:rsidR="00F43968" w:rsidRPr="00B6293A" w:rsidRDefault="00B6293A">
            <w:pPr>
              <w:spacing w:after="0" w:line="240" w:lineRule="auto"/>
              <w:rPr>
                <w:rFonts w:cs="Times New Roman"/>
                <w:color w:val="auto"/>
                <w:sz w:val="28"/>
                <w:szCs w:val="28"/>
              </w:rPr>
            </w:pPr>
            <w:r>
              <w:rPr>
                <w:rFonts w:cs="Times New Roman"/>
                <w:b/>
                <w:color w:val="auto"/>
                <w:sz w:val="28"/>
                <w:szCs w:val="28"/>
              </w:rPr>
              <w:t xml:space="preserve">  </w:t>
            </w:r>
            <w:r w:rsidRPr="00B6293A">
              <w:rPr>
                <w:rFonts w:cs="Times New Roman"/>
                <w:b/>
                <w:color w:val="auto"/>
                <w:sz w:val="28"/>
                <w:szCs w:val="28"/>
              </w:rPr>
              <w:t xml:space="preserve">8. </w:t>
            </w:r>
            <w:r w:rsidRPr="00B6293A">
              <w:rPr>
                <w:rFonts w:cs="Times New Roman"/>
                <w:color w:val="auto"/>
                <w:sz w:val="28"/>
                <w:szCs w:val="28"/>
              </w:rPr>
              <w:t>A. leisure</w:t>
            </w:r>
          </w:p>
        </w:tc>
        <w:tc>
          <w:tcPr>
            <w:tcW w:w="1441" w:type="dxa"/>
            <w:tcBorders>
              <w:top w:val="nil"/>
              <w:left w:val="nil"/>
              <w:bottom w:val="nil"/>
              <w:right w:val="nil"/>
            </w:tcBorders>
            <w:tcMar>
              <w:top w:w="10" w:type="dxa"/>
              <w:left w:w="50" w:type="dxa"/>
              <w:bottom w:w="15" w:type="dxa"/>
              <w:right w:w="70" w:type="dxa"/>
            </w:tcMar>
          </w:tcPr>
          <w:p w14:paraId="461FDD4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balance</w:t>
            </w:r>
          </w:p>
        </w:tc>
        <w:tc>
          <w:tcPr>
            <w:tcW w:w="3117" w:type="dxa"/>
            <w:gridSpan w:val="2"/>
            <w:tcBorders>
              <w:top w:val="nil"/>
              <w:left w:val="nil"/>
              <w:bottom w:val="nil"/>
              <w:right w:val="nil"/>
            </w:tcBorders>
            <w:tcMar>
              <w:top w:w="10" w:type="dxa"/>
              <w:left w:w="50" w:type="dxa"/>
              <w:bottom w:w="15" w:type="dxa"/>
              <w:right w:w="70" w:type="dxa"/>
            </w:tcMar>
          </w:tcPr>
          <w:p w14:paraId="4F79A89D" w14:textId="57BA3097" w:rsidR="00F43968" w:rsidRPr="00B6293A" w:rsidRDefault="00062045">
            <w:pPr>
              <w:spacing w:after="0" w:line="240" w:lineRule="auto"/>
              <w:rPr>
                <w:rFonts w:cs="Times New Roman"/>
                <w:color w:val="auto"/>
                <w:sz w:val="28"/>
                <w:szCs w:val="28"/>
              </w:rPr>
            </w:pPr>
            <w:r>
              <w:rPr>
                <w:rFonts w:cs="Times New Roman"/>
                <w:color w:val="auto"/>
                <w:sz w:val="28"/>
                <w:szCs w:val="28"/>
              </w:rPr>
              <w:t xml:space="preserve">                    </w:t>
            </w:r>
            <w:r w:rsidRPr="00B6293A">
              <w:rPr>
                <w:rFonts w:cs="Times New Roman"/>
                <w:color w:val="auto"/>
                <w:sz w:val="28"/>
                <w:szCs w:val="28"/>
              </w:rPr>
              <w:t>C. detest</w:t>
            </w:r>
          </w:p>
        </w:tc>
        <w:tc>
          <w:tcPr>
            <w:tcW w:w="2730" w:type="dxa"/>
            <w:gridSpan w:val="2"/>
            <w:tcBorders>
              <w:top w:val="nil"/>
              <w:left w:val="nil"/>
              <w:bottom w:val="nil"/>
              <w:right w:val="nil"/>
            </w:tcBorders>
            <w:tcMar>
              <w:top w:w="10" w:type="dxa"/>
              <w:left w:w="50" w:type="dxa"/>
              <w:bottom w:w="15" w:type="dxa"/>
              <w:right w:w="70" w:type="dxa"/>
            </w:tcMar>
          </w:tcPr>
          <w:p w14:paraId="0946807B" w14:textId="037D3528" w:rsidR="00F43968" w:rsidRPr="00B6293A" w:rsidRDefault="00F215E4">
            <w:pPr>
              <w:spacing w:after="0" w:line="240" w:lineRule="auto"/>
              <w:rPr>
                <w:rFonts w:cs="Times New Roman"/>
                <w:color w:val="auto"/>
                <w:sz w:val="28"/>
                <w:szCs w:val="28"/>
              </w:rPr>
            </w:pPr>
            <w:r>
              <w:rPr>
                <w:rFonts w:cs="Times New Roman"/>
                <w:color w:val="auto"/>
                <w:sz w:val="28"/>
                <w:szCs w:val="28"/>
              </w:rPr>
              <w:t xml:space="preserve">             </w:t>
            </w:r>
            <w:r w:rsidRPr="00B6293A">
              <w:rPr>
                <w:rFonts w:cs="Times New Roman"/>
                <w:color w:val="auto"/>
                <w:sz w:val="28"/>
                <w:szCs w:val="28"/>
              </w:rPr>
              <w:t>D. puzzle</w:t>
            </w:r>
          </w:p>
        </w:tc>
      </w:tr>
      <w:tr w:rsidR="00B6293A" w:rsidRPr="00B6293A" w14:paraId="035DAE90" w14:textId="77777777" w:rsidTr="00F062A3">
        <w:tblPrEx>
          <w:jc w:val="left"/>
        </w:tblPrEx>
        <w:trPr>
          <w:cantSplit/>
        </w:trPr>
        <w:tc>
          <w:tcPr>
            <w:tcW w:w="2408" w:type="dxa"/>
            <w:gridSpan w:val="2"/>
            <w:tcBorders>
              <w:top w:val="nil"/>
              <w:left w:val="nil"/>
              <w:bottom w:val="nil"/>
              <w:right w:val="nil"/>
            </w:tcBorders>
            <w:tcMar>
              <w:top w:w="10" w:type="dxa"/>
              <w:left w:w="50" w:type="dxa"/>
              <w:bottom w:w="15" w:type="dxa"/>
              <w:right w:w="70" w:type="dxa"/>
            </w:tcMar>
          </w:tcPr>
          <w:p w14:paraId="0602F7DA" w14:textId="2E66766B" w:rsidR="00F43968" w:rsidRPr="00B6293A" w:rsidRDefault="00634BC2" w:rsidP="00B53C37">
            <w:pPr>
              <w:spacing w:after="0" w:line="240" w:lineRule="auto"/>
              <w:rPr>
                <w:rFonts w:cs="Times New Roman"/>
                <w:color w:val="auto"/>
                <w:sz w:val="28"/>
                <w:szCs w:val="28"/>
              </w:rPr>
            </w:pPr>
            <w:r w:rsidRPr="00B6293A">
              <w:rPr>
                <w:rFonts w:cs="Times New Roman"/>
                <w:b/>
                <w:color w:val="auto"/>
                <w:sz w:val="28"/>
                <w:szCs w:val="28"/>
              </w:rPr>
              <w:t xml:space="preserve">9. </w:t>
            </w:r>
            <w:r w:rsidRPr="00B6293A">
              <w:rPr>
                <w:rFonts w:cs="Times New Roman"/>
                <w:color w:val="auto"/>
                <w:sz w:val="28"/>
                <w:szCs w:val="28"/>
              </w:rPr>
              <w:t xml:space="preserve">A. </w:t>
            </w:r>
            <w:r w:rsidRPr="00B6293A">
              <w:rPr>
                <w:rFonts w:cs="Times New Roman"/>
                <w:color w:val="auto"/>
                <w:sz w:val="28"/>
                <w:szCs w:val="28"/>
              </w:rPr>
              <w:t>origami</w:t>
            </w:r>
            <w:r w:rsidR="00B6293A">
              <w:rPr>
                <w:rFonts w:cs="Times New Roman"/>
                <w:color w:val="auto"/>
                <w:sz w:val="28"/>
                <w:szCs w:val="28"/>
              </w:rPr>
              <w:t xml:space="preserve">         </w:t>
            </w:r>
          </w:p>
        </w:tc>
        <w:tc>
          <w:tcPr>
            <w:tcW w:w="2901" w:type="dxa"/>
            <w:gridSpan w:val="3"/>
            <w:tcBorders>
              <w:top w:val="nil"/>
              <w:left w:val="nil"/>
              <w:bottom w:val="nil"/>
              <w:right w:val="nil"/>
            </w:tcBorders>
            <w:tcMar>
              <w:top w:w="10" w:type="dxa"/>
              <w:left w:w="50" w:type="dxa"/>
              <w:bottom w:w="15" w:type="dxa"/>
              <w:right w:w="70" w:type="dxa"/>
            </w:tcMar>
          </w:tcPr>
          <w:p w14:paraId="3AEB0ECF" w14:textId="13E5C979" w:rsidR="00F43968" w:rsidRPr="00B6293A" w:rsidRDefault="00634BC2" w:rsidP="00B53C37">
            <w:pPr>
              <w:spacing w:after="0" w:line="240" w:lineRule="auto"/>
              <w:rPr>
                <w:rFonts w:cs="Times New Roman"/>
                <w:color w:val="auto"/>
                <w:sz w:val="28"/>
                <w:szCs w:val="28"/>
              </w:rPr>
            </w:pPr>
            <w:r w:rsidRPr="00B6293A">
              <w:rPr>
                <w:rFonts w:cs="Times New Roman"/>
                <w:color w:val="auto"/>
                <w:sz w:val="28"/>
                <w:szCs w:val="28"/>
              </w:rPr>
              <w:t>B. badminton</w:t>
            </w:r>
            <w:r w:rsidR="00B6293A">
              <w:rPr>
                <w:rFonts w:cs="Times New Roman"/>
                <w:color w:val="auto"/>
                <w:sz w:val="28"/>
                <w:szCs w:val="28"/>
              </w:rPr>
              <w:t xml:space="preserve"> </w:t>
            </w:r>
          </w:p>
        </w:tc>
        <w:tc>
          <w:tcPr>
            <w:tcW w:w="2621" w:type="dxa"/>
            <w:tcBorders>
              <w:top w:val="nil"/>
              <w:left w:val="nil"/>
              <w:bottom w:val="nil"/>
              <w:right w:val="nil"/>
            </w:tcBorders>
            <w:tcMar>
              <w:top w:w="10" w:type="dxa"/>
              <w:left w:w="50" w:type="dxa"/>
              <w:bottom w:w="15" w:type="dxa"/>
              <w:right w:w="70" w:type="dxa"/>
            </w:tcMar>
          </w:tcPr>
          <w:p w14:paraId="66A3DFE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snowboarding</w:t>
            </w:r>
          </w:p>
        </w:tc>
        <w:tc>
          <w:tcPr>
            <w:tcW w:w="4310" w:type="dxa"/>
            <w:gridSpan w:val="3"/>
            <w:tcBorders>
              <w:top w:val="nil"/>
              <w:left w:val="nil"/>
              <w:bottom w:val="nil"/>
              <w:right w:val="nil"/>
            </w:tcBorders>
            <w:tcMar>
              <w:top w:w="10" w:type="dxa"/>
              <w:left w:w="50" w:type="dxa"/>
              <w:bottom w:w="15" w:type="dxa"/>
              <w:right w:w="70" w:type="dxa"/>
            </w:tcMar>
          </w:tcPr>
          <w:p w14:paraId="37D1B6C6" w14:textId="73FA0AA7" w:rsidR="00B53C37" w:rsidRPr="00B6293A" w:rsidRDefault="00634BC2" w:rsidP="00062045">
            <w:pPr>
              <w:spacing w:after="0" w:line="240" w:lineRule="auto"/>
              <w:rPr>
                <w:rFonts w:cs="Times New Roman"/>
                <w:color w:val="auto"/>
                <w:sz w:val="28"/>
                <w:szCs w:val="28"/>
              </w:rPr>
            </w:pPr>
            <w:r w:rsidRPr="00B6293A">
              <w:rPr>
                <w:rFonts w:cs="Times New Roman"/>
                <w:color w:val="auto"/>
                <w:sz w:val="28"/>
                <w:szCs w:val="28"/>
              </w:rPr>
              <w:t>D. practical</w:t>
            </w:r>
          </w:p>
        </w:tc>
      </w:tr>
      <w:tr w:rsidR="00B6293A" w:rsidRPr="00B6293A" w14:paraId="213F73A6" w14:textId="77777777" w:rsidTr="00F062A3">
        <w:tblPrEx>
          <w:jc w:val="left"/>
        </w:tblPrEx>
        <w:trPr>
          <w:gridAfter w:val="2"/>
          <w:wAfter w:w="1836" w:type="dxa"/>
        </w:trPr>
        <w:tc>
          <w:tcPr>
            <w:tcW w:w="2408" w:type="dxa"/>
            <w:gridSpan w:val="2"/>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3BFE7B9E" w14:textId="77777777" w:rsidR="00F43968" w:rsidRPr="00B6293A" w:rsidRDefault="00634BC2">
            <w:pPr>
              <w:jc w:val="center"/>
              <w:rPr>
                <w:rFonts w:cs="Times New Roman"/>
                <w:color w:val="auto"/>
                <w:sz w:val="28"/>
                <w:szCs w:val="28"/>
              </w:rPr>
            </w:pPr>
            <w:r w:rsidRPr="00B6293A">
              <w:rPr>
                <w:rFonts w:cs="Times New Roman"/>
                <w:b/>
                <w:color w:val="FFFFFF" w:themeColor="background1"/>
                <w:sz w:val="28"/>
                <w:szCs w:val="28"/>
              </w:rPr>
              <w:t>PART III</w:t>
            </w:r>
          </w:p>
        </w:tc>
        <w:tc>
          <w:tcPr>
            <w:tcW w:w="7996" w:type="dxa"/>
            <w:gridSpan w:val="5"/>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CD923CE" w14:textId="77777777" w:rsidR="00F43968" w:rsidRPr="00B6293A" w:rsidRDefault="00634BC2">
            <w:pPr>
              <w:keepNext/>
              <w:rPr>
                <w:rFonts w:cs="Times New Roman"/>
                <w:color w:val="auto"/>
                <w:sz w:val="28"/>
                <w:szCs w:val="28"/>
              </w:rPr>
            </w:pPr>
            <w:r w:rsidRPr="00B6293A">
              <w:rPr>
                <w:rFonts w:cs="Times New Roman"/>
                <w:b/>
                <w:color w:val="auto"/>
                <w:sz w:val="28"/>
                <w:szCs w:val="28"/>
              </w:rPr>
              <w:t xml:space="preserve">LANGUAGE </w:t>
            </w:r>
            <w:proofErr w:type="gramStart"/>
            <w:r w:rsidRPr="00B6293A">
              <w:rPr>
                <w:rFonts w:cs="Times New Roman"/>
                <w:b/>
                <w:color w:val="auto"/>
                <w:sz w:val="28"/>
                <w:szCs w:val="28"/>
              </w:rPr>
              <w:t>USE  (</w:t>
            </w:r>
            <w:proofErr w:type="gramEnd"/>
            <w:r w:rsidRPr="00B6293A">
              <w:rPr>
                <w:rFonts w:cs="Times New Roman"/>
                <w:b/>
                <w:color w:val="auto"/>
                <w:sz w:val="28"/>
                <w:szCs w:val="28"/>
              </w:rPr>
              <w:t>2.5 pts)</w:t>
            </w:r>
          </w:p>
        </w:tc>
      </w:tr>
    </w:tbl>
    <w:p w14:paraId="4DBCE0E9" w14:textId="77777777" w:rsidR="00F43968" w:rsidRPr="00B6293A" w:rsidRDefault="00634BC2">
      <w:pPr>
        <w:keepNext/>
        <w:spacing w:after="60" w:line="240" w:lineRule="auto"/>
        <w:rPr>
          <w:rFonts w:cs="Times New Roman"/>
          <w:b/>
          <w:bCs/>
          <w:color w:val="auto"/>
          <w:sz w:val="28"/>
          <w:szCs w:val="28"/>
        </w:rPr>
      </w:pPr>
      <w:r w:rsidRPr="00B6293A">
        <w:rPr>
          <w:rFonts w:cs="Times New Roman"/>
          <w:b/>
          <w:bCs/>
          <w:i/>
          <w:color w:val="auto"/>
          <w:sz w:val="28"/>
          <w:szCs w:val="28"/>
        </w:rPr>
        <w:t>Choose the best answer A, B, C, or D to complete each sentence.</w:t>
      </w:r>
    </w:p>
    <w:p w14:paraId="620D2CB9"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10.</w:t>
      </w:r>
      <w:r w:rsidRPr="00B6293A">
        <w:rPr>
          <w:rFonts w:cs="Times New Roman"/>
          <w:color w:val="auto"/>
          <w:sz w:val="28"/>
          <w:szCs w:val="28"/>
        </w:rPr>
        <w:t xml:space="preserve"> Trang is keen on ________ DIY in her free time.</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2E8A8B83"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2E79AC7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do</w:t>
            </w:r>
          </w:p>
        </w:tc>
        <w:tc>
          <w:tcPr>
            <w:tcW w:w="2622" w:type="dxa"/>
            <w:tcBorders>
              <w:top w:val="nil"/>
              <w:left w:val="nil"/>
              <w:bottom w:val="nil"/>
              <w:right w:val="nil"/>
            </w:tcBorders>
            <w:tcMar>
              <w:top w:w="10" w:type="dxa"/>
              <w:left w:w="50" w:type="dxa"/>
              <w:bottom w:w="15" w:type="dxa"/>
              <w:right w:w="70" w:type="dxa"/>
            </w:tcMar>
          </w:tcPr>
          <w:p w14:paraId="0CDB3E3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doing</w:t>
            </w:r>
          </w:p>
        </w:tc>
        <w:tc>
          <w:tcPr>
            <w:tcW w:w="2622" w:type="dxa"/>
            <w:tcBorders>
              <w:top w:val="nil"/>
              <w:left w:val="nil"/>
              <w:bottom w:val="nil"/>
              <w:right w:val="nil"/>
            </w:tcBorders>
            <w:tcMar>
              <w:top w:w="10" w:type="dxa"/>
              <w:left w:w="50" w:type="dxa"/>
              <w:bottom w:w="15" w:type="dxa"/>
              <w:right w:w="70" w:type="dxa"/>
            </w:tcMar>
          </w:tcPr>
          <w:p w14:paraId="51EE485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do</w:t>
            </w:r>
          </w:p>
        </w:tc>
        <w:tc>
          <w:tcPr>
            <w:tcW w:w="2622" w:type="dxa"/>
            <w:tcBorders>
              <w:top w:val="nil"/>
              <w:left w:val="nil"/>
              <w:bottom w:val="nil"/>
              <w:right w:val="nil"/>
            </w:tcBorders>
            <w:tcMar>
              <w:top w:w="10" w:type="dxa"/>
              <w:left w:w="50" w:type="dxa"/>
              <w:bottom w:w="15" w:type="dxa"/>
              <w:right w:w="70" w:type="dxa"/>
            </w:tcMar>
          </w:tcPr>
          <w:p w14:paraId="3D59868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did</w:t>
            </w:r>
          </w:p>
        </w:tc>
      </w:tr>
    </w:tbl>
    <w:p w14:paraId="1416E959"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11.</w:t>
      </w:r>
      <w:r w:rsidRPr="00B6293A">
        <w:rPr>
          <w:rFonts w:cs="Times New Roman"/>
          <w:color w:val="auto"/>
          <w:sz w:val="28"/>
          <w:szCs w:val="28"/>
        </w:rPr>
        <w:t xml:space="preserve"> My brother is fond ________ messaging his friends after school.</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003AFE2D"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4E02BD1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in</w:t>
            </w:r>
          </w:p>
        </w:tc>
        <w:tc>
          <w:tcPr>
            <w:tcW w:w="2622" w:type="dxa"/>
            <w:tcBorders>
              <w:top w:val="nil"/>
              <w:left w:val="nil"/>
              <w:bottom w:val="nil"/>
              <w:right w:val="nil"/>
            </w:tcBorders>
            <w:tcMar>
              <w:top w:w="10" w:type="dxa"/>
              <w:left w:w="50" w:type="dxa"/>
              <w:bottom w:w="15" w:type="dxa"/>
              <w:right w:w="70" w:type="dxa"/>
            </w:tcMar>
          </w:tcPr>
          <w:p w14:paraId="5A1E142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at</w:t>
            </w:r>
          </w:p>
        </w:tc>
        <w:tc>
          <w:tcPr>
            <w:tcW w:w="2622" w:type="dxa"/>
            <w:tcBorders>
              <w:top w:val="nil"/>
              <w:left w:val="nil"/>
              <w:bottom w:val="nil"/>
              <w:right w:val="nil"/>
            </w:tcBorders>
            <w:tcMar>
              <w:top w:w="10" w:type="dxa"/>
              <w:left w:w="50" w:type="dxa"/>
              <w:bottom w:w="15" w:type="dxa"/>
              <w:right w:w="70" w:type="dxa"/>
            </w:tcMar>
          </w:tcPr>
          <w:p w14:paraId="4EF8A18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of</w:t>
            </w:r>
          </w:p>
        </w:tc>
        <w:tc>
          <w:tcPr>
            <w:tcW w:w="2622" w:type="dxa"/>
            <w:tcBorders>
              <w:top w:val="nil"/>
              <w:left w:val="nil"/>
              <w:bottom w:val="nil"/>
              <w:right w:val="nil"/>
            </w:tcBorders>
            <w:tcMar>
              <w:top w:w="10" w:type="dxa"/>
              <w:left w:w="50" w:type="dxa"/>
              <w:bottom w:w="15" w:type="dxa"/>
              <w:right w:w="70" w:type="dxa"/>
            </w:tcMar>
          </w:tcPr>
          <w:p w14:paraId="3359345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about</w:t>
            </w:r>
          </w:p>
        </w:tc>
      </w:tr>
    </w:tbl>
    <w:p w14:paraId="7235B9C5"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12.</w:t>
      </w:r>
      <w:r w:rsidRPr="00B6293A">
        <w:rPr>
          <w:rFonts w:cs="Times New Roman"/>
          <w:color w:val="auto"/>
          <w:sz w:val="28"/>
          <w:szCs w:val="28"/>
        </w:rPr>
        <w:t xml:space="preserve"> Mai is not ________ cooking because she often burns the food.</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641F09D7"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515676B7" w14:textId="77777777" w:rsidR="00F43968" w:rsidRDefault="00634BC2">
            <w:pPr>
              <w:spacing w:after="0" w:line="240" w:lineRule="auto"/>
              <w:rPr>
                <w:rFonts w:cs="Times New Roman"/>
                <w:color w:val="auto"/>
                <w:sz w:val="28"/>
                <w:szCs w:val="28"/>
              </w:rPr>
            </w:pPr>
            <w:r w:rsidRPr="00B6293A">
              <w:rPr>
                <w:rFonts w:cs="Times New Roman"/>
                <w:color w:val="auto"/>
                <w:sz w:val="28"/>
                <w:szCs w:val="28"/>
              </w:rPr>
              <w:t>A. about</w:t>
            </w:r>
          </w:p>
          <w:p w14:paraId="1224A7F7" w14:textId="77777777" w:rsidR="00F062A3" w:rsidRPr="00F062A3" w:rsidRDefault="00F062A3" w:rsidP="00F062A3">
            <w:pPr>
              <w:rPr>
                <w:rFonts w:cs="Times New Roman"/>
                <w:sz w:val="28"/>
                <w:szCs w:val="28"/>
              </w:rPr>
            </w:pPr>
          </w:p>
        </w:tc>
        <w:tc>
          <w:tcPr>
            <w:tcW w:w="2622" w:type="dxa"/>
            <w:tcBorders>
              <w:top w:val="nil"/>
              <w:left w:val="nil"/>
              <w:bottom w:val="nil"/>
              <w:right w:val="nil"/>
            </w:tcBorders>
            <w:tcMar>
              <w:top w:w="10" w:type="dxa"/>
              <w:left w:w="50" w:type="dxa"/>
              <w:bottom w:w="15" w:type="dxa"/>
              <w:right w:w="70" w:type="dxa"/>
            </w:tcMar>
          </w:tcPr>
          <w:p w14:paraId="234C781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into</w:t>
            </w:r>
          </w:p>
        </w:tc>
        <w:tc>
          <w:tcPr>
            <w:tcW w:w="2622" w:type="dxa"/>
            <w:tcBorders>
              <w:top w:val="nil"/>
              <w:left w:val="nil"/>
              <w:bottom w:val="nil"/>
              <w:right w:val="nil"/>
            </w:tcBorders>
            <w:tcMar>
              <w:top w:w="10" w:type="dxa"/>
              <w:left w:w="50" w:type="dxa"/>
              <w:bottom w:w="15" w:type="dxa"/>
              <w:right w:w="70" w:type="dxa"/>
            </w:tcMar>
          </w:tcPr>
          <w:p w14:paraId="47A7B72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of</w:t>
            </w:r>
          </w:p>
        </w:tc>
        <w:tc>
          <w:tcPr>
            <w:tcW w:w="2622" w:type="dxa"/>
            <w:tcBorders>
              <w:top w:val="nil"/>
              <w:left w:val="nil"/>
              <w:bottom w:val="nil"/>
              <w:right w:val="nil"/>
            </w:tcBorders>
            <w:tcMar>
              <w:top w:w="10" w:type="dxa"/>
              <w:left w:w="50" w:type="dxa"/>
              <w:bottom w:w="15" w:type="dxa"/>
              <w:right w:w="70" w:type="dxa"/>
            </w:tcMar>
          </w:tcPr>
          <w:p w14:paraId="082A919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to</w:t>
            </w:r>
          </w:p>
        </w:tc>
      </w:tr>
    </w:tbl>
    <w:p w14:paraId="15C976B8"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lastRenderedPageBreak/>
        <w:t>13.</w:t>
      </w:r>
      <w:r w:rsidRPr="00B6293A">
        <w:rPr>
          <w:rFonts w:cs="Times New Roman"/>
          <w:color w:val="auto"/>
          <w:sz w:val="28"/>
          <w:szCs w:val="28"/>
        </w:rPr>
        <w:t xml:space="preserve"> Sakura enjoys ________ paper flowers and birds.</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46BC6544"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6CDC1CC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making</w:t>
            </w:r>
          </w:p>
        </w:tc>
        <w:tc>
          <w:tcPr>
            <w:tcW w:w="2622" w:type="dxa"/>
            <w:tcBorders>
              <w:top w:val="nil"/>
              <w:left w:val="nil"/>
              <w:bottom w:val="nil"/>
              <w:right w:val="nil"/>
            </w:tcBorders>
            <w:tcMar>
              <w:top w:w="10" w:type="dxa"/>
              <w:left w:w="50" w:type="dxa"/>
              <w:bottom w:w="15" w:type="dxa"/>
              <w:right w:w="70" w:type="dxa"/>
            </w:tcMar>
          </w:tcPr>
          <w:p w14:paraId="5347DC8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make</w:t>
            </w:r>
          </w:p>
        </w:tc>
        <w:tc>
          <w:tcPr>
            <w:tcW w:w="2622" w:type="dxa"/>
            <w:tcBorders>
              <w:top w:val="nil"/>
              <w:left w:val="nil"/>
              <w:bottom w:val="nil"/>
              <w:right w:val="nil"/>
            </w:tcBorders>
            <w:tcMar>
              <w:top w:w="10" w:type="dxa"/>
              <w:left w:w="50" w:type="dxa"/>
              <w:bottom w:w="15" w:type="dxa"/>
              <w:right w:w="70" w:type="dxa"/>
            </w:tcMar>
          </w:tcPr>
          <w:p w14:paraId="06E3D46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making</w:t>
            </w:r>
          </w:p>
        </w:tc>
        <w:tc>
          <w:tcPr>
            <w:tcW w:w="2622" w:type="dxa"/>
            <w:tcBorders>
              <w:top w:val="nil"/>
              <w:left w:val="nil"/>
              <w:bottom w:val="nil"/>
              <w:right w:val="nil"/>
            </w:tcBorders>
            <w:tcMar>
              <w:top w:w="10" w:type="dxa"/>
              <w:left w:w="50" w:type="dxa"/>
              <w:bottom w:w="15" w:type="dxa"/>
              <w:right w:w="70" w:type="dxa"/>
            </w:tcMar>
          </w:tcPr>
          <w:p w14:paraId="6D573C9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made</w:t>
            </w:r>
          </w:p>
        </w:tc>
      </w:tr>
    </w:tbl>
    <w:p w14:paraId="4485B7A5"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14.</w:t>
      </w:r>
      <w:r w:rsidRPr="00B6293A">
        <w:rPr>
          <w:rFonts w:cs="Times New Roman"/>
          <w:color w:val="auto"/>
          <w:sz w:val="28"/>
          <w:szCs w:val="28"/>
        </w:rPr>
        <w:t xml:space="preserve"> Some teenagers prefer ________ comic books to ________ TV.</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1199118E"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58E31BE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reading / watching</w:t>
            </w:r>
          </w:p>
        </w:tc>
        <w:tc>
          <w:tcPr>
            <w:tcW w:w="2622" w:type="dxa"/>
            <w:tcBorders>
              <w:top w:val="nil"/>
              <w:left w:val="nil"/>
              <w:bottom w:val="nil"/>
              <w:right w:val="nil"/>
            </w:tcBorders>
            <w:tcMar>
              <w:top w:w="10" w:type="dxa"/>
              <w:left w:w="50" w:type="dxa"/>
              <w:bottom w:w="15" w:type="dxa"/>
              <w:right w:w="70" w:type="dxa"/>
            </w:tcMar>
          </w:tcPr>
          <w:p w14:paraId="1BB1E9B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read / watch</w:t>
            </w:r>
          </w:p>
        </w:tc>
        <w:tc>
          <w:tcPr>
            <w:tcW w:w="2622" w:type="dxa"/>
            <w:tcBorders>
              <w:top w:val="nil"/>
              <w:left w:val="nil"/>
              <w:bottom w:val="nil"/>
              <w:right w:val="nil"/>
            </w:tcBorders>
            <w:tcMar>
              <w:top w:w="10" w:type="dxa"/>
              <w:left w:w="50" w:type="dxa"/>
              <w:bottom w:w="15" w:type="dxa"/>
              <w:right w:w="70" w:type="dxa"/>
            </w:tcMar>
          </w:tcPr>
          <w:p w14:paraId="135F32C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read / to watch</w:t>
            </w:r>
          </w:p>
        </w:tc>
        <w:tc>
          <w:tcPr>
            <w:tcW w:w="2622" w:type="dxa"/>
            <w:tcBorders>
              <w:top w:val="nil"/>
              <w:left w:val="nil"/>
              <w:bottom w:val="nil"/>
              <w:right w:val="nil"/>
            </w:tcBorders>
            <w:tcMar>
              <w:top w:w="10" w:type="dxa"/>
              <w:left w:w="50" w:type="dxa"/>
              <w:bottom w:w="15" w:type="dxa"/>
              <w:right w:w="70" w:type="dxa"/>
            </w:tcMar>
          </w:tcPr>
          <w:p w14:paraId="462B98F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reading / watch</w:t>
            </w:r>
          </w:p>
        </w:tc>
      </w:tr>
    </w:tbl>
    <w:p w14:paraId="384340CA"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15.</w:t>
      </w:r>
      <w:r w:rsidRPr="00B6293A">
        <w:rPr>
          <w:rFonts w:cs="Times New Roman"/>
          <w:color w:val="auto"/>
          <w:sz w:val="28"/>
          <w:szCs w:val="28"/>
        </w:rPr>
        <w:t xml:space="preserve"> Would you like ________ to the cinema with us this Sunday?</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63ABCAC2"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071954D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going</w:t>
            </w:r>
          </w:p>
        </w:tc>
        <w:tc>
          <w:tcPr>
            <w:tcW w:w="2622" w:type="dxa"/>
            <w:tcBorders>
              <w:top w:val="nil"/>
              <w:left w:val="nil"/>
              <w:bottom w:val="nil"/>
              <w:right w:val="nil"/>
            </w:tcBorders>
            <w:tcMar>
              <w:top w:w="10" w:type="dxa"/>
              <w:left w:w="50" w:type="dxa"/>
              <w:bottom w:w="15" w:type="dxa"/>
              <w:right w:w="70" w:type="dxa"/>
            </w:tcMar>
          </w:tcPr>
          <w:p w14:paraId="71D7515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go</w:t>
            </w:r>
          </w:p>
        </w:tc>
        <w:tc>
          <w:tcPr>
            <w:tcW w:w="2622" w:type="dxa"/>
            <w:tcBorders>
              <w:top w:val="nil"/>
              <w:left w:val="nil"/>
              <w:bottom w:val="nil"/>
              <w:right w:val="nil"/>
            </w:tcBorders>
            <w:tcMar>
              <w:top w:w="10" w:type="dxa"/>
              <w:left w:w="50" w:type="dxa"/>
              <w:bottom w:w="15" w:type="dxa"/>
              <w:right w:w="70" w:type="dxa"/>
            </w:tcMar>
          </w:tcPr>
          <w:p w14:paraId="6C58E6D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go</w:t>
            </w:r>
          </w:p>
        </w:tc>
        <w:tc>
          <w:tcPr>
            <w:tcW w:w="2622" w:type="dxa"/>
            <w:tcBorders>
              <w:top w:val="nil"/>
              <w:left w:val="nil"/>
              <w:bottom w:val="nil"/>
              <w:right w:val="nil"/>
            </w:tcBorders>
            <w:tcMar>
              <w:top w:w="10" w:type="dxa"/>
              <w:left w:w="50" w:type="dxa"/>
              <w:bottom w:w="15" w:type="dxa"/>
              <w:right w:w="70" w:type="dxa"/>
            </w:tcMar>
          </w:tcPr>
          <w:p w14:paraId="299C13A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went</w:t>
            </w:r>
          </w:p>
        </w:tc>
      </w:tr>
    </w:tbl>
    <w:p w14:paraId="508E586E"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16.</w:t>
      </w:r>
      <w:r w:rsidRPr="00B6293A">
        <w:rPr>
          <w:rFonts w:cs="Times New Roman"/>
          <w:color w:val="auto"/>
          <w:sz w:val="28"/>
          <w:szCs w:val="28"/>
        </w:rPr>
        <w:t xml:space="preserve"> Tom detests ____</w:t>
      </w:r>
      <w:r w:rsidRPr="00B6293A">
        <w:rPr>
          <w:rFonts w:cs="Times New Roman"/>
          <w:color w:val="auto"/>
          <w:sz w:val="28"/>
          <w:szCs w:val="28"/>
        </w:rPr>
        <w:t>____ sport because he thinks it is tiring.</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6C993A5C"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7FE359A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play</w:t>
            </w:r>
          </w:p>
        </w:tc>
        <w:tc>
          <w:tcPr>
            <w:tcW w:w="2622" w:type="dxa"/>
            <w:tcBorders>
              <w:top w:val="nil"/>
              <w:left w:val="nil"/>
              <w:bottom w:val="nil"/>
              <w:right w:val="nil"/>
            </w:tcBorders>
            <w:tcMar>
              <w:top w:w="10" w:type="dxa"/>
              <w:left w:w="50" w:type="dxa"/>
              <w:bottom w:w="15" w:type="dxa"/>
              <w:right w:w="70" w:type="dxa"/>
            </w:tcMar>
          </w:tcPr>
          <w:p w14:paraId="4FF2AEB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playing</w:t>
            </w:r>
          </w:p>
        </w:tc>
        <w:tc>
          <w:tcPr>
            <w:tcW w:w="2622" w:type="dxa"/>
            <w:tcBorders>
              <w:top w:val="nil"/>
              <w:left w:val="nil"/>
              <w:bottom w:val="nil"/>
              <w:right w:val="nil"/>
            </w:tcBorders>
            <w:tcMar>
              <w:top w:w="10" w:type="dxa"/>
              <w:left w:w="50" w:type="dxa"/>
              <w:bottom w:w="15" w:type="dxa"/>
              <w:right w:w="70" w:type="dxa"/>
            </w:tcMar>
          </w:tcPr>
          <w:p w14:paraId="2C25568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playing</w:t>
            </w:r>
          </w:p>
        </w:tc>
        <w:tc>
          <w:tcPr>
            <w:tcW w:w="2622" w:type="dxa"/>
            <w:tcBorders>
              <w:top w:val="nil"/>
              <w:left w:val="nil"/>
              <w:bottom w:val="nil"/>
              <w:right w:val="nil"/>
            </w:tcBorders>
            <w:tcMar>
              <w:top w:w="10" w:type="dxa"/>
              <w:left w:w="50" w:type="dxa"/>
              <w:bottom w:w="15" w:type="dxa"/>
              <w:right w:w="70" w:type="dxa"/>
            </w:tcMar>
          </w:tcPr>
          <w:p w14:paraId="2F7668A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played</w:t>
            </w:r>
          </w:p>
        </w:tc>
      </w:tr>
    </w:tbl>
    <w:p w14:paraId="0220B9E5"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17.</w:t>
      </w:r>
      <w:r w:rsidRPr="00B6293A">
        <w:rPr>
          <w:rFonts w:cs="Times New Roman"/>
          <w:color w:val="auto"/>
          <w:sz w:val="28"/>
          <w:szCs w:val="28"/>
        </w:rPr>
        <w:t xml:space="preserve"> Choose the best response to complete the dialogue.</w:t>
      </w:r>
      <w:r w:rsidRPr="00B6293A">
        <w:rPr>
          <w:rFonts w:cs="Times New Roman"/>
          <w:color w:val="auto"/>
          <w:sz w:val="28"/>
          <w:szCs w:val="28"/>
        </w:rPr>
        <w:br/>
        <w:t>Lan: “Do you fancy going for a walk in the park this afternoon?”</w:t>
      </w:r>
      <w:r w:rsidRPr="00B6293A">
        <w:rPr>
          <w:rFonts w:cs="Times New Roman"/>
          <w:color w:val="auto"/>
          <w:sz w:val="28"/>
          <w:szCs w:val="28"/>
        </w:rPr>
        <w:br/>
        <w:t xml:space="preserve">Mai: </w:t>
      </w:r>
      <w:r w:rsidRPr="00B6293A">
        <w:rPr>
          <w:rFonts w:cs="Times New Roman"/>
          <w:color w:val="auto"/>
          <w:sz w:val="28"/>
          <w:szCs w:val="28"/>
        </w:rPr>
        <w:t>“________________________”</w:t>
      </w:r>
      <w:r w:rsidRPr="00B6293A">
        <w:rPr>
          <w:rFonts w:cs="Times New Roman"/>
          <w:color w:val="auto"/>
          <w:sz w:val="28"/>
          <w:szCs w:val="28"/>
        </w:rPr>
        <w:br/>
        <w:t>Lan: “Great! Let’s meet at the gate at 4 p.m.”</w:t>
      </w:r>
    </w:p>
    <w:tbl>
      <w:tblPr>
        <w:tblW w:w="0" w:type="auto"/>
        <w:jc w:val="center"/>
        <w:tblLayout w:type="fixed"/>
        <w:tblLook w:val="04A0" w:firstRow="1" w:lastRow="0" w:firstColumn="1" w:lastColumn="0" w:noHBand="0" w:noVBand="1"/>
      </w:tblPr>
      <w:tblGrid>
        <w:gridCol w:w="10488"/>
      </w:tblGrid>
      <w:tr w:rsidR="00B6293A" w:rsidRPr="00B6293A" w14:paraId="4E9DE360"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3C88291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That’s a great idea. Thanks.</w:t>
            </w:r>
          </w:p>
        </w:tc>
      </w:tr>
      <w:tr w:rsidR="00B6293A" w:rsidRPr="00B6293A" w14:paraId="28662F6D"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1A28C04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I don’t fancy.</w:t>
            </w:r>
          </w:p>
        </w:tc>
      </w:tr>
      <w:tr w:rsidR="00B6293A" w:rsidRPr="00B6293A" w14:paraId="0349583E"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7336403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Yes, I fancy.</w:t>
            </w:r>
          </w:p>
        </w:tc>
      </w:tr>
      <w:tr w:rsidR="00B6293A" w:rsidRPr="00B6293A" w14:paraId="1982A1B6"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2FCAFE1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No, I am not.</w:t>
            </w:r>
          </w:p>
        </w:tc>
      </w:tr>
    </w:tbl>
    <w:p w14:paraId="43827612" w14:textId="77777777" w:rsidR="00F43968" w:rsidRPr="00B6293A" w:rsidRDefault="00634BC2">
      <w:pPr>
        <w:keepNext/>
        <w:spacing w:after="60" w:line="240" w:lineRule="auto"/>
        <w:rPr>
          <w:rFonts w:cs="Times New Roman"/>
          <w:color w:val="auto"/>
          <w:sz w:val="28"/>
          <w:szCs w:val="28"/>
        </w:rPr>
      </w:pPr>
      <w:r w:rsidRPr="00B6293A">
        <w:rPr>
          <w:rFonts w:cs="Times New Roman"/>
          <w:color w:val="auto"/>
          <w:sz w:val="28"/>
          <w:szCs w:val="28"/>
        </w:rPr>
        <w:t>Choose the sentence that is closest in meaning to the original one.</w:t>
      </w:r>
    </w:p>
    <w:p w14:paraId="7EF857CB"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18.</w:t>
      </w:r>
      <w:r w:rsidRPr="00B6293A">
        <w:rPr>
          <w:rFonts w:cs="Times New Roman"/>
          <w:color w:val="auto"/>
          <w:sz w:val="28"/>
          <w:szCs w:val="28"/>
        </w:rPr>
        <w:t xml:space="preserve"> Lan is crazy about playing badminton.</w:t>
      </w:r>
    </w:p>
    <w:tbl>
      <w:tblPr>
        <w:tblW w:w="0" w:type="auto"/>
        <w:jc w:val="center"/>
        <w:tblLayout w:type="fixed"/>
        <w:tblLook w:val="04A0" w:firstRow="1" w:lastRow="0" w:firstColumn="1" w:lastColumn="0" w:noHBand="0" w:noVBand="1"/>
      </w:tblPr>
      <w:tblGrid>
        <w:gridCol w:w="5244"/>
        <w:gridCol w:w="5244"/>
      </w:tblGrid>
      <w:tr w:rsidR="00B6293A" w:rsidRPr="00B6293A" w14:paraId="6C2E24F3"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184CFCF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Lan dislikes playing badminton.</w:t>
            </w:r>
          </w:p>
        </w:tc>
        <w:tc>
          <w:tcPr>
            <w:tcW w:w="5244" w:type="dxa"/>
            <w:tcBorders>
              <w:top w:val="nil"/>
              <w:left w:val="nil"/>
              <w:bottom w:val="nil"/>
              <w:right w:val="nil"/>
            </w:tcBorders>
            <w:tcMar>
              <w:top w:w="10" w:type="dxa"/>
              <w:left w:w="50" w:type="dxa"/>
              <w:bottom w:w="15" w:type="dxa"/>
              <w:right w:w="70" w:type="dxa"/>
            </w:tcMar>
          </w:tcPr>
          <w:p w14:paraId="5C921B4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Lan is very interested in playing badminton.</w:t>
            </w:r>
          </w:p>
        </w:tc>
      </w:tr>
      <w:tr w:rsidR="00B6293A" w:rsidRPr="00B6293A" w14:paraId="4A13A405"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414C5F2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Lan never plays badminton.</w:t>
            </w:r>
          </w:p>
        </w:tc>
        <w:tc>
          <w:tcPr>
            <w:tcW w:w="5244" w:type="dxa"/>
            <w:tcBorders>
              <w:top w:val="nil"/>
              <w:left w:val="nil"/>
              <w:bottom w:val="nil"/>
              <w:right w:val="nil"/>
            </w:tcBorders>
            <w:tcMar>
              <w:top w:w="10" w:type="dxa"/>
              <w:left w:w="50" w:type="dxa"/>
              <w:bottom w:w="15" w:type="dxa"/>
              <w:right w:w="70" w:type="dxa"/>
            </w:tcMar>
          </w:tcPr>
          <w:p w14:paraId="29EB7C7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Lan prefers surfing the net to badminton.</w:t>
            </w:r>
          </w:p>
        </w:tc>
      </w:tr>
    </w:tbl>
    <w:p w14:paraId="6E884122"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19.</w:t>
      </w:r>
      <w:r w:rsidRPr="00B6293A">
        <w:rPr>
          <w:rFonts w:cs="Times New Roman"/>
          <w:color w:val="auto"/>
          <w:sz w:val="28"/>
          <w:szCs w:val="28"/>
        </w:rPr>
        <w:t xml:space="preserve"> My cousin prefers reading books to watching TV.</w:t>
      </w:r>
    </w:p>
    <w:tbl>
      <w:tblPr>
        <w:tblW w:w="0" w:type="auto"/>
        <w:jc w:val="center"/>
        <w:tblLayout w:type="fixed"/>
        <w:tblLook w:val="04A0" w:firstRow="1" w:lastRow="0" w:firstColumn="1" w:lastColumn="0" w:noHBand="0" w:noVBand="1"/>
      </w:tblPr>
      <w:tblGrid>
        <w:gridCol w:w="5244"/>
        <w:gridCol w:w="5244"/>
        <w:gridCol w:w="64"/>
      </w:tblGrid>
      <w:tr w:rsidR="00B6293A" w:rsidRPr="00B6293A" w14:paraId="3D80946B" w14:textId="77777777">
        <w:trPr>
          <w:gridAfter w:val="1"/>
          <w:wAfter w:w="64" w:type="dxa"/>
          <w:cantSplit/>
          <w:jc w:val="center"/>
        </w:trPr>
        <w:tc>
          <w:tcPr>
            <w:tcW w:w="5244" w:type="dxa"/>
            <w:tcBorders>
              <w:top w:val="nil"/>
              <w:left w:val="nil"/>
              <w:bottom w:val="nil"/>
              <w:right w:val="nil"/>
            </w:tcBorders>
            <w:tcMar>
              <w:top w:w="10" w:type="dxa"/>
              <w:left w:w="50" w:type="dxa"/>
              <w:bottom w:w="15" w:type="dxa"/>
              <w:right w:w="70" w:type="dxa"/>
            </w:tcMar>
          </w:tcPr>
          <w:p w14:paraId="7C37B61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My</w:t>
            </w:r>
            <w:r w:rsidRPr="00B6293A">
              <w:rPr>
                <w:rFonts w:cs="Times New Roman"/>
                <w:color w:val="auto"/>
                <w:sz w:val="28"/>
                <w:szCs w:val="28"/>
              </w:rPr>
              <w:t xml:space="preserve"> cousin likes watching TV more than reading books.</w:t>
            </w:r>
          </w:p>
        </w:tc>
        <w:tc>
          <w:tcPr>
            <w:tcW w:w="5244" w:type="dxa"/>
            <w:tcBorders>
              <w:top w:val="nil"/>
              <w:left w:val="nil"/>
              <w:bottom w:val="nil"/>
              <w:right w:val="nil"/>
            </w:tcBorders>
            <w:tcMar>
              <w:top w:w="10" w:type="dxa"/>
              <w:left w:w="50" w:type="dxa"/>
              <w:bottom w:w="15" w:type="dxa"/>
              <w:right w:w="70" w:type="dxa"/>
            </w:tcMar>
          </w:tcPr>
          <w:p w14:paraId="0050F98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My cousin does not like reading books.</w:t>
            </w:r>
          </w:p>
        </w:tc>
      </w:tr>
      <w:tr w:rsidR="00B6293A" w:rsidRPr="00B6293A" w14:paraId="48490BEC" w14:textId="77777777">
        <w:trPr>
          <w:gridAfter w:val="1"/>
          <w:wAfter w:w="64" w:type="dxa"/>
          <w:cantSplit/>
          <w:jc w:val="center"/>
        </w:trPr>
        <w:tc>
          <w:tcPr>
            <w:tcW w:w="5244" w:type="dxa"/>
            <w:tcBorders>
              <w:top w:val="nil"/>
              <w:left w:val="nil"/>
              <w:bottom w:val="nil"/>
              <w:right w:val="nil"/>
            </w:tcBorders>
            <w:tcMar>
              <w:top w:w="10" w:type="dxa"/>
              <w:left w:w="50" w:type="dxa"/>
              <w:bottom w:w="15" w:type="dxa"/>
              <w:right w:w="70" w:type="dxa"/>
            </w:tcMar>
          </w:tcPr>
          <w:p w14:paraId="6E7CF35D" w14:textId="77777777" w:rsidR="00F43968" w:rsidRDefault="00634BC2">
            <w:pPr>
              <w:spacing w:after="0" w:line="240" w:lineRule="auto"/>
              <w:rPr>
                <w:rFonts w:cs="Times New Roman"/>
                <w:color w:val="auto"/>
                <w:sz w:val="28"/>
                <w:szCs w:val="28"/>
              </w:rPr>
            </w:pPr>
            <w:r w:rsidRPr="00B6293A">
              <w:rPr>
                <w:rFonts w:cs="Times New Roman"/>
                <w:color w:val="auto"/>
                <w:sz w:val="28"/>
                <w:szCs w:val="28"/>
              </w:rPr>
              <w:t>C. My cousin likes reading books more than watching TV.</w:t>
            </w:r>
          </w:p>
          <w:p w14:paraId="08CA9C73" w14:textId="77777777" w:rsidR="00F215E4" w:rsidRPr="00B6293A" w:rsidRDefault="00F215E4">
            <w:pPr>
              <w:spacing w:after="0" w:line="240" w:lineRule="auto"/>
              <w:rPr>
                <w:rFonts w:cs="Times New Roman"/>
                <w:color w:val="auto"/>
                <w:sz w:val="28"/>
                <w:szCs w:val="28"/>
              </w:rPr>
            </w:pPr>
          </w:p>
        </w:tc>
        <w:tc>
          <w:tcPr>
            <w:tcW w:w="5244" w:type="dxa"/>
            <w:tcBorders>
              <w:top w:val="nil"/>
              <w:left w:val="nil"/>
              <w:bottom w:val="nil"/>
              <w:right w:val="nil"/>
            </w:tcBorders>
            <w:tcMar>
              <w:top w:w="10" w:type="dxa"/>
              <w:left w:w="50" w:type="dxa"/>
              <w:bottom w:w="15" w:type="dxa"/>
              <w:right w:w="70" w:type="dxa"/>
            </w:tcMar>
          </w:tcPr>
          <w:p w14:paraId="5FE0A5E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My cousin likes both activities equally.</w:t>
            </w:r>
          </w:p>
        </w:tc>
      </w:tr>
      <w:tr w:rsidR="00B6293A" w:rsidRPr="00B6293A" w14:paraId="1301AC2A"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355B2C62" w14:textId="77777777" w:rsidR="00F43968" w:rsidRPr="00B6293A" w:rsidRDefault="00634BC2">
            <w:pPr>
              <w:jc w:val="center"/>
              <w:rPr>
                <w:rFonts w:cs="Times New Roman"/>
                <w:color w:val="auto"/>
                <w:sz w:val="28"/>
                <w:szCs w:val="28"/>
              </w:rPr>
            </w:pPr>
            <w:r w:rsidRPr="00F215E4">
              <w:rPr>
                <w:rFonts w:cs="Times New Roman"/>
                <w:b/>
                <w:color w:val="FFFFFF" w:themeColor="background1"/>
                <w:sz w:val="28"/>
                <w:szCs w:val="28"/>
              </w:rPr>
              <w:t>PART IV</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05C288AB" w14:textId="77777777" w:rsidR="00F43968" w:rsidRPr="00B6293A" w:rsidRDefault="00634BC2">
            <w:pPr>
              <w:keepNext/>
              <w:rPr>
                <w:rFonts w:cs="Times New Roman"/>
                <w:color w:val="auto"/>
                <w:sz w:val="28"/>
                <w:szCs w:val="28"/>
              </w:rPr>
            </w:pPr>
            <w:r w:rsidRPr="00B6293A">
              <w:rPr>
                <w:rFonts w:cs="Times New Roman"/>
                <w:b/>
                <w:color w:val="auto"/>
                <w:sz w:val="28"/>
                <w:szCs w:val="28"/>
              </w:rPr>
              <w:t xml:space="preserve">PRACTICAL </w:t>
            </w:r>
            <w:proofErr w:type="gramStart"/>
            <w:r w:rsidRPr="00B6293A">
              <w:rPr>
                <w:rFonts w:cs="Times New Roman"/>
                <w:b/>
                <w:color w:val="auto"/>
                <w:sz w:val="28"/>
                <w:szCs w:val="28"/>
              </w:rPr>
              <w:t>SKILLS  (</w:t>
            </w:r>
            <w:proofErr w:type="gramEnd"/>
            <w:r w:rsidRPr="00B6293A">
              <w:rPr>
                <w:rFonts w:cs="Times New Roman"/>
                <w:b/>
                <w:color w:val="auto"/>
                <w:sz w:val="28"/>
                <w:szCs w:val="28"/>
              </w:rPr>
              <w:t xml:space="preserve">1.0 </w:t>
            </w:r>
            <w:proofErr w:type="spellStart"/>
            <w:r w:rsidRPr="00B6293A">
              <w:rPr>
                <w:rFonts w:cs="Times New Roman"/>
                <w:b/>
                <w:color w:val="auto"/>
                <w:sz w:val="28"/>
                <w:szCs w:val="28"/>
              </w:rPr>
              <w:t>pt</w:t>
            </w:r>
            <w:proofErr w:type="spellEnd"/>
            <w:r w:rsidRPr="00B6293A">
              <w:rPr>
                <w:rFonts w:cs="Times New Roman"/>
                <w:b/>
                <w:color w:val="auto"/>
                <w:sz w:val="28"/>
                <w:szCs w:val="28"/>
              </w:rPr>
              <w:t>)</w:t>
            </w:r>
          </w:p>
        </w:tc>
      </w:tr>
    </w:tbl>
    <w:p w14:paraId="412E9787" w14:textId="77777777" w:rsidR="00F43968" w:rsidRPr="00C66479" w:rsidRDefault="00634BC2">
      <w:pPr>
        <w:keepNext/>
        <w:spacing w:before="20" w:line="240" w:lineRule="auto"/>
        <w:rPr>
          <w:rFonts w:cs="Times New Roman"/>
          <w:b/>
          <w:bCs/>
          <w:color w:val="auto"/>
          <w:sz w:val="28"/>
          <w:szCs w:val="28"/>
        </w:rPr>
      </w:pPr>
      <w:r w:rsidRPr="00C66479">
        <w:rPr>
          <w:rFonts w:cs="Times New Roman"/>
          <w:b/>
          <w:bCs/>
          <w:color w:val="auto"/>
          <w:sz w:val="28"/>
          <w:szCs w:val="28"/>
        </w:rPr>
        <w:t xml:space="preserve">Task 1. Look at the </w:t>
      </w:r>
      <w:r w:rsidRPr="00C66479">
        <w:rPr>
          <w:rFonts w:cs="Times New Roman"/>
          <w:b/>
          <w:bCs/>
          <w:color w:val="auto"/>
          <w:sz w:val="28"/>
          <w:szCs w:val="28"/>
        </w:rPr>
        <w:t>signs and choose the best answer.</w:t>
      </w:r>
    </w:p>
    <w:tbl>
      <w:tblPr>
        <w:tblW w:w="0" w:type="auto"/>
        <w:jc w:val="center"/>
        <w:tblLayout w:type="fixed"/>
        <w:tblLook w:val="04A0" w:firstRow="1" w:lastRow="0" w:firstColumn="1" w:lastColumn="0" w:noHBand="0" w:noVBand="1"/>
      </w:tblPr>
      <w:tblGrid>
        <w:gridCol w:w="5244"/>
        <w:gridCol w:w="5244"/>
      </w:tblGrid>
      <w:tr w:rsidR="00B6293A" w:rsidRPr="00B6293A" w14:paraId="6F033608" w14:textId="77777777">
        <w:trPr>
          <w:jc w:val="center"/>
        </w:trPr>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70" w:type="dxa"/>
              <w:left w:w="90" w:type="dxa"/>
              <w:bottom w:w="70" w:type="dxa"/>
              <w:right w:w="90" w:type="dxa"/>
            </w:tcMar>
          </w:tcPr>
          <w:p w14:paraId="3377E3D2" w14:textId="77777777" w:rsidR="00F43968" w:rsidRPr="00B6293A" w:rsidRDefault="00634BC2">
            <w:pPr>
              <w:spacing w:after="20" w:line="240" w:lineRule="auto"/>
              <w:rPr>
                <w:rFonts w:cs="Times New Roman"/>
                <w:color w:val="auto"/>
                <w:sz w:val="28"/>
                <w:szCs w:val="28"/>
              </w:rPr>
            </w:pPr>
            <w:r w:rsidRPr="00B6293A">
              <w:rPr>
                <w:rFonts w:cs="Times New Roman"/>
                <w:b/>
                <w:color w:val="auto"/>
                <w:sz w:val="28"/>
                <w:szCs w:val="28"/>
              </w:rPr>
              <w:t>20.</w:t>
            </w:r>
            <w:r w:rsidRPr="00B6293A">
              <w:rPr>
                <w:rFonts w:cs="Times New Roman"/>
                <w:color w:val="auto"/>
                <w:sz w:val="28"/>
                <w:szCs w:val="28"/>
              </w:rPr>
              <w:t xml:space="preserve"> What should a member of this club do?</w:t>
            </w:r>
          </w:p>
          <w:p w14:paraId="196BB799" w14:textId="77777777" w:rsidR="00F43968" w:rsidRPr="00B6293A" w:rsidRDefault="00634BC2">
            <w:pPr>
              <w:spacing w:after="20"/>
              <w:jc w:val="center"/>
              <w:rPr>
                <w:rFonts w:cs="Times New Roman"/>
                <w:color w:val="auto"/>
                <w:sz w:val="28"/>
                <w:szCs w:val="28"/>
              </w:rPr>
            </w:pPr>
            <w:r w:rsidRPr="00B6293A">
              <w:rPr>
                <w:rFonts w:cs="Times New Roman"/>
                <w:noProof/>
                <w:color w:val="auto"/>
                <w:sz w:val="28"/>
                <w:szCs w:val="28"/>
              </w:rPr>
              <w:drawing>
                <wp:inline distT="0" distB="0" distL="0" distR="0" wp14:anchorId="590A663A" wp14:editId="7F0098D5">
                  <wp:extent cx="2377440" cy="15453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dminton_club_sign.png"/>
                          <pic:cNvPicPr/>
                        </pic:nvPicPr>
                        <pic:blipFill>
                          <a:blip r:embed="rId8"/>
                          <a:stretch>
                            <a:fillRect/>
                          </a:stretch>
                        </pic:blipFill>
                        <pic:spPr>
                          <a:xfrm>
                            <a:off x="0" y="0"/>
                            <a:ext cx="2377440" cy="1545336"/>
                          </a:xfrm>
                          <a:prstGeom prst="rect">
                            <a:avLst/>
                          </a:prstGeom>
                        </pic:spPr>
                      </pic:pic>
                    </a:graphicData>
                  </a:graphic>
                </wp:inline>
              </w:drawing>
            </w:r>
          </w:p>
          <w:p w14:paraId="546F26EC"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A. Come on Saturday afternoon.</w:t>
            </w:r>
          </w:p>
          <w:p w14:paraId="47350A5E" w14:textId="246E7C4D"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 xml:space="preserve">B. </w:t>
            </w:r>
            <w:r w:rsidR="00C66479">
              <w:rPr>
                <w:rFonts w:cs="Times New Roman"/>
                <w:color w:val="auto"/>
                <w:sz w:val="28"/>
                <w:szCs w:val="28"/>
              </w:rPr>
              <w:t>Meet each Friday afternoon and b</w:t>
            </w:r>
            <w:r w:rsidRPr="00B6293A">
              <w:rPr>
                <w:rFonts w:cs="Times New Roman"/>
                <w:color w:val="auto"/>
                <w:sz w:val="28"/>
                <w:szCs w:val="28"/>
              </w:rPr>
              <w:t>ring a badminton racket.</w:t>
            </w:r>
          </w:p>
          <w:p w14:paraId="58DBA1CC"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C. Meet in the school library.</w:t>
            </w:r>
          </w:p>
          <w:p w14:paraId="7CDAED4A" w14:textId="3D70DB4B"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 xml:space="preserve">D. Arrive at 3 </w:t>
            </w:r>
            <w:proofErr w:type="spellStart"/>
            <w:r w:rsidRPr="00B6293A">
              <w:rPr>
                <w:rFonts w:cs="Times New Roman"/>
                <w:color w:val="auto"/>
                <w:sz w:val="28"/>
                <w:szCs w:val="28"/>
              </w:rPr>
              <w:t>p.m</w:t>
            </w:r>
            <w:proofErr w:type="spellEnd"/>
            <w:r w:rsidR="00C66479">
              <w:rPr>
                <w:rFonts w:cs="Times New Roman"/>
                <w:color w:val="auto"/>
                <w:sz w:val="28"/>
                <w:szCs w:val="28"/>
              </w:rPr>
              <w:t xml:space="preserve"> every Friday and bring a badminton racket.</w:t>
            </w:r>
          </w:p>
        </w:tc>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70" w:type="dxa"/>
              <w:left w:w="90" w:type="dxa"/>
              <w:bottom w:w="70" w:type="dxa"/>
              <w:right w:w="90" w:type="dxa"/>
            </w:tcMar>
          </w:tcPr>
          <w:p w14:paraId="75CE3C72" w14:textId="77777777" w:rsidR="00F43968" w:rsidRPr="00B6293A" w:rsidRDefault="00634BC2">
            <w:pPr>
              <w:spacing w:after="20" w:line="240" w:lineRule="auto"/>
              <w:rPr>
                <w:rFonts w:cs="Times New Roman"/>
                <w:color w:val="auto"/>
                <w:sz w:val="28"/>
                <w:szCs w:val="28"/>
              </w:rPr>
            </w:pPr>
            <w:r w:rsidRPr="00B6293A">
              <w:rPr>
                <w:rFonts w:cs="Times New Roman"/>
                <w:b/>
                <w:color w:val="auto"/>
                <w:sz w:val="28"/>
                <w:szCs w:val="28"/>
              </w:rPr>
              <w:t>21.</w:t>
            </w:r>
            <w:r w:rsidRPr="00B6293A">
              <w:rPr>
                <w:rFonts w:cs="Times New Roman"/>
                <w:color w:val="auto"/>
                <w:sz w:val="28"/>
                <w:szCs w:val="28"/>
              </w:rPr>
              <w:t xml:space="preserve"> What is the main message of this sign?</w:t>
            </w:r>
          </w:p>
          <w:p w14:paraId="03F1D854" w14:textId="77777777" w:rsidR="00F43968" w:rsidRPr="00B6293A" w:rsidRDefault="00634BC2">
            <w:pPr>
              <w:spacing w:after="20"/>
              <w:jc w:val="center"/>
              <w:rPr>
                <w:rFonts w:cs="Times New Roman"/>
                <w:color w:val="auto"/>
                <w:sz w:val="28"/>
                <w:szCs w:val="28"/>
              </w:rPr>
            </w:pPr>
            <w:r w:rsidRPr="00B6293A">
              <w:rPr>
                <w:rFonts w:cs="Times New Roman"/>
                <w:noProof/>
                <w:color w:val="auto"/>
                <w:sz w:val="28"/>
                <w:szCs w:val="28"/>
              </w:rPr>
              <w:drawing>
                <wp:inline distT="0" distB="0" distL="0" distR="0" wp14:anchorId="54F41472" wp14:editId="32C13700">
                  <wp:extent cx="2377440" cy="15453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_mobile_phones_sign.png"/>
                          <pic:cNvPicPr/>
                        </pic:nvPicPr>
                        <pic:blipFill>
                          <a:blip r:embed="rId9"/>
                          <a:stretch>
                            <a:fillRect/>
                          </a:stretch>
                        </pic:blipFill>
                        <pic:spPr>
                          <a:xfrm>
                            <a:off x="0" y="0"/>
                            <a:ext cx="2377440" cy="1545336"/>
                          </a:xfrm>
                          <a:prstGeom prst="rect">
                            <a:avLst/>
                          </a:prstGeom>
                        </pic:spPr>
                      </pic:pic>
                    </a:graphicData>
                  </a:graphic>
                </wp:inline>
              </w:drawing>
            </w:r>
          </w:p>
          <w:p w14:paraId="7004CC2E"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A. Students may use phones to</w:t>
            </w:r>
            <w:bookmarkStart w:id="0" w:name="_GoBack"/>
            <w:bookmarkEnd w:id="0"/>
            <w:r w:rsidRPr="00B6293A">
              <w:rPr>
                <w:rFonts w:cs="Times New Roman"/>
                <w:color w:val="auto"/>
                <w:sz w:val="28"/>
                <w:szCs w:val="28"/>
              </w:rPr>
              <w:t xml:space="preserve"> take photos.</w:t>
            </w:r>
          </w:p>
          <w:p w14:paraId="0319ED5C"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B. The workshop is only about mobile phones.</w:t>
            </w:r>
          </w:p>
          <w:p w14:paraId="14B3A496"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C. Do not use mobile phones during the workshop.</w:t>
            </w:r>
          </w:p>
          <w:p w14:paraId="4ABDD0E1" w14:textId="77777777" w:rsidR="00F43968" w:rsidRPr="00B6293A" w:rsidRDefault="00634BC2">
            <w:pPr>
              <w:spacing w:after="0" w:line="228" w:lineRule="auto"/>
              <w:rPr>
                <w:rFonts w:cs="Times New Roman"/>
                <w:color w:val="auto"/>
                <w:sz w:val="28"/>
                <w:szCs w:val="28"/>
              </w:rPr>
            </w:pPr>
            <w:r w:rsidRPr="00B6293A">
              <w:rPr>
                <w:rFonts w:cs="Times New Roman"/>
                <w:color w:val="auto"/>
                <w:sz w:val="28"/>
                <w:szCs w:val="28"/>
              </w:rPr>
              <w:t>D. Students must bring their own phones.</w:t>
            </w:r>
          </w:p>
        </w:tc>
      </w:tr>
    </w:tbl>
    <w:p w14:paraId="693CB921" w14:textId="77777777" w:rsidR="00F43968" w:rsidRPr="00B6293A" w:rsidRDefault="00F43968">
      <w:pPr>
        <w:spacing w:after="0"/>
        <w:rPr>
          <w:rFonts w:cs="Times New Roman"/>
          <w:color w:val="auto"/>
          <w:sz w:val="28"/>
          <w:szCs w:val="28"/>
        </w:rPr>
      </w:pPr>
    </w:p>
    <w:p w14:paraId="59971A4D"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 xml:space="preserve">Task 2. Read the </w:t>
      </w:r>
      <w:r w:rsidRPr="00B6293A">
        <w:rPr>
          <w:rFonts w:cs="Times New Roman"/>
          <w:b/>
          <w:color w:val="auto"/>
          <w:sz w:val="28"/>
          <w:szCs w:val="28"/>
        </w:rPr>
        <w:t>notice and choose the best answer.</w:t>
      </w:r>
    </w:p>
    <w:tbl>
      <w:tblPr>
        <w:tblW w:w="0" w:type="auto"/>
        <w:jc w:val="center"/>
        <w:tblLayout w:type="fixed"/>
        <w:tblLook w:val="04A0" w:firstRow="1" w:lastRow="0" w:firstColumn="1" w:lastColumn="0" w:noHBand="0" w:noVBand="1"/>
      </w:tblPr>
      <w:tblGrid>
        <w:gridCol w:w="10488"/>
      </w:tblGrid>
      <w:tr w:rsidR="00B6293A" w:rsidRPr="00B6293A" w14:paraId="60B15A27" w14:textId="77777777">
        <w:trPr>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1E7A78"/>
            <w:tcMar>
              <w:top w:w="60" w:type="dxa"/>
              <w:left w:w="120" w:type="dxa"/>
              <w:bottom w:w="60" w:type="dxa"/>
              <w:right w:w="120" w:type="dxa"/>
            </w:tcMar>
            <w:vAlign w:val="center"/>
          </w:tcPr>
          <w:p w14:paraId="14D8EAB8" w14:textId="77777777" w:rsidR="00F43968" w:rsidRPr="00B6293A" w:rsidRDefault="00634BC2">
            <w:pPr>
              <w:spacing w:after="0" w:line="240" w:lineRule="auto"/>
              <w:jc w:val="center"/>
              <w:rPr>
                <w:rFonts w:cs="Times New Roman"/>
                <w:color w:val="auto"/>
                <w:sz w:val="28"/>
                <w:szCs w:val="28"/>
              </w:rPr>
            </w:pPr>
            <w:r w:rsidRPr="00945C38">
              <w:rPr>
                <w:rFonts w:cs="Times New Roman"/>
                <w:b/>
                <w:color w:val="FFFFFF" w:themeColor="background1"/>
                <w:sz w:val="28"/>
                <w:szCs w:val="28"/>
              </w:rPr>
              <w:t>SUNRISE LOWER SECONDARY SCHOOL</w:t>
            </w:r>
          </w:p>
        </w:tc>
      </w:tr>
      <w:tr w:rsidR="00B6293A" w:rsidRPr="00B6293A" w14:paraId="380F513C" w14:textId="77777777">
        <w:trPr>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FFF7D6"/>
            <w:tcMar>
              <w:top w:w="60" w:type="dxa"/>
              <w:left w:w="120" w:type="dxa"/>
              <w:bottom w:w="60" w:type="dxa"/>
              <w:right w:w="120" w:type="dxa"/>
            </w:tcMar>
            <w:vAlign w:val="center"/>
          </w:tcPr>
          <w:p w14:paraId="0EDC64AF" w14:textId="77777777" w:rsidR="00F43968" w:rsidRPr="00B6293A" w:rsidRDefault="00634BC2">
            <w:pPr>
              <w:spacing w:after="0" w:line="240" w:lineRule="auto"/>
              <w:jc w:val="center"/>
              <w:rPr>
                <w:rFonts w:cs="Times New Roman"/>
                <w:color w:val="auto"/>
                <w:sz w:val="28"/>
                <w:szCs w:val="28"/>
              </w:rPr>
            </w:pPr>
            <w:r w:rsidRPr="00B6293A">
              <w:rPr>
                <w:rFonts w:cs="Times New Roman"/>
                <w:b/>
                <w:color w:val="auto"/>
                <w:sz w:val="28"/>
                <w:szCs w:val="28"/>
              </w:rPr>
              <w:t>WEEKEND LEISURE DAY</w:t>
            </w:r>
          </w:p>
        </w:tc>
      </w:tr>
      <w:tr w:rsidR="00B6293A" w:rsidRPr="00B6293A" w14:paraId="71F19176"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3EAC45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Come and try origami, DIY, badminton, and cooking with your classmates.</w:t>
            </w:r>
          </w:p>
        </w:tc>
      </w:tr>
      <w:tr w:rsidR="00B6293A" w:rsidRPr="00B6293A" w14:paraId="7FCA5D03"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5B6654A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Time: 8:30 a.m. - 11:30 a.m., Saturday 21 September</w:t>
            </w:r>
          </w:p>
        </w:tc>
      </w:tr>
      <w:tr w:rsidR="00B6293A" w:rsidRPr="00B6293A" w14:paraId="0B6E1408"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115F2DD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Place: School Hall and Sports Yard</w:t>
            </w:r>
          </w:p>
        </w:tc>
      </w:tr>
      <w:tr w:rsidR="00B6293A" w:rsidRPr="00B6293A" w14:paraId="29F95DB7"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19032D9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Fee: Free for all students</w:t>
            </w:r>
          </w:p>
        </w:tc>
      </w:tr>
      <w:tr w:rsidR="00B6293A" w:rsidRPr="00B6293A" w14:paraId="60F1183B"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5E8CF71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Register with </w:t>
            </w:r>
            <w:proofErr w:type="spellStart"/>
            <w:r w:rsidRPr="00B6293A">
              <w:rPr>
                <w:rFonts w:cs="Times New Roman"/>
                <w:color w:val="auto"/>
                <w:sz w:val="28"/>
                <w:szCs w:val="28"/>
              </w:rPr>
              <w:t>Ms</w:t>
            </w:r>
            <w:proofErr w:type="spellEnd"/>
            <w:r w:rsidRPr="00B6293A">
              <w:rPr>
                <w:rFonts w:cs="Times New Roman"/>
                <w:color w:val="auto"/>
                <w:sz w:val="28"/>
                <w:szCs w:val="28"/>
              </w:rPr>
              <w:t xml:space="preserve"> Lan by Thursday.</w:t>
            </w:r>
          </w:p>
        </w:tc>
      </w:tr>
    </w:tbl>
    <w:p w14:paraId="323366B6"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22.</w:t>
      </w:r>
      <w:r w:rsidRPr="00B6293A">
        <w:rPr>
          <w:rFonts w:cs="Times New Roman"/>
          <w:color w:val="auto"/>
          <w:sz w:val="28"/>
          <w:szCs w:val="28"/>
        </w:rPr>
        <w:t xml:space="preserve"> What is the main purpose of the notice?</w:t>
      </w:r>
    </w:p>
    <w:tbl>
      <w:tblPr>
        <w:tblW w:w="0" w:type="auto"/>
        <w:jc w:val="center"/>
        <w:tblLayout w:type="fixed"/>
        <w:tblLook w:val="04A0" w:firstRow="1" w:lastRow="0" w:firstColumn="1" w:lastColumn="0" w:noHBand="0" w:noVBand="1"/>
      </w:tblPr>
      <w:tblGrid>
        <w:gridCol w:w="5954"/>
        <w:gridCol w:w="4534"/>
      </w:tblGrid>
      <w:tr w:rsidR="00B6293A" w:rsidRPr="00B6293A" w14:paraId="0677B571" w14:textId="77777777" w:rsidTr="00945C38">
        <w:trPr>
          <w:cantSplit/>
          <w:jc w:val="center"/>
        </w:trPr>
        <w:tc>
          <w:tcPr>
            <w:tcW w:w="5954" w:type="dxa"/>
            <w:tcBorders>
              <w:top w:val="nil"/>
              <w:left w:val="nil"/>
              <w:bottom w:val="nil"/>
              <w:right w:val="nil"/>
            </w:tcBorders>
            <w:tcMar>
              <w:top w:w="10" w:type="dxa"/>
              <w:left w:w="50" w:type="dxa"/>
              <w:bottom w:w="15" w:type="dxa"/>
              <w:right w:w="70" w:type="dxa"/>
            </w:tcMar>
          </w:tcPr>
          <w:p w14:paraId="78F8127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To invite students to a school leisure event</w:t>
            </w:r>
          </w:p>
        </w:tc>
        <w:tc>
          <w:tcPr>
            <w:tcW w:w="4534" w:type="dxa"/>
            <w:tcBorders>
              <w:top w:val="nil"/>
              <w:left w:val="nil"/>
              <w:bottom w:val="nil"/>
              <w:right w:val="nil"/>
            </w:tcBorders>
            <w:tcMar>
              <w:top w:w="10" w:type="dxa"/>
              <w:left w:w="50" w:type="dxa"/>
              <w:bottom w:w="15" w:type="dxa"/>
              <w:right w:w="70" w:type="dxa"/>
            </w:tcMar>
          </w:tcPr>
          <w:p w14:paraId="5FE8F12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To announce an exam timetable</w:t>
            </w:r>
          </w:p>
        </w:tc>
      </w:tr>
      <w:tr w:rsidR="00B6293A" w:rsidRPr="00B6293A" w14:paraId="4716D25C" w14:textId="77777777" w:rsidTr="00945C38">
        <w:trPr>
          <w:cantSplit/>
          <w:jc w:val="center"/>
        </w:trPr>
        <w:tc>
          <w:tcPr>
            <w:tcW w:w="5954" w:type="dxa"/>
            <w:tcBorders>
              <w:top w:val="nil"/>
              <w:left w:val="nil"/>
              <w:bottom w:val="nil"/>
              <w:right w:val="nil"/>
            </w:tcBorders>
            <w:tcMar>
              <w:top w:w="10" w:type="dxa"/>
              <w:left w:w="50" w:type="dxa"/>
              <w:bottom w:w="15" w:type="dxa"/>
              <w:right w:w="70" w:type="dxa"/>
            </w:tcMar>
          </w:tcPr>
          <w:p w14:paraId="39786ED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recruit members for a music club</w:t>
            </w:r>
          </w:p>
        </w:tc>
        <w:tc>
          <w:tcPr>
            <w:tcW w:w="4534" w:type="dxa"/>
            <w:tcBorders>
              <w:top w:val="nil"/>
              <w:left w:val="nil"/>
              <w:bottom w:val="nil"/>
              <w:right w:val="nil"/>
            </w:tcBorders>
            <w:tcMar>
              <w:top w:w="10" w:type="dxa"/>
              <w:left w:w="50" w:type="dxa"/>
              <w:bottom w:w="15" w:type="dxa"/>
              <w:right w:w="70" w:type="dxa"/>
            </w:tcMar>
          </w:tcPr>
          <w:p w14:paraId="5C41102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D. To advertise a </w:t>
            </w:r>
            <w:r w:rsidRPr="00B6293A">
              <w:rPr>
                <w:rFonts w:cs="Times New Roman"/>
                <w:color w:val="auto"/>
                <w:sz w:val="28"/>
                <w:szCs w:val="28"/>
              </w:rPr>
              <w:t>weekend holiday</w:t>
            </w:r>
          </w:p>
        </w:tc>
      </w:tr>
    </w:tbl>
    <w:p w14:paraId="5190F3DB"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23.</w:t>
      </w:r>
      <w:r w:rsidRPr="00B6293A">
        <w:rPr>
          <w:rFonts w:cs="Times New Roman"/>
          <w:color w:val="auto"/>
          <w:sz w:val="28"/>
          <w:szCs w:val="28"/>
        </w:rPr>
        <w:t xml:space="preserve"> What must students do before taking part?</w:t>
      </w:r>
    </w:p>
    <w:tbl>
      <w:tblPr>
        <w:tblW w:w="0" w:type="auto"/>
        <w:jc w:val="center"/>
        <w:tblLayout w:type="fixed"/>
        <w:tblLook w:val="04A0" w:firstRow="1" w:lastRow="0" w:firstColumn="1" w:lastColumn="0" w:noHBand="0" w:noVBand="1"/>
      </w:tblPr>
      <w:tblGrid>
        <w:gridCol w:w="10488"/>
      </w:tblGrid>
      <w:tr w:rsidR="00B6293A" w:rsidRPr="00B6293A" w14:paraId="1BFAB3DC"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40E7E9A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Pay an entrance fee</w:t>
            </w:r>
          </w:p>
        </w:tc>
      </w:tr>
      <w:tr w:rsidR="00B6293A" w:rsidRPr="00B6293A" w14:paraId="6045FFDE"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7BD2C7C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Bring cooking equipment</w:t>
            </w:r>
          </w:p>
        </w:tc>
      </w:tr>
      <w:tr w:rsidR="00B6293A" w:rsidRPr="00B6293A" w14:paraId="5AB49140"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7875CFD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Meet at the school library</w:t>
            </w:r>
          </w:p>
        </w:tc>
      </w:tr>
      <w:tr w:rsidR="00B6293A" w:rsidRPr="00B6293A" w14:paraId="7EEC91B6"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5C352C2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D. Register with </w:t>
            </w:r>
            <w:proofErr w:type="spellStart"/>
            <w:r w:rsidRPr="00B6293A">
              <w:rPr>
                <w:rFonts w:cs="Times New Roman"/>
                <w:color w:val="auto"/>
                <w:sz w:val="28"/>
                <w:szCs w:val="28"/>
              </w:rPr>
              <w:t>Ms</w:t>
            </w:r>
            <w:proofErr w:type="spellEnd"/>
            <w:r w:rsidRPr="00B6293A">
              <w:rPr>
                <w:rFonts w:cs="Times New Roman"/>
                <w:color w:val="auto"/>
                <w:sz w:val="28"/>
                <w:szCs w:val="28"/>
              </w:rPr>
              <w:t xml:space="preserve"> Lan by Thursday</w:t>
            </w:r>
          </w:p>
        </w:tc>
      </w:tr>
    </w:tbl>
    <w:p w14:paraId="549EEB60" w14:textId="1337EA92" w:rsidR="00F43968" w:rsidRPr="00B6293A" w:rsidRDefault="00F43968">
      <w:pPr>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20A3409A"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6FB8B03E" w14:textId="77777777" w:rsidR="00F43968" w:rsidRPr="00B6293A" w:rsidRDefault="00634BC2">
            <w:pPr>
              <w:jc w:val="center"/>
              <w:rPr>
                <w:rFonts w:cs="Times New Roman"/>
                <w:color w:val="auto"/>
                <w:sz w:val="28"/>
                <w:szCs w:val="28"/>
              </w:rPr>
            </w:pPr>
            <w:r w:rsidRPr="00945C38">
              <w:rPr>
                <w:rFonts w:cs="Times New Roman"/>
                <w:b/>
                <w:color w:val="FFFFFF" w:themeColor="background1"/>
                <w:sz w:val="28"/>
                <w:szCs w:val="28"/>
              </w:rPr>
              <w:t>PART V</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1B4E29B8" w14:textId="77777777" w:rsidR="00F43968" w:rsidRPr="00B6293A" w:rsidRDefault="00634BC2">
            <w:pPr>
              <w:keepNext/>
              <w:rPr>
                <w:rFonts w:cs="Times New Roman"/>
                <w:color w:val="auto"/>
                <w:sz w:val="28"/>
                <w:szCs w:val="28"/>
              </w:rPr>
            </w:pPr>
            <w:proofErr w:type="gramStart"/>
            <w:r w:rsidRPr="00B6293A">
              <w:rPr>
                <w:rFonts w:cs="Times New Roman"/>
                <w:b/>
                <w:color w:val="auto"/>
                <w:sz w:val="28"/>
                <w:szCs w:val="28"/>
              </w:rPr>
              <w:t>READING  (</w:t>
            </w:r>
            <w:proofErr w:type="gramEnd"/>
            <w:r w:rsidRPr="00B6293A">
              <w:rPr>
                <w:rFonts w:cs="Times New Roman"/>
                <w:b/>
                <w:color w:val="auto"/>
                <w:sz w:val="28"/>
                <w:szCs w:val="28"/>
              </w:rPr>
              <w:t>2.25 pts)</w:t>
            </w:r>
          </w:p>
        </w:tc>
      </w:tr>
    </w:tbl>
    <w:p w14:paraId="2F389335"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 xml:space="preserve">Task 1. Read the announcement and </w:t>
      </w:r>
      <w:r w:rsidRPr="00B6293A">
        <w:rPr>
          <w:rFonts w:cs="Times New Roman"/>
          <w:b/>
          <w:color w:val="auto"/>
          <w:sz w:val="28"/>
          <w:szCs w:val="28"/>
        </w:rPr>
        <w:t>choose the correct option A, B, C, or D for each blank.</w:t>
      </w:r>
    </w:p>
    <w:tbl>
      <w:tblPr>
        <w:tblW w:w="0" w:type="auto"/>
        <w:jc w:val="center"/>
        <w:tblLayout w:type="fixed"/>
        <w:tblLook w:val="04A0" w:firstRow="1" w:lastRow="0" w:firstColumn="1" w:lastColumn="0" w:noHBand="0" w:noVBand="1"/>
      </w:tblPr>
      <w:tblGrid>
        <w:gridCol w:w="70"/>
        <w:gridCol w:w="2622"/>
        <w:gridCol w:w="2622"/>
        <w:gridCol w:w="2622"/>
        <w:gridCol w:w="2552"/>
        <w:gridCol w:w="70"/>
      </w:tblGrid>
      <w:tr w:rsidR="00B6293A" w:rsidRPr="00B6293A" w14:paraId="09A79771"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shd w:val="clear" w:color="auto" w:fill="FFF7D6"/>
            <w:tcMar>
              <w:top w:w="65" w:type="dxa"/>
              <w:left w:w="120" w:type="dxa"/>
              <w:bottom w:w="65" w:type="dxa"/>
              <w:right w:w="120" w:type="dxa"/>
            </w:tcMar>
          </w:tcPr>
          <w:p w14:paraId="28741DCA" w14:textId="77777777" w:rsidR="00F43968" w:rsidRPr="00B6293A" w:rsidRDefault="00634BC2">
            <w:pPr>
              <w:spacing w:after="0" w:line="240" w:lineRule="auto"/>
              <w:jc w:val="center"/>
              <w:rPr>
                <w:rFonts w:cs="Times New Roman"/>
                <w:color w:val="auto"/>
                <w:sz w:val="28"/>
                <w:szCs w:val="28"/>
              </w:rPr>
            </w:pPr>
            <w:r w:rsidRPr="00B6293A">
              <w:rPr>
                <w:rFonts w:cs="Times New Roman"/>
                <w:b/>
                <w:color w:val="auto"/>
                <w:sz w:val="28"/>
                <w:szCs w:val="28"/>
              </w:rPr>
              <w:t>LEISURE TIME SURVEY</w:t>
            </w:r>
          </w:p>
        </w:tc>
      </w:tr>
      <w:tr w:rsidR="00B6293A" w:rsidRPr="00B6293A" w14:paraId="53940F1E"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7D698158" w14:textId="77777777" w:rsidR="00F43968" w:rsidRPr="00B6293A" w:rsidRDefault="00634BC2">
            <w:pPr>
              <w:spacing w:after="0" w:line="240" w:lineRule="auto"/>
              <w:jc w:val="center"/>
              <w:rPr>
                <w:rFonts w:cs="Times New Roman"/>
                <w:color w:val="auto"/>
                <w:sz w:val="28"/>
                <w:szCs w:val="28"/>
              </w:rPr>
            </w:pPr>
            <w:r w:rsidRPr="00B6293A">
              <w:rPr>
                <w:rFonts w:cs="Times New Roman"/>
                <w:b/>
                <w:color w:val="auto"/>
                <w:sz w:val="28"/>
                <w:szCs w:val="28"/>
              </w:rPr>
              <w:t>Our class is doing a survey about free-time activities.</w:t>
            </w:r>
          </w:p>
        </w:tc>
      </w:tr>
      <w:tr w:rsidR="00B6293A" w:rsidRPr="00B6293A" w14:paraId="25CA0173"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7214DF5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We want to know what students are (24) ________ in and which activities they enjoy (25) ________.</w:t>
            </w:r>
          </w:p>
        </w:tc>
      </w:tr>
      <w:tr w:rsidR="00B6293A" w:rsidRPr="00B6293A" w14:paraId="78A1F36A"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51A66C9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Some students </w:t>
            </w:r>
            <w:r w:rsidRPr="00B6293A">
              <w:rPr>
                <w:rFonts w:cs="Times New Roman"/>
                <w:color w:val="auto"/>
                <w:sz w:val="28"/>
                <w:szCs w:val="28"/>
              </w:rPr>
              <w:t>prefer playing sport, while others would like (26) ________ creative activities such as origami or DIY.</w:t>
            </w:r>
          </w:p>
        </w:tc>
      </w:tr>
      <w:tr w:rsidR="00B6293A" w:rsidRPr="00B6293A" w14:paraId="5059D88A"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780419A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Please complete the form today (27) ________ we can share the results on Friday.</w:t>
            </w:r>
          </w:p>
        </w:tc>
      </w:tr>
      <w:tr w:rsidR="00B6293A" w:rsidRPr="00B6293A" w14:paraId="04587A87"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21D5061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Thank you for taking part!</w:t>
            </w:r>
          </w:p>
        </w:tc>
      </w:tr>
      <w:tr w:rsidR="00B6293A" w:rsidRPr="00B6293A" w14:paraId="5F4C7EE8"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655B743D" w14:textId="632E8D39" w:rsidR="00F43968" w:rsidRPr="00B6293A" w:rsidRDefault="00634BC2">
            <w:pPr>
              <w:spacing w:after="0" w:line="240" w:lineRule="auto"/>
              <w:rPr>
                <w:rFonts w:cs="Times New Roman"/>
                <w:color w:val="auto"/>
                <w:sz w:val="28"/>
                <w:szCs w:val="28"/>
              </w:rPr>
            </w:pPr>
            <w:r w:rsidRPr="00B6293A">
              <w:rPr>
                <w:rFonts w:cs="Times New Roman"/>
                <w:b/>
                <w:color w:val="auto"/>
                <w:sz w:val="28"/>
                <w:szCs w:val="28"/>
              </w:rPr>
              <w:t xml:space="preserve">24. </w:t>
            </w:r>
            <w:r w:rsidRPr="00B6293A">
              <w:rPr>
                <w:rFonts w:cs="Times New Roman"/>
                <w:color w:val="auto"/>
                <w:sz w:val="28"/>
                <w:szCs w:val="28"/>
              </w:rPr>
              <w:t>A. interesting</w:t>
            </w:r>
          </w:p>
        </w:tc>
        <w:tc>
          <w:tcPr>
            <w:tcW w:w="2622" w:type="dxa"/>
            <w:tcBorders>
              <w:top w:val="nil"/>
              <w:left w:val="nil"/>
              <w:bottom w:val="nil"/>
              <w:right w:val="nil"/>
            </w:tcBorders>
            <w:tcMar>
              <w:top w:w="10" w:type="dxa"/>
              <w:left w:w="50" w:type="dxa"/>
              <w:bottom w:w="15" w:type="dxa"/>
              <w:right w:w="70" w:type="dxa"/>
            </w:tcMar>
          </w:tcPr>
          <w:p w14:paraId="008738D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B. </w:t>
            </w:r>
            <w:r w:rsidRPr="00B6293A">
              <w:rPr>
                <w:rFonts w:cs="Times New Roman"/>
                <w:color w:val="auto"/>
                <w:sz w:val="28"/>
                <w:szCs w:val="28"/>
              </w:rPr>
              <w:t>interested</w:t>
            </w:r>
          </w:p>
        </w:tc>
        <w:tc>
          <w:tcPr>
            <w:tcW w:w="2622" w:type="dxa"/>
            <w:tcBorders>
              <w:top w:val="nil"/>
              <w:left w:val="nil"/>
              <w:bottom w:val="nil"/>
              <w:right w:val="nil"/>
            </w:tcBorders>
            <w:tcMar>
              <w:top w:w="10" w:type="dxa"/>
              <w:left w:w="50" w:type="dxa"/>
              <w:bottom w:w="15" w:type="dxa"/>
              <w:right w:w="70" w:type="dxa"/>
            </w:tcMar>
          </w:tcPr>
          <w:p w14:paraId="5E9CE43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interest</w:t>
            </w:r>
          </w:p>
        </w:tc>
        <w:tc>
          <w:tcPr>
            <w:tcW w:w="2622" w:type="dxa"/>
            <w:gridSpan w:val="2"/>
            <w:tcBorders>
              <w:top w:val="nil"/>
              <w:left w:val="nil"/>
              <w:bottom w:val="nil"/>
              <w:right w:val="nil"/>
            </w:tcBorders>
            <w:tcMar>
              <w:top w:w="10" w:type="dxa"/>
              <w:left w:w="50" w:type="dxa"/>
              <w:bottom w:w="15" w:type="dxa"/>
              <w:right w:w="70" w:type="dxa"/>
            </w:tcMar>
          </w:tcPr>
          <w:p w14:paraId="43EC678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interests</w:t>
            </w:r>
          </w:p>
        </w:tc>
      </w:tr>
      <w:tr w:rsidR="00B6293A" w:rsidRPr="00B6293A" w14:paraId="6A8F6361"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5D596EBD" w14:textId="0BECA7AA" w:rsidR="00F43968" w:rsidRPr="00B6293A" w:rsidRDefault="00634BC2">
            <w:pPr>
              <w:spacing w:after="0" w:line="240" w:lineRule="auto"/>
              <w:rPr>
                <w:rFonts w:cs="Times New Roman"/>
                <w:color w:val="auto"/>
                <w:sz w:val="28"/>
                <w:szCs w:val="28"/>
              </w:rPr>
            </w:pPr>
            <w:r w:rsidRPr="00B6293A">
              <w:rPr>
                <w:rFonts w:cs="Times New Roman"/>
                <w:b/>
                <w:color w:val="auto"/>
                <w:sz w:val="28"/>
                <w:szCs w:val="28"/>
              </w:rPr>
              <w:t xml:space="preserve">25. </w:t>
            </w:r>
            <w:r w:rsidRPr="00B6293A">
              <w:rPr>
                <w:rFonts w:cs="Times New Roman"/>
                <w:color w:val="auto"/>
                <w:sz w:val="28"/>
                <w:szCs w:val="28"/>
              </w:rPr>
              <w:t>A. do</w:t>
            </w:r>
          </w:p>
        </w:tc>
        <w:tc>
          <w:tcPr>
            <w:tcW w:w="2622" w:type="dxa"/>
            <w:tcBorders>
              <w:top w:val="nil"/>
              <w:left w:val="nil"/>
              <w:bottom w:val="nil"/>
              <w:right w:val="nil"/>
            </w:tcBorders>
            <w:tcMar>
              <w:top w:w="10" w:type="dxa"/>
              <w:left w:w="50" w:type="dxa"/>
              <w:bottom w:w="15" w:type="dxa"/>
              <w:right w:w="70" w:type="dxa"/>
            </w:tcMar>
          </w:tcPr>
          <w:p w14:paraId="4AFA386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did</w:t>
            </w:r>
          </w:p>
        </w:tc>
        <w:tc>
          <w:tcPr>
            <w:tcW w:w="2622" w:type="dxa"/>
            <w:tcBorders>
              <w:top w:val="nil"/>
              <w:left w:val="nil"/>
              <w:bottom w:val="nil"/>
              <w:right w:val="nil"/>
            </w:tcBorders>
            <w:tcMar>
              <w:top w:w="10" w:type="dxa"/>
              <w:left w:w="50" w:type="dxa"/>
              <w:bottom w:w="15" w:type="dxa"/>
              <w:right w:w="70" w:type="dxa"/>
            </w:tcMar>
          </w:tcPr>
          <w:p w14:paraId="7C51B46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doing</w:t>
            </w:r>
          </w:p>
        </w:tc>
        <w:tc>
          <w:tcPr>
            <w:tcW w:w="2622" w:type="dxa"/>
            <w:gridSpan w:val="2"/>
            <w:tcBorders>
              <w:top w:val="nil"/>
              <w:left w:val="nil"/>
              <w:bottom w:val="nil"/>
              <w:right w:val="nil"/>
            </w:tcBorders>
            <w:tcMar>
              <w:top w:w="10" w:type="dxa"/>
              <w:left w:w="50" w:type="dxa"/>
              <w:bottom w:w="15" w:type="dxa"/>
              <w:right w:w="70" w:type="dxa"/>
            </w:tcMar>
          </w:tcPr>
          <w:p w14:paraId="6582EB7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to doing</w:t>
            </w:r>
          </w:p>
        </w:tc>
      </w:tr>
      <w:tr w:rsidR="00B6293A" w:rsidRPr="00B6293A" w14:paraId="6893FBEE"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6E2EA013" w14:textId="10E8E413" w:rsidR="00F43968" w:rsidRPr="00B6293A" w:rsidRDefault="00634BC2">
            <w:pPr>
              <w:spacing w:after="0" w:line="240" w:lineRule="auto"/>
              <w:rPr>
                <w:rFonts w:cs="Times New Roman"/>
                <w:color w:val="auto"/>
                <w:sz w:val="28"/>
                <w:szCs w:val="28"/>
              </w:rPr>
            </w:pPr>
            <w:r w:rsidRPr="00B6293A">
              <w:rPr>
                <w:rFonts w:cs="Times New Roman"/>
                <w:b/>
                <w:color w:val="auto"/>
                <w:sz w:val="28"/>
                <w:szCs w:val="28"/>
              </w:rPr>
              <w:t xml:space="preserve">26. </w:t>
            </w:r>
            <w:r w:rsidRPr="00B6293A">
              <w:rPr>
                <w:rFonts w:cs="Times New Roman"/>
                <w:color w:val="auto"/>
                <w:sz w:val="28"/>
                <w:szCs w:val="28"/>
              </w:rPr>
              <w:t>A. trying</w:t>
            </w:r>
          </w:p>
        </w:tc>
        <w:tc>
          <w:tcPr>
            <w:tcW w:w="2622" w:type="dxa"/>
            <w:tcBorders>
              <w:top w:val="nil"/>
              <w:left w:val="nil"/>
              <w:bottom w:val="nil"/>
              <w:right w:val="nil"/>
            </w:tcBorders>
            <w:tcMar>
              <w:top w:w="10" w:type="dxa"/>
              <w:left w:w="50" w:type="dxa"/>
              <w:bottom w:w="15" w:type="dxa"/>
              <w:right w:w="70" w:type="dxa"/>
            </w:tcMar>
          </w:tcPr>
          <w:p w14:paraId="0DBFE40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try</w:t>
            </w:r>
          </w:p>
        </w:tc>
        <w:tc>
          <w:tcPr>
            <w:tcW w:w="2622" w:type="dxa"/>
            <w:tcBorders>
              <w:top w:val="nil"/>
              <w:left w:val="nil"/>
              <w:bottom w:val="nil"/>
              <w:right w:val="nil"/>
            </w:tcBorders>
            <w:tcMar>
              <w:top w:w="10" w:type="dxa"/>
              <w:left w:w="50" w:type="dxa"/>
              <w:bottom w:w="15" w:type="dxa"/>
              <w:right w:w="70" w:type="dxa"/>
            </w:tcMar>
          </w:tcPr>
          <w:p w14:paraId="159C96F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to try</w:t>
            </w:r>
          </w:p>
        </w:tc>
        <w:tc>
          <w:tcPr>
            <w:tcW w:w="2622" w:type="dxa"/>
            <w:gridSpan w:val="2"/>
            <w:tcBorders>
              <w:top w:val="nil"/>
              <w:left w:val="nil"/>
              <w:bottom w:val="nil"/>
              <w:right w:val="nil"/>
            </w:tcBorders>
            <w:tcMar>
              <w:top w:w="10" w:type="dxa"/>
              <w:left w:w="50" w:type="dxa"/>
              <w:bottom w:w="15" w:type="dxa"/>
              <w:right w:w="70" w:type="dxa"/>
            </w:tcMar>
          </w:tcPr>
          <w:p w14:paraId="3358968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tried</w:t>
            </w:r>
          </w:p>
        </w:tc>
      </w:tr>
      <w:tr w:rsidR="00B6293A" w:rsidRPr="00B6293A" w14:paraId="40A258DD"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5361A507" w14:textId="51827309" w:rsidR="00F43968" w:rsidRPr="00B6293A" w:rsidRDefault="00634BC2">
            <w:pPr>
              <w:spacing w:after="0" w:line="240" w:lineRule="auto"/>
              <w:rPr>
                <w:rFonts w:cs="Times New Roman"/>
                <w:color w:val="auto"/>
                <w:sz w:val="28"/>
                <w:szCs w:val="28"/>
              </w:rPr>
            </w:pPr>
            <w:r w:rsidRPr="00B6293A">
              <w:rPr>
                <w:rFonts w:cs="Times New Roman"/>
                <w:b/>
                <w:color w:val="auto"/>
                <w:sz w:val="28"/>
                <w:szCs w:val="28"/>
              </w:rPr>
              <w:t xml:space="preserve">27. </w:t>
            </w:r>
            <w:r w:rsidRPr="00B6293A">
              <w:rPr>
                <w:rFonts w:cs="Times New Roman"/>
                <w:color w:val="auto"/>
                <w:sz w:val="28"/>
                <w:szCs w:val="28"/>
              </w:rPr>
              <w:t>A. so</w:t>
            </w:r>
          </w:p>
        </w:tc>
        <w:tc>
          <w:tcPr>
            <w:tcW w:w="2622" w:type="dxa"/>
            <w:tcBorders>
              <w:top w:val="nil"/>
              <w:left w:val="nil"/>
              <w:bottom w:val="nil"/>
              <w:right w:val="nil"/>
            </w:tcBorders>
            <w:tcMar>
              <w:top w:w="10" w:type="dxa"/>
              <w:left w:w="50" w:type="dxa"/>
              <w:bottom w:w="15" w:type="dxa"/>
              <w:right w:w="70" w:type="dxa"/>
            </w:tcMar>
          </w:tcPr>
          <w:p w14:paraId="6404E64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but</w:t>
            </w:r>
          </w:p>
        </w:tc>
        <w:tc>
          <w:tcPr>
            <w:tcW w:w="2622" w:type="dxa"/>
            <w:tcBorders>
              <w:top w:val="nil"/>
              <w:left w:val="nil"/>
              <w:bottom w:val="nil"/>
              <w:right w:val="nil"/>
            </w:tcBorders>
            <w:tcMar>
              <w:top w:w="10" w:type="dxa"/>
              <w:left w:w="50" w:type="dxa"/>
              <w:bottom w:w="15" w:type="dxa"/>
              <w:right w:w="70" w:type="dxa"/>
            </w:tcMar>
          </w:tcPr>
          <w:p w14:paraId="2B03A28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because</w:t>
            </w:r>
          </w:p>
        </w:tc>
        <w:tc>
          <w:tcPr>
            <w:tcW w:w="2622" w:type="dxa"/>
            <w:gridSpan w:val="2"/>
            <w:tcBorders>
              <w:top w:val="nil"/>
              <w:left w:val="nil"/>
              <w:bottom w:val="nil"/>
              <w:right w:val="nil"/>
            </w:tcBorders>
            <w:tcMar>
              <w:top w:w="10" w:type="dxa"/>
              <w:left w:w="50" w:type="dxa"/>
              <w:bottom w:w="15" w:type="dxa"/>
              <w:right w:w="70" w:type="dxa"/>
            </w:tcMar>
          </w:tcPr>
          <w:p w14:paraId="457F531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although</w:t>
            </w:r>
          </w:p>
        </w:tc>
      </w:tr>
    </w:tbl>
    <w:p w14:paraId="2F37FE23"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Task 2. Read the text and choose the correct answer A, B, C, or D.</w:t>
      </w:r>
    </w:p>
    <w:tbl>
      <w:tblPr>
        <w:tblW w:w="0" w:type="auto"/>
        <w:jc w:val="center"/>
        <w:tblLayout w:type="fixed"/>
        <w:tblLook w:val="04A0" w:firstRow="1" w:lastRow="0" w:firstColumn="1" w:lastColumn="0" w:noHBand="0" w:noVBand="1"/>
      </w:tblPr>
      <w:tblGrid>
        <w:gridCol w:w="10488"/>
      </w:tblGrid>
      <w:tr w:rsidR="00B6293A" w:rsidRPr="00B6293A" w14:paraId="0A570F8E" w14:textId="77777777">
        <w:trPr>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140" w:type="dxa"/>
              <w:bottom w:w="100" w:type="dxa"/>
              <w:right w:w="140" w:type="dxa"/>
            </w:tcMar>
          </w:tcPr>
          <w:p w14:paraId="121D551E" w14:textId="77777777" w:rsidR="00F43968" w:rsidRPr="00B6293A" w:rsidRDefault="00634BC2">
            <w:pPr>
              <w:spacing w:after="0" w:line="259" w:lineRule="auto"/>
              <w:rPr>
                <w:rFonts w:cs="Times New Roman"/>
                <w:color w:val="auto"/>
                <w:sz w:val="28"/>
                <w:szCs w:val="28"/>
              </w:rPr>
            </w:pPr>
            <w:r w:rsidRPr="00B6293A">
              <w:rPr>
                <w:rFonts w:cs="Times New Roman"/>
                <w:color w:val="auto"/>
                <w:sz w:val="28"/>
                <w:szCs w:val="28"/>
              </w:rPr>
              <w:t xml:space="preserve">Teenagers around the world spend their free time in different ways. Sakura, who lives in Kyoto, Japan, is keen on doing origami. She usually works on her own and uses </w:t>
            </w:r>
            <w:proofErr w:type="spellStart"/>
            <w:r w:rsidRPr="00B6293A">
              <w:rPr>
                <w:rFonts w:cs="Times New Roman"/>
                <w:color w:val="auto"/>
                <w:sz w:val="28"/>
                <w:szCs w:val="28"/>
              </w:rPr>
              <w:t>coloured</w:t>
            </w:r>
            <w:proofErr w:type="spellEnd"/>
            <w:r w:rsidRPr="00B6293A">
              <w:rPr>
                <w:rFonts w:cs="Times New Roman"/>
                <w:color w:val="auto"/>
                <w:sz w:val="28"/>
                <w:szCs w:val="28"/>
              </w:rPr>
              <w:t xml:space="preserve"> paper to make birds, flowers, and fans. She likes this activity because it helps</w:t>
            </w:r>
            <w:r w:rsidRPr="00B6293A">
              <w:rPr>
                <w:rFonts w:cs="Times New Roman"/>
                <w:color w:val="auto"/>
                <w:sz w:val="28"/>
                <w:szCs w:val="28"/>
              </w:rPr>
              <w:t xml:space="preserve"> her relax and </w:t>
            </w:r>
            <w:r w:rsidRPr="00B6293A">
              <w:rPr>
                <w:rFonts w:cs="Times New Roman"/>
                <w:color w:val="auto"/>
                <w:sz w:val="28"/>
                <w:szCs w:val="28"/>
              </w:rPr>
              <w:lastRenderedPageBreak/>
              <w:t>develop her creativity. Eric lives in St. Gallen, Switzerland, near a famous ski resort. He is crazy about snowboarding and goes with his parents most weekends in winter. According to Eric, the sport improves his balance and keeps him fit. L</w:t>
            </w:r>
            <w:r w:rsidRPr="00B6293A">
              <w:rPr>
                <w:rFonts w:cs="Times New Roman"/>
                <w:color w:val="auto"/>
                <w:sz w:val="28"/>
                <w:szCs w:val="28"/>
              </w:rPr>
              <w:t xml:space="preserve">an is from Quang </w:t>
            </w:r>
            <w:proofErr w:type="spellStart"/>
            <w:r w:rsidRPr="00B6293A">
              <w:rPr>
                <w:rFonts w:cs="Times New Roman"/>
                <w:color w:val="auto"/>
                <w:sz w:val="28"/>
                <w:szCs w:val="28"/>
              </w:rPr>
              <w:t>Binh</w:t>
            </w:r>
            <w:proofErr w:type="spellEnd"/>
            <w:r w:rsidRPr="00B6293A">
              <w:rPr>
                <w:rFonts w:cs="Times New Roman"/>
                <w:color w:val="auto"/>
                <w:sz w:val="28"/>
                <w:szCs w:val="28"/>
              </w:rPr>
              <w:t xml:space="preserve">, Viet Nam. She prefers playing badminton with her best friend to staying indoors. They meet at a sports </w:t>
            </w:r>
            <w:proofErr w:type="spellStart"/>
            <w:r w:rsidRPr="00B6293A">
              <w:rPr>
                <w:rFonts w:cs="Times New Roman"/>
                <w:color w:val="auto"/>
                <w:sz w:val="28"/>
                <w:szCs w:val="28"/>
              </w:rPr>
              <w:t>centre</w:t>
            </w:r>
            <w:proofErr w:type="spellEnd"/>
            <w:r w:rsidRPr="00B6293A">
              <w:rPr>
                <w:rFonts w:cs="Times New Roman"/>
                <w:color w:val="auto"/>
                <w:sz w:val="28"/>
                <w:szCs w:val="28"/>
              </w:rPr>
              <w:t xml:space="preserve"> near their school almost every afternoon. Lan says badminton is enjoyable, reduces stress, and gives her a chance to talk w</w:t>
            </w:r>
            <w:r w:rsidRPr="00B6293A">
              <w:rPr>
                <w:rFonts w:cs="Times New Roman"/>
                <w:color w:val="auto"/>
                <w:sz w:val="28"/>
                <w:szCs w:val="28"/>
              </w:rPr>
              <w:t>ith her friend. Although their activities are different, all three teenagers believe that a good hobby can make life healthier and happier.</w:t>
            </w:r>
          </w:p>
        </w:tc>
      </w:tr>
    </w:tbl>
    <w:p w14:paraId="1A198AD4"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lastRenderedPageBreak/>
        <w:t>28.</w:t>
      </w:r>
      <w:r w:rsidRPr="00B6293A">
        <w:rPr>
          <w:rFonts w:cs="Times New Roman"/>
          <w:color w:val="auto"/>
          <w:sz w:val="28"/>
          <w:szCs w:val="28"/>
        </w:rPr>
        <w:t xml:space="preserve"> Why does Sakura enjoy doing origami?</w:t>
      </w:r>
    </w:p>
    <w:tbl>
      <w:tblPr>
        <w:tblW w:w="0" w:type="auto"/>
        <w:jc w:val="center"/>
        <w:tblLayout w:type="fixed"/>
        <w:tblLook w:val="04A0" w:firstRow="1" w:lastRow="0" w:firstColumn="1" w:lastColumn="0" w:noHBand="0" w:noVBand="1"/>
      </w:tblPr>
      <w:tblGrid>
        <w:gridCol w:w="5244"/>
        <w:gridCol w:w="5244"/>
      </w:tblGrid>
      <w:tr w:rsidR="00B6293A" w:rsidRPr="00B6293A" w14:paraId="011410A8"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60EFA22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It helps her travel.</w:t>
            </w:r>
          </w:p>
        </w:tc>
        <w:tc>
          <w:tcPr>
            <w:tcW w:w="5244" w:type="dxa"/>
            <w:tcBorders>
              <w:top w:val="nil"/>
              <w:left w:val="nil"/>
              <w:bottom w:val="nil"/>
              <w:right w:val="nil"/>
            </w:tcBorders>
            <w:tcMar>
              <w:top w:w="10" w:type="dxa"/>
              <w:left w:w="50" w:type="dxa"/>
              <w:bottom w:w="15" w:type="dxa"/>
              <w:right w:w="70" w:type="dxa"/>
            </w:tcMar>
          </w:tcPr>
          <w:p w14:paraId="642BD84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It helps her relax and be creative.</w:t>
            </w:r>
          </w:p>
        </w:tc>
      </w:tr>
      <w:tr w:rsidR="00B6293A" w:rsidRPr="00B6293A" w14:paraId="690537B9"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79CFA4B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It help</w:t>
            </w:r>
            <w:r w:rsidRPr="00B6293A">
              <w:rPr>
                <w:rFonts w:cs="Times New Roman"/>
                <w:color w:val="auto"/>
                <w:sz w:val="28"/>
                <w:szCs w:val="28"/>
              </w:rPr>
              <w:t>s her make friends.</w:t>
            </w:r>
          </w:p>
        </w:tc>
        <w:tc>
          <w:tcPr>
            <w:tcW w:w="5244" w:type="dxa"/>
            <w:tcBorders>
              <w:top w:val="nil"/>
              <w:left w:val="nil"/>
              <w:bottom w:val="nil"/>
              <w:right w:val="nil"/>
            </w:tcBorders>
            <w:tcMar>
              <w:top w:w="10" w:type="dxa"/>
              <w:left w:w="50" w:type="dxa"/>
              <w:bottom w:w="15" w:type="dxa"/>
              <w:right w:w="70" w:type="dxa"/>
            </w:tcMar>
          </w:tcPr>
          <w:p w14:paraId="2DEFF135"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It helps her stay outdoors.</w:t>
            </w:r>
          </w:p>
        </w:tc>
      </w:tr>
    </w:tbl>
    <w:p w14:paraId="08379A43"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29.</w:t>
      </w:r>
      <w:r w:rsidRPr="00B6293A">
        <w:rPr>
          <w:rFonts w:cs="Times New Roman"/>
          <w:color w:val="auto"/>
          <w:sz w:val="28"/>
          <w:szCs w:val="28"/>
        </w:rPr>
        <w:t xml:space="preserve"> Who usually goes snowboarding with Eric?</w:t>
      </w:r>
    </w:p>
    <w:tbl>
      <w:tblPr>
        <w:tblW w:w="0" w:type="auto"/>
        <w:jc w:val="center"/>
        <w:tblLayout w:type="fixed"/>
        <w:tblLook w:val="04A0" w:firstRow="1" w:lastRow="0" w:firstColumn="1" w:lastColumn="0" w:noHBand="0" w:noVBand="1"/>
      </w:tblPr>
      <w:tblGrid>
        <w:gridCol w:w="5244"/>
        <w:gridCol w:w="5244"/>
      </w:tblGrid>
      <w:tr w:rsidR="00B6293A" w:rsidRPr="00B6293A" w14:paraId="23B772E3"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5825BEF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His parents</w:t>
            </w:r>
          </w:p>
        </w:tc>
        <w:tc>
          <w:tcPr>
            <w:tcW w:w="5244" w:type="dxa"/>
            <w:tcBorders>
              <w:top w:val="nil"/>
              <w:left w:val="nil"/>
              <w:bottom w:val="nil"/>
              <w:right w:val="nil"/>
            </w:tcBorders>
            <w:tcMar>
              <w:top w:w="10" w:type="dxa"/>
              <w:left w:w="50" w:type="dxa"/>
              <w:bottom w:w="15" w:type="dxa"/>
              <w:right w:w="70" w:type="dxa"/>
            </w:tcMar>
          </w:tcPr>
          <w:p w14:paraId="3B1B5C7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His classmates</w:t>
            </w:r>
          </w:p>
        </w:tc>
      </w:tr>
      <w:tr w:rsidR="00B6293A" w:rsidRPr="00B6293A" w14:paraId="571C0098"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4FBF3BA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His brother</w:t>
            </w:r>
          </w:p>
        </w:tc>
        <w:tc>
          <w:tcPr>
            <w:tcW w:w="5244" w:type="dxa"/>
            <w:tcBorders>
              <w:top w:val="nil"/>
              <w:left w:val="nil"/>
              <w:bottom w:val="nil"/>
              <w:right w:val="nil"/>
            </w:tcBorders>
            <w:tcMar>
              <w:top w:w="10" w:type="dxa"/>
              <w:left w:w="50" w:type="dxa"/>
              <w:bottom w:w="15" w:type="dxa"/>
              <w:right w:w="70" w:type="dxa"/>
            </w:tcMar>
          </w:tcPr>
          <w:p w14:paraId="765FDFD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His teacher</w:t>
            </w:r>
          </w:p>
        </w:tc>
      </w:tr>
    </w:tbl>
    <w:p w14:paraId="684FA2DB"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30.</w:t>
      </w:r>
      <w:r w:rsidRPr="00B6293A">
        <w:rPr>
          <w:rFonts w:cs="Times New Roman"/>
          <w:color w:val="auto"/>
          <w:sz w:val="28"/>
          <w:szCs w:val="28"/>
        </w:rPr>
        <w:t xml:space="preserve"> Which statement about Lan is correct?</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7A2359A5"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52278B0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She plays only at weekends.</w:t>
            </w:r>
          </w:p>
        </w:tc>
        <w:tc>
          <w:tcPr>
            <w:tcW w:w="2622" w:type="dxa"/>
            <w:tcBorders>
              <w:top w:val="nil"/>
              <w:left w:val="nil"/>
              <w:bottom w:val="nil"/>
              <w:right w:val="nil"/>
            </w:tcBorders>
            <w:tcMar>
              <w:top w:w="10" w:type="dxa"/>
              <w:left w:w="50" w:type="dxa"/>
              <w:bottom w:w="15" w:type="dxa"/>
              <w:right w:w="70" w:type="dxa"/>
            </w:tcMar>
          </w:tcPr>
          <w:p w14:paraId="520D020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B. She prefers </w:t>
            </w:r>
            <w:r w:rsidRPr="00B6293A">
              <w:rPr>
                <w:rFonts w:cs="Times New Roman"/>
                <w:color w:val="auto"/>
                <w:sz w:val="28"/>
                <w:szCs w:val="28"/>
              </w:rPr>
              <w:t>staying indoors.</w:t>
            </w:r>
          </w:p>
        </w:tc>
        <w:tc>
          <w:tcPr>
            <w:tcW w:w="2622" w:type="dxa"/>
            <w:tcBorders>
              <w:top w:val="nil"/>
              <w:left w:val="nil"/>
              <w:bottom w:val="nil"/>
              <w:right w:val="nil"/>
            </w:tcBorders>
            <w:tcMar>
              <w:top w:w="10" w:type="dxa"/>
              <w:left w:w="50" w:type="dxa"/>
              <w:bottom w:w="15" w:type="dxa"/>
              <w:right w:w="70" w:type="dxa"/>
            </w:tcMar>
          </w:tcPr>
          <w:p w14:paraId="58139DC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She plays alone at home.</w:t>
            </w:r>
          </w:p>
        </w:tc>
        <w:tc>
          <w:tcPr>
            <w:tcW w:w="2622" w:type="dxa"/>
            <w:tcBorders>
              <w:top w:val="nil"/>
              <w:left w:val="nil"/>
              <w:bottom w:val="nil"/>
              <w:right w:val="nil"/>
            </w:tcBorders>
            <w:tcMar>
              <w:top w:w="10" w:type="dxa"/>
              <w:left w:w="50" w:type="dxa"/>
              <w:bottom w:w="15" w:type="dxa"/>
              <w:right w:w="70" w:type="dxa"/>
            </w:tcMar>
          </w:tcPr>
          <w:p w14:paraId="039805CE"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She often plays with a friend.</w:t>
            </w:r>
          </w:p>
        </w:tc>
      </w:tr>
    </w:tbl>
    <w:p w14:paraId="3932F66B"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31.</w:t>
      </w:r>
      <w:r w:rsidRPr="00B6293A">
        <w:rPr>
          <w:rFonts w:cs="Times New Roman"/>
          <w:color w:val="auto"/>
          <w:sz w:val="28"/>
          <w:szCs w:val="28"/>
        </w:rPr>
        <w:t xml:space="preserve"> Which leisure activity in the text mainly requires </w:t>
      </w:r>
      <w:proofErr w:type="spellStart"/>
      <w:r w:rsidRPr="00B6293A">
        <w:rPr>
          <w:rFonts w:cs="Times New Roman"/>
          <w:color w:val="auto"/>
          <w:sz w:val="28"/>
          <w:szCs w:val="28"/>
        </w:rPr>
        <w:t>coloured</w:t>
      </w:r>
      <w:proofErr w:type="spellEnd"/>
      <w:r w:rsidRPr="00B6293A">
        <w:rPr>
          <w:rFonts w:cs="Times New Roman"/>
          <w:color w:val="auto"/>
          <w:sz w:val="28"/>
          <w:szCs w:val="28"/>
        </w:rPr>
        <w:t xml:space="preserve"> paper?</w:t>
      </w:r>
    </w:p>
    <w:tbl>
      <w:tblPr>
        <w:tblW w:w="0" w:type="auto"/>
        <w:jc w:val="center"/>
        <w:tblLayout w:type="fixed"/>
        <w:tblLook w:val="04A0" w:firstRow="1" w:lastRow="0" w:firstColumn="1" w:lastColumn="0" w:noHBand="0" w:noVBand="1"/>
      </w:tblPr>
      <w:tblGrid>
        <w:gridCol w:w="5244"/>
        <w:gridCol w:w="5244"/>
      </w:tblGrid>
      <w:tr w:rsidR="00B6293A" w:rsidRPr="00B6293A" w14:paraId="3D67764D"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73243AD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Snowboarding</w:t>
            </w:r>
          </w:p>
        </w:tc>
        <w:tc>
          <w:tcPr>
            <w:tcW w:w="5244" w:type="dxa"/>
            <w:tcBorders>
              <w:top w:val="nil"/>
              <w:left w:val="nil"/>
              <w:bottom w:val="nil"/>
              <w:right w:val="nil"/>
            </w:tcBorders>
            <w:tcMar>
              <w:top w:w="10" w:type="dxa"/>
              <w:left w:w="50" w:type="dxa"/>
              <w:bottom w:w="15" w:type="dxa"/>
              <w:right w:w="70" w:type="dxa"/>
            </w:tcMar>
          </w:tcPr>
          <w:p w14:paraId="4FF321E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Badminton</w:t>
            </w:r>
          </w:p>
        </w:tc>
      </w:tr>
      <w:tr w:rsidR="00B6293A" w:rsidRPr="00B6293A" w14:paraId="37FD22CC"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45323F5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Origami</w:t>
            </w:r>
          </w:p>
        </w:tc>
        <w:tc>
          <w:tcPr>
            <w:tcW w:w="5244" w:type="dxa"/>
            <w:tcBorders>
              <w:top w:val="nil"/>
              <w:left w:val="nil"/>
              <w:bottom w:val="nil"/>
              <w:right w:val="nil"/>
            </w:tcBorders>
            <w:tcMar>
              <w:top w:w="10" w:type="dxa"/>
              <w:left w:w="50" w:type="dxa"/>
              <w:bottom w:w="15" w:type="dxa"/>
              <w:right w:w="70" w:type="dxa"/>
            </w:tcMar>
          </w:tcPr>
          <w:p w14:paraId="33B4BE8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Surfing the net</w:t>
            </w:r>
          </w:p>
        </w:tc>
      </w:tr>
    </w:tbl>
    <w:p w14:paraId="052CADFA" w14:textId="77777777" w:rsidR="00F43968" w:rsidRPr="00B6293A" w:rsidRDefault="00634BC2">
      <w:pPr>
        <w:keepLines/>
        <w:spacing w:after="20" w:line="240" w:lineRule="auto"/>
        <w:rPr>
          <w:rFonts w:cs="Times New Roman"/>
          <w:color w:val="auto"/>
          <w:sz w:val="28"/>
          <w:szCs w:val="28"/>
        </w:rPr>
      </w:pPr>
      <w:r w:rsidRPr="00B6293A">
        <w:rPr>
          <w:rFonts w:cs="Times New Roman"/>
          <w:b/>
          <w:color w:val="auto"/>
          <w:sz w:val="28"/>
          <w:szCs w:val="28"/>
        </w:rPr>
        <w:t>32.</w:t>
      </w:r>
      <w:r w:rsidRPr="00B6293A">
        <w:rPr>
          <w:rFonts w:cs="Times New Roman"/>
          <w:color w:val="auto"/>
          <w:sz w:val="28"/>
          <w:szCs w:val="28"/>
        </w:rPr>
        <w:t xml:space="preserve"> What idea do all three teenagers share?</w:t>
      </w:r>
    </w:p>
    <w:tbl>
      <w:tblPr>
        <w:tblW w:w="0" w:type="auto"/>
        <w:jc w:val="center"/>
        <w:tblLayout w:type="fixed"/>
        <w:tblLook w:val="04A0" w:firstRow="1" w:lastRow="0" w:firstColumn="1" w:lastColumn="0" w:noHBand="0" w:noVBand="1"/>
      </w:tblPr>
      <w:tblGrid>
        <w:gridCol w:w="50"/>
        <w:gridCol w:w="5194"/>
        <w:gridCol w:w="5244"/>
        <w:gridCol w:w="50"/>
      </w:tblGrid>
      <w:tr w:rsidR="00B6293A" w:rsidRPr="00B6293A" w14:paraId="0B6902A8" w14:textId="77777777" w:rsidTr="00730F22">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1E1AF65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Hobbies should always be expensive.</w:t>
            </w:r>
          </w:p>
        </w:tc>
      </w:tr>
      <w:tr w:rsidR="00B6293A" w:rsidRPr="00B6293A" w14:paraId="14597902" w14:textId="77777777" w:rsidTr="00730F22">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5697B0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Good hobbies can improve well-being.</w:t>
            </w:r>
          </w:p>
        </w:tc>
      </w:tr>
      <w:tr w:rsidR="00B6293A" w:rsidRPr="00B6293A" w14:paraId="2F569B8D" w14:textId="77777777" w:rsidTr="00730F22">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478408E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Teenagers should choose the same hobby.</w:t>
            </w:r>
          </w:p>
        </w:tc>
      </w:tr>
      <w:tr w:rsidR="00B6293A" w:rsidRPr="00B6293A" w14:paraId="40940AF2" w14:textId="77777777" w:rsidTr="00730F22">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5FE7C416" w14:textId="77777777" w:rsidR="00F43968" w:rsidRDefault="00634BC2">
            <w:pPr>
              <w:spacing w:after="0" w:line="240" w:lineRule="auto"/>
              <w:rPr>
                <w:rFonts w:cs="Times New Roman"/>
                <w:color w:val="auto"/>
                <w:sz w:val="28"/>
                <w:szCs w:val="28"/>
              </w:rPr>
            </w:pPr>
            <w:r w:rsidRPr="00B6293A">
              <w:rPr>
                <w:rFonts w:cs="Times New Roman"/>
                <w:color w:val="auto"/>
                <w:sz w:val="28"/>
                <w:szCs w:val="28"/>
              </w:rPr>
              <w:t>D. Outdoor activities are always better.</w:t>
            </w:r>
          </w:p>
          <w:p w14:paraId="289A3FF3" w14:textId="77777777" w:rsidR="00730F22" w:rsidRPr="00B6293A" w:rsidRDefault="00730F22">
            <w:pPr>
              <w:spacing w:after="0" w:line="240" w:lineRule="auto"/>
              <w:rPr>
                <w:rFonts w:cs="Times New Roman"/>
                <w:color w:val="auto"/>
                <w:sz w:val="28"/>
                <w:szCs w:val="28"/>
              </w:rPr>
            </w:pPr>
          </w:p>
        </w:tc>
      </w:tr>
      <w:tr w:rsidR="00B6293A" w:rsidRPr="00B6293A" w14:paraId="7B88FD72" w14:textId="77777777" w:rsidTr="00730F22">
        <w:trPr>
          <w:gridAfter w:val="1"/>
          <w:wAfter w:w="50" w:type="dxa"/>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38FEE28A" w14:textId="2F681AF8" w:rsidR="00F43968" w:rsidRPr="00B6293A" w:rsidRDefault="00634BC2">
            <w:pPr>
              <w:jc w:val="center"/>
              <w:rPr>
                <w:rFonts w:cs="Times New Roman"/>
                <w:color w:val="auto"/>
                <w:sz w:val="28"/>
                <w:szCs w:val="28"/>
              </w:rPr>
            </w:pPr>
            <w:r w:rsidRPr="00B6293A">
              <w:rPr>
                <w:rFonts w:cs="Times New Roman"/>
                <w:color w:val="auto"/>
                <w:sz w:val="28"/>
                <w:szCs w:val="28"/>
              </w:rPr>
              <w:br w:type="page"/>
            </w:r>
            <w:r w:rsidRPr="00730F22">
              <w:rPr>
                <w:rFonts w:cs="Times New Roman"/>
                <w:b/>
                <w:color w:val="FFFFFF" w:themeColor="background1"/>
                <w:sz w:val="28"/>
                <w:szCs w:val="28"/>
              </w:rPr>
              <w:t>PART VI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545A2F3" w14:textId="77777777" w:rsidR="00F43968" w:rsidRPr="00B6293A" w:rsidRDefault="00634BC2">
            <w:pPr>
              <w:keepNext/>
              <w:rPr>
                <w:rFonts w:cs="Times New Roman"/>
                <w:color w:val="auto"/>
                <w:sz w:val="28"/>
                <w:szCs w:val="28"/>
              </w:rPr>
            </w:pPr>
            <w:proofErr w:type="gramStart"/>
            <w:r w:rsidRPr="00B6293A">
              <w:rPr>
                <w:rFonts w:cs="Times New Roman"/>
                <w:b/>
                <w:color w:val="auto"/>
                <w:sz w:val="28"/>
                <w:szCs w:val="28"/>
              </w:rPr>
              <w:t>ORDERING  (</w:t>
            </w:r>
            <w:proofErr w:type="gramEnd"/>
            <w:r w:rsidRPr="00B6293A">
              <w:rPr>
                <w:rFonts w:cs="Times New Roman"/>
                <w:b/>
                <w:color w:val="auto"/>
                <w:sz w:val="28"/>
                <w:szCs w:val="28"/>
              </w:rPr>
              <w:t xml:space="preserve">0.5 </w:t>
            </w:r>
            <w:proofErr w:type="spellStart"/>
            <w:r w:rsidRPr="00B6293A">
              <w:rPr>
                <w:rFonts w:cs="Times New Roman"/>
                <w:b/>
                <w:color w:val="auto"/>
                <w:sz w:val="28"/>
                <w:szCs w:val="28"/>
              </w:rPr>
              <w:t>pt</w:t>
            </w:r>
            <w:proofErr w:type="spellEnd"/>
            <w:r w:rsidRPr="00B6293A">
              <w:rPr>
                <w:rFonts w:cs="Times New Roman"/>
                <w:b/>
                <w:color w:val="auto"/>
                <w:sz w:val="28"/>
                <w:szCs w:val="28"/>
              </w:rPr>
              <w:t>)</w:t>
            </w:r>
          </w:p>
        </w:tc>
      </w:tr>
    </w:tbl>
    <w:p w14:paraId="4E2F0040" w14:textId="77777777" w:rsidR="00F43968" w:rsidRPr="00730F22" w:rsidRDefault="00634BC2">
      <w:pPr>
        <w:keepNext/>
        <w:spacing w:after="60" w:line="240" w:lineRule="auto"/>
        <w:rPr>
          <w:rFonts w:cs="Times New Roman"/>
          <w:b/>
          <w:bCs/>
          <w:color w:val="auto"/>
          <w:sz w:val="28"/>
          <w:szCs w:val="28"/>
        </w:rPr>
      </w:pPr>
      <w:r w:rsidRPr="00730F22">
        <w:rPr>
          <w:rFonts w:cs="Times New Roman"/>
          <w:b/>
          <w:bCs/>
          <w:i/>
          <w:color w:val="auto"/>
          <w:sz w:val="28"/>
          <w:szCs w:val="28"/>
        </w:rPr>
        <w:t xml:space="preserve">Arrange the </w:t>
      </w:r>
      <w:r w:rsidRPr="00730F22">
        <w:rPr>
          <w:rFonts w:cs="Times New Roman"/>
          <w:b/>
          <w:bCs/>
          <w:i/>
          <w:color w:val="auto"/>
          <w:sz w:val="28"/>
          <w:szCs w:val="28"/>
        </w:rPr>
        <w:t>sentences to make a complete dialogue.</w:t>
      </w:r>
    </w:p>
    <w:p w14:paraId="7C296985"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33.</w:t>
      </w:r>
    </w:p>
    <w:p w14:paraId="5BC1FE16"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a. I’d love to. What time shall we meet?</w:t>
      </w:r>
    </w:p>
    <w:p w14:paraId="3C3D8C0D"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b. Do you fancy going to the DIY workshop this Saturday?</w:t>
      </w:r>
    </w:p>
    <w:p w14:paraId="2032A471"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c. At 9 a.m. outside the school hall.</w:t>
      </w:r>
    </w:p>
    <w:p w14:paraId="51DB5519"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d. Great! See you then.</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5B1535D0"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665C75F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A. a - b - c - d</w:t>
            </w:r>
          </w:p>
        </w:tc>
        <w:tc>
          <w:tcPr>
            <w:tcW w:w="2622" w:type="dxa"/>
            <w:tcBorders>
              <w:top w:val="nil"/>
              <w:left w:val="nil"/>
              <w:bottom w:val="nil"/>
              <w:right w:val="nil"/>
            </w:tcBorders>
            <w:tcMar>
              <w:top w:w="10" w:type="dxa"/>
              <w:left w:w="50" w:type="dxa"/>
              <w:bottom w:w="15" w:type="dxa"/>
              <w:right w:w="70" w:type="dxa"/>
            </w:tcMar>
          </w:tcPr>
          <w:p w14:paraId="0425CB4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B. b - c - a - d</w:t>
            </w:r>
          </w:p>
        </w:tc>
        <w:tc>
          <w:tcPr>
            <w:tcW w:w="2622" w:type="dxa"/>
            <w:tcBorders>
              <w:top w:val="nil"/>
              <w:left w:val="nil"/>
              <w:bottom w:val="nil"/>
              <w:right w:val="nil"/>
            </w:tcBorders>
            <w:tcMar>
              <w:top w:w="10" w:type="dxa"/>
              <w:left w:w="50" w:type="dxa"/>
              <w:bottom w:w="15" w:type="dxa"/>
              <w:right w:w="70" w:type="dxa"/>
            </w:tcMar>
          </w:tcPr>
          <w:p w14:paraId="38F396F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 b - a - c - d</w:t>
            </w:r>
          </w:p>
        </w:tc>
        <w:tc>
          <w:tcPr>
            <w:tcW w:w="2622" w:type="dxa"/>
            <w:tcBorders>
              <w:top w:val="nil"/>
              <w:left w:val="nil"/>
              <w:bottom w:val="nil"/>
              <w:right w:val="nil"/>
            </w:tcBorders>
            <w:tcMar>
              <w:top w:w="10" w:type="dxa"/>
              <w:left w:w="50" w:type="dxa"/>
              <w:bottom w:w="15" w:type="dxa"/>
              <w:right w:w="70" w:type="dxa"/>
            </w:tcMar>
          </w:tcPr>
          <w:p w14:paraId="73F362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 c - b - d - a</w:t>
            </w:r>
          </w:p>
        </w:tc>
      </w:tr>
    </w:tbl>
    <w:p w14:paraId="57BE4A99"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34.</w:t>
      </w:r>
    </w:p>
    <w:p w14:paraId="3A40A7D9"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a. Why do you like it?</w:t>
      </w:r>
    </w:p>
    <w:p w14:paraId="5D74089F"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b. What do you do in your free time?</w:t>
      </w:r>
    </w:p>
    <w:p w14:paraId="477B9EF7" w14:textId="77777777" w:rsidR="00F43968" w:rsidRPr="00B6293A" w:rsidRDefault="00634BC2">
      <w:pPr>
        <w:spacing w:after="20"/>
        <w:ind w:left="255"/>
        <w:rPr>
          <w:rFonts w:cs="Times New Roman"/>
          <w:color w:val="auto"/>
          <w:sz w:val="28"/>
          <w:szCs w:val="28"/>
        </w:rPr>
      </w:pPr>
      <w:r w:rsidRPr="00B6293A">
        <w:rPr>
          <w:rFonts w:cs="Times New Roman"/>
          <w:color w:val="auto"/>
          <w:sz w:val="28"/>
          <w:szCs w:val="28"/>
        </w:rPr>
        <w:t>c. I’m keen on surfing the net.</w:t>
      </w:r>
    </w:p>
    <w:p w14:paraId="6C8E5673" w14:textId="77777777" w:rsidR="00F43968" w:rsidRDefault="00634BC2">
      <w:pPr>
        <w:spacing w:after="20"/>
        <w:ind w:left="255"/>
        <w:rPr>
          <w:rFonts w:cs="Times New Roman"/>
          <w:color w:val="auto"/>
          <w:sz w:val="28"/>
          <w:szCs w:val="28"/>
        </w:rPr>
      </w:pPr>
      <w:r w:rsidRPr="00B6293A">
        <w:rPr>
          <w:rFonts w:cs="Times New Roman"/>
          <w:color w:val="auto"/>
          <w:sz w:val="28"/>
          <w:szCs w:val="28"/>
        </w:rPr>
        <w:t>d. Because I can learn new things and keep in touch with friends.</w:t>
      </w:r>
    </w:p>
    <w:tbl>
      <w:tblPr>
        <w:tblW w:w="15322" w:type="dxa"/>
        <w:jc w:val="center"/>
        <w:tblLayout w:type="fixed"/>
        <w:tblLook w:val="04A0" w:firstRow="1" w:lastRow="0" w:firstColumn="1" w:lastColumn="0" w:noHBand="0" w:noVBand="1"/>
      </w:tblPr>
      <w:tblGrid>
        <w:gridCol w:w="5253"/>
        <w:gridCol w:w="2551"/>
        <w:gridCol w:w="2551"/>
        <w:gridCol w:w="4967"/>
      </w:tblGrid>
      <w:tr w:rsidR="007A369D" w:rsidRPr="00B6293A" w14:paraId="15B52098" w14:textId="77777777" w:rsidTr="007A369D">
        <w:trPr>
          <w:cantSplit/>
          <w:jc w:val="center"/>
        </w:trPr>
        <w:tc>
          <w:tcPr>
            <w:tcW w:w="5253" w:type="dxa"/>
            <w:tcBorders>
              <w:top w:val="nil"/>
              <w:left w:val="nil"/>
              <w:bottom w:val="nil"/>
              <w:right w:val="nil"/>
            </w:tcBorders>
            <w:tcMar>
              <w:top w:w="10" w:type="dxa"/>
              <w:left w:w="50" w:type="dxa"/>
              <w:bottom w:w="15" w:type="dxa"/>
              <w:right w:w="70" w:type="dxa"/>
            </w:tcMar>
          </w:tcPr>
          <w:p w14:paraId="6E8CDB13" w14:textId="165ACEBD" w:rsidR="007A369D" w:rsidRPr="00B6293A" w:rsidRDefault="007A369D" w:rsidP="006A7274">
            <w:pPr>
              <w:spacing w:after="0" w:line="240" w:lineRule="auto"/>
              <w:ind w:left="2347"/>
              <w:rPr>
                <w:rFonts w:cs="Times New Roman"/>
                <w:color w:val="auto"/>
                <w:sz w:val="28"/>
                <w:szCs w:val="28"/>
              </w:rPr>
            </w:pPr>
            <w:r>
              <w:rPr>
                <w:rFonts w:cs="Times New Roman"/>
                <w:color w:val="auto"/>
                <w:sz w:val="28"/>
                <w:szCs w:val="28"/>
              </w:rPr>
              <w:t xml:space="preserve">    </w:t>
            </w:r>
            <w:r w:rsidRPr="00B6293A">
              <w:rPr>
                <w:rFonts w:cs="Times New Roman"/>
                <w:color w:val="auto"/>
                <w:sz w:val="28"/>
                <w:szCs w:val="28"/>
              </w:rPr>
              <w:t>A. a - b - c - d</w:t>
            </w:r>
          </w:p>
        </w:tc>
        <w:tc>
          <w:tcPr>
            <w:tcW w:w="2551" w:type="dxa"/>
            <w:tcBorders>
              <w:top w:val="nil"/>
              <w:left w:val="nil"/>
              <w:bottom w:val="nil"/>
              <w:right w:val="nil"/>
            </w:tcBorders>
            <w:tcMar>
              <w:top w:w="10" w:type="dxa"/>
              <w:left w:w="50" w:type="dxa"/>
              <w:bottom w:w="15" w:type="dxa"/>
              <w:right w:w="70" w:type="dxa"/>
            </w:tcMar>
          </w:tcPr>
          <w:p w14:paraId="2CBD50A7" w14:textId="77777777" w:rsidR="007A369D" w:rsidRPr="00B6293A" w:rsidRDefault="007A369D" w:rsidP="006A7274">
            <w:pPr>
              <w:spacing w:after="0" w:line="240" w:lineRule="auto"/>
              <w:rPr>
                <w:rFonts w:cs="Times New Roman"/>
                <w:color w:val="auto"/>
                <w:sz w:val="28"/>
                <w:szCs w:val="28"/>
              </w:rPr>
            </w:pPr>
            <w:r w:rsidRPr="00B6293A">
              <w:rPr>
                <w:rFonts w:cs="Times New Roman"/>
                <w:color w:val="auto"/>
                <w:sz w:val="28"/>
                <w:szCs w:val="28"/>
              </w:rPr>
              <w:t>B. c - a - b - d</w:t>
            </w:r>
          </w:p>
        </w:tc>
        <w:tc>
          <w:tcPr>
            <w:tcW w:w="2551" w:type="dxa"/>
            <w:tcBorders>
              <w:top w:val="nil"/>
              <w:left w:val="nil"/>
              <w:bottom w:val="nil"/>
              <w:right w:val="nil"/>
            </w:tcBorders>
            <w:tcMar>
              <w:top w:w="10" w:type="dxa"/>
              <w:left w:w="50" w:type="dxa"/>
              <w:bottom w:w="15" w:type="dxa"/>
              <w:right w:w="70" w:type="dxa"/>
            </w:tcMar>
          </w:tcPr>
          <w:p w14:paraId="75CBEE1B" w14:textId="77777777" w:rsidR="007A369D" w:rsidRPr="00B6293A" w:rsidRDefault="007A369D" w:rsidP="006A7274">
            <w:pPr>
              <w:spacing w:after="0" w:line="240" w:lineRule="auto"/>
              <w:rPr>
                <w:rFonts w:cs="Times New Roman"/>
                <w:color w:val="auto"/>
                <w:sz w:val="28"/>
                <w:szCs w:val="28"/>
              </w:rPr>
            </w:pPr>
            <w:r w:rsidRPr="00B6293A">
              <w:rPr>
                <w:rFonts w:cs="Times New Roman"/>
                <w:color w:val="auto"/>
                <w:sz w:val="28"/>
                <w:szCs w:val="28"/>
              </w:rPr>
              <w:t>C. b - a - d - c</w:t>
            </w:r>
          </w:p>
        </w:tc>
        <w:tc>
          <w:tcPr>
            <w:tcW w:w="4967" w:type="dxa"/>
            <w:tcBorders>
              <w:top w:val="nil"/>
              <w:left w:val="nil"/>
              <w:bottom w:val="nil"/>
              <w:right w:val="nil"/>
            </w:tcBorders>
            <w:tcMar>
              <w:top w:w="10" w:type="dxa"/>
              <w:left w:w="50" w:type="dxa"/>
              <w:bottom w:w="15" w:type="dxa"/>
              <w:right w:w="70" w:type="dxa"/>
            </w:tcMar>
          </w:tcPr>
          <w:p w14:paraId="0DCDB8E6" w14:textId="77777777" w:rsidR="007A369D" w:rsidRDefault="007A369D" w:rsidP="006A7274">
            <w:pPr>
              <w:spacing w:after="0" w:line="240" w:lineRule="auto"/>
              <w:rPr>
                <w:rFonts w:cs="Times New Roman"/>
                <w:color w:val="auto"/>
                <w:sz w:val="28"/>
                <w:szCs w:val="28"/>
              </w:rPr>
            </w:pPr>
            <w:r w:rsidRPr="00B6293A">
              <w:rPr>
                <w:rFonts w:cs="Times New Roman"/>
                <w:color w:val="auto"/>
                <w:sz w:val="28"/>
                <w:szCs w:val="28"/>
              </w:rPr>
              <w:t xml:space="preserve">D. b - c - a </w:t>
            </w:r>
            <w:r>
              <w:rPr>
                <w:rFonts w:cs="Times New Roman"/>
                <w:color w:val="auto"/>
                <w:sz w:val="28"/>
                <w:szCs w:val="28"/>
              </w:rPr>
              <w:t>–</w:t>
            </w:r>
            <w:r w:rsidRPr="00B6293A">
              <w:rPr>
                <w:rFonts w:cs="Times New Roman"/>
                <w:color w:val="auto"/>
                <w:sz w:val="28"/>
                <w:szCs w:val="28"/>
              </w:rPr>
              <w:t xml:space="preserve"> d</w:t>
            </w:r>
          </w:p>
          <w:p w14:paraId="7DCFFA78" w14:textId="77777777" w:rsidR="00877ECE" w:rsidRDefault="00877ECE" w:rsidP="006A7274">
            <w:pPr>
              <w:spacing w:after="0" w:line="240" w:lineRule="auto"/>
              <w:rPr>
                <w:rFonts w:cs="Times New Roman"/>
                <w:color w:val="auto"/>
                <w:sz w:val="28"/>
                <w:szCs w:val="28"/>
              </w:rPr>
            </w:pPr>
          </w:p>
          <w:p w14:paraId="659ABEBD" w14:textId="77777777" w:rsidR="00877ECE" w:rsidRDefault="00877ECE" w:rsidP="006A7274">
            <w:pPr>
              <w:spacing w:after="0" w:line="240" w:lineRule="auto"/>
              <w:rPr>
                <w:rFonts w:cs="Times New Roman"/>
                <w:color w:val="auto"/>
                <w:sz w:val="28"/>
                <w:szCs w:val="28"/>
              </w:rPr>
            </w:pPr>
          </w:p>
          <w:p w14:paraId="2B7A810A" w14:textId="02EA233F" w:rsidR="00877ECE" w:rsidRPr="00B6293A" w:rsidRDefault="00877ECE" w:rsidP="006A7274">
            <w:pPr>
              <w:spacing w:after="0" w:line="240" w:lineRule="auto"/>
              <w:rPr>
                <w:rFonts w:cs="Times New Roman"/>
                <w:color w:val="auto"/>
                <w:sz w:val="28"/>
                <w:szCs w:val="28"/>
              </w:rPr>
            </w:pPr>
          </w:p>
        </w:tc>
      </w:tr>
    </w:tbl>
    <w:p w14:paraId="42C3D9F1" w14:textId="77777777" w:rsidR="007A369D" w:rsidRDefault="007A369D">
      <w:pPr>
        <w:spacing w:after="20"/>
        <w:ind w:left="255"/>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7A369D" w:rsidRPr="00B6293A" w14:paraId="5769C83E" w14:textId="77777777" w:rsidTr="006A7274">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13A3D442" w14:textId="1033DF8C" w:rsidR="007A369D" w:rsidRPr="00B6293A" w:rsidRDefault="007A369D" w:rsidP="006A7274">
            <w:pPr>
              <w:jc w:val="center"/>
              <w:rPr>
                <w:rFonts w:cs="Times New Roman"/>
                <w:color w:val="auto"/>
                <w:sz w:val="28"/>
                <w:szCs w:val="28"/>
              </w:rPr>
            </w:pPr>
            <w:r w:rsidRPr="00B6293A">
              <w:rPr>
                <w:rFonts w:cs="Times New Roman"/>
                <w:color w:val="auto"/>
                <w:sz w:val="28"/>
                <w:szCs w:val="28"/>
              </w:rPr>
              <w:br w:type="page"/>
            </w:r>
            <w:r w:rsidRPr="00730F22">
              <w:rPr>
                <w:rFonts w:cs="Times New Roman"/>
                <w:b/>
                <w:color w:val="FFFFFF" w:themeColor="background1"/>
                <w:sz w:val="28"/>
                <w:szCs w:val="28"/>
              </w:rPr>
              <w:t>PART VI</w:t>
            </w:r>
            <w:r>
              <w:rPr>
                <w:rFonts w:cs="Times New Roman"/>
                <w:b/>
                <w:color w:val="FFFFFF" w:themeColor="background1"/>
                <w:sz w:val="28"/>
                <w:szCs w:val="28"/>
              </w:rPr>
              <w:t>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0F12984F" w14:textId="11982A1E" w:rsidR="007A369D" w:rsidRPr="00B6293A" w:rsidRDefault="007A369D" w:rsidP="006A7274">
            <w:pPr>
              <w:keepNext/>
              <w:rPr>
                <w:rFonts w:cs="Times New Roman"/>
                <w:color w:val="auto"/>
                <w:sz w:val="28"/>
                <w:szCs w:val="28"/>
              </w:rPr>
            </w:pPr>
            <w:proofErr w:type="gramStart"/>
            <w:r>
              <w:rPr>
                <w:rFonts w:cs="Times New Roman"/>
                <w:b/>
                <w:color w:val="auto"/>
                <w:sz w:val="28"/>
                <w:szCs w:val="28"/>
              </w:rPr>
              <w:t>WRITING</w:t>
            </w:r>
            <w:r w:rsidRPr="00B6293A">
              <w:rPr>
                <w:rFonts w:cs="Times New Roman"/>
                <w:b/>
                <w:color w:val="auto"/>
                <w:sz w:val="28"/>
                <w:szCs w:val="28"/>
              </w:rPr>
              <w:t xml:space="preserve">  (</w:t>
            </w:r>
            <w:proofErr w:type="gramEnd"/>
            <w:r>
              <w:rPr>
                <w:rFonts w:cs="Times New Roman"/>
                <w:b/>
                <w:color w:val="auto"/>
                <w:sz w:val="28"/>
                <w:szCs w:val="28"/>
              </w:rPr>
              <w:t>1</w:t>
            </w:r>
            <w:r w:rsidRPr="00B6293A">
              <w:rPr>
                <w:rFonts w:cs="Times New Roman"/>
                <w:b/>
                <w:color w:val="auto"/>
                <w:sz w:val="28"/>
                <w:szCs w:val="28"/>
              </w:rPr>
              <w:t xml:space="preserve">.5 </w:t>
            </w:r>
            <w:proofErr w:type="spellStart"/>
            <w:r w:rsidRPr="00B6293A">
              <w:rPr>
                <w:rFonts w:cs="Times New Roman"/>
                <w:b/>
                <w:color w:val="auto"/>
                <w:sz w:val="28"/>
                <w:szCs w:val="28"/>
              </w:rPr>
              <w:t>pt</w:t>
            </w:r>
            <w:proofErr w:type="spellEnd"/>
            <w:r w:rsidRPr="00B6293A">
              <w:rPr>
                <w:rFonts w:cs="Times New Roman"/>
                <w:b/>
                <w:color w:val="auto"/>
                <w:sz w:val="28"/>
                <w:szCs w:val="28"/>
              </w:rPr>
              <w:t>)</w:t>
            </w:r>
          </w:p>
        </w:tc>
      </w:tr>
    </w:tbl>
    <w:p w14:paraId="311600DD"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 xml:space="preserve">Task 1. Rewrite each sentence so that it has a similar meaning to the original one. (1.0 </w:t>
      </w:r>
      <w:proofErr w:type="spellStart"/>
      <w:r w:rsidRPr="00B6293A">
        <w:rPr>
          <w:rFonts w:cs="Times New Roman"/>
          <w:b/>
          <w:color w:val="auto"/>
          <w:sz w:val="28"/>
          <w:szCs w:val="28"/>
        </w:rPr>
        <w:t>pt</w:t>
      </w:r>
      <w:proofErr w:type="spellEnd"/>
      <w:r w:rsidRPr="00B6293A">
        <w:rPr>
          <w:rFonts w:cs="Times New Roman"/>
          <w:b/>
          <w:color w:val="auto"/>
          <w:sz w:val="28"/>
          <w:szCs w:val="28"/>
        </w:rPr>
        <w:t>)</w:t>
      </w:r>
    </w:p>
    <w:p w14:paraId="342BF25B"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35.</w:t>
      </w:r>
      <w:r w:rsidRPr="00B6293A">
        <w:rPr>
          <w:rFonts w:cs="Times New Roman"/>
          <w:color w:val="auto"/>
          <w:sz w:val="28"/>
          <w:szCs w:val="28"/>
        </w:rPr>
        <w:t xml:space="preserve"> My cousin is crazy about playing computer games.</w:t>
      </w:r>
    </w:p>
    <w:p w14:paraId="14FD5F42" w14:textId="77777777" w:rsidR="00F43968" w:rsidRPr="00B6293A" w:rsidRDefault="00634BC2">
      <w:pPr>
        <w:spacing w:after="80" w:line="240" w:lineRule="auto"/>
        <w:ind w:left="255"/>
        <w:rPr>
          <w:rFonts w:cs="Times New Roman"/>
          <w:color w:val="auto"/>
          <w:sz w:val="28"/>
          <w:szCs w:val="28"/>
        </w:rPr>
      </w:pPr>
      <w:r w:rsidRPr="00B6293A">
        <w:rPr>
          <w:rFonts w:cs="Times New Roman"/>
          <w:color w:val="auto"/>
          <w:sz w:val="28"/>
          <w:szCs w:val="28"/>
        </w:rPr>
        <w:t xml:space="preserve">→ My cousin loves </w:t>
      </w:r>
      <w:r w:rsidRPr="00B6293A">
        <w:rPr>
          <w:rFonts w:cs="Times New Roman"/>
          <w:color w:val="auto"/>
          <w:sz w:val="28"/>
          <w:szCs w:val="28"/>
        </w:rPr>
        <w:t>________________________________________________________.</w:t>
      </w:r>
    </w:p>
    <w:p w14:paraId="573C246B"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36.</w:t>
      </w:r>
      <w:r w:rsidRPr="00B6293A">
        <w:rPr>
          <w:rFonts w:cs="Times New Roman"/>
          <w:color w:val="auto"/>
          <w:sz w:val="28"/>
          <w:szCs w:val="28"/>
        </w:rPr>
        <w:t xml:space="preserve"> Lan likes playing badminton more than surfing the net.</w:t>
      </w:r>
    </w:p>
    <w:p w14:paraId="394DF49D" w14:textId="77777777" w:rsidR="00F43968" w:rsidRPr="00B6293A" w:rsidRDefault="00634BC2">
      <w:pPr>
        <w:spacing w:after="80" w:line="240" w:lineRule="auto"/>
        <w:ind w:left="255"/>
        <w:rPr>
          <w:rFonts w:cs="Times New Roman"/>
          <w:color w:val="auto"/>
          <w:sz w:val="28"/>
          <w:szCs w:val="28"/>
        </w:rPr>
      </w:pPr>
      <w:r w:rsidRPr="00B6293A">
        <w:rPr>
          <w:rFonts w:cs="Times New Roman"/>
          <w:color w:val="auto"/>
          <w:sz w:val="28"/>
          <w:szCs w:val="28"/>
        </w:rPr>
        <w:t>→ Lan prefers ___________________________________________________________.</w:t>
      </w:r>
    </w:p>
    <w:p w14:paraId="7EADF968"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37.</w:t>
      </w:r>
      <w:r w:rsidRPr="00B6293A">
        <w:rPr>
          <w:rFonts w:cs="Times New Roman"/>
          <w:color w:val="auto"/>
          <w:sz w:val="28"/>
          <w:szCs w:val="28"/>
        </w:rPr>
        <w:t xml:space="preserve"> Would you like to make paper flowers with me?</w:t>
      </w:r>
    </w:p>
    <w:p w14:paraId="73460AD5" w14:textId="77777777" w:rsidR="00F43968" w:rsidRPr="00B6293A" w:rsidRDefault="00634BC2">
      <w:pPr>
        <w:spacing w:after="80" w:line="240" w:lineRule="auto"/>
        <w:ind w:left="255"/>
        <w:rPr>
          <w:rFonts w:cs="Times New Roman"/>
          <w:color w:val="auto"/>
          <w:sz w:val="28"/>
          <w:szCs w:val="28"/>
        </w:rPr>
      </w:pPr>
      <w:r w:rsidRPr="00B6293A">
        <w:rPr>
          <w:rFonts w:cs="Times New Roman"/>
          <w:color w:val="auto"/>
          <w:sz w:val="28"/>
          <w:szCs w:val="28"/>
        </w:rPr>
        <w:t>→ Do you fancy</w:t>
      </w:r>
      <w:r w:rsidRPr="00B6293A">
        <w:rPr>
          <w:rFonts w:cs="Times New Roman"/>
          <w:color w:val="auto"/>
          <w:sz w:val="28"/>
          <w:szCs w:val="28"/>
        </w:rPr>
        <w:t xml:space="preserve"> _________________________________________________________?</w:t>
      </w:r>
    </w:p>
    <w:p w14:paraId="611A778D" w14:textId="77777777" w:rsidR="00F43968" w:rsidRPr="00B6293A" w:rsidRDefault="00634BC2">
      <w:pPr>
        <w:spacing w:after="20"/>
        <w:rPr>
          <w:rFonts w:cs="Times New Roman"/>
          <w:color w:val="auto"/>
          <w:sz w:val="28"/>
          <w:szCs w:val="28"/>
        </w:rPr>
      </w:pPr>
      <w:r w:rsidRPr="00B6293A">
        <w:rPr>
          <w:rFonts w:cs="Times New Roman"/>
          <w:b/>
          <w:color w:val="auto"/>
          <w:sz w:val="28"/>
          <w:szCs w:val="28"/>
        </w:rPr>
        <w:t>38.</w:t>
      </w:r>
      <w:r w:rsidRPr="00B6293A">
        <w:rPr>
          <w:rFonts w:cs="Times New Roman"/>
          <w:color w:val="auto"/>
          <w:sz w:val="28"/>
          <w:szCs w:val="28"/>
        </w:rPr>
        <w:t xml:space="preserve"> Tom really hates playing sport.</w:t>
      </w:r>
    </w:p>
    <w:p w14:paraId="4F6944E6" w14:textId="77777777" w:rsidR="00F43968" w:rsidRPr="00B6293A" w:rsidRDefault="00634BC2">
      <w:pPr>
        <w:spacing w:after="80" w:line="240" w:lineRule="auto"/>
        <w:ind w:left="255"/>
        <w:rPr>
          <w:rFonts w:cs="Times New Roman"/>
          <w:color w:val="auto"/>
          <w:sz w:val="28"/>
          <w:szCs w:val="28"/>
        </w:rPr>
      </w:pPr>
      <w:r w:rsidRPr="00B6293A">
        <w:rPr>
          <w:rFonts w:cs="Times New Roman"/>
          <w:color w:val="auto"/>
          <w:sz w:val="28"/>
          <w:szCs w:val="28"/>
        </w:rPr>
        <w:t>→ Tom detests __________________________________________________________.</w:t>
      </w:r>
    </w:p>
    <w:p w14:paraId="1484FBE1" w14:textId="77777777" w:rsidR="00F43968" w:rsidRPr="00B6293A" w:rsidRDefault="00634BC2">
      <w:pPr>
        <w:keepNext/>
        <w:spacing w:before="20" w:line="240" w:lineRule="auto"/>
        <w:rPr>
          <w:rFonts w:cs="Times New Roman"/>
          <w:color w:val="auto"/>
          <w:sz w:val="28"/>
          <w:szCs w:val="28"/>
        </w:rPr>
      </w:pPr>
      <w:r w:rsidRPr="00B6293A">
        <w:rPr>
          <w:rFonts w:cs="Times New Roman"/>
          <w:color w:val="auto"/>
          <w:sz w:val="28"/>
          <w:szCs w:val="28"/>
        </w:rPr>
        <w:t xml:space="preserve">Task 2. Write an email of 80-100 words to a friend about leisure activities. (0.5 </w:t>
      </w:r>
      <w:proofErr w:type="spellStart"/>
      <w:r w:rsidRPr="00B6293A">
        <w:rPr>
          <w:rFonts w:cs="Times New Roman"/>
          <w:color w:val="auto"/>
          <w:sz w:val="28"/>
          <w:szCs w:val="28"/>
        </w:rPr>
        <w:t>pt</w:t>
      </w:r>
      <w:proofErr w:type="spellEnd"/>
      <w:r w:rsidRPr="00B6293A">
        <w:rPr>
          <w:rFonts w:cs="Times New Roman"/>
          <w:color w:val="auto"/>
          <w:sz w:val="28"/>
          <w:szCs w:val="28"/>
        </w:rPr>
        <w:t>)</w:t>
      </w:r>
    </w:p>
    <w:p w14:paraId="4CBFB5CA" w14:textId="77777777" w:rsidR="00F43968" w:rsidRPr="00B6293A" w:rsidRDefault="00634BC2">
      <w:pPr>
        <w:keepNext/>
        <w:spacing w:after="60" w:line="240" w:lineRule="auto"/>
        <w:rPr>
          <w:rFonts w:cs="Times New Roman"/>
          <w:color w:val="auto"/>
          <w:sz w:val="28"/>
          <w:szCs w:val="28"/>
        </w:rPr>
      </w:pPr>
      <w:r w:rsidRPr="00B6293A">
        <w:rPr>
          <w:rFonts w:cs="Times New Roman"/>
          <w:color w:val="auto"/>
          <w:sz w:val="28"/>
          <w:szCs w:val="28"/>
        </w:rPr>
        <w:t>In your email, you should:</w:t>
      </w:r>
    </w:p>
    <w:p w14:paraId="71ADD20F" w14:textId="77777777" w:rsidR="00F43968" w:rsidRPr="00B6293A" w:rsidRDefault="00634BC2">
      <w:pPr>
        <w:spacing w:after="20"/>
        <w:ind w:left="198"/>
        <w:rPr>
          <w:rFonts w:cs="Times New Roman"/>
          <w:color w:val="auto"/>
          <w:sz w:val="28"/>
          <w:szCs w:val="28"/>
        </w:rPr>
      </w:pPr>
      <w:r w:rsidRPr="00B6293A">
        <w:rPr>
          <w:rFonts w:cs="Times New Roman"/>
          <w:color w:val="auto"/>
          <w:sz w:val="28"/>
          <w:szCs w:val="28"/>
        </w:rPr>
        <w:t>• describe an activity you enjoy doing with friends</w:t>
      </w:r>
    </w:p>
    <w:p w14:paraId="346074D3" w14:textId="77777777" w:rsidR="00F43968" w:rsidRPr="00B6293A" w:rsidRDefault="00634BC2">
      <w:pPr>
        <w:spacing w:after="20"/>
        <w:ind w:left="198"/>
        <w:rPr>
          <w:rFonts w:cs="Times New Roman"/>
          <w:color w:val="auto"/>
          <w:sz w:val="28"/>
          <w:szCs w:val="28"/>
        </w:rPr>
      </w:pPr>
      <w:r w:rsidRPr="00B6293A">
        <w:rPr>
          <w:rFonts w:cs="Times New Roman"/>
          <w:color w:val="auto"/>
          <w:sz w:val="28"/>
          <w:szCs w:val="28"/>
        </w:rPr>
        <w:t>• say when and where you usually do it and why you like it</w:t>
      </w:r>
    </w:p>
    <w:p w14:paraId="736E815D" w14:textId="77777777" w:rsidR="00F43968" w:rsidRPr="00B6293A" w:rsidRDefault="00634BC2">
      <w:pPr>
        <w:spacing w:after="20"/>
        <w:ind w:left="198"/>
        <w:rPr>
          <w:rFonts w:cs="Times New Roman"/>
          <w:color w:val="auto"/>
          <w:sz w:val="28"/>
          <w:szCs w:val="28"/>
        </w:rPr>
      </w:pPr>
      <w:r w:rsidRPr="00B6293A">
        <w:rPr>
          <w:rFonts w:cs="Times New Roman"/>
          <w:color w:val="auto"/>
          <w:sz w:val="28"/>
          <w:szCs w:val="28"/>
        </w:rPr>
        <w:t>• invite your friend to join you this weekend</w:t>
      </w:r>
    </w:p>
    <w:p w14:paraId="51331A86" w14:textId="77777777" w:rsidR="000E34A4" w:rsidRPr="00B6293A" w:rsidRDefault="000E34A4" w:rsidP="000E34A4">
      <w:pPr>
        <w:spacing w:before="60" w:after="160"/>
        <w:jc w:val="center"/>
        <w:rPr>
          <w:rFonts w:cs="Times New Roman"/>
          <w:color w:val="auto"/>
          <w:sz w:val="28"/>
          <w:szCs w:val="28"/>
        </w:rPr>
      </w:pPr>
      <w:r w:rsidRPr="00B6293A">
        <w:rPr>
          <w:rFonts w:cs="Times New Roman"/>
          <w:b/>
          <w:color w:val="auto"/>
          <w:sz w:val="28"/>
          <w:szCs w:val="28"/>
        </w:rPr>
        <w:t>39.</w:t>
      </w:r>
      <w:r w:rsidRPr="00B6293A">
        <w:rPr>
          <w:rFonts w:cs="Times New Roman"/>
          <w:color w:val="auto"/>
          <w:sz w:val="28"/>
          <w:szCs w:val="28"/>
        </w:rPr>
        <w:t xml:space="preserve"> Email to a friend</w:t>
      </w:r>
    </w:p>
    <w:p w14:paraId="308D6B3C"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3C57AD7F"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0AA7ACAB"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5D97D331"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248DEC0C"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73A55BC0"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29BDDB53"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7393BB51"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05860D2A"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02B3A5C1" w14:textId="77777777" w:rsidR="000E34A4" w:rsidRPr="00B6293A" w:rsidRDefault="000E34A4" w:rsidP="000E34A4">
      <w:pPr>
        <w:spacing w:after="140" w:line="240" w:lineRule="auto"/>
        <w:rPr>
          <w:rFonts w:cs="Times New Roman"/>
          <w:color w:val="auto"/>
          <w:sz w:val="28"/>
          <w:szCs w:val="28"/>
        </w:rPr>
      </w:pPr>
      <w:r w:rsidRPr="00B6293A">
        <w:rPr>
          <w:rFonts w:cs="Times New Roman"/>
          <w:color w:val="auto"/>
          <w:sz w:val="28"/>
          <w:szCs w:val="28"/>
        </w:rPr>
        <w:t>················································································································</w:t>
      </w:r>
    </w:p>
    <w:p w14:paraId="0C8B25BA" w14:textId="77777777" w:rsidR="000E34A4" w:rsidRPr="00B6293A" w:rsidRDefault="000E34A4">
      <w:pPr>
        <w:spacing w:before="80"/>
        <w:jc w:val="center"/>
        <w:rPr>
          <w:rFonts w:cs="Times New Roman"/>
          <w:color w:val="auto"/>
          <w:sz w:val="28"/>
          <w:szCs w:val="28"/>
        </w:rPr>
      </w:pPr>
    </w:p>
    <w:p w14:paraId="69A6B562" w14:textId="77777777" w:rsidR="00F43968" w:rsidRPr="00B6293A" w:rsidRDefault="00634BC2">
      <w:pPr>
        <w:rPr>
          <w:rFonts w:cs="Times New Roman"/>
          <w:color w:val="auto"/>
          <w:sz w:val="28"/>
          <w:szCs w:val="28"/>
        </w:rPr>
      </w:pPr>
      <w:r w:rsidRPr="00B6293A">
        <w:rPr>
          <w:rFonts w:cs="Times New Roman"/>
          <w:color w:val="auto"/>
          <w:sz w:val="28"/>
          <w:szCs w:val="28"/>
        </w:rPr>
        <w:br w:type="page"/>
      </w:r>
    </w:p>
    <w:tbl>
      <w:tblPr>
        <w:tblW w:w="0" w:type="auto"/>
        <w:jc w:val="center"/>
        <w:tblLayout w:type="fixed"/>
        <w:tblLook w:val="04A0" w:firstRow="1" w:lastRow="0" w:firstColumn="1" w:lastColumn="0" w:noHBand="0" w:noVBand="1"/>
      </w:tblPr>
      <w:tblGrid>
        <w:gridCol w:w="10488"/>
      </w:tblGrid>
      <w:tr w:rsidR="00B6293A" w:rsidRPr="00B6293A" w14:paraId="71B93624" w14:textId="77777777">
        <w:trPr>
          <w:jc w:val="center"/>
        </w:trPr>
        <w:tc>
          <w:tcPr>
            <w:tcW w:w="10488" w:type="dxa"/>
            <w:tcBorders>
              <w:top w:val="single" w:sz="8" w:space="0" w:color="1E7A78"/>
              <w:left w:val="single" w:sz="8" w:space="0" w:color="1E7A78"/>
              <w:bottom w:val="single" w:sz="8" w:space="0" w:color="1E7A78"/>
              <w:right w:val="single" w:sz="8" w:space="0" w:color="1E7A78"/>
            </w:tcBorders>
            <w:shd w:val="clear" w:color="auto" w:fill="25364A"/>
            <w:tcMar>
              <w:top w:w="95" w:type="dxa"/>
              <w:left w:w="100" w:type="dxa"/>
              <w:bottom w:w="80" w:type="dxa"/>
              <w:right w:w="100" w:type="dxa"/>
            </w:tcMar>
          </w:tcPr>
          <w:p w14:paraId="4861F9CE"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lastRenderedPageBreak/>
              <w:t>GLOBAL SUCCESS 8</w:t>
            </w:r>
          </w:p>
        </w:tc>
      </w:tr>
      <w:tr w:rsidR="00B6293A" w:rsidRPr="00B6293A" w14:paraId="7919E06C" w14:textId="77777777">
        <w:trPr>
          <w:jc w:val="center"/>
        </w:trPr>
        <w:tc>
          <w:tcPr>
            <w:tcW w:w="10488" w:type="dxa"/>
            <w:tcBorders>
              <w:top w:val="single" w:sz="8" w:space="0" w:color="DDBD55"/>
              <w:left w:val="single" w:sz="8" w:space="0" w:color="DDBD55"/>
              <w:bottom w:val="single" w:sz="8" w:space="0" w:color="DDBD55"/>
              <w:right w:val="single" w:sz="8" w:space="0" w:color="DDBD55"/>
            </w:tcBorders>
            <w:shd w:val="clear" w:color="auto" w:fill="FFF7D6"/>
            <w:tcMar>
              <w:top w:w="90" w:type="dxa"/>
              <w:left w:w="100" w:type="dxa"/>
              <w:bottom w:w="90" w:type="dxa"/>
              <w:right w:w="100" w:type="dxa"/>
            </w:tcMar>
          </w:tcPr>
          <w:p w14:paraId="695EE8E7"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TEACHER’S COPY - UNIT 1: LEISURE TIME</w:t>
            </w:r>
          </w:p>
        </w:tc>
      </w:tr>
    </w:tbl>
    <w:p w14:paraId="70C38EC2"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0A3F6A9E"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1948AEAD" w14:textId="77777777" w:rsidR="00F43968" w:rsidRPr="00B6293A" w:rsidRDefault="00634BC2">
            <w:pPr>
              <w:jc w:val="center"/>
              <w:rPr>
                <w:rFonts w:cs="Times New Roman"/>
                <w:color w:val="auto"/>
                <w:sz w:val="28"/>
                <w:szCs w:val="28"/>
              </w:rPr>
            </w:pPr>
            <w:r w:rsidRPr="00B6293A">
              <w:rPr>
                <w:rFonts w:cs="Times New Roman"/>
                <w:b/>
                <w:color w:val="auto"/>
                <w:sz w:val="28"/>
                <w:szCs w:val="28"/>
              </w:rPr>
              <w:t>A</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1461E29D" w14:textId="77777777" w:rsidR="00F43968" w:rsidRPr="00B6293A" w:rsidRDefault="00634BC2">
            <w:pPr>
              <w:keepNext/>
              <w:rPr>
                <w:rFonts w:cs="Times New Roman"/>
                <w:color w:val="auto"/>
                <w:sz w:val="28"/>
                <w:szCs w:val="28"/>
              </w:rPr>
            </w:pPr>
            <w:r w:rsidRPr="00B6293A">
              <w:rPr>
                <w:rFonts w:cs="Times New Roman"/>
                <w:b/>
                <w:color w:val="auto"/>
                <w:sz w:val="28"/>
                <w:szCs w:val="28"/>
              </w:rPr>
              <w:t>LISTENING TRANSCRIPT</w:t>
            </w:r>
          </w:p>
        </w:tc>
      </w:tr>
    </w:tbl>
    <w:p w14:paraId="3DE9F11C" w14:textId="77777777" w:rsidR="00F43968" w:rsidRPr="00B6293A" w:rsidRDefault="00F43968">
      <w:pPr>
        <w:spacing w:after="0"/>
        <w:rPr>
          <w:rFonts w:cs="Times New Roman"/>
          <w:color w:val="auto"/>
          <w:sz w:val="28"/>
          <w:szCs w:val="28"/>
        </w:rPr>
      </w:pPr>
    </w:p>
    <w:tbl>
      <w:tblPr>
        <w:tblW w:w="0" w:type="auto"/>
        <w:jc w:val="center"/>
        <w:tblLayout w:type="fixed"/>
        <w:tblLook w:val="04A0" w:firstRow="1" w:lastRow="0" w:firstColumn="1" w:lastColumn="0" w:noHBand="0" w:noVBand="1"/>
      </w:tblPr>
      <w:tblGrid>
        <w:gridCol w:w="10488"/>
      </w:tblGrid>
      <w:tr w:rsidR="00B6293A" w:rsidRPr="00B6293A" w14:paraId="1C59A5FA" w14:textId="77777777">
        <w:trPr>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140" w:type="dxa"/>
              <w:bottom w:w="100" w:type="dxa"/>
              <w:right w:w="140" w:type="dxa"/>
            </w:tcMar>
          </w:tcPr>
          <w:p w14:paraId="52D3A479" w14:textId="77777777" w:rsidR="00F43968" w:rsidRPr="00B6293A" w:rsidRDefault="00634BC2">
            <w:pPr>
              <w:spacing w:after="0" w:line="259" w:lineRule="auto"/>
              <w:rPr>
                <w:rFonts w:cs="Times New Roman"/>
                <w:color w:val="auto"/>
                <w:sz w:val="28"/>
                <w:szCs w:val="28"/>
              </w:rPr>
            </w:pPr>
            <w:r w:rsidRPr="00B6293A">
              <w:rPr>
                <w:rFonts w:cs="Times New Roman"/>
                <w:color w:val="auto"/>
                <w:sz w:val="28"/>
                <w:szCs w:val="28"/>
              </w:rPr>
              <w:t xml:space="preserve">Hello. Today I’d like to tell you about three teenagers and </w:t>
            </w:r>
            <w:r w:rsidRPr="00B6293A">
              <w:rPr>
                <w:rFonts w:cs="Times New Roman"/>
                <w:color w:val="auto"/>
                <w:sz w:val="28"/>
                <w:szCs w:val="28"/>
              </w:rPr>
              <w:t xml:space="preserve">the activities they enjoy in their free time. Sakura, from Kyoto in Japan, is keen on doing origami. She usually makes paper flowers and birds on her own. Origami helps her relax and become more creative. Eric lives near a ski resort in Switzerland. He is </w:t>
            </w:r>
            <w:r w:rsidRPr="00B6293A">
              <w:rPr>
                <w:rFonts w:cs="Times New Roman"/>
                <w:color w:val="auto"/>
                <w:sz w:val="28"/>
                <w:szCs w:val="28"/>
              </w:rPr>
              <w:t xml:space="preserve">crazy about snowboarding and often goes with his parents at weekends. He says the sport improves his balance and keeps him healthy. Lan, from Quang </w:t>
            </w:r>
            <w:proofErr w:type="spellStart"/>
            <w:r w:rsidRPr="00B6293A">
              <w:rPr>
                <w:rFonts w:cs="Times New Roman"/>
                <w:color w:val="auto"/>
                <w:sz w:val="28"/>
                <w:szCs w:val="28"/>
              </w:rPr>
              <w:t>Binh</w:t>
            </w:r>
            <w:proofErr w:type="spellEnd"/>
            <w:r w:rsidRPr="00B6293A">
              <w:rPr>
                <w:rFonts w:cs="Times New Roman"/>
                <w:color w:val="auto"/>
                <w:sz w:val="28"/>
                <w:szCs w:val="28"/>
              </w:rPr>
              <w:t xml:space="preserve"> in Viet Nam, prefers playing badminton with her best friend. They play almost every afternoon after sch</w:t>
            </w:r>
            <w:r w:rsidRPr="00B6293A">
              <w:rPr>
                <w:rFonts w:cs="Times New Roman"/>
                <w:color w:val="auto"/>
                <w:sz w:val="28"/>
                <w:szCs w:val="28"/>
              </w:rPr>
              <w:t>ool. This Saturday, Lan has invited her cousin Tom to join them at three p.m., and he has accepted the invitation. Although their hobbies are different, all three teenagers believe leisure activities make life more enjoyable.</w:t>
            </w:r>
          </w:p>
        </w:tc>
      </w:tr>
    </w:tbl>
    <w:p w14:paraId="36413080"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77C6CD77"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7DEE7FAE" w14:textId="77777777" w:rsidR="00F43968" w:rsidRPr="00B6293A" w:rsidRDefault="00634BC2">
            <w:pPr>
              <w:jc w:val="center"/>
              <w:rPr>
                <w:rFonts w:cs="Times New Roman"/>
                <w:color w:val="auto"/>
                <w:sz w:val="28"/>
                <w:szCs w:val="28"/>
              </w:rPr>
            </w:pPr>
            <w:r w:rsidRPr="00B6293A">
              <w:rPr>
                <w:rFonts w:cs="Times New Roman"/>
                <w:b/>
                <w:color w:val="auto"/>
                <w:sz w:val="28"/>
                <w:szCs w:val="28"/>
              </w:rPr>
              <w:t>B</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41A5269B" w14:textId="77777777" w:rsidR="00F43968" w:rsidRPr="00B6293A" w:rsidRDefault="00634BC2">
            <w:pPr>
              <w:keepNext/>
              <w:rPr>
                <w:rFonts w:cs="Times New Roman"/>
                <w:color w:val="auto"/>
                <w:sz w:val="28"/>
                <w:szCs w:val="28"/>
              </w:rPr>
            </w:pPr>
            <w:r w:rsidRPr="00B6293A">
              <w:rPr>
                <w:rFonts w:cs="Times New Roman"/>
                <w:b/>
                <w:color w:val="auto"/>
                <w:sz w:val="28"/>
                <w:szCs w:val="28"/>
              </w:rPr>
              <w:t>ANSWER KEY</w:t>
            </w:r>
          </w:p>
        </w:tc>
      </w:tr>
    </w:tbl>
    <w:p w14:paraId="20C5412C" w14:textId="77777777" w:rsidR="00F43968" w:rsidRPr="00B6293A" w:rsidRDefault="00F43968">
      <w:pPr>
        <w:spacing w:after="0"/>
        <w:rPr>
          <w:rFonts w:cs="Times New Roman"/>
          <w:color w:val="auto"/>
          <w:sz w:val="28"/>
          <w:szCs w:val="28"/>
        </w:rPr>
      </w:pPr>
    </w:p>
    <w:p w14:paraId="4A620109"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Listening (Questions 1–5)</w:t>
      </w:r>
    </w:p>
    <w:tbl>
      <w:tblPr>
        <w:tblW w:w="0" w:type="auto"/>
        <w:jc w:val="center"/>
        <w:tblLayout w:type="fixed"/>
        <w:tblLook w:val="04A0" w:firstRow="1" w:lastRow="0" w:firstColumn="1" w:lastColumn="0" w:noHBand="0" w:noVBand="1"/>
      </w:tblPr>
      <w:tblGrid>
        <w:gridCol w:w="2098"/>
        <w:gridCol w:w="2098"/>
        <w:gridCol w:w="2098"/>
        <w:gridCol w:w="2098"/>
        <w:gridCol w:w="2098"/>
      </w:tblGrid>
      <w:tr w:rsidR="00B6293A" w:rsidRPr="00B6293A" w14:paraId="7C26CE6D" w14:textId="77777777">
        <w:trPr>
          <w:jc w:val="center"/>
        </w:trPr>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CCE9E1F"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0D94DBAA"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2BBB86A"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 A</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169E8211"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4.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59F08B8F"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5. A</w:t>
            </w:r>
          </w:p>
        </w:tc>
      </w:tr>
    </w:tbl>
    <w:p w14:paraId="77CA37DC" w14:textId="77777777" w:rsidR="00F43968" w:rsidRPr="00B6293A" w:rsidRDefault="00F43968">
      <w:pPr>
        <w:spacing w:after="20"/>
        <w:rPr>
          <w:rFonts w:cs="Times New Roman"/>
          <w:color w:val="auto"/>
          <w:sz w:val="28"/>
          <w:szCs w:val="28"/>
        </w:rPr>
      </w:pPr>
    </w:p>
    <w:p w14:paraId="23CDF453"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Pronunciation (Questions 6–9)</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2E568F81" w14:textId="77777777">
        <w:trPr>
          <w:jc w:val="center"/>
        </w:trPr>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F22E24E" w14:textId="52AEA6B6" w:rsidR="00F43968" w:rsidRPr="00B6293A" w:rsidRDefault="00634BC2">
            <w:pPr>
              <w:spacing w:after="0"/>
              <w:jc w:val="center"/>
              <w:rPr>
                <w:rFonts w:cs="Times New Roman"/>
                <w:color w:val="auto"/>
                <w:sz w:val="28"/>
                <w:szCs w:val="28"/>
              </w:rPr>
            </w:pPr>
            <w:r w:rsidRPr="00B6293A">
              <w:rPr>
                <w:rFonts w:cs="Times New Roman"/>
                <w:color w:val="auto"/>
                <w:sz w:val="28"/>
                <w:szCs w:val="28"/>
              </w:rPr>
              <w:t xml:space="preserve">6. </w:t>
            </w:r>
            <w:r w:rsidR="0008015D">
              <w:rPr>
                <w:rFonts w:cs="Times New Roman"/>
                <w:color w:val="auto"/>
                <w:sz w:val="28"/>
                <w:szCs w:val="28"/>
              </w:rPr>
              <w:t>B</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68508F1E"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7. D</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758F685B"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8. C</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19A371EF"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9. A</w:t>
            </w:r>
          </w:p>
        </w:tc>
      </w:tr>
    </w:tbl>
    <w:p w14:paraId="49CC0BBF" w14:textId="77777777" w:rsidR="00F43968" w:rsidRPr="00B6293A" w:rsidRDefault="00F43968">
      <w:pPr>
        <w:spacing w:after="20"/>
        <w:rPr>
          <w:rFonts w:cs="Times New Roman"/>
          <w:color w:val="auto"/>
          <w:sz w:val="28"/>
          <w:szCs w:val="28"/>
        </w:rPr>
      </w:pPr>
    </w:p>
    <w:p w14:paraId="33EB8DF5"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Language Use (Questions 10–19)</w:t>
      </w:r>
    </w:p>
    <w:tbl>
      <w:tblPr>
        <w:tblW w:w="0" w:type="auto"/>
        <w:jc w:val="center"/>
        <w:tblLayout w:type="fixed"/>
        <w:tblLook w:val="04A0" w:firstRow="1" w:lastRow="0" w:firstColumn="1" w:lastColumn="0" w:noHBand="0" w:noVBand="1"/>
      </w:tblPr>
      <w:tblGrid>
        <w:gridCol w:w="2098"/>
        <w:gridCol w:w="2098"/>
        <w:gridCol w:w="2098"/>
        <w:gridCol w:w="2098"/>
        <w:gridCol w:w="2098"/>
      </w:tblGrid>
      <w:tr w:rsidR="00B6293A" w:rsidRPr="00B6293A" w14:paraId="2E70E2E8" w14:textId="77777777">
        <w:trPr>
          <w:jc w:val="center"/>
        </w:trPr>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6EB1B53C"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10.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282B8B5"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11.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5BF4BF9C"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12.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5767A4ED"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13. A</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E2F0F75"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14. A</w:t>
            </w:r>
          </w:p>
        </w:tc>
      </w:tr>
      <w:tr w:rsidR="00B6293A" w:rsidRPr="00B6293A" w14:paraId="4CD9A3B0" w14:textId="77777777">
        <w:trPr>
          <w:jc w:val="center"/>
        </w:trPr>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BBDAB3C"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15.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765EE52D"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16.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18ADB05"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17. A</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7012968"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18.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429E4569"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19. C</w:t>
            </w:r>
          </w:p>
        </w:tc>
      </w:tr>
    </w:tbl>
    <w:p w14:paraId="546968E8" w14:textId="77777777" w:rsidR="00F43968" w:rsidRPr="00B6293A" w:rsidRDefault="00F43968">
      <w:pPr>
        <w:spacing w:after="20"/>
        <w:rPr>
          <w:rFonts w:cs="Times New Roman"/>
          <w:color w:val="auto"/>
          <w:sz w:val="28"/>
          <w:szCs w:val="28"/>
        </w:rPr>
      </w:pPr>
    </w:p>
    <w:p w14:paraId="6AEA818B"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Practical Skills (Questions 20–23)</w:t>
      </w:r>
    </w:p>
    <w:tbl>
      <w:tblPr>
        <w:tblW w:w="0" w:type="auto"/>
        <w:jc w:val="center"/>
        <w:tblLayout w:type="fixed"/>
        <w:tblLook w:val="04A0" w:firstRow="1" w:lastRow="0" w:firstColumn="1" w:lastColumn="0" w:noHBand="0" w:noVBand="1"/>
      </w:tblPr>
      <w:tblGrid>
        <w:gridCol w:w="2622"/>
        <w:gridCol w:w="2622"/>
        <w:gridCol w:w="2622"/>
        <w:gridCol w:w="2622"/>
      </w:tblGrid>
      <w:tr w:rsidR="00B6293A" w:rsidRPr="00B6293A" w14:paraId="45A0EB76" w14:textId="77777777">
        <w:trPr>
          <w:jc w:val="center"/>
        </w:trPr>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4178959A"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20. B</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4A100232"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21. C</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63311C6B"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22. A</w:t>
            </w:r>
          </w:p>
        </w:tc>
        <w:tc>
          <w:tcPr>
            <w:tcW w:w="2622"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6E1C100E"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23. D</w:t>
            </w:r>
          </w:p>
        </w:tc>
      </w:tr>
    </w:tbl>
    <w:p w14:paraId="4975E9CE" w14:textId="77777777" w:rsidR="00F43968" w:rsidRPr="00B6293A" w:rsidRDefault="00F43968">
      <w:pPr>
        <w:spacing w:after="20"/>
        <w:rPr>
          <w:rFonts w:cs="Times New Roman"/>
          <w:color w:val="auto"/>
          <w:sz w:val="28"/>
          <w:szCs w:val="28"/>
        </w:rPr>
      </w:pPr>
    </w:p>
    <w:p w14:paraId="4B9758CE"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Reading (Questions 24–32)</w:t>
      </w:r>
    </w:p>
    <w:tbl>
      <w:tblPr>
        <w:tblW w:w="0" w:type="auto"/>
        <w:jc w:val="center"/>
        <w:tblLayout w:type="fixed"/>
        <w:tblLook w:val="04A0" w:firstRow="1" w:lastRow="0" w:firstColumn="1" w:lastColumn="0" w:noHBand="0" w:noVBand="1"/>
      </w:tblPr>
      <w:tblGrid>
        <w:gridCol w:w="2098"/>
        <w:gridCol w:w="2098"/>
        <w:gridCol w:w="2098"/>
        <w:gridCol w:w="2098"/>
        <w:gridCol w:w="2098"/>
      </w:tblGrid>
      <w:tr w:rsidR="00B6293A" w:rsidRPr="00B6293A" w14:paraId="5053F41A" w14:textId="77777777">
        <w:trPr>
          <w:jc w:val="center"/>
        </w:trPr>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0836AFEE"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24.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507EFD0"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25.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0C87DACD"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26.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52E1B4F3"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27. A</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7E7BD3F"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28. B</w:t>
            </w:r>
          </w:p>
        </w:tc>
      </w:tr>
      <w:tr w:rsidR="00B6293A" w:rsidRPr="00B6293A" w14:paraId="7916B62E" w14:textId="77777777">
        <w:trPr>
          <w:jc w:val="center"/>
        </w:trPr>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3FC85799"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29. A</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03D54D5F"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30. D</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905DF40"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31. C</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61525465"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32. B</w:t>
            </w:r>
          </w:p>
        </w:tc>
        <w:tc>
          <w:tcPr>
            <w:tcW w:w="2098"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E7C7EBC" w14:textId="77777777" w:rsidR="00F43968" w:rsidRPr="00B6293A" w:rsidRDefault="00F43968">
            <w:pPr>
              <w:spacing w:after="0"/>
              <w:jc w:val="center"/>
              <w:rPr>
                <w:rFonts w:cs="Times New Roman"/>
                <w:color w:val="auto"/>
                <w:sz w:val="28"/>
                <w:szCs w:val="28"/>
              </w:rPr>
            </w:pPr>
          </w:p>
        </w:tc>
      </w:tr>
    </w:tbl>
    <w:p w14:paraId="7757F247" w14:textId="77777777" w:rsidR="00F43968" w:rsidRPr="00B6293A" w:rsidRDefault="00F43968">
      <w:pPr>
        <w:spacing w:after="20"/>
        <w:rPr>
          <w:rFonts w:cs="Times New Roman"/>
          <w:color w:val="auto"/>
          <w:sz w:val="28"/>
          <w:szCs w:val="28"/>
        </w:rPr>
      </w:pPr>
    </w:p>
    <w:p w14:paraId="03F67978"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Ordering (Questions 33–34)</w:t>
      </w:r>
    </w:p>
    <w:tbl>
      <w:tblPr>
        <w:tblW w:w="0" w:type="auto"/>
        <w:jc w:val="center"/>
        <w:tblLayout w:type="fixed"/>
        <w:tblLook w:val="04A0" w:firstRow="1" w:lastRow="0" w:firstColumn="1" w:lastColumn="0" w:noHBand="0" w:noVBand="1"/>
      </w:tblPr>
      <w:tblGrid>
        <w:gridCol w:w="5244"/>
        <w:gridCol w:w="5244"/>
      </w:tblGrid>
      <w:tr w:rsidR="00B6293A" w:rsidRPr="00B6293A" w14:paraId="6CB2CBE9" w14:textId="77777777">
        <w:trPr>
          <w:jc w:val="center"/>
        </w:trPr>
        <w:tc>
          <w:tcPr>
            <w:tcW w:w="5244"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219EA4D2"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33. C</w:t>
            </w:r>
          </w:p>
        </w:tc>
        <w:tc>
          <w:tcPr>
            <w:tcW w:w="5244" w:type="dxa"/>
            <w:tcBorders>
              <w:top w:val="single" w:sz="5" w:space="0" w:color="B7DAD8"/>
              <w:left w:val="single" w:sz="5" w:space="0" w:color="B7DAD8"/>
              <w:bottom w:val="single" w:sz="5" w:space="0" w:color="B7DAD8"/>
              <w:right w:val="single" w:sz="5" w:space="0" w:color="B7DAD8"/>
            </w:tcBorders>
            <w:tcMar>
              <w:top w:w="45" w:type="dxa"/>
              <w:left w:w="45" w:type="dxa"/>
              <w:bottom w:w="45" w:type="dxa"/>
              <w:right w:w="45" w:type="dxa"/>
            </w:tcMar>
          </w:tcPr>
          <w:p w14:paraId="5E25D6EB" w14:textId="77777777" w:rsidR="00F43968" w:rsidRPr="00B6293A" w:rsidRDefault="00634BC2">
            <w:pPr>
              <w:spacing w:after="0"/>
              <w:jc w:val="center"/>
              <w:rPr>
                <w:rFonts w:cs="Times New Roman"/>
                <w:color w:val="auto"/>
                <w:sz w:val="28"/>
                <w:szCs w:val="28"/>
              </w:rPr>
            </w:pPr>
            <w:r w:rsidRPr="00B6293A">
              <w:rPr>
                <w:rFonts w:cs="Times New Roman"/>
                <w:color w:val="auto"/>
                <w:sz w:val="28"/>
                <w:szCs w:val="28"/>
              </w:rPr>
              <w:t>34. D</w:t>
            </w:r>
          </w:p>
        </w:tc>
      </w:tr>
    </w:tbl>
    <w:p w14:paraId="2245A1FB"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1A560355"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6463E93B" w14:textId="77777777" w:rsidR="00F43968" w:rsidRPr="00B6293A" w:rsidRDefault="00634BC2">
            <w:pPr>
              <w:jc w:val="center"/>
              <w:rPr>
                <w:rFonts w:cs="Times New Roman"/>
                <w:color w:val="auto"/>
                <w:sz w:val="28"/>
                <w:szCs w:val="28"/>
              </w:rPr>
            </w:pPr>
            <w:r w:rsidRPr="00B6293A">
              <w:rPr>
                <w:rFonts w:cs="Times New Roman"/>
                <w:b/>
                <w:color w:val="auto"/>
                <w:sz w:val="28"/>
                <w:szCs w:val="28"/>
              </w:rPr>
              <w:t>C</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67F76E79" w14:textId="77777777" w:rsidR="00F43968" w:rsidRPr="00B6293A" w:rsidRDefault="00634BC2">
            <w:pPr>
              <w:keepNext/>
              <w:rPr>
                <w:rFonts w:cs="Times New Roman"/>
                <w:color w:val="auto"/>
                <w:sz w:val="28"/>
                <w:szCs w:val="28"/>
              </w:rPr>
            </w:pPr>
            <w:r w:rsidRPr="00B6293A">
              <w:rPr>
                <w:rFonts w:cs="Times New Roman"/>
                <w:b/>
                <w:color w:val="auto"/>
                <w:sz w:val="28"/>
                <w:szCs w:val="28"/>
              </w:rPr>
              <w:t>LANGUAGE NOTES &amp; ANSWER RATIONALE</w:t>
            </w:r>
          </w:p>
        </w:tc>
      </w:tr>
    </w:tbl>
    <w:p w14:paraId="70CA9284" w14:textId="77777777" w:rsidR="00F43968" w:rsidRPr="00B6293A" w:rsidRDefault="00F43968">
      <w:pPr>
        <w:spacing w:after="0"/>
        <w:rPr>
          <w:rFonts w:cs="Times New Roman"/>
          <w:color w:val="auto"/>
          <w:sz w:val="28"/>
          <w:szCs w:val="28"/>
        </w:rPr>
      </w:pPr>
    </w:p>
    <w:tbl>
      <w:tblPr>
        <w:tblW w:w="10951" w:type="dxa"/>
        <w:jc w:val="center"/>
        <w:tblLayout w:type="fixed"/>
        <w:tblLook w:val="04A0" w:firstRow="1" w:lastRow="0" w:firstColumn="1" w:lastColumn="0" w:noHBand="0" w:noVBand="1"/>
      </w:tblPr>
      <w:tblGrid>
        <w:gridCol w:w="3918"/>
        <w:gridCol w:w="7033"/>
      </w:tblGrid>
      <w:tr w:rsidR="00B6293A" w:rsidRPr="00B6293A" w14:paraId="034F8677" w14:textId="77777777" w:rsidTr="0008015D">
        <w:trPr>
          <w:tblHeader/>
          <w:jc w:val="center"/>
        </w:trPr>
        <w:tc>
          <w:tcPr>
            <w:tcW w:w="3918" w:type="dxa"/>
            <w:tcBorders>
              <w:top w:val="single" w:sz="5" w:space="0" w:color="1E7A78"/>
              <w:left w:val="single" w:sz="5" w:space="0" w:color="1E7A78"/>
              <w:bottom w:val="single" w:sz="5" w:space="0" w:color="1E7A78"/>
              <w:right w:val="single" w:sz="5" w:space="0" w:color="1E7A78"/>
            </w:tcBorders>
            <w:shd w:val="clear" w:color="auto" w:fill="1E7A78"/>
            <w:tcMar>
              <w:top w:w="60" w:type="dxa"/>
              <w:left w:w="60" w:type="dxa"/>
              <w:bottom w:w="60" w:type="dxa"/>
              <w:right w:w="60" w:type="dxa"/>
            </w:tcMar>
          </w:tcPr>
          <w:p w14:paraId="2663CC76"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Question(s)</w:t>
            </w:r>
          </w:p>
        </w:tc>
        <w:tc>
          <w:tcPr>
            <w:tcW w:w="7033" w:type="dxa"/>
            <w:tcBorders>
              <w:top w:val="single" w:sz="5" w:space="0" w:color="1E7A78"/>
              <w:left w:val="single" w:sz="5" w:space="0" w:color="1E7A78"/>
              <w:bottom w:val="single" w:sz="5" w:space="0" w:color="1E7A78"/>
              <w:right w:val="single" w:sz="5" w:space="0" w:color="1E7A78"/>
            </w:tcBorders>
            <w:shd w:val="clear" w:color="auto" w:fill="1E7A78"/>
            <w:tcMar>
              <w:top w:w="60" w:type="dxa"/>
              <w:left w:w="60" w:type="dxa"/>
              <w:bottom w:w="60" w:type="dxa"/>
              <w:right w:w="60" w:type="dxa"/>
            </w:tcMar>
          </w:tcPr>
          <w:p w14:paraId="5DA7A41B"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Language point / rationale</w:t>
            </w:r>
          </w:p>
        </w:tc>
      </w:tr>
      <w:tr w:rsidR="00B6293A" w:rsidRPr="00B6293A" w14:paraId="3D8FF585"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1CE630DD"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6-7</w:t>
            </w:r>
          </w:p>
        </w:tc>
        <w:tc>
          <w:tcPr>
            <w:tcW w:w="7033"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45ED598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The bold parts test the Unit 1 </w:t>
            </w:r>
            <w:r w:rsidRPr="00B6293A">
              <w:rPr>
                <w:rFonts w:cs="Times New Roman"/>
                <w:color w:val="auto"/>
                <w:sz w:val="28"/>
                <w:szCs w:val="28"/>
              </w:rPr>
              <w:t>sounds /ʊ/ and /uː/.</w:t>
            </w:r>
          </w:p>
        </w:tc>
      </w:tr>
      <w:tr w:rsidR="00B6293A" w:rsidRPr="00B6293A" w14:paraId="380B521E"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56CABD9E"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10-16</w:t>
            </w:r>
          </w:p>
        </w:tc>
        <w:tc>
          <w:tcPr>
            <w:tcW w:w="7033"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3AD9291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The items assess expressions of likes/dislikes and gerund or to-infinitive patterns.</w:t>
            </w:r>
          </w:p>
        </w:tc>
      </w:tr>
      <w:tr w:rsidR="00B6293A" w:rsidRPr="00B6293A" w14:paraId="767D4F71"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255A2A28"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14</w:t>
            </w:r>
          </w:p>
        </w:tc>
        <w:tc>
          <w:tcPr>
            <w:tcW w:w="7033"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0F10118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Use prefer + gerund + to + gerund: “prefer reading ... to watching ...”.</w:t>
            </w:r>
          </w:p>
        </w:tc>
      </w:tr>
      <w:tr w:rsidR="00B6293A" w:rsidRPr="00B6293A" w14:paraId="3C55A996"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405D955E"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17</w:t>
            </w:r>
          </w:p>
        </w:tc>
        <w:tc>
          <w:tcPr>
            <w:tcW w:w="7033"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6137FF9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“That’s a great idea. Thanks.” naturally accepts an </w:t>
            </w:r>
            <w:r w:rsidRPr="00B6293A">
              <w:rPr>
                <w:rFonts w:cs="Times New Roman"/>
                <w:color w:val="auto"/>
                <w:sz w:val="28"/>
                <w:szCs w:val="28"/>
              </w:rPr>
              <w:t>invitation.</w:t>
            </w:r>
          </w:p>
        </w:tc>
      </w:tr>
      <w:tr w:rsidR="00B6293A" w:rsidRPr="00B6293A" w14:paraId="624CCAA4"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3D57B5E3"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20</w:t>
            </w:r>
          </w:p>
        </w:tc>
        <w:tc>
          <w:tcPr>
            <w:tcW w:w="7033"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8E9897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The sign explicitly tells club members to bring a racket.</w:t>
            </w:r>
          </w:p>
        </w:tc>
      </w:tr>
      <w:tr w:rsidR="00B6293A" w:rsidRPr="00B6293A" w14:paraId="1E12EF01" w14:textId="77777777" w:rsidTr="0008015D">
        <w:trPr>
          <w:cantSplit/>
          <w:jc w:val="center"/>
        </w:trPr>
        <w:tc>
          <w:tcPr>
            <w:tcW w:w="391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3706D8EF"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27</w:t>
            </w:r>
          </w:p>
        </w:tc>
        <w:tc>
          <w:tcPr>
            <w:tcW w:w="7033"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1CBD1D1F"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“So” introduces the intended result of completing the survey today.</w:t>
            </w:r>
          </w:p>
        </w:tc>
      </w:tr>
    </w:tbl>
    <w:p w14:paraId="5767AA71"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4AA73C55"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7C521693" w14:textId="77777777" w:rsidR="00F43968" w:rsidRPr="00B6293A" w:rsidRDefault="00634BC2">
            <w:pPr>
              <w:jc w:val="center"/>
              <w:rPr>
                <w:rFonts w:cs="Times New Roman"/>
                <w:color w:val="auto"/>
                <w:sz w:val="28"/>
                <w:szCs w:val="28"/>
              </w:rPr>
            </w:pPr>
            <w:r w:rsidRPr="00B6293A">
              <w:rPr>
                <w:rFonts w:cs="Times New Roman"/>
                <w:b/>
                <w:color w:val="auto"/>
                <w:sz w:val="28"/>
                <w:szCs w:val="28"/>
              </w:rPr>
              <w:t>D</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743905FA" w14:textId="77777777" w:rsidR="00F43968" w:rsidRPr="00B6293A" w:rsidRDefault="00634BC2">
            <w:pPr>
              <w:keepNext/>
              <w:rPr>
                <w:rFonts w:cs="Times New Roman"/>
                <w:color w:val="auto"/>
                <w:sz w:val="28"/>
                <w:szCs w:val="28"/>
              </w:rPr>
            </w:pPr>
            <w:r w:rsidRPr="00B6293A">
              <w:rPr>
                <w:rFonts w:cs="Times New Roman"/>
                <w:b/>
                <w:color w:val="auto"/>
                <w:sz w:val="28"/>
                <w:szCs w:val="28"/>
              </w:rPr>
              <w:t>WRITING KEY &amp; ASSESSMENT</w:t>
            </w:r>
          </w:p>
        </w:tc>
      </w:tr>
    </w:tbl>
    <w:p w14:paraId="0CC2741B" w14:textId="77777777" w:rsidR="00F43968" w:rsidRPr="00B6293A" w:rsidRDefault="00F43968">
      <w:pPr>
        <w:spacing w:after="0"/>
        <w:rPr>
          <w:rFonts w:cs="Times New Roman"/>
          <w:color w:val="auto"/>
          <w:sz w:val="28"/>
          <w:szCs w:val="28"/>
        </w:rPr>
      </w:pPr>
    </w:p>
    <w:p w14:paraId="1AECE084" w14:textId="77777777" w:rsidR="00F43968" w:rsidRPr="00B6293A" w:rsidRDefault="00634BC2">
      <w:pPr>
        <w:keepNext/>
        <w:spacing w:before="20" w:line="240" w:lineRule="auto"/>
        <w:rPr>
          <w:rFonts w:cs="Times New Roman"/>
          <w:color w:val="auto"/>
          <w:sz w:val="28"/>
          <w:szCs w:val="28"/>
        </w:rPr>
      </w:pPr>
      <w:r w:rsidRPr="00B6293A">
        <w:rPr>
          <w:rFonts w:cs="Times New Roman"/>
          <w:color w:val="auto"/>
          <w:sz w:val="28"/>
          <w:szCs w:val="28"/>
        </w:rPr>
        <w:t>Sentence transformations</w:t>
      </w:r>
    </w:p>
    <w:p w14:paraId="0C6DDDFB" w14:textId="77777777" w:rsidR="00F43968" w:rsidRPr="00B6293A" w:rsidRDefault="00634BC2">
      <w:pPr>
        <w:ind w:left="113"/>
        <w:rPr>
          <w:rFonts w:cs="Times New Roman"/>
          <w:color w:val="auto"/>
          <w:sz w:val="28"/>
          <w:szCs w:val="28"/>
        </w:rPr>
      </w:pPr>
      <w:r w:rsidRPr="00B6293A">
        <w:rPr>
          <w:rFonts w:cs="Times New Roman"/>
          <w:color w:val="auto"/>
          <w:sz w:val="28"/>
          <w:szCs w:val="28"/>
        </w:rPr>
        <w:t>35. My cousin loves playing computer games.</w:t>
      </w:r>
    </w:p>
    <w:p w14:paraId="6DE9983C" w14:textId="77777777" w:rsidR="00F43968" w:rsidRPr="00B6293A" w:rsidRDefault="00634BC2">
      <w:pPr>
        <w:ind w:left="113"/>
        <w:rPr>
          <w:rFonts w:cs="Times New Roman"/>
          <w:color w:val="auto"/>
          <w:sz w:val="28"/>
          <w:szCs w:val="28"/>
        </w:rPr>
      </w:pPr>
      <w:r w:rsidRPr="00B6293A">
        <w:rPr>
          <w:rFonts w:cs="Times New Roman"/>
          <w:color w:val="auto"/>
          <w:sz w:val="28"/>
          <w:szCs w:val="28"/>
        </w:rPr>
        <w:t xml:space="preserve">36. Lan </w:t>
      </w:r>
      <w:r w:rsidRPr="00B6293A">
        <w:rPr>
          <w:rFonts w:cs="Times New Roman"/>
          <w:color w:val="auto"/>
          <w:sz w:val="28"/>
          <w:szCs w:val="28"/>
        </w:rPr>
        <w:t>prefers playing badminton to surfing the net.</w:t>
      </w:r>
    </w:p>
    <w:p w14:paraId="35821C86" w14:textId="77777777" w:rsidR="00F43968" w:rsidRPr="00B6293A" w:rsidRDefault="00634BC2">
      <w:pPr>
        <w:ind w:left="113"/>
        <w:rPr>
          <w:rFonts w:cs="Times New Roman"/>
          <w:color w:val="auto"/>
          <w:sz w:val="28"/>
          <w:szCs w:val="28"/>
        </w:rPr>
      </w:pPr>
      <w:r w:rsidRPr="00B6293A">
        <w:rPr>
          <w:rFonts w:cs="Times New Roman"/>
          <w:color w:val="auto"/>
          <w:sz w:val="28"/>
          <w:szCs w:val="28"/>
        </w:rPr>
        <w:t>37. Do you fancy making paper flowers with me?</w:t>
      </w:r>
    </w:p>
    <w:p w14:paraId="5B8D1BB7" w14:textId="77777777" w:rsidR="00F43968" w:rsidRPr="00B6293A" w:rsidRDefault="00634BC2">
      <w:pPr>
        <w:ind w:left="113"/>
        <w:rPr>
          <w:rFonts w:cs="Times New Roman"/>
          <w:color w:val="auto"/>
          <w:sz w:val="28"/>
          <w:szCs w:val="28"/>
        </w:rPr>
      </w:pPr>
      <w:r w:rsidRPr="00B6293A">
        <w:rPr>
          <w:rFonts w:cs="Times New Roman"/>
          <w:color w:val="auto"/>
          <w:sz w:val="28"/>
          <w:szCs w:val="28"/>
        </w:rPr>
        <w:t>38. Tom detests playing sport.</w:t>
      </w:r>
    </w:p>
    <w:p w14:paraId="4F6D2FEB" w14:textId="77777777" w:rsidR="00F43968" w:rsidRPr="00B6293A" w:rsidRDefault="00634BC2">
      <w:pPr>
        <w:keepNext/>
        <w:spacing w:before="20" w:line="240" w:lineRule="auto"/>
        <w:rPr>
          <w:rFonts w:cs="Times New Roman"/>
          <w:color w:val="auto"/>
          <w:sz w:val="28"/>
          <w:szCs w:val="28"/>
        </w:rPr>
      </w:pPr>
      <w:r w:rsidRPr="00B6293A">
        <w:rPr>
          <w:rFonts w:cs="Times New Roman"/>
          <w:b/>
          <w:color w:val="auto"/>
          <w:sz w:val="28"/>
          <w:szCs w:val="28"/>
        </w:rPr>
        <w:t>Suggested email (about 90 words)</w:t>
      </w:r>
    </w:p>
    <w:tbl>
      <w:tblPr>
        <w:tblW w:w="0" w:type="auto"/>
        <w:jc w:val="center"/>
        <w:tblLayout w:type="fixed"/>
        <w:tblLook w:val="04A0" w:firstRow="1" w:lastRow="0" w:firstColumn="1" w:lastColumn="0" w:noHBand="0" w:noVBand="1"/>
      </w:tblPr>
      <w:tblGrid>
        <w:gridCol w:w="10488"/>
      </w:tblGrid>
      <w:tr w:rsidR="00B6293A" w:rsidRPr="00B6293A" w14:paraId="290AAB72" w14:textId="77777777">
        <w:trPr>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140" w:type="dxa"/>
              <w:bottom w:w="100" w:type="dxa"/>
              <w:right w:w="140" w:type="dxa"/>
            </w:tcMar>
          </w:tcPr>
          <w:p w14:paraId="2AD42E8D" w14:textId="77777777" w:rsidR="00F43968" w:rsidRPr="00B6293A" w:rsidRDefault="00634BC2">
            <w:pPr>
              <w:spacing w:after="0" w:line="259" w:lineRule="auto"/>
              <w:rPr>
                <w:rFonts w:cs="Times New Roman"/>
                <w:color w:val="auto"/>
                <w:sz w:val="28"/>
                <w:szCs w:val="28"/>
              </w:rPr>
            </w:pPr>
            <w:r w:rsidRPr="00B6293A">
              <w:rPr>
                <w:rFonts w:cs="Times New Roman"/>
                <w:color w:val="auto"/>
                <w:sz w:val="28"/>
                <w:szCs w:val="28"/>
              </w:rPr>
              <w:t>Hi Mai,</w:t>
            </w:r>
            <w:r w:rsidRPr="00B6293A">
              <w:rPr>
                <w:rFonts w:cs="Times New Roman"/>
                <w:color w:val="auto"/>
                <w:sz w:val="28"/>
                <w:szCs w:val="28"/>
              </w:rPr>
              <w:br/>
            </w:r>
            <w:r w:rsidRPr="00B6293A">
              <w:rPr>
                <w:rFonts w:cs="Times New Roman"/>
                <w:color w:val="auto"/>
                <w:sz w:val="28"/>
                <w:szCs w:val="28"/>
              </w:rPr>
              <w:br/>
              <w:t xml:space="preserve">How are you? My </w:t>
            </w:r>
            <w:proofErr w:type="spellStart"/>
            <w:r w:rsidRPr="00B6293A">
              <w:rPr>
                <w:rFonts w:cs="Times New Roman"/>
                <w:color w:val="auto"/>
                <w:sz w:val="28"/>
                <w:szCs w:val="28"/>
              </w:rPr>
              <w:t>favourite</w:t>
            </w:r>
            <w:proofErr w:type="spellEnd"/>
            <w:r w:rsidRPr="00B6293A">
              <w:rPr>
                <w:rFonts w:cs="Times New Roman"/>
                <w:color w:val="auto"/>
                <w:sz w:val="28"/>
                <w:szCs w:val="28"/>
              </w:rPr>
              <w:t xml:space="preserve"> leisure activity with friends is playing badminton. We </w:t>
            </w:r>
            <w:r w:rsidRPr="00B6293A">
              <w:rPr>
                <w:rFonts w:cs="Times New Roman"/>
                <w:color w:val="auto"/>
                <w:sz w:val="28"/>
                <w:szCs w:val="28"/>
              </w:rPr>
              <w:t xml:space="preserve">usually play at the sports </w:t>
            </w:r>
            <w:proofErr w:type="spellStart"/>
            <w:r w:rsidRPr="00B6293A">
              <w:rPr>
                <w:rFonts w:cs="Times New Roman"/>
                <w:color w:val="auto"/>
                <w:sz w:val="28"/>
                <w:szCs w:val="28"/>
              </w:rPr>
              <w:t>centre</w:t>
            </w:r>
            <w:proofErr w:type="spellEnd"/>
            <w:r w:rsidRPr="00B6293A">
              <w:rPr>
                <w:rFonts w:cs="Times New Roman"/>
                <w:color w:val="auto"/>
                <w:sz w:val="28"/>
                <w:szCs w:val="28"/>
              </w:rPr>
              <w:t xml:space="preserve"> near our school on Saturday afternoons. We sometimes play friendly matches with another class, so it is always exciting. I’m keen on it because it keeps me fit, reduces stress, and gives us time to talk and have fun togeth</w:t>
            </w:r>
            <w:r w:rsidRPr="00B6293A">
              <w:rPr>
                <w:rFonts w:cs="Times New Roman"/>
                <w:color w:val="auto"/>
                <w:sz w:val="28"/>
                <w:szCs w:val="28"/>
              </w:rPr>
              <w:t>er. This weekend, we are meeting at 3 p.m. on Saturday. Do you fancy joining us? You only need comfortable clothes and a racket. I’d love to see you there.</w:t>
            </w:r>
            <w:r w:rsidRPr="00B6293A">
              <w:rPr>
                <w:rFonts w:cs="Times New Roman"/>
                <w:color w:val="auto"/>
                <w:sz w:val="28"/>
                <w:szCs w:val="28"/>
              </w:rPr>
              <w:br/>
            </w:r>
            <w:r w:rsidRPr="00B6293A">
              <w:rPr>
                <w:rFonts w:cs="Times New Roman"/>
                <w:color w:val="auto"/>
                <w:sz w:val="28"/>
                <w:szCs w:val="28"/>
              </w:rPr>
              <w:br/>
              <w:t>Best,</w:t>
            </w:r>
            <w:r w:rsidRPr="00B6293A">
              <w:rPr>
                <w:rFonts w:cs="Times New Roman"/>
                <w:color w:val="auto"/>
                <w:sz w:val="28"/>
                <w:szCs w:val="28"/>
              </w:rPr>
              <w:br/>
              <w:t>Lan</w:t>
            </w:r>
          </w:p>
        </w:tc>
      </w:tr>
    </w:tbl>
    <w:p w14:paraId="195FEE30" w14:textId="77777777" w:rsidR="00F43968" w:rsidRPr="00B6293A" w:rsidRDefault="00F43968">
      <w:pPr>
        <w:spacing w:after="20"/>
        <w:rPr>
          <w:rFonts w:cs="Times New Roman"/>
          <w:color w:val="auto"/>
          <w:sz w:val="28"/>
          <w:szCs w:val="28"/>
        </w:rPr>
      </w:pPr>
    </w:p>
    <w:p w14:paraId="14F5D96F" w14:textId="77777777" w:rsidR="00F43968" w:rsidRPr="00B6293A" w:rsidRDefault="00F43968">
      <w:pPr>
        <w:spacing w:after="20"/>
        <w:rPr>
          <w:rFonts w:cs="Times New Roman"/>
          <w:color w:val="auto"/>
          <w:sz w:val="28"/>
          <w:szCs w:val="28"/>
        </w:rPr>
      </w:pPr>
    </w:p>
    <w:tbl>
      <w:tblPr>
        <w:tblW w:w="0" w:type="auto"/>
        <w:jc w:val="center"/>
        <w:tblLayout w:type="fixed"/>
        <w:tblLook w:val="04A0" w:firstRow="1" w:lastRow="0" w:firstColumn="1" w:lastColumn="0" w:noHBand="0" w:noVBand="1"/>
      </w:tblPr>
      <w:tblGrid>
        <w:gridCol w:w="5244"/>
        <w:gridCol w:w="5244"/>
      </w:tblGrid>
      <w:tr w:rsidR="00B6293A" w:rsidRPr="00B6293A" w14:paraId="31B4A158"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36A34061" w14:textId="77777777" w:rsidR="00F43968" w:rsidRPr="00B6293A" w:rsidRDefault="00634BC2">
            <w:pPr>
              <w:jc w:val="center"/>
              <w:rPr>
                <w:rFonts w:cs="Times New Roman"/>
                <w:color w:val="auto"/>
                <w:sz w:val="28"/>
                <w:szCs w:val="28"/>
              </w:rPr>
            </w:pPr>
            <w:r w:rsidRPr="00B6293A">
              <w:rPr>
                <w:rFonts w:cs="Times New Roman"/>
                <w:b/>
                <w:color w:val="auto"/>
                <w:sz w:val="28"/>
                <w:szCs w:val="28"/>
              </w:rPr>
              <w:t>E</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FE9A6E6" w14:textId="77777777" w:rsidR="00F43968" w:rsidRPr="00B6293A" w:rsidRDefault="00634BC2">
            <w:pPr>
              <w:keepNext/>
              <w:rPr>
                <w:rFonts w:cs="Times New Roman"/>
                <w:color w:val="auto"/>
                <w:sz w:val="28"/>
                <w:szCs w:val="28"/>
              </w:rPr>
            </w:pPr>
            <w:r w:rsidRPr="00B6293A">
              <w:rPr>
                <w:rFonts w:cs="Times New Roman"/>
                <w:b/>
                <w:color w:val="auto"/>
                <w:sz w:val="28"/>
                <w:szCs w:val="28"/>
              </w:rPr>
              <w:t>TEST SPECIFICATION – 39 ITEMS / 10 POINTS</w:t>
            </w:r>
          </w:p>
        </w:tc>
      </w:tr>
    </w:tbl>
    <w:p w14:paraId="799E73FF" w14:textId="77777777" w:rsidR="00F43968" w:rsidRPr="00B6293A" w:rsidRDefault="00F43968">
      <w:pPr>
        <w:spacing w:after="0"/>
        <w:rPr>
          <w:rFonts w:cs="Times New Roman"/>
          <w:color w:val="auto"/>
          <w:sz w:val="28"/>
          <w:szCs w:val="28"/>
        </w:rPr>
      </w:pPr>
    </w:p>
    <w:p w14:paraId="4ED50555" w14:textId="77777777" w:rsidR="00F43968" w:rsidRPr="00B6293A" w:rsidRDefault="00634BC2">
      <w:pPr>
        <w:spacing w:after="60"/>
        <w:rPr>
          <w:rFonts w:cs="Times New Roman"/>
          <w:color w:val="auto"/>
          <w:sz w:val="28"/>
          <w:szCs w:val="28"/>
        </w:rPr>
      </w:pPr>
      <w:r w:rsidRPr="00B6293A">
        <w:rPr>
          <w:rFonts w:cs="Times New Roman"/>
          <w:i/>
          <w:color w:val="auto"/>
          <w:sz w:val="28"/>
          <w:szCs w:val="28"/>
        </w:rPr>
        <w:t xml:space="preserve">Scoring: Questions 1–38 = 0.25 </w:t>
      </w:r>
      <w:r w:rsidRPr="00B6293A">
        <w:rPr>
          <w:rFonts w:cs="Times New Roman"/>
          <w:i/>
          <w:color w:val="auto"/>
          <w:sz w:val="28"/>
          <w:szCs w:val="28"/>
        </w:rPr>
        <w:t>point each; Question 39 = 0.5 point. Suggested time: 45 minutes.</w:t>
      </w:r>
    </w:p>
    <w:tbl>
      <w:tblPr>
        <w:tblW w:w="11044" w:type="dxa"/>
        <w:jc w:val="center"/>
        <w:tblLayout w:type="fixed"/>
        <w:tblLook w:val="04A0" w:firstRow="1" w:lastRow="0" w:firstColumn="1" w:lastColumn="0" w:noHBand="0" w:noVBand="1"/>
      </w:tblPr>
      <w:tblGrid>
        <w:gridCol w:w="2098"/>
        <w:gridCol w:w="3709"/>
        <w:gridCol w:w="1559"/>
        <w:gridCol w:w="2126"/>
        <w:gridCol w:w="1552"/>
      </w:tblGrid>
      <w:tr w:rsidR="00B6293A" w:rsidRPr="00B6293A" w14:paraId="7E12D497" w14:textId="77777777" w:rsidTr="000E34A4">
        <w:trPr>
          <w:tblHeader/>
          <w:jc w:val="center"/>
        </w:trPr>
        <w:tc>
          <w:tcPr>
            <w:tcW w:w="2098" w:type="dxa"/>
            <w:tcBorders>
              <w:top w:val="single" w:sz="5" w:space="0" w:color="25364A"/>
              <w:left w:val="single" w:sz="5" w:space="0" w:color="25364A"/>
              <w:bottom w:val="single" w:sz="5" w:space="0" w:color="25364A"/>
              <w:right w:val="single" w:sz="5" w:space="0" w:color="25364A"/>
            </w:tcBorders>
            <w:shd w:val="clear" w:color="auto" w:fill="25364A"/>
            <w:tcMar>
              <w:top w:w="60" w:type="dxa"/>
              <w:left w:w="60" w:type="dxa"/>
              <w:bottom w:w="60" w:type="dxa"/>
              <w:right w:w="60" w:type="dxa"/>
            </w:tcMar>
          </w:tcPr>
          <w:p w14:paraId="5D3A65EB"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Part</w:t>
            </w:r>
          </w:p>
        </w:tc>
        <w:tc>
          <w:tcPr>
            <w:tcW w:w="3709" w:type="dxa"/>
            <w:tcBorders>
              <w:top w:val="single" w:sz="5" w:space="0" w:color="25364A"/>
              <w:left w:val="single" w:sz="5" w:space="0" w:color="25364A"/>
              <w:bottom w:val="single" w:sz="5" w:space="0" w:color="25364A"/>
              <w:right w:val="single" w:sz="5" w:space="0" w:color="25364A"/>
            </w:tcBorders>
            <w:shd w:val="clear" w:color="auto" w:fill="25364A"/>
            <w:tcMar>
              <w:top w:w="60" w:type="dxa"/>
              <w:left w:w="60" w:type="dxa"/>
              <w:bottom w:w="60" w:type="dxa"/>
              <w:right w:w="60" w:type="dxa"/>
            </w:tcMar>
          </w:tcPr>
          <w:p w14:paraId="2464D29F"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Task type</w:t>
            </w:r>
          </w:p>
        </w:tc>
        <w:tc>
          <w:tcPr>
            <w:tcW w:w="1559" w:type="dxa"/>
            <w:tcBorders>
              <w:top w:val="single" w:sz="5" w:space="0" w:color="25364A"/>
              <w:left w:val="single" w:sz="5" w:space="0" w:color="25364A"/>
              <w:bottom w:val="single" w:sz="5" w:space="0" w:color="25364A"/>
              <w:right w:val="single" w:sz="5" w:space="0" w:color="25364A"/>
            </w:tcBorders>
            <w:shd w:val="clear" w:color="auto" w:fill="25364A"/>
            <w:tcMar>
              <w:top w:w="60" w:type="dxa"/>
              <w:left w:w="60" w:type="dxa"/>
              <w:bottom w:w="60" w:type="dxa"/>
              <w:right w:w="60" w:type="dxa"/>
            </w:tcMar>
          </w:tcPr>
          <w:p w14:paraId="4AF0E6F7"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Items</w:t>
            </w:r>
          </w:p>
        </w:tc>
        <w:tc>
          <w:tcPr>
            <w:tcW w:w="2126" w:type="dxa"/>
            <w:tcBorders>
              <w:top w:val="single" w:sz="5" w:space="0" w:color="25364A"/>
              <w:left w:val="single" w:sz="5" w:space="0" w:color="25364A"/>
              <w:bottom w:val="single" w:sz="5" w:space="0" w:color="25364A"/>
              <w:right w:val="single" w:sz="5" w:space="0" w:color="25364A"/>
            </w:tcBorders>
            <w:shd w:val="clear" w:color="auto" w:fill="25364A"/>
            <w:tcMar>
              <w:top w:w="60" w:type="dxa"/>
              <w:left w:w="60" w:type="dxa"/>
              <w:bottom w:w="60" w:type="dxa"/>
              <w:right w:w="60" w:type="dxa"/>
            </w:tcMar>
          </w:tcPr>
          <w:p w14:paraId="16D97D55"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Questions</w:t>
            </w:r>
          </w:p>
        </w:tc>
        <w:tc>
          <w:tcPr>
            <w:tcW w:w="1552" w:type="dxa"/>
            <w:tcBorders>
              <w:top w:val="single" w:sz="5" w:space="0" w:color="25364A"/>
              <w:left w:val="single" w:sz="5" w:space="0" w:color="25364A"/>
              <w:bottom w:val="single" w:sz="5" w:space="0" w:color="25364A"/>
              <w:right w:val="single" w:sz="5" w:space="0" w:color="25364A"/>
            </w:tcBorders>
            <w:shd w:val="clear" w:color="auto" w:fill="25364A"/>
            <w:tcMar>
              <w:top w:w="60" w:type="dxa"/>
              <w:left w:w="60" w:type="dxa"/>
              <w:bottom w:w="60" w:type="dxa"/>
              <w:right w:w="60" w:type="dxa"/>
            </w:tcMar>
          </w:tcPr>
          <w:p w14:paraId="30A9D310" w14:textId="77777777" w:rsidR="00F43968" w:rsidRPr="00B6293A" w:rsidRDefault="00634BC2">
            <w:pPr>
              <w:spacing w:after="0"/>
              <w:jc w:val="center"/>
              <w:rPr>
                <w:rFonts w:cs="Times New Roman"/>
                <w:color w:val="auto"/>
                <w:sz w:val="28"/>
                <w:szCs w:val="28"/>
              </w:rPr>
            </w:pPr>
            <w:r w:rsidRPr="00B6293A">
              <w:rPr>
                <w:rFonts w:cs="Times New Roman"/>
                <w:b/>
                <w:color w:val="auto"/>
                <w:sz w:val="28"/>
                <w:szCs w:val="28"/>
              </w:rPr>
              <w:t>Points</w:t>
            </w:r>
          </w:p>
        </w:tc>
      </w:tr>
      <w:tr w:rsidR="00B6293A" w:rsidRPr="00B6293A" w14:paraId="67EE30B2"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3372A582"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I. Listening</w:t>
            </w:r>
          </w:p>
        </w:tc>
        <w:tc>
          <w:tcPr>
            <w:tcW w:w="370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5044416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Multiple choice</w:t>
            </w:r>
          </w:p>
        </w:tc>
        <w:tc>
          <w:tcPr>
            <w:tcW w:w="155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58E93D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5</w:t>
            </w:r>
          </w:p>
        </w:tc>
        <w:tc>
          <w:tcPr>
            <w:tcW w:w="2126"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29CB7801"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1–5</w:t>
            </w:r>
          </w:p>
        </w:tc>
        <w:tc>
          <w:tcPr>
            <w:tcW w:w="1552"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7DC7755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1.25</w:t>
            </w:r>
          </w:p>
        </w:tc>
      </w:tr>
      <w:tr w:rsidR="00B6293A" w:rsidRPr="00B6293A" w14:paraId="2234F655"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37CF1A9F"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II. Pronunciation</w:t>
            </w:r>
          </w:p>
        </w:tc>
        <w:tc>
          <w:tcPr>
            <w:tcW w:w="370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1F3D063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Sound (2) + stress (2)</w:t>
            </w:r>
          </w:p>
        </w:tc>
        <w:tc>
          <w:tcPr>
            <w:tcW w:w="155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0323B4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4</w:t>
            </w:r>
          </w:p>
        </w:tc>
        <w:tc>
          <w:tcPr>
            <w:tcW w:w="2126"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0BCED5D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6–9</w:t>
            </w:r>
          </w:p>
        </w:tc>
        <w:tc>
          <w:tcPr>
            <w:tcW w:w="1552"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18EEF4E0"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1.00</w:t>
            </w:r>
          </w:p>
        </w:tc>
      </w:tr>
      <w:tr w:rsidR="00B6293A" w:rsidRPr="00B6293A" w14:paraId="540C0994"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4DAD19D"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III. Language Use</w:t>
            </w:r>
          </w:p>
        </w:tc>
        <w:tc>
          <w:tcPr>
            <w:tcW w:w="370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39A8551B"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 xml:space="preserve">Vocabulary, grammar, dialogue, </w:t>
            </w:r>
            <w:r w:rsidRPr="00B6293A">
              <w:rPr>
                <w:rFonts w:cs="Times New Roman"/>
                <w:color w:val="auto"/>
                <w:sz w:val="28"/>
                <w:szCs w:val="28"/>
              </w:rPr>
              <w:t>closest meaning</w:t>
            </w:r>
          </w:p>
        </w:tc>
        <w:tc>
          <w:tcPr>
            <w:tcW w:w="155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09D5BF8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10</w:t>
            </w:r>
          </w:p>
        </w:tc>
        <w:tc>
          <w:tcPr>
            <w:tcW w:w="2126"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8218C4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10–19</w:t>
            </w:r>
          </w:p>
        </w:tc>
        <w:tc>
          <w:tcPr>
            <w:tcW w:w="1552"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A0EC79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2.50</w:t>
            </w:r>
          </w:p>
        </w:tc>
      </w:tr>
      <w:tr w:rsidR="00B6293A" w:rsidRPr="00B6293A" w14:paraId="19D052C6"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6CD85A2A"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IV. Practical Skills</w:t>
            </w:r>
          </w:p>
        </w:tc>
        <w:tc>
          <w:tcPr>
            <w:tcW w:w="370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4307F09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Signs (2) + notice (2)</w:t>
            </w:r>
          </w:p>
        </w:tc>
        <w:tc>
          <w:tcPr>
            <w:tcW w:w="155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22A4FFD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4</w:t>
            </w:r>
          </w:p>
        </w:tc>
        <w:tc>
          <w:tcPr>
            <w:tcW w:w="2126"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2EF86733"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20–23</w:t>
            </w:r>
          </w:p>
        </w:tc>
        <w:tc>
          <w:tcPr>
            <w:tcW w:w="1552"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0A9BE5EC"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1.00</w:t>
            </w:r>
          </w:p>
        </w:tc>
      </w:tr>
      <w:tr w:rsidR="00B6293A" w:rsidRPr="00B6293A" w14:paraId="196299D3"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80426B5"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V. Reading</w:t>
            </w:r>
          </w:p>
        </w:tc>
        <w:tc>
          <w:tcPr>
            <w:tcW w:w="370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024DD11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Cloze (4) + comprehension (5)</w:t>
            </w:r>
          </w:p>
        </w:tc>
        <w:tc>
          <w:tcPr>
            <w:tcW w:w="155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7E5BF37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9</w:t>
            </w:r>
          </w:p>
        </w:tc>
        <w:tc>
          <w:tcPr>
            <w:tcW w:w="2126"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2898035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24–32</w:t>
            </w:r>
          </w:p>
        </w:tc>
        <w:tc>
          <w:tcPr>
            <w:tcW w:w="1552"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AC4C265"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2.25</w:t>
            </w:r>
          </w:p>
        </w:tc>
      </w:tr>
      <w:tr w:rsidR="00B6293A" w:rsidRPr="00B6293A" w14:paraId="7CDB0E50"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76B3F42A"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VI. Ordering</w:t>
            </w:r>
          </w:p>
        </w:tc>
        <w:tc>
          <w:tcPr>
            <w:tcW w:w="370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70AAD828"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Dialogue sequencing</w:t>
            </w:r>
          </w:p>
        </w:tc>
        <w:tc>
          <w:tcPr>
            <w:tcW w:w="155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65335BC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2</w:t>
            </w:r>
          </w:p>
        </w:tc>
        <w:tc>
          <w:tcPr>
            <w:tcW w:w="2126"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7E540A99"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33–34</w:t>
            </w:r>
          </w:p>
        </w:tc>
        <w:tc>
          <w:tcPr>
            <w:tcW w:w="1552"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792789B6"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0.50</w:t>
            </w:r>
          </w:p>
        </w:tc>
      </w:tr>
      <w:tr w:rsidR="00B6293A" w:rsidRPr="00B6293A" w14:paraId="1D9533FD"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7AC1155C"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VII. Writing</w:t>
            </w:r>
          </w:p>
        </w:tc>
        <w:tc>
          <w:tcPr>
            <w:tcW w:w="370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5C5D65D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Transformations (4) + email (1)</w:t>
            </w:r>
          </w:p>
        </w:tc>
        <w:tc>
          <w:tcPr>
            <w:tcW w:w="1559"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06185627"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5</w:t>
            </w:r>
          </w:p>
        </w:tc>
        <w:tc>
          <w:tcPr>
            <w:tcW w:w="2126"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6EADCB5D"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35–39</w:t>
            </w:r>
          </w:p>
        </w:tc>
        <w:tc>
          <w:tcPr>
            <w:tcW w:w="1552" w:type="dxa"/>
            <w:tcBorders>
              <w:top w:val="single" w:sz="4" w:space="0" w:color="B7DAD8"/>
              <w:left w:val="single" w:sz="4" w:space="0" w:color="B7DAD8"/>
              <w:bottom w:val="single" w:sz="4" w:space="0" w:color="B7DAD8"/>
              <w:right w:val="single" w:sz="4" w:space="0" w:color="B7DAD8"/>
            </w:tcBorders>
            <w:shd w:val="clear" w:color="auto" w:fill="FFFFFF"/>
            <w:tcMar>
              <w:top w:w="45" w:type="dxa"/>
              <w:left w:w="55" w:type="dxa"/>
              <w:bottom w:w="45" w:type="dxa"/>
              <w:right w:w="55" w:type="dxa"/>
            </w:tcMar>
          </w:tcPr>
          <w:p w14:paraId="1C5FADA4"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1.50</w:t>
            </w:r>
          </w:p>
        </w:tc>
      </w:tr>
      <w:tr w:rsidR="00B6293A" w:rsidRPr="00B6293A" w14:paraId="5DD9CCAA" w14:textId="77777777" w:rsidTr="000E34A4">
        <w:trPr>
          <w:cantSplit/>
          <w:jc w:val="center"/>
        </w:trPr>
        <w:tc>
          <w:tcPr>
            <w:tcW w:w="2098"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7FF8285B" w14:textId="77777777" w:rsidR="00F43968" w:rsidRPr="00B6293A" w:rsidRDefault="00634BC2">
            <w:pPr>
              <w:spacing w:after="0" w:line="240" w:lineRule="auto"/>
              <w:jc w:val="center"/>
              <w:rPr>
                <w:rFonts w:cs="Times New Roman"/>
                <w:color w:val="auto"/>
                <w:sz w:val="28"/>
                <w:szCs w:val="28"/>
              </w:rPr>
            </w:pPr>
            <w:r w:rsidRPr="00B6293A">
              <w:rPr>
                <w:rFonts w:cs="Times New Roman"/>
                <w:color w:val="auto"/>
                <w:sz w:val="28"/>
                <w:szCs w:val="28"/>
              </w:rPr>
              <w:t>TOTAL</w:t>
            </w:r>
          </w:p>
        </w:tc>
        <w:tc>
          <w:tcPr>
            <w:tcW w:w="370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6E3114C8" w14:textId="77777777" w:rsidR="00F43968" w:rsidRPr="00B6293A" w:rsidRDefault="00F43968">
            <w:pPr>
              <w:spacing w:after="0" w:line="240" w:lineRule="auto"/>
              <w:rPr>
                <w:rFonts w:cs="Times New Roman"/>
                <w:color w:val="auto"/>
                <w:sz w:val="28"/>
                <w:szCs w:val="28"/>
              </w:rPr>
            </w:pPr>
          </w:p>
        </w:tc>
        <w:tc>
          <w:tcPr>
            <w:tcW w:w="1559"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6BF721E2"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39</w:t>
            </w:r>
          </w:p>
        </w:tc>
        <w:tc>
          <w:tcPr>
            <w:tcW w:w="2126"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02DBC43B" w14:textId="77777777" w:rsidR="00F43968" w:rsidRPr="00B6293A" w:rsidRDefault="00F43968">
            <w:pPr>
              <w:spacing w:after="0" w:line="240" w:lineRule="auto"/>
              <w:rPr>
                <w:rFonts w:cs="Times New Roman"/>
                <w:color w:val="auto"/>
                <w:sz w:val="28"/>
                <w:szCs w:val="28"/>
              </w:rPr>
            </w:pPr>
          </w:p>
        </w:tc>
        <w:tc>
          <w:tcPr>
            <w:tcW w:w="1552" w:type="dxa"/>
            <w:tcBorders>
              <w:top w:val="single" w:sz="4" w:space="0" w:color="B7DAD8"/>
              <w:left w:val="single" w:sz="4" w:space="0" w:color="B7DAD8"/>
              <w:bottom w:val="single" w:sz="4" w:space="0" w:color="B7DAD8"/>
              <w:right w:val="single" w:sz="4" w:space="0" w:color="B7DAD8"/>
            </w:tcBorders>
            <w:shd w:val="clear" w:color="auto" w:fill="F4FAF9"/>
            <w:tcMar>
              <w:top w:w="45" w:type="dxa"/>
              <w:left w:w="55" w:type="dxa"/>
              <w:bottom w:w="45" w:type="dxa"/>
              <w:right w:w="55" w:type="dxa"/>
            </w:tcMar>
          </w:tcPr>
          <w:p w14:paraId="4403B8EA" w14:textId="77777777" w:rsidR="00F43968" w:rsidRPr="00B6293A" w:rsidRDefault="00634BC2">
            <w:pPr>
              <w:spacing w:after="0" w:line="240" w:lineRule="auto"/>
              <w:rPr>
                <w:rFonts w:cs="Times New Roman"/>
                <w:color w:val="auto"/>
                <w:sz w:val="28"/>
                <w:szCs w:val="28"/>
              </w:rPr>
            </w:pPr>
            <w:r w:rsidRPr="00B6293A">
              <w:rPr>
                <w:rFonts w:cs="Times New Roman"/>
                <w:color w:val="auto"/>
                <w:sz w:val="28"/>
                <w:szCs w:val="28"/>
              </w:rPr>
              <w:t>10.00</w:t>
            </w:r>
          </w:p>
        </w:tc>
      </w:tr>
    </w:tbl>
    <w:p w14:paraId="078D7692" w14:textId="77777777" w:rsidR="00F43968" w:rsidRPr="00B6293A" w:rsidRDefault="00F43968">
      <w:pPr>
        <w:spacing w:after="20"/>
        <w:rPr>
          <w:rFonts w:cs="Times New Roman"/>
          <w:color w:val="auto"/>
          <w:sz w:val="28"/>
          <w:szCs w:val="28"/>
        </w:rPr>
      </w:pPr>
    </w:p>
    <w:sectPr w:rsidR="00F43968" w:rsidRPr="00B6293A" w:rsidSect="00034616">
      <w:headerReference w:type="default" r:id="rId10"/>
      <w:footerReference w:type="default" r:id="rId11"/>
      <w:pgSz w:w="11906" w:h="16838"/>
      <w:pgMar w:top="652" w:right="709" w:bottom="652" w:left="709" w:header="255" w:footer="255" w:gutter="0"/>
      <w:pgBorders w:offsetFrom="page">
        <w:top w:val="single" w:sz="8" w:space="18" w:color="B7DAD8"/>
        <w:left w:val="single" w:sz="8" w:space="18" w:color="B7DAD8"/>
        <w:bottom w:val="single" w:sz="8" w:space="18" w:color="B7DAD8"/>
        <w:right w:val="single" w:sz="8" w:space="18" w:color="B7DAD8"/>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A8F97" w14:textId="77777777" w:rsidR="00634BC2" w:rsidRDefault="00634BC2">
      <w:pPr>
        <w:spacing w:after="0" w:line="240" w:lineRule="auto"/>
      </w:pPr>
      <w:r>
        <w:separator/>
      </w:r>
    </w:p>
  </w:endnote>
  <w:endnote w:type="continuationSeparator" w:id="0">
    <w:p w14:paraId="7DA2B2C0" w14:textId="77777777" w:rsidR="00634BC2" w:rsidRDefault="00634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26449" w14:textId="77777777" w:rsidR="00F43968" w:rsidRDefault="00F43968">
    <w:pPr>
      <w:pStyle w:val="Footer"/>
    </w:pPr>
  </w:p>
  <w:tbl>
    <w:tblPr>
      <w:tblW w:w="0" w:type="auto"/>
      <w:jc w:val="center"/>
      <w:tblLayout w:type="fixed"/>
      <w:tblLook w:val="04A0" w:firstRow="1" w:lastRow="0" w:firstColumn="1" w:lastColumn="0" w:noHBand="0" w:noVBand="1"/>
    </w:tblPr>
    <w:tblGrid>
      <w:gridCol w:w="3477"/>
      <w:gridCol w:w="3477"/>
      <w:gridCol w:w="3477"/>
    </w:tblGrid>
    <w:tr w:rsidR="00F43968" w14:paraId="3CCC94B0" w14:textId="77777777">
      <w:trPr>
        <w:jc w:val="center"/>
      </w:trPr>
      <w:tc>
        <w:tcPr>
          <w:tcW w:w="3477" w:type="dxa"/>
          <w:tcBorders>
            <w:top w:val="nil"/>
            <w:left w:val="nil"/>
            <w:bottom w:val="nil"/>
            <w:right w:val="nil"/>
          </w:tcBorders>
          <w:tcMar>
            <w:top w:w="0" w:type="dxa"/>
            <w:left w:w="0" w:type="dxa"/>
            <w:bottom w:w="0" w:type="dxa"/>
            <w:right w:w="0" w:type="dxa"/>
          </w:tcMar>
        </w:tcPr>
        <w:p w14:paraId="609E367C" w14:textId="33C3031E" w:rsidR="00F43968" w:rsidRPr="00F062A3" w:rsidRDefault="00F43968">
          <w:pPr>
            <w:spacing w:after="0"/>
            <w:rPr>
              <w:sz w:val="24"/>
              <w:szCs w:val="24"/>
            </w:rPr>
          </w:pPr>
        </w:p>
      </w:tc>
      <w:tc>
        <w:tcPr>
          <w:tcW w:w="3477" w:type="dxa"/>
          <w:tcBorders>
            <w:top w:val="nil"/>
            <w:left w:val="nil"/>
            <w:bottom w:val="nil"/>
            <w:right w:val="nil"/>
          </w:tcBorders>
          <w:tcMar>
            <w:top w:w="0" w:type="dxa"/>
            <w:left w:w="0" w:type="dxa"/>
            <w:bottom w:w="0" w:type="dxa"/>
            <w:right w:w="0" w:type="dxa"/>
          </w:tcMar>
        </w:tcPr>
        <w:p w14:paraId="309D1774" w14:textId="77777777" w:rsidR="00F43968" w:rsidRDefault="00634BC2">
          <w:pPr>
            <w:spacing w:after="0"/>
            <w:jc w:val="center"/>
          </w:pPr>
          <w:r>
            <w:rPr>
              <w:color w:val="5D6773"/>
              <w:sz w:val="16"/>
            </w:rPr>
            <w:t xml:space="preserve">Page </w:t>
          </w:r>
          <w:r>
            <w:fldChar w:fldCharType="begin"/>
          </w:r>
          <w:r>
            <w:instrText>PAGE</w:instrText>
          </w:r>
          <w:r>
            <w:fldChar w:fldCharType="separate"/>
          </w:r>
          <w:r w:rsidR="00B6293A">
            <w:rPr>
              <w:noProof/>
            </w:rPr>
            <w:t>1</w:t>
          </w:r>
          <w:r>
            <w:fldChar w:fldCharType="end"/>
          </w:r>
        </w:p>
      </w:tc>
      <w:tc>
        <w:tcPr>
          <w:tcW w:w="3477" w:type="dxa"/>
          <w:tcBorders>
            <w:top w:val="nil"/>
            <w:left w:val="nil"/>
            <w:bottom w:val="nil"/>
            <w:right w:val="nil"/>
          </w:tcBorders>
          <w:tcMar>
            <w:top w:w="0" w:type="dxa"/>
            <w:left w:w="0" w:type="dxa"/>
            <w:bottom w:w="0" w:type="dxa"/>
            <w:right w:w="0" w:type="dxa"/>
          </w:tcMar>
        </w:tcPr>
        <w:p w14:paraId="15997FE8" w14:textId="77777777" w:rsidR="00F43968" w:rsidRDefault="00634BC2">
          <w:pPr>
            <w:spacing w:after="0"/>
            <w:jc w:val="right"/>
          </w:pPr>
          <w:r>
            <w:rPr>
              <w:b/>
              <w:color w:val="155B5A"/>
              <w:sz w:val="16"/>
            </w:rPr>
            <w:t xml:space="preserve">GLOBAL </w:t>
          </w:r>
          <w:r>
            <w:rPr>
              <w:b/>
              <w:color w:val="155B5A"/>
              <w:sz w:val="16"/>
            </w:rPr>
            <w:t>SUCCESS 8</w:t>
          </w:r>
        </w:p>
      </w:tc>
    </w:tr>
    <w:tr w:rsidR="00C0707F" w14:paraId="1C819F25" w14:textId="77777777">
      <w:trPr>
        <w:jc w:val="center"/>
      </w:trPr>
      <w:tc>
        <w:tcPr>
          <w:tcW w:w="3477" w:type="dxa"/>
          <w:tcBorders>
            <w:top w:val="nil"/>
            <w:left w:val="nil"/>
            <w:bottom w:val="nil"/>
            <w:right w:val="nil"/>
          </w:tcBorders>
          <w:tcMar>
            <w:top w:w="0" w:type="dxa"/>
            <w:left w:w="0" w:type="dxa"/>
            <w:bottom w:w="0" w:type="dxa"/>
            <w:right w:w="0" w:type="dxa"/>
          </w:tcMar>
        </w:tcPr>
        <w:p w14:paraId="29B95027" w14:textId="77777777" w:rsidR="00C0707F" w:rsidRDefault="00C0707F">
          <w:pPr>
            <w:spacing w:after="0"/>
          </w:pPr>
        </w:p>
      </w:tc>
      <w:tc>
        <w:tcPr>
          <w:tcW w:w="3477" w:type="dxa"/>
          <w:tcBorders>
            <w:top w:val="nil"/>
            <w:left w:val="nil"/>
            <w:bottom w:val="nil"/>
            <w:right w:val="nil"/>
          </w:tcBorders>
          <w:tcMar>
            <w:top w:w="0" w:type="dxa"/>
            <w:left w:w="0" w:type="dxa"/>
            <w:bottom w:w="0" w:type="dxa"/>
            <w:right w:w="0" w:type="dxa"/>
          </w:tcMar>
        </w:tcPr>
        <w:p w14:paraId="4544B532" w14:textId="77777777" w:rsidR="00C0707F" w:rsidRDefault="00C0707F">
          <w:pPr>
            <w:spacing w:after="0"/>
            <w:jc w:val="center"/>
            <w:rPr>
              <w:color w:val="5D6773"/>
              <w:sz w:val="16"/>
            </w:rPr>
          </w:pPr>
        </w:p>
      </w:tc>
      <w:tc>
        <w:tcPr>
          <w:tcW w:w="3477" w:type="dxa"/>
          <w:tcBorders>
            <w:top w:val="nil"/>
            <w:left w:val="nil"/>
            <w:bottom w:val="nil"/>
            <w:right w:val="nil"/>
          </w:tcBorders>
          <w:tcMar>
            <w:top w:w="0" w:type="dxa"/>
            <w:left w:w="0" w:type="dxa"/>
            <w:bottom w:w="0" w:type="dxa"/>
            <w:right w:w="0" w:type="dxa"/>
          </w:tcMar>
        </w:tcPr>
        <w:p w14:paraId="77E80E83" w14:textId="77777777" w:rsidR="00C0707F" w:rsidRDefault="00C0707F">
          <w:pPr>
            <w:spacing w:after="0"/>
            <w:jc w:val="right"/>
            <w:rPr>
              <w:b/>
              <w:color w:val="155B5A"/>
              <w:sz w:val="16"/>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7DF8B" w14:textId="77777777" w:rsidR="00634BC2" w:rsidRDefault="00634BC2">
      <w:pPr>
        <w:spacing w:after="0" w:line="240" w:lineRule="auto"/>
      </w:pPr>
      <w:r>
        <w:separator/>
      </w:r>
    </w:p>
  </w:footnote>
  <w:footnote w:type="continuationSeparator" w:id="0">
    <w:p w14:paraId="66AC623E" w14:textId="77777777" w:rsidR="00634BC2" w:rsidRDefault="00634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5216"/>
      <w:gridCol w:w="5216"/>
    </w:tblGrid>
    <w:tr w:rsidR="00F43968" w14:paraId="1EF831F0" w14:textId="77777777">
      <w:trPr>
        <w:jc w:val="center"/>
      </w:trPr>
      <w:tc>
        <w:tcPr>
          <w:tcW w:w="5216" w:type="dxa"/>
          <w:tcBorders>
            <w:top w:val="nil"/>
            <w:left w:val="nil"/>
            <w:bottom w:val="nil"/>
            <w:right w:val="nil"/>
          </w:tcBorders>
          <w:tcMar>
            <w:top w:w="0" w:type="dxa"/>
            <w:left w:w="0" w:type="dxa"/>
            <w:bottom w:w="0" w:type="dxa"/>
            <w:right w:w="0" w:type="dxa"/>
          </w:tcMar>
        </w:tcPr>
        <w:p w14:paraId="4579609C" w14:textId="4F534CF4" w:rsidR="00F215E4" w:rsidRPr="00F062A3" w:rsidRDefault="00F215E4">
          <w:pPr>
            <w:spacing w:after="0"/>
            <w:rPr>
              <w:sz w:val="24"/>
              <w:szCs w:val="24"/>
            </w:rPr>
          </w:pPr>
        </w:p>
      </w:tc>
      <w:tc>
        <w:tcPr>
          <w:tcW w:w="5216" w:type="dxa"/>
          <w:tcBorders>
            <w:top w:val="nil"/>
            <w:left w:val="nil"/>
            <w:bottom w:val="nil"/>
            <w:right w:val="nil"/>
          </w:tcBorders>
          <w:tcMar>
            <w:top w:w="0" w:type="dxa"/>
            <w:left w:w="0" w:type="dxa"/>
            <w:bottom w:w="0" w:type="dxa"/>
            <w:right w:w="0" w:type="dxa"/>
          </w:tcMar>
        </w:tcPr>
        <w:p w14:paraId="5C7C132B" w14:textId="08658E49" w:rsidR="00F43968" w:rsidRDefault="00F43968">
          <w:pPr>
            <w:spacing w:after="0"/>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045"/>
    <w:rsid w:val="0008015D"/>
    <w:rsid w:val="000E34A4"/>
    <w:rsid w:val="0015074B"/>
    <w:rsid w:val="002664B4"/>
    <w:rsid w:val="0029639D"/>
    <w:rsid w:val="00326F90"/>
    <w:rsid w:val="00355E3B"/>
    <w:rsid w:val="0036497C"/>
    <w:rsid w:val="004473D8"/>
    <w:rsid w:val="00471758"/>
    <w:rsid w:val="00634BC2"/>
    <w:rsid w:val="00730F22"/>
    <w:rsid w:val="007A369D"/>
    <w:rsid w:val="00877ECE"/>
    <w:rsid w:val="00945C38"/>
    <w:rsid w:val="00AA1D8D"/>
    <w:rsid w:val="00B47730"/>
    <w:rsid w:val="00B53C37"/>
    <w:rsid w:val="00B6293A"/>
    <w:rsid w:val="00C0707F"/>
    <w:rsid w:val="00C35188"/>
    <w:rsid w:val="00C66479"/>
    <w:rsid w:val="00CB0664"/>
    <w:rsid w:val="00EC4C97"/>
    <w:rsid w:val="00F062A3"/>
    <w:rsid w:val="00F215E4"/>
    <w:rsid w:val="00F439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E9044"/>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eastAsia="Times New Roman" w:hAnsi="Times New Roman"/>
      <w:color w:val="25364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062A3"/>
    <w:rPr>
      <w:color w:val="0000FF" w:themeColor="hyperlink"/>
      <w:u w:val="single"/>
    </w:rPr>
  </w:style>
  <w:style w:type="character" w:styleId="UnresolvedMention">
    <w:name w:val="Unresolved Mention"/>
    <w:basedOn w:val="DefaultParagraphFont"/>
    <w:uiPriority w:val="99"/>
    <w:semiHidden/>
    <w:unhideWhenUsed/>
    <w:rsid w:val="00F06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1255A-E0B3-47ED-B833-E0FD8921B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1850</Words>
  <Characters>10548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Global Success 8 - Unit 1 Leisure Time Test</vt:lpstr>
    </vt:vector>
  </TitlesOfParts>
  <Manager/>
  <Company/>
  <LinksUpToDate>false</LinksUpToDate>
  <CharactersWithSpaces>12374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1 Leisure Time Test</dc:title>
  <dc:subject>Unit 1 assessment: Leisure Time</dc:subject>
  <dc:creator>Windy Bui</dc:creator>
  <cp:keywords>Global Success 8, Unit 1, Leisure Time, test, English</cp:keywords>
  <dc:description>generated by python-docx</dc:description>
  <cp:lastModifiedBy>ADMIN</cp:lastModifiedBy>
  <cp:revision>13</cp:revision>
  <dcterms:created xsi:type="dcterms:W3CDTF">2013-12-23T23:15:00Z</dcterms:created>
  <dcterms:modified xsi:type="dcterms:W3CDTF">2026-08-06T10:03:00Z</dcterms:modified>
  <cp:category/>
</cp:coreProperties>
</file>