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2"/>
        </w:rPr>
        <w:t>UBND …………………………     TRƯỜNG …………………………</w:t>
      </w:r>
    </w:p>
    <w:p>
      <w:pPr>
        <w:jc w:val="center"/>
      </w:pPr>
      <w:r>
        <w:rPr>
          <w:b/>
          <w:sz w:val="28"/>
        </w:rPr>
        <w:t>ĐỀ KIỂM TRA GIỮA KÌ I NĂM HỌC 2026–2027</w:t>
      </w:r>
    </w:p>
    <w:p>
      <w:pPr>
        <w:jc w:val="center"/>
      </w:pPr>
      <w:r>
        <w:rPr>
          <w:b/>
          <w:sz w:val="26"/>
        </w:rPr>
        <w:t>MÔN TIẾNG ANH 8 • ĐỀ 05</w:t>
      </w:r>
    </w:p>
    <w:p>
      <w:pPr>
        <w:jc w:val="center"/>
      </w:pPr>
      <w:r>
        <w:rPr>
          <w:b w:val="0"/>
          <w:sz w:val="22"/>
        </w:rPr>
        <w:t>Thời gian làm bài 60 phút kể cả thời gian nghe</w:t>
      </w:r>
    </w:p>
    <w:p>
      <w:r>
        <w:rPr>
          <w:b w:val="0"/>
        </w:rPr>
        <w:t>Họ và tên: ……………………………………… Lớp: …………</w:t>
      </w:r>
    </w:p>
    <w:p>
      <w:r>
        <w:rPr>
          <w:b/>
          <w:sz w:val="26"/>
        </w:rPr>
        <w:t>I. LISTENING (2.0 points)</w:t>
      </w:r>
    </w:p>
    <w:p>
      <w:r>
        <w:rPr>
          <w:b w:val="0"/>
        </w:rPr>
        <w:t>Task 1. Listen to the conversation and choose A, B or C. You will listen TWICE. Question 0 is an example. (1.0 point)</w:t>
      </w:r>
    </w:p>
    <w:p>
      <w:r>
        <w:rPr>
          <w:b/>
        </w:rPr>
        <w:t>0. What did Alex make?</w:t>
      </w:r>
    </w:p>
    <w:p>
      <w:pPr>
        <w:spacing w:after="100"/>
      </w:pPr>
      <w:r>
        <w:t xml:space="preserve">A. </w:t>
      </w:r>
      <w:r>
        <w:t>A model house</w:t>
      </w:r>
      <w:r>
        <w:t xml:space="preserve">     </w:t>
      </w:r>
      <w:r>
        <w:t xml:space="preserve">B. </w:t>
      </w:r>
      <w:r>
        <w:t>A video</w:t>
      </w:r>
      <w:r>
        <w:t xml:space="preserve">     </w:t>
      </w:r>
      <w:r>
        <w:t xml:space="preserve">C. </w:t>
      </w:r>
      <w:r>
        <w:t>A poster</w:t>
      </w:r>
    </w:p>
    <w:p>
      <w:r>
        <w:rPr>
          <w:b w:val="0"/>
          <w:sz w:val="22"/>
        </w:rPr>
        <w:t>Example answer: C.</w:t>
      </w:r>
    </w:p>
    <w:p>
      <w:r>
        <w:rPr>
          <w:b/>
        </w:rPr>
        <w:t>1. Where did the group meet?</w:t>
      </w:r>
    </w:p>
    <w:p>
      <w:pPr>
        <w:spacing w:after="100"/>
      </w:pPr>
      <w:r>
        <w:t xml:space="preserve">A. </w:t>
      </w:r>
      <w:r>
        <w:t>At the library</w:t>
      </w:r>
      <w:r>
        <w:t xml:space="preserve">     </w:t>
      </w:r>
      <w:r>
        <w:t xml:space="preserve">B. </w:t>
      </w:r>
      <w:r>
        <w:t>In the playground</w:t>
      </w:r>
      <w:r>
        <w:t xml:space="preserve">     </w:t>
      </w:r>
      <w:r>
        <w:t xml:space="preserve">C. </w:t>
      </w:r>
      <w:r>
        <w:t>At Alex’s home</w:t>
      </w:r>
    </w:p>
    <w:p>
      <w:r>
        <w:rPr>
          <w:b/>
        </w:rPr>
        <w:t>2. What was Alex’s job?</w:t>
      </w:r>
    </w:p>
    <w:p>
      <w:pPr>
        <w:spacing w:after="100"/>
      </w:pPr>
      <w:r>
        <w:t xml:space="preserve">A. </w:t>
      </w:r>
      <w:r>
        <w:t>Drawing pictures</w:t>
      </w:r>
      <w:r>
        <w:t xml:space="preserve">     </w:t>
      </w:r>
      <w:r>
        <w:t xml:space="preserve">B. </w:t>
      </w:r>
      <w:r>
        <w:t>Finding books</w:t>
      </w:r>
      <w:r>
        <w:t xml:space="preserve">     </w:t>
      </w:r>
      <w:r>
        <w:t xml:space="preserve">C. </w:t>
      </w:r>
      <w:r>
        <w:t>Writing descriptions</w:t>
      </w:r>
    </w:p>
    <w:p>
      <w:r>
        <w:rPr>
          <w:b/>
        </w:rPr>
        <w:t>3. What was the most difficult part?</w:t>
      </w:r>
    </w:p>
    <w:p>
      <w:pPr>
        <w:spacing w:after="100"/>
      </w:pPr>
      <w:r>
        <w:t xml:space="preserve">A. </w:t>
      </w:r>
      <w:r>
        <w:t>Printing photos</w:t>
      </w:r>
      <w:r>
        <w:t xml:space="preserve">     </w:t>
      </w:r>
      <w:r>
        <w:t xml:space="preserve">B. </w:t>
      </w:r>
      <w:r>
        <w:t>Buying paper</w:t>
      </w:r>
      <w:r>
        <w:t xml:space="preserve">     </w:t>
      </w:r>
      <w:r>
        <w:t xml:space="preserve">C. </w:t>
      </w:r>
      <w:r>
        <w:t>Choosing information</w:t>
      </w:r>
    </w:p>
    <w:p>
      <w:r>
        <w:rPr>
          <w:b/>
        </w:rPr>
        <w:t>4. What helped the group finish on time?</w:t>
      </w:r>
    </w:p>
    <w:p>
      <w:pPr>
        <w:spacing w:after="100"/>
      </w:pPr>
      <w:r>
        <w:t xml:space="preserve">A. </w:t>
      </w:r>
      <w:r>
        <w:t>Asking another group to help</w:t>
      </w:r>
      <w:r>
        <w:t xml:space="preserve">     </w:t>
      </w:r>
      <w:r>
        <w:t xml:space="preserve">B. </w:t>
      </w:r>
      <w:r>
        <w:t>Making a plan</w:t>
      </w:r>
      <w:r>
        <w:t xml:space="preserve">     </w:t>
      </w:r>
      <w:r>
        <w:t xml:space="preserve">C. </w:t>
      </w:r>
      <w:r>
        <w:t>Working all night</w:t>
      </w:r>
    </w:p>
    <w:p>
      <w:r>
        <w:rPr>
          <w:b w:val="0"/>
        </w:rPr>
        <w:t>Task 2. Listen to the talk and write T (True) or F (False). You will listen TWICE. Question 0 is an example. (1.0 point)</w:t>
      </w:r>
    </w:p>
    <w:tbl>
      <w:tblPr>
        <w:tblStyle w:val="TableGrid"/>
        <w:tblW w:type="auto" w:w="0"/>
        <w:tblLayout w:type="fixed"/>
        <w:tblLook w:firstColumn="1" w:firstRow="1" w:lastColumn="0" w:lastRow="0" w:noHBand="0" w:noVBand="1" w:val="04A0"/>
      </w:tblPr>
      <w:tblGrid>
        <w:gridCol w:w="8674"/>
        <w:gridCol w:w="1134"/>
      </w:tblGrid>
      <w:tr>
        <w:trPr>
          <w:cantSplit/>
        </w:trPr>
        <w:tc>
          <w:tcPr>
            <w:tcW w:type="dxa" w:w="8674"/>
            <w:tcBorders>
              <w:top w:val="single" w:sz="4" w:color="D9D9D9"/>
              <w:left w:val="single" w:sz="4" w:color="D9D9D9"/>
              <w:bottom w:val="single" w:sz="4" w:color="D9D9D9"/>
              <w:right w:val="single" w:sz="4" w:color="D9D9D9"/>
            </w:tcBorders>
            <w:shd w:fill="EAEAEA"/>
          </w:tcPr>
          <w:p>
            <w:pPr>
              <w:spacing w:after="40" w:line="240" w:lineRule="auto"/>
            </w:pPr>
            <w:r>
              <w:rPr>
                <w:b/>
                <w:sz w:val="22"/>
              </w:rPr>
              <w:t>Statements</w:t>
            </w:r>
          </w:p>
        </w:tc>
        <w:tc>
          <w:tcPr>
            <w:tcW w:type="dxa" w:w="1134"/>
            <w:tcBorders>
              <w:top w:val="single" w:sz="4" w:color="D9D9D9"/>
              <w:left w:val="single" w:sz="4" w:color="D9D9D9"/>
              <w:bottom w:val="single" w:sz="4" w:color="D9D9D9"/>
              <w:right w:val="single" w:sz="4" w:color="D9D9D9"/>
            </w:tcBorders>
            <w:shd w:fill="EAEAEA"/>
          </w:tcPr>
          <w:p>
            <w:pPr>
              <w:spacing w:after="40" w:line="240" w:lineRule="auto"/>
            </w:pPr>
            <w:r>
              <w:rPr>
                <w:b/>
                <w:sz w:val="22"/>
              </w:rPr>
              <w:t>T / F</w:t>
            </w:r>
          </w:p>
        </w:tc>
      </w:tr>
      <w:tr>
        <w:trPr>
          <w:cantSplit/>
        </w:trPr>
        <w:tc>
          <w:tcPr>
            <w:tcW w:type="dxa" w:w="8674"/>
            <w:tcBorders>
              <w:top w:val="single" w:sz="4" w:color="D9D9D9"/>
              <w:left w:val="single" w:sz="4" w:color="D9D9D9"/>
              <w:bottom w:val="single" w:sz="4" w:color="D9D9D9"/>
              <w:right w:val="single" w:sz="4" w:color="D9D9D9"/>
            </w:tcBorders>
          </w:tcPr>
          <w:p>
            <w:pPr>
              <w:spacing w:after="40" w:line="240" w:lineRule="auto"/>
            </w:pPr>
            <w:r>
              <w:rPr>
                <w:b w:val="0"/>
                <w:sz w:val="22"/>
              </w:rPr>
              <w:t>0. Rose now makes a weekly plan.</w:t>
            </w:r>
          </w:p>
        </w:tc>
        <w:tc>
          <w:tcPr>
            <w:tcW w:type="dxa" w:w="1134"/>
            <w:tcBorders>
              <w:top w:val="single" w:sz="4" w:color="D9D9D9"/>
              <w:left w:val="single" w:sz="4" w:color="D9D9D9"/>
              <w:bottom w:val="single" w:sz="4" w:color="D9D9D9"/>
              <w:right w:val="single" w:sz="4" w:color="D9D9D9"/>
            </w:tcBorders>
          </w:tcPr>
          <w:p>
            <w:pPr>
              <w:spacing w:after="40" w:line="240" w:lineRule="auto"/>
            </w:pPr>
            <w:r>
              <w:rPr>
                <w:b w:val="0"/>
                <w:sz w:val="22"/>
              </w:rPr>
              <w:t>T</w:t>
            </w:r>
          </w:p>
        </w:tc>
      </w:tr>
      <w:tr>
        <w:trPr>
          <w:cantSplit/>
        </w:trPr>
        <w:tc>
          <w:tcPr>
            <w:tcW w:type="dxa" w:w="8674"/>
            <w:tcBorders>
              <w:top w:val="single" w:sz="4" w:color="D9D9D9"/>
              <w:left w:val="single" w:sz="4" w:color="D9D9D9"/>
              <w:bottom w:val="single" w:sz="4" w:color="D9D9D9"/>
              <w:right w:val="single" w:sz="4" w:color="D9D9D9"/>
            </w:tcBorders>
          </w:tcPr>
          <w:p>
            <w:pPr>
              <w:spacing w:after="40" w:line="240" w:lineRule="auto"/>
            </w:pPr>
            <w:r>
              <w:rPr>
                <w:b w:val="0"/>
                <w:sz w:val="22"/>
              </w:rPr>
              <w:t>5. She spends fourteen minutes on science on Wednesday.</w:t>
            </w:r>
          </w:p>
        </w:tc>
        <w:tc>
          <w:tcPr>
            <w:tcW w:type="dxa" w:w="1134"/>
            <w:tcBorders>
              <w:top w:val="single" w:sz="4" w:color="D9D9D9"/>
              <w:left w:val="single" w:sz="4" w:color="D9D9D9"/>
              <w:bottom w:val="single" w:sz="4" w:color="D9D9D9"/>
              <w:right w:val="single" w:sz="4" w:color="D9D9D9"/>
            </w:tcBorders>
          </w:tcPr>
          <w:p>
            <w:pPr>
              <w:spacing w:after="40" w:line="240" w:lineRule="auto"/>
            </w:pPr>
            <w:r>
              <w:rPr>
                <w:b w:val="0"/>
                <w:sz w:val="22"/>
              </w:rPr>
            </w:r>
          </w:p>
        </w:tc>
      </w:tr>
      <w:tr>
        <w:trPr>
          <w:cantSplit/>
        </w:trPr>
        <w:tc>
          <w:tcPr>
            <w:tcW w:type="dxa" w:w="8674"/>
            <w:tcBorders>
              <w:top w:val="single" w:sz="4" w:color="D9D9D9"/>
              <w:left w:val="single" w:sz="4" w:color="D9D9D9"/>
              <w:bottom w:val="single" w:sz="4" w:color="D9D9D9"/>
              <w:right w:val="single" w:sz="4" w:color="D9D9D9"/>
            </w:tcBorders>
          </w:tcPr>
          <w:p>
            <w:pPr>
              <w:spacing w:after="40" w:line="240" w:lineRule="auto"/>
            </w:pPr>
            <w:r>
              <w:rPr>
                <w:b w:val="0"/>
                <w:sz w:val="22"/>
              </w:rPr>
              <w:t>6. She does homework after the dance club on Thursday.</w:t>
            </w:r>
          </w:p>
        </w:tc>
        <w:tc>
          <w:tcPr>
            <w:tcW w:type="dxa" w:w="1134"/>
            <w:tcBorders>
              <w:top w:val="single" w:sz="4" w:color="D9D9D9"/>
              <w:left w:val="single" w:sz="4" w:color="D9D9D9"/>
              <w:bottom w:val="single" w:sz="4" w:color="D9D9D9"/>
              <w:right w:val="single" w:sz="4" w:color="D9D9D9"/>
            </w:tcBorders>
          </w:tcPr>
          <w:p>
            <w:pPr>
              <w:spacing w:after="40" w:line="240" w:lineRule="auto"/>
            </w:pPr>
            <w:r>
              <w:rPr>
                <w:b w:val="0"/>
                <w:sz w:val="22"/>
              </w:rPr>
            </w:r>
          </w:p>
        </w:tc>
      </w:tr>
      <w:tr>
        <w:trPr>
          <w:cantSplit/>
        </w:trPr>
        <w:tc>
          <w:tcPr>
            <w:tcW w:type="dxa" w:w="8674"/>
            <w:tcBorders>
              <w:top w:val="single" w:sz="4" w:color="D9D9D9"/>
              <w:left w:val="single" w:sz="4" w:color="D9D9D9"/>
              <w:bottom w:val="single" w:sz="4" w:color="D9D9D9"/>
              <w:right w:val="single" w:sz="4" w:color="D9D9D9"/>
            </w:tcBorders>
          </w:tcPr>
          <w:p>
            <w:pPr>
              <w:spacing w:after="40" w:line="240" w:lineRule="auto"/>
            </w:pPr>
            <w:r>
              <w:rPr>
                <w:b w:val="0"/>
                <w:sz w:val="22"/>
              </w:rPr>
              <w:t>7. She reads with her sister on Friday.</w:t>
            </w:r>
          </w:p>
        </w:tc>
        <w:tc>
          <w:tcPr>
            <w:tcW w:type="dxa" w:w="1134"/>
            <w:tcBorders>
              <w:top w:val="single" w:sz="4" w:color="D9D9D9"/>
              <w:left w:val="single" w:sz="4" w:color="D9D9D9"/>
              <w:bottom w:val="single" w:sz="4" w:color="D9D9D9"/>
              <w:right w:val="single" w:sz="4" w:color="D9D9D9"/>
            </w:tcBorders>
          </w:tcPr>
          <w:p>
            <w:pPr>
              <w:spacing w:after="40" w:line="240" w:lineRule="auto"/>
            </w:pPr>
            <w:r>
              <w:rPr>
                <w:b w:val="0"/>
                <w:sz w:val="22"/>
              </w:rPr>
            </w:r>
          </w:p>
        </w:tc>
      </w:tr>
      <w:tr>
        <w:trPr>
          <w:cantSplit/>
        </w:trPr>
        <w:tc>
          <w:tcPr>
            <w:tcW w:type="dxa" w:w="8674"/>
            <w:tcBorders>
              <w:top w:val="single" w:sz="4" w:color="D9D9D9"/>
              <w:left w:val="single" w:sz="4" w:color="D9D9D9"/>
              <w:bottom w:val="single" w:sz="4" w:color="D9D9D9"/>
              <w:right w:val="single" w:sz="4" w:color="D9D9D9"/>
            </w:tcBorders>
          </w:tcPr>
          <w:p>
            <w:pPr>
              <w:spacing w:after="40" w:line="240" w:lineRule="auto"/>
            </w:pPr>
            <w:r>
              <w:rPr>
                <w:b w:val="0"/>
                <w:sz w:val="22"/>
              </w:rPr>
              <w:t>8. She goes to bed at half past nine.</w:t>
            </w:r>
          </w:p>
        </w:tc>
        <w:tc>
          <w:tcPr>
            <w:tcW w:type="dxa" w:w="1134"/>
            <w:tcBorders>
              <w:top w:val="single" w:sz="4" w:color="D9D9D9"/>
              <w:left w:val="single" w:sz="4" w:color="D9D9D9"/>
              <w:bottom w:val="single" w:sz="4" w:color="D9D9D9"/>
              <w:right w:val="single" w:sz="4" w:color="D9D9D9"/>
            </w:tcBorders>
          </w:tcPr>
          <w:p>
            <w:pPr>
              <w:spacing w:after="40" w:line="240" w:lineRule="auto"/>
            </w:pPr>
            <w:r>
              <w:rPr>
                <w:b w:val="0"/>
                <w:sz w:val="22"/>
              </w:rPr>
            </w:r>
          </w:p>
        </w:tc>
      </w:tr>
    </w:tbl>
    <w:p>
      <w:r>
        <w:rPr>
          <w:b/>
          <w:sz w:val="26"/>
        </w:rPr>
        <w:t>II. PRONUNCIATION (0.5 point)</w:t>
      </w:r>
    </w:p>
    <w:p>
      <w:r>
        <w:rPr>
          <w:b w:val="0"/>
        </w:rPr>
        <w:t>Choose the word whose underlined part is pronounced differently from the others.</w:t>
      </w:r>
    </w:p>
    <w:p>
      <w:r>
        <w:rPr>
          <w:b/>
        </w:rPr>
        <w:t>9.</w:t>
      </w:r>
    </w:p>
    <w:p>
      <w:pPr>
        <w:spacing w:after="100"/>
      </w:pPr>
      <w:r>
        <w:t xml:space="preserve">A. </w:t>
      </w:r>
      <w:r>
        <w:t>start</w:t>
      </w:r>
      <w:r>
        <w:rPr>
          <w:u w:val="single"/>
        </w:rPr>
        <w:t>ed</w:t>
      </w:r>
      <w:r/>
      <w:r>
        <w:t xml:space="preserve">     </w:t>
      </w:r>
      <w:r>
        <w:t xml:space="preserve">B. </w:t>
      </w:r>
      <w:r>
        <w:t>listen</w:t>
      </w:r>
      <w:r>
        <w:rPr>
          <w:u w:val="single"/>
        </w:rPr>
        <w:t>ed</w:t>
      </w:r>
      <w:r/>
      <w:r>
        <w:t xml:space="preserve">     </w:t>
      </w:r>
      <w:r>
        <w:t xml:space="preserve">C. </w:t>
      </w:r>
      <w:r>
        <w:t>answer</w:t>
      </w:r>
      <w:r>
        <w:rPr>
          <w:u w:val="single"/>
        </w:rPr>
        <w:t>ed</w:t>
      </w:r>
      <w:r/>
      <w:r>
        <w:t xml:space="preserve">     </w:t>
      </w:r>
      <w:r>
        <w:t xml:space="preserve">D. </w:t>
      </w:r>
      <w:r>
        <w:t>call</w:t>
      </w:r>
      <w:r>
        <w:rPr>
          <w:u w:val="single"/>
        </w:rPr>
        <w:t>ed</w:t>
      </w:r>
      <w:r/>
    </w:p>
    <w:p>
      <w:r>
        <w:rPr>
          <w:b/>
        </w:rPr>
        <w:t>10.</w:t>
      </w:r>
    </w:p>
    <w:p>
      <w:pPr>
        <w:spacing w:after="100"/>
      </w:pPr>
      <w:r>
        <w:t xml:space="preserve">A. </w:t>
      </w:r>
      <w:r>
        <w:t>f</w:t>
      </w:r>
      <w:r>
        <w:rPr>
          <w:u w:val="single"/>
        </w:rPr>
        <w:t>oo</w:t>
      </w:r>
      <w:r>
        <w:t>t</w:t>
      </w:r>
      <w:r>
        <w:t xml:space="preserve">     </w:t>
      </w:r>
      <w:r>
        <w:t xml:space="preserve">B. </w:t>
      </w:r>
      <w:r>
        <w:t>bl</w:t>
      </w:r>
      <w:r>
        <w:rPr>
          <w:u w:val="single"/>
        </w:rPr>
        <w:t>oo</w:t>
      </w:r>
      <w:r>
        <w:t>m</w:t>
      </w:r>
      <w:r>
        <w:t xml:space="preserve">     </w:t>
      </w:r>
      <w:r>
        <w:t xml:space="preserve">C. </w:t>
      </w:r>
      <w:r>
        <w:t>g</w:t>
      </w:r>
      <w:r>
        <w:rPr>
          <w:u w:val="single"/>
        </w:rPr>
        <w:t>oo</w:t>
      </w:r>
      <w:r>
        <w:t>se</w:t>
      </w:r>
      <w:r>
        <w:t xml:space="preserve">     </w:t>
      </w:r>
      <w:r>
        <w:t xml:space="preserve">D. </w:t>
      </w:r>
      <w:r>
        <w:t>l</w:t>
      </w:r>
      <w:r>
        <w:rPr>
          <w:u w:val="single"/>
        </w:rPr>
        <w:t>oo</w:t>
      </w:r>
      <w:r>
        <w:t>se</w:t>
      </w:r>
    </w:p>
    <w:p>
      <w:r>
        <w:br w:type="page"/>
      </w:r>
    </w:p>
    <w:p>
      <w:r>
        <w:rPr>
          <w:b/>
          <w:sz w:val="26"/>
        </w:rPr>
        <w:t>III. GRAMMAR AND VOCABULARY (3.0 points)</w:t>
      </w:r>
    </w:p>
    <w:p>
      <w:r>
        <w:rPr>
          <w:b w:val="0"/>
        </w:rPr>
        <w:t>Choose the correct answer A, B, C or D. (2.25 points)</w:t>
      </w:r>
    </w:p>
    <w:p>
      <w:r>
        <w:rPr>
          <w:b/>
        </w:rPr>
        <w:t>11. I detest ______ in a noisy room.</w:t>
      </w:r>
    </w:p>
    <w:p>
      <w:pPr>
        <w:spacing w:after="100"/>
      </w:pPr>
      <w:r>
        <w:t xml:space="preserve">A. </w:t>
      </w:r>
      <w:r>
        <w:t>study</w:t>
      </w:r>
      <w:r>
        <w:t xml:space="preserve">     </w:t>
      </w:r>
      <w:r>
        <w:t xml:space="preserve">B. </w:t>
      </w:r>
      <w:r>
        <w:t>studying</w:t>
      </w:r>
      <w:r>
        <w:t xml:space="preserve">     </w:t>
      </w:r>
      <w:r>
        <w:t xml:space="preserve">C. </w:t>
      </w:r>
      <w:r>
        <w:t>studies</w:t>
      </w:r>
      <w:r>
        <w:t xml:space="preserve">     </w:t>
      </w:r>
      <w:r>
        <w:t xml:space="preserve">D. </w:t>
      </w:r>
      <w:r>
        <w:t>studied</w:t>
      </w:r>
    </w:p>
    <w:p>
      <w:r>
        <w:rPr>
          <w:b/>
        </w:rPr>
        <w:t>12. The villagers are busy ______ the rice at harvest time.</w:t>
      </w:r>
    </w:p>
    <w:p>
      <w:pPr>
        <w:spacing w:after="100"/>
      </w:pPr>
      <w:r>
        <w:t xml:space="preserve">A. </w:t>
      </w:r>
      <w:r>
        <w:t>browsing</w:t>
      </w:r>
      <w:r>
        <w:t xml:space="preserve">     </w:t>
      </w:r>
      <w:r>
        <w:t xml:space="preserve">B. </w:t>
      </w:r>
      <w:r>
        <w:t>harvesting</w:t>
      </w:r>
      <w:r>
        <w:t xml:space="preserve">     </w:t>
      </w:r>
      <w:r>
        <w:t xml:space="preserve">C. </w:t>
      </w:r>
      <w:r>
        <w:t>uploading</w:t>
      </w:r>
      <w:r>
        <w:t xml:space="preserve">     </w:t>
      </w:r>
      <w:r>
        <w:t xml:space="preserve">D. </w:t>
      </w:r>
      <w:r>
        <w:t>knitting</w:t>
      </w:r>
    </w:p>
    <w:p>
      <w:r>
        <w:rPr>
          <w:b/>
        </w:rPr>
        <w:t>13. She is keen on ______ the school chess club.</w:t>
      </w:r>
    </w:p>
    <w:p>
      <w:pPr>
        <w:spacing w:after="100"/>
      </w:pPr>
      <w:r>
        <w:t xml:space="preserve">A. </w:t>
      </w:r>
      <w:r>
        <w:t>joining</w:t>
      </w:r>
      <w:r>
        <w:t xml:space="preserve">     </w:t>
      </w:r>
      <w:r>
        <w:t xml:space="preserve">B. </w:t>
      </w:r>
      <w:r>
        <w:t>joined</w:t>
      </w:r>
      <w:r>
        <w:t xml:space="preserve">     </w:t>
      </w:r>
      <w:r>
        <w:t xml:space="preserve">C. </w:t>
      </w:r>
      <w:r>
        <w:t>join</w:t>
      </w:r>
      <w:r>
        <w:t xml:space="preserve">     </w:t>
      </w:r>
      <w:r>
        <w:t xml:space="preserve">D. </w:t>
      </w:r>
      <w:r>
        <w:t>joins</w:t>
      </w:r>
    </w:p>
    <w:p>
      <w:r>
        <w:rPr>
          <w:b/>
        </w:rPr>
        <w:t>14. Today I finished the exercise ______ than yesterday.</w:t>
      </w:r>
    </w:p>
    <w:p>
      <w:pPr>
        <w:spacing w:after="100"/>
      </w:pPr>
      <w:r>
        <w:t xml:space="preserve">A. </w:t>
      </w:r>
      <w:r>
        <w:t>earlier</w:t>
      </w:r>
      <w:r>
        <w:t xml:space="preserve">     </w:t>
      </w:r>
      <w:r>
        <w:t xml:space="preserve">B. </w:t>
      </w:r>
      <w:r>
        <w:t>more early</w:t>
      </w:r>
      <w:r>
        <w:t xml:space="preserve">     </w:t>
      </w:r>
      <w:r>
        <w:t xml:space="preserve">C. </w:t>
      </w:r>
      <w:r>
        <w:t>early</w:t>
      </w:r>
      <w:r>
        <w:t xml:space="preserve">     </w:t>
      </w:r>
      <w:r>
        <w:t xml:space="preserve">D. </w:t>
      </w:r>
      <w:r>
        <w:t>earliest</w:t>
      </w:r>
    </w:p>
    <w:p>
      <w:r>
        <w:rPr>
          <w:b/>
        </w:rPr>
        <w:t>15. It was late; ______, we decided to go home.</w:t>
      </w:r>
    </w:p>
    <w:p>
      <w:pPr>
        <w:spacing w:after="100"/>
      </w:pPr>
      <w:r>
        <w:t xml:space="preserve">A. </w:t>
      </w:r>
      <w:r>
        <w:t>however</w:t>
      </w:r>
      <w:r>
        <w:t xml:space="preserve">     </w:t>
      </w:r>
      <w:r>
        <w:t xml:space="preserve">B. </w:t>
      </w:r>
      <w:r>
        <w:t>although</w:t>
      </w:r>
      <w:r>
        <w:t xml:space="preserve">     </w:t>
      </w:r>
      <w:r>
        <w:t xml:space="preserve">C. </w:t>
      </w:r>
      <w:r>
        <w:t>otherwise</w:t>
      </w:r>
      <w:r>
        <w:t xml:space="preserve">     </w:t>
      </w:r>
      <w:r>
        <w:t xml:space="preserve">D. </w:t>
      </w:r>
      <w:r>
        <w:t>therefore</w:t>
      </w:r>
    </w:p>
    <w:p>
      <w:r>
        <w:rPr>
          <w:b/>
        </w:rPr>
        <w:t>16. You should ask a teacher for ______ when a task is difficult.</w:t>
      </w:r>
    </w:p>
    <w:p>
      <w:pPr>
        <w:spacing w:after="100"/>
      </w:pPr>
      <w:r>
        <w:t xml:space="preserve">A. </w:t>
      </w:r>
      <w:r>
        <w:t>leisure</w:t>
      </w:r>
      <w:r>
        <w:t xml:space="preserve">     </w:t>
      </w:r>
      <w:r>
        <w:t xml:space="preserve">B. </w:t>
      </w:r>
      <w:r>
        <w:t>scenery</w:t>
      </w:r>
      <w:r>
        <w:t xml:space="preserve">     </w:t>
      </w:r>
      <w:r>
        <w:t xml:space="preserve">C. </w:t>
      </w:r>
      <w:r>
        <w:t>advice</w:t>
      </w:r>
      <w:r>
        <w:t xml:space="preserve">     </w:t>
      </w:r>
      <w:r>
        <w:t xml:space="preserve">D. </w:t>
      </w:r>
      <w:r>
        <w:t>crop</w:t>
      </w:r>
    </w:p>
    <w:p>
      <w:r>
        <w:rPr>
          <w:b/>
        </w:rPr>
        <w:t>17. A ______ can help you organise your homework.</w:t>
      </w:r>
    </w:p>
    <w:p>
      <w:pPr>
        <w:spacing w:after="100"/>
      </w:pPr>
      <w:r>
        <w:t xml:space="preserve">A. </w:t>
      </w:r>
      <w:r>
        <w:t>timetable</w:t>
      </w:r>
      <w:r>
        <w:t xml:space="preserve">     </w:t>
      </w:r>
      <w:r>
        <w:t xml:space="preserve">B. </w:t>
      </w:r>
      <w:r>
        <w:t>field</w:t>
      </w:r>
      <w:r>
        <w:t xml:space="preserve">     </w:t>
      </w:r>
      <w:r>
        <w:t xml:space="preserve">C. </w:t>
      </w:r>
      <w:r>
        <w:t>tractor</w:t>
      </w:r>
      <w:r>
        <w:t xml:space="preserve">     </w:t>
      </w:r>
      <w:r>
        <w:t xml:space="preserve">D. </w:t>
      </w:r>
      <w:r>
        <w:t>costume</w:t>
      </w:r>
    </w:p>
    <w:p>
      <w:r>
        <w:rPr>
          <w:b/>
        </w:rPr>
        <w:t>18. The meeting begins ______ nine o’clock.</w:t>
      </w:r>
    </w:p>
    <w:p>
      <w:pPr>
        <w:spacing w:after="100"/>
      </w:pPr>
      <w:r>
        <w:t xml:space="preserve">A. </w:t>
      </w:r>
      <w:r>
        <w:t>in</w:t>
      </w:r>
      <w:r>
        <w:t xml:space="preserve">     </w:t>
      </w:r>
      <w:r>
        <w:t xml:space="preserve">B. </w:t>
      </w:r>
      <w:r>
        <w:t>at</w:t>
      </w:r>
      <w:r>
        <w:t xml:space="preserve">     </w:t>
      </w:r>
      <w:r>
        <w:t xml:space="preserve">C. </w:t>
      </w:r>
      <w:r>
        <w:t>on</w:t>
      </w:r>
      <w:r>
        <w:t xml:space="preserve">     </w:t>
      </w:r>
      <w:r>
        <w:t xml:space="preserve">D. </w:t>
      </w:r>
      <w:r>
        <w:t>by</w:t>
      </w:r>
    </w:p>
    <w:p>
      <w:r>
        <w:rPr>
          <w:b/>
        </w:rPr>
        <w:t>NOTICE: PLEASE SWITCH OFF THE LIGHTS WHEN YOU LEAVE</w:t>
      </w:r>
    </w:p>
    <w:p>
      <w:r>
        <w:rPr>
          <w:b/>
        </w:rPr>
        <w:t>19. What does the notice mean?</w:t>
      </w:r>
    </w:p>
    <w:p>
      <w:pPr>
        <w:spacing w:after="100"/>
      </w:pPr>
      <w:r>
        <w:t xml:space="preserve">A. </w:t>
      </w:r>
      <w:r>
        <w:t>Turn off the lights before leaving.</w:t>
      </w:r>
      <w:r>
        <w:t xml:space="preserve">     </w:t>
      </w:r>
      <w:r>
        <w:t xml:space="preserve">B. </w:t>
      </w:r>
      <w:r>
        <w:t>Switch on all lights when you leave.</w:t>
      </w:r>
      <w:r>
        <w:t xml:space="preserve">     </w:t>
      </w:r>
      <w:r>
        <w:t xml:space="preserve">C. </w:t>
      </w:r>
      <w:r>
        <w:t>Leave the lights on all night.</w:t>
      </w:r>
      <w:r>
        <w:t xml:space="preserve">     </w:t>
      </w:r>
      <w:r>
        <w:t xml:space="preserve">D. </w:t>
      </w:r>
      <w:r>
        <w:t>Do not enter the room.</w:t>
      </w:r>
    </w:p>
    <w:p>
      <w:r>
        <w:rPr>
          <w:b w:val="0"/>
        </w:rPr>
        <w:t>Read the advertisement and choose the best option for each blank. (0.75 point)</w:t>
      </w:r>
    </w:p>
    <w:p>
      <w:r>
        <w:rPr>
          <w:b/>
        </w:rPr>
        <w:t>STUDY SKILLS WORKSHOP</w:t>
      </w:r>
    </w:p>
    <w:p>
      <w:r>
        <w:rPr>
          <w:b w:val="0"/>
        </w:rPr>
        <w:t>Do you find it difficult to organise your homework? Come to our workshop in Room 6 on Monday. Learn how to make a study (20) ______ and take useful notes. Our teacher will show you how to (21) ______ on one task at a time. The workshop is free, (22) ______ you need to book a place.</w:t>
      </w:r>
    </w:p>
    <w:p>
      <w:r>
        <w:rPr>
          <w:b/>
        </w:rPr>
        <w:t>20.</w:t>
      </w:r>
    </w:p>
    <w:p>
      <w:pPr>
        <w:spacing w:after="100"/>
      </w:pPr>
      <w:r>
        <w:t xml:space="preserve">A. </w:t>
      </w:r>
      <w:r>
        <w:t>pond</w:t>
      </w:r>
      <w:r>
        <w:t xml:space="preserve">     </w:t>
      </w:r>
      <w:r>
        <w:t xml:space="preserve">B. </w:t>
      </w:r>
      <w:r>
        <w:t>crop</w:t>
      </w:r>
      <w:r>
        <w:t xml:space="preserve">     </w:t>
      </w:r>
      <w:r>
        <w:t xml:space="preserve">C. </w:t>
      </w:r>
      <w:r>
        <w:t>kite</w:t>
      </w:r>
      <w:r>
        <w:t xml:space="preserve">     </w:t>
      </w:r>
      <w:r>
        <w:t xml:space="preserve">D. </w:t>
      </w:r>
      <w:r>
        <w:t>plan</w:t>
      </w:r>
    </w:p>
    <w:p>
      <w:r>
        <w:rPr>
          <w:b/>
        </w:rPr>
        <w:t>21.</w:t>
      </w:r>
    </w:p>
    <w:p>
      <w:pPr>
        <w:spacing w:after="100"/>
      </w:pPr>
      <w:r>
        <w:t xml:space="preserve">A. </w:t>
      </w:r>
      <w:r>
        <w:t>harvest</w:t>
      </w:r>
      <w:r>
        <w:t xml:space="preserve">     </w:t>
      </w:r>
      <w:r>
        <w:t xml:space="preserve">B. </w:t>
      </w:r>
      <w:r>
        <w:t>concentrate</w:t>
      </w:r>
      <w:r>
        <w:t xml:space="preserve">     </w:t>
      </w:r>
      <w:r>
        <w:t xml:space="preserve">C. </w:t>
      </w:r>
      <w:r>
        <w:t>herd</w:t>
      </w:r>
      <w:r>
        <w:t xml:space="preserve">     </w:t>
      </w:r>
      <w:r>
        <w:t xml:space="preserve">D. </w:t>
      </w:r>
      <w:r>
        <w:t>browse</w:t>
      </w:r>
    </w:p>
    <w:p>
      <w:r>
        <w:rPr>
          <w:b/>
        </w:rPr>
        <w:t>22.</w:t>
      </w:r>
    </w:p>
    <w:p>
      <w:pPr>
        <w:spacing w:after="100"/>
      </w:pPr>
      <w:r>
        <w:t xml:space="preserve">A. </w:t>
      </w:r>
      <w:r>
        <w:t>but</w:t>
      </w:r>
      <w:r>
        <w:t xml:space="preserve">     </w:t>
      </w:r>
      <w:r>
        <w:t xml:space="preserve">B. </w:t>
      </w:r>
      <w:r>
        <w:t>or</w:t>
      </w:r>
      <w:r>
        <w:t xml:space="preserve">     </w:t>
      </w:r>
      <w:r>
        <w:t xml:space="preserve">C. </w:t>
      </w:r>
      <w:r>
        <w:t>so</w:t>
      </w:r>
      <w:r>
        <w:t xml:space="preserve">     </w:t>
      </w:r>
      <w:r>
        <w:t xml:space="preserve">D. </w:t>
      </w:r>
      <w:r>
        <w:t>because</w:t>
      </w:r>
    </w:p>
    <w:p>
      <w:r>
        <w:br w:type="page"/>
      </w:r>
    </w:p>
    <w:p>
      <w:pPr>
        <w:spacing w:after="60" w:line="240" w:lineRule="auto"/>
      </w:pPr>
      <w:r>
        <w:rPr>
          <w:b/>
          <w:sz w:val="23"/>
        </w:rPr>
        <w:t>IV. READING (2.5 points)</w:t>
      </w:r>
    </w:p>
    <w:p>
      <w:pPr>
        <w:spacing w:after="60" w:line="240" w:lineRule="auto"/>
      </w:pPr>
      <w:r>
        <w:rPr>
          <w:b w:val="0"/>
          <w:sz w:val="23"/>
        </w:rPr>
        <w:t>Task 1. Read the passage and choose A, B, C or D for each blank. (1.25 points)</w:t>
      </w:r>
    </w:p>
    <w:p>
      <w:pPr>
        <w:spacing w:after="60" w:line="240" w:lineRule="auto"/>
      </w:pPr>
      <w:r>
        <w:rPr>
          <w:b w:val="0"/>
          <w:sz w:val="23"/>
        </w:rPr>
        <w:t>A good study routine does not mean studying all the time. Students need breaks to keep their minds (23) ______. Before starting homework, they should choose a quiet place and prepare their books. It is useful to write a short list (24) ______ tasks. They can begin with an important task and put a tick beside it when it is finished. Checking messages too often makes work (25) ______ difficult, so phones should be put away. After a short study session, students can stand up and stretch. They should also get enough sleep (26) ______ they want to remember lessons well. A simple routine helps them work more effectively and have time for the activities they (27) ______.</w:t>
      </w:r>
    </w:p>
    <w:p>
      <w:pPr>
        <w:spacing w:after="60" w:line="240" w:lineRule="auto"/>
      </w:pPr>
      <w:r>
        <w:rPr>
          <w:b/>
          <w:sz w:val="23"/>
        </w:rPr>
        <w:t>23.</w:t>
      </w:r>
    </w:p>
    <w:p>
      <w:pPr>
        <w:spacing w:after="60" w:line="240" w:lineRule="auto"/>
      </w:pPr>
      <w:r>
        <w:rPr>
          <w:sz w:val="23"/>
        </w:rPr>
        <w:t xml:space="preserve">A. </w:t>
      </w:r>
      <w:r>
        <w:rPr>
          <w:sz w:val="23"/>
        </w:rPr>
        <w:t>fresh</w:t>
      </w:r>
      <w:r>
        <w:rPr>
          <w:sz w:val="23"/>
        </w:rPr>
        <w:t xml:space="preserve">     </w:t>
      </w:r>
      <w:r>
        <w:rPr>
          <w:sz w:val="23"/>
        </w:rPr>
        <w:t xml:space="preserve">B. </w:t>
      </w:r>
      <w:r>
        <w:rPr>
          <w:sz w:val="23"/>
        </w:rPr>
        <w:t>fresher</w:t>
      </w:r>
      <w:r>
        <w:rPr>
          <w:sz w:val="23"/>
        </w:rPr>
        <w:t xml:space="preserve">     </w:t>
      </w:r>
      <w:r>
        <w:rPr>
          <w:sz w:val="23"/>
        </w:rPr>
        <w:t xml:space="preserve">C. </w:t>
      </w:r>
      <w:r>
        <w:rPr>
          <w:sz w:val="23"/>
        </w:rPr>
        <w:t>freshly</w:t>
      </w:r>
      <w:r>
        <w:rPr>
          <w:sz w:val="23"/>
        </w:rPr>
        <w:t xml:space="preserve">     </w:t>
      </w:r>
      <w:r>
        <w:rPr>
          <w:sz w:val="23"/>
        </w:rPr>
        <w:t xml:space="preserve">D. </w:t>
      </w:r>
      <w:r>
        <w:rPr>
          <w:sz w:val="23"/>
        </w:rPr>
        <w:t>freshness</w:t>
      </w:r>
    </w:p>
    <w:p>
      <w:pPr>
        <w:spacing w:after="60" w:line="240" w:lineRule="auto"/>
      </w:pPr>
      <w:r>
        <w:rPr>
          <w:b/>
          <w:sz w:val="23"/>
        </w:rPr>
        <w:t>24.</w:t>
      </w:r>
    </w:p>
    <w:p>
      <w:pPr>
        <w:spacing w:after="60" w:line="240" w:lineRule="auto"/>
      </w:pPr>
      <w:r>
        <w:rPr>
          <w:sz w:val="23"/>
        </w:rPr>
        <w:t xml:space="preserve">A. </w:t>
      </w:r>
      <w:r>
        <w:rPr>
          <w:sz w:val="23"/>
        </w:rPr>
        <w:t>at</w:t>
      </w:r>
      <w:r>
        <w:rPr>
          <w:sz w:val="23"/>
        </w:rPr>
        <w:t xml:space="preserve">     </w:t>
      </w:r>
      <w:r>
        <w:rPr>
          <w:sz w:val="23"/>
        </w:rPr>
        <w:t xml:space="preserve">B. </w:t>
      </w:r>
      <w:r>
        <w:rPr>
          <w:sz w:val="23"/>
        </w:rPr>
        <w:t>in</w:t>
      </w:r>
      <w:r>
        <w:rPr>
          <w:sz w:val="23"/>
        </w:rPr>
        <w:t xml:space="preserve">     </w:t>
      </w:r>
      <w:r>
        <w:rPr>
          <w:sz w:val="23"/>
        </w:rPr>
        <w:t xml:space="preserve">C. </w:t>
      </w:r>
      <w:r>
        <w:rPr>
          <w:sz w:val="23"/>
        </w:rPr>
        <w:t>of</w:t>
      </w:r>
      <w:r>
        <w:rPr>
          <w:sz w:val="23"/>
        </w:rPr>
        <w:t xml:space="preserve">     </w:t>
      </w:r>
      <w:r>
        <w:rPr>
          <w:sz w:val="23"/>
        </w:rPr>
        <w:t xml:space="preserve">D. </w:t>
      </w:r>
      <w:r>
        <w:rPr>
          <w:sz w:val="23"/>
        </w:rPr>
        <w:t>with</w:t>
      </w:r>
    </w:p>
    <w:p>
      <w:pPr>
        <w:spacing w:after="60" w:line="240" w:lineRule="auto"/>
      </w:pPr>
      <w:r>
        <w:rPr>
          <w:b/>
          <w:sz w:val="23"/>
        </w:rPr>
        <w:t>25.</w:t>
      </w:r>
    </w:p>
    <w:p>
      <w:pPr>
        <w:spacing w:after="60" w:line="240" w:lineRule="auto"/>
      </w:pPr>
      <w:r>
        <w:rPr>
          <w:sz w:val="23"/>
        </w:rPr>
        <w:t xml:space="preserve">A. </w:t>
      </w:r>
      <w:r>
        <w:rPr>
          <w:sz w:val="23"/>
        </w:rPr>
        <w:t>more</w:t>
      </w:r>
      <w:r>
        <w:rPr>
          <w:sz w:val="23"/>
        </w:rPr>
        <w:t xml:space="preserve">     </w:t>
      </w:r>
      <w:r>
        <w:rPr>
          <w:sz w:val="23"/>
        </w:rPr>
        <w:t xml:space="preserve">B. </w:t>
      </w:r>
      <w:r>
        <w:rPr>
          <w:sz w:val="23"/>
        </w:rPr>
        <w:t>much</w:t>
      </w:r>
      <w:r>
        <w:rPr>
          <w:sz w:val="23"/>
        </w:rPr>
        <w:t xml:space="preserve">     </w:t>
      </w:r>
      <w:r>
        <w:rPr>
          <w:sz w:val="23"/>
        </w:rPr>
        <w:t xml:space="preserve">C. </w:t>
      </w:r>
      <w:r>
        <w:rPr>
          <w:sz w:val="23"/>
        </w:rPr>
        <w:t>many</w:t>
      </w:r>
      <w:r>
        <w:rPr>
          <w:sz w:val="23"/>
        </w:rPr>
        <w:t xml:space="preserve">     </w:t>
      </w:r>
      <w:r>
        <w:rPr>
          <w:sz w:val="23"/>
        </w:rPr>
        <w:t xml:space="preserve">D. </w:t>
      </w:r>
      <w:r>
        <w:rPr>
          <w:sz w:val="23"/>
        </w:rPr>
        <w:t>most</w:t>
      </w:r>
    </w:p>
    <w:p>
      <w:pPr>
        <w:spacing w:after="60" w:line="240" w:lineRule="auto"/>
      </w:pPr>
      <w:r>
        <w:rPr>
          <w:b/>
          <w:sz w:val="23"/>
        </w:rPr>
        <w:t>26.</w:t>
      </w:r>
    </w:p>
    <w:p>
      <w:pPr>
        <w:spacing w:after="60" w:line="240" w:lineRule="auto"/>
      </w:pPr>
      <w:r>
        <w:rPr>
          <w:sz w:val="23"/>
        </w:rPr>
        <w:t xml:space="preserve">A. </w:t>
      </w:r>
      <w:r>
        <w:rPr>
          <w:sz w:val="23"/>
        </w:rPr>
        <w:t>or</w:t>
      </w:r>
      <w:r>
        <w:rPr>
          <w:sz w:val="23"/>
        </w:rPr>
        <w:t xml:space="preserve">     </w:t>
      </w:r>
      <w:r>
        <w:rPr>
          <w:sz w:val="23"/>
        </w:rPr>
        <w:t xml:space="preserve">B. </w:t>
      </w:r>
      <w:r>
        <w:rPr>
          <w:sz w:val="23"/>
        </w:rPr>
        <w:t>if</w:t>
      </w:r>
      <w:r>
        <w:rPr>
          <w:sz w:val="23"/>
        </w:rPr>
        <w:t xml:space="preserve">     </w:t>
      </w:r>
      <w:r>
        <w:rPr>
          <w:sz w:val="23"/>
        </w:rPr>
        <w:t xml:space="preserve">C. </w:t>
      </w:r>
      <w:r>
        <w:rPr>
          <w:sz w:val="23"/>
        </w:rPr>
        <w:t>although</w:t>
      </w:r>
      <w:r>
        <w:rPr>
          <w:sz w:val="23"/>
        </w:rPr>
        <w:t xml:space="preserve">     </w:t>
      </w:r>
      <w:r>
        <w:rPr>
          <w:sz w:val="23"/>
        </w:rPr>
        <w:t xml:space="preserve">D. </w:t>
      </w:r>
      <w:r>
        <w:rPr>
          <w:sz w:val="23"/>
        </w:rPr>
        <w:t>but</w:t>
      </w:r>
    </w:p>
    <w:p>
      <w:pPr>
        <w:spacing w:after="60" w:line="240" w:lineRule="auto"/>
      </w:pPr>
      <w:r>
        <w:rPr>
          <w:b/>
          <w:sz w:val="23"/>
        </w:rPr>
        <w:t>27.</w:t>
      </w:r>
    </w:p>
    <w:p>
      <w:pPr>
        <w:spacing w:after="60" w:line="240" w:lineRule="auto"/>
      </w:pPr>
      <w:r>
        <w:rPr>
          <w:sz w:val="23"/>
        </w:rPr>
        <w:t xml:space="preserve">A. </w:t>
      </w:r>
      <w:r>
        <w:rPr>
          <w:sz w:val="23"/>
        </w:rPr>
        <w:t>enjoy</w:t>
      </w:r>
      <w:r>
        <w:rPr>
          <w:sz w:val="23"/>
        </w:rPr>
        <w:t xml:space="preserve">     </w:t>
      </w:r>
      <w:r>
        <w:rPr>
          <w:sz w:val="23"/>
        </w:rPr>
        <w:t xml:space="preserve">B. </w:t>
      </w:r>
      <w:r>
        <w:rPr>
          <w:sz w:val="23"/>
        </w:rPr>
        <w:t>plough</w:t>
      </w:r>
      <w:r>
        <w:rPr>
          <w:sz w:val="23"/>
        </w:rPr>
        <w:t xml:space="preserve">     </w:t>
      </w:r>
      <w:r>
        <w:rPr>
          <w:sz w:val="23"/>
        </w:rPr>
        <w:t xml:space="preserve">C. </w:t>
      </w:r>
      <w:r>
        <w:rPr>
          <w:sz w:val="23"/>
        </w:rPr>
        <w:t>herd</w:t>
      </w:r>
      <w:r>
        <w:rPr>
          <w:sz w:val="23"/>
        </w:rPr>
        <w:t xml:space="preserve">     </w:t>
      </w:r>
      <w:r>
        <w:rPr>
          <w:sz w:val="23"/>
        </w:rPr>
        <w:t xml:space="preserve">D. </w:t>
      </w:r>
      <w:r>
        <w:rPr>
          <w:sz w:val="23"/>
        </w:rPr>
        <w:t>upload</w:t>
      </w:r>
    </w:p>
    <w:p>
      <w:pPr>
        <w:spacing w:after="60" w:line="240" w:lineRule="auto"/>
      </w:pPr>
      <w:r>
        <w:rPr>
          <w:b w:val="0"/>
          <w:sz w:val="23"/>
        </w:rPr>
        <w:t>Task 2. Read the passage and choose the best answer. (1.25 points)</w:t>
      </w:r>
    </w:p>
    <w:p>
      <w:pPr>
        <w:spacing w:after="60" w:line="240" w:lineRule="auto"/>
      </w:pPr>
      <w:r>
        <w:rPr>
          <w:b w:val="0"/>
          <w:sz w:val="23"/>
        </w:rPr>
        <w:t>When Minh started Grade Eight, he joined three school clubs. He liked all of them, but he soon felt tired. He had club meetings on four afternoons each week and often began his homework late. He stopped cycling with his brother because he thought he had no time.</w:t>
      </w:r>
    </w:p>
    <w:p>
      <w:pPr>
        <w:spacing w:after="60" w:line="240" w:lineRule="auto"/>
      </w:pPr>
      <w:r>
        <w:rPr>
          <w:b w:val="0"/>
          <w:sz w:val="23"/>
        </w:rPr>
        <w:t>Minh talked to his class teacher. She asked him to list his weekly activities and decide which ones mattered most to him. Minh chose to stay in the science club and leave the other two for the rest of the term. He also set a regular time for homework and turned off message notifications while studying.</w:t>
      </w:r>
    </w:p>
    <w:p>
      <w:pPr>
        <w:spacing w:after="60" w:line="240" w:lineRule="auto"/>
      </w:pPr>
      <w:r>
        <w:rPr>
          <w:b w:val="0"/>
          <w:sz w:val="23"/>
        </w:rPr>
        <w:t>After a few weeks, Minh noticed a difference. He finished most homework before dinner and slept better. He could cycle with his brother twice a week again. He still enjoyed meeting friends in the science club. Minh learnt that choosing fewer activities could help him enjoy each one more. He plans to review his timetable at the start of the next term.</w:t>
      </w:r>
    </w:p>
    <w:p>
      <w:pPr>
        <w:spacing w:after="60" w:line="240" w:lineRule="auto"/>
      </w:pPr>
      <w:r>
        <w:rPr>
          <w:b/>
          <w:sz w:val="23"/>
        </w:rPr>
        <w:t>28. How many clubs did Minh join at first?</w:t>
      </w:r>
    </w:p>
    <w:p>
      <w:pPr>
        <w:spacing w:after="60" w:line="240" w:lineRule="auto"/>
      </w:pPr>
      <w:r>
        <w:rPr>
          <w:sz w:val="23"/>
        </w:rPr>
        <w:t xml:space="preserve">A. </w:t>
      </w:r>
      <w:r>
        <w:rPr>
          <w:sz w:val="23"/>
        </w:rPr>
        <w:t>Four</w:t>
      </w:r>
      <w:r>
        <w:rPr>
          <w:sz w:val="23"/>
        </w:rPr>
        <w:t xml:space="preserve">     </w:t>
      </w:r>
      <w:r>
        <w:rPr>
          <w:sz w:val="23"/>
        </w:rPr>
        <w:t xml:space="preserve">B. </w:t>
      </w:r>
      <w:r>
        <w:rPr>
          <w:sz w:val="23"/>
        </w:rPr>
        <w:t>Two</w:t>
      </w:r>
      <w:r>
        <w:rPr>
          <w:sz w:val="23"/>
        </w:rPr>
        <w:t xml:space="preserve">     </w:t>
      </w:r>
      <w:r>
        <w:rPr>
          <w:sz w:val="23"/>
        </w:rPr>
        <w:t xml:space="preserve">C. </w:t>
      </w:r>
      <w:r>
        <w:rPr>
          <w:sz w:val="23"/>
        </w:rPr>
        <w:t>Three</w:t>
      </w:r>
      <w:r>
        <w:rPr>
          <w:sz w:val="23"/>
        </w:rPr>
        <w:t xml:space="preserve">     </w:t>
      </w:r>
      <w:r>
        <w:rPr>
          <w:sz w:val="23"/>
        </w:rPr>
        <w:t xml:space="preserve">D. </w:t>
      </w:r>
      <w:r>
        <w:rPr>
          <w:sz w:val="23"/>
        </w:rPr>
        <w:t>One</w:t>
      </w:r>
    </w:p>
    <w:p>
      <w:pPr>
        <w:spacing w:after="60" w:line="240" w:lineRule="auto"/>
      </w:pPr>
      <w:r>
        <w:rPr>
          <w:b/>
          <w:sz w:val="23"/>
        </w:rPr>
        <w:t>29. Why did he stop cycling?</w:t>
      </w:r>
    </w:p>
    <w:p>
      <w:pPr>
        <w:spacing w:after="60" w:line="240" w:lineRule="auto"/>
      </w:pPr>
      <w:r>
        <w:rPr>
          <w:sz w:val="23"/>
        </w:rPr>
        <w:t xml:space="preserve">A. </w:t>
      </w:r>
      <w:r>
        <w:rPr>
          <w:sz w:val="23"/>
        </w:rPr>
        <w:t>He thought he had no time</w:t>
      </w:r>
      <w:r>
        <w:rPr>
          <w:sz w:val="23"/>
        </w:rPr>
        <w:t xml:space="preserve">     </w:t>
      </w:r>
      <w:r>
        <w:rPr>
          <w:sz w:val="23"/>
        </w:rPr>
        <w:t xml:space="preserve">B. </w:t>
      </w:r>
      <w:r>
        <w:rPr>
          <w:sz w:val="23"/>
        </w:rPr>
        <w:t>His brother moved away</w:t>
      </w:r>
      <w:r>
        <w:rPr>
          <w:sz w:val="23"/>
        </w:rPr>
        <w:t xml:space="preserve">     </w:t>
      </w:r>
      <w:r>
        <w:rPr>
          <w:sz w:val="23"/>
        </w:rPr>
        <w:t xml:space="preserve">C. </w:t>
      </w:r>
      <w:r>
        <w:rPr>
          <w:sz w:val="23"/>
        </w:rPr>
        <w:t>He disliked outdoor activities</w:t>
      </w:r>
      <w:r>
        <w:rPr>
          <w:sz w:val="23"/>
        </w:rPr>
        <w:t xml:space="preserve">     </w:t>
      </w:r>
      <w:r>
        <w:rPr>
          <w:sz w:val="23"/>
        </w:rPr>
        <w:t xml:space="preserve">D. </w:t>
      </w:r>
      <w:r>
        <w:rPr>
          <w:sz w:val="23"/>
        </w:rPr>
        <w:t>His bike was broken</w:t>
      </w:r>
    </w:p>
    <w:p>
      <w:pPr>
        <w:spacing w:after="60" w:line="240" w:lineRule="auto"/>
      </w:pPr>
      <w:r>
        <w:rPr>
          <w:b/>
          <w:sz w:val="23"/>
        </w:rPr>
        <w:t>30. Who helped him review his activities?</w:t>
      </w:r>
    </w:p>
    <w:p>
      <w:pPr>
        <w:spacing w:after="60" w:line="240" w:lineRule="auto"/>
      </w:pPr>
      <w:r>
        <w:rPr>
          <w:sz w:val="23"/>
        </w:rPr>
        <w:t xml:space="preserve">A. </w:t>
      </w:r>
      <w:r>
        <w:rPr>
          <w:sz w:val="23"/>
        </w:rPr>
        <w:t>His neighbour</w:t>
      </w:r>
      <w:r>
        <w:rPr>
          <w:sz w:val="23"/>
        </w:rPr>
        <w:t xml:space="preserve">     </w:t>
      </w:r>
      <w:r>
        <w:rPr>
          <w:sz w:val="23"/>
        </w:rPr>
        <w:t xml:space="preserve">B. </w:t>
      </w:r>
      <w:r>
        <w:rPr>
          <w:sz w:val="23"/>
        </w:rPr>
        <w:t>His class teacher</w:t>
      </w:r>
      <w:r>
        <w:rPr>
          <w:sz w:val="23"/>
        </w:rPr>
        <w:t xml:space="preserve">     </w:t>
      </w:r>
      <w:r>
        <w:rPr>
          <w:sz w:val="23"/>
        </w:rPr>
        <w:t xml:space="preserve">C. </w:t>
      </w:r>
      <w:r>
        <w:rPr>
          <w:sz w:val="23"/>
        </w:rPr>
        <w:t>His science partner</w:t>
      </w:r>
      <w:r>
        <w:rPr>
          <w:sz w:val="23"/>
        </w:rPr>
        <w:t xml:space="preserve">     </w:t>
      </w:r>
      <w:r>
        <w:rPr>
          <w:sz w:val="23"/>
        </w:rPr>
        <w:t xml:space="preserve">D. </w:t>
      </w:r>
      <w:r>
        <w:rPr>
          <w:sz w:val="23"/>
        </w:rPr>
        <w:t>His cousin</w:t>
      </w:r>
    </w:p>
    <w:p>
      <w:pPr>
        <w:spacing w:after="60" w:line="240" w:lineRule="auto"/>
      </w:pPr>
      <w:r>
        <w:rPr>
          <w:b/>
          <w:sz w:val="23"/>
        </w:rPr>
        <w:t>31. The word “ones” in paragraph 2 refers to ______.</w:t>
      </w:r>
    </w:p>
    <w:p>
      <w:pPr>
        <w:spacing w:after="60" w:line="240" w:lineRule="auto"/>
      </w:pPr>
      <w:r>
        <w:rPr>
          <w:sz w:val="23"/>
        </w:rPr>
        <w:t xml:space="preserve">A. </w:t>
      </w:r>
      <w:r>
        <w:rPr>
          <w:sz w:val="23"/>
        </w:rPr>
        <w:t>brothers</w:t>
      </w:r>
      <w:r>
        <w:rPr>
          <w:sz w:val="23"/>
        </w:rPr>
        <w:t xml:space="preserve">     </w:t>
      </w:r>
      <w:r>
        <w:rPr>
          <w:sz w:val="23"/>
        </w:rPr>
        <w:t xml:space="preserve">B. </w:t>
      </w:r>
      <w:r>
        <w:rPr>
          <w:sz w:val="23"/>
        </w:rPr>
        <w:t>teachers</w:t>
      </w:r>
      <w:r>
        <w:rPr>
          <w:sz w:val="23"/>
        </w:rPr>
        <w:t xml:space="preserve">     </w:t>
      </w:r>
      <w:r>
        <w:rPr>
          <w:sz w:val="23"/>
        </w:rPr>
        <w:t xml:space="preserve">C. </w:t>
      </w:r>
      <w:r>
        <w:rPr>
          <w:sz w:val="23"/>
        </w:rPr>
        <w:t>activities</w:t>
      </w:r>
      <w:r>
        <w:rPr>
          <w:sz w:val="23"/>
        </w:rPr>
        <w:t xml:space="preserve">     </w:t>
      </w:r>
      <w:r>
        <w:rPr>
          <w:sz w:val="23"/>
        </w:rPr>
        <w:t xml:space="preserve">D. </w:t>
      </w:r>
      <w:r>
        <w:rPr>
          <w:sz w:val="23"/>
        </w:rPr>
        <w:t>messages</w:t>
      </w:r>
    </w:p>
    <w:p>
      <w:pPr>
        <w:spacing w:after="60" w:line="240" w:lineRule="auto"/>
      </w:pPr>
      <w:r>
        <w:rPr>
          <w:b/>
          <w:sz w:val="23"/>
        </w:rPr>
        <w:t>32. What did Minh learn?</w:t>
      </w:r>
    </w:p>
    <w:p>
      <w:pPr>
        <w:spacing w:after="60" w:line="240" w:lineRule="auto"/>
      </w:pPr>
      <w:r>
        <w:rPr>
          <w:sz w:val="23"/>
        </w:rPr>
        <w:t xml:space="preserve">A. </w:t>
      </w:r>
      <w:r>
        <w:rPr>
          <w:sz w:val="23"/>
        </w:rPr>
        <w:t>Fewer activities can be more enjoyable</w:t>
      </w:r>
      <w:r>
        <w:rPr>
          <w:sz w:val="23"/>
        </w:rPr>
        <w:t xml:space="preserve">     </w:t>
      </w:r>
      <w:r>
        <w:rPr>
          <w:sz w:val="23"/>
        </w:rPr>
        <w:t xml:space="preserve">B. </w:t>
      </w:r>
      <w:r>
        <w:rPr>
          <w:sz w:val="23"/>
        </w:rPr>
        <w:t>All clubs are tiring</w:t>
      </w:r>
      <w:r>
        <w:rPr>
          <w:sz w:val="23"/>
        </w:rPr>
        <w:t xml:space="preserve">     </w:t>
      </w:r>
      <w:r>
        <w:rPr>
          <w:sz w:val="23"/>
        </w:rPr>
        <w:t xml:space="preserve">C. </w:t>
      </w:r>
      <w:r>
        <w:rPr>
          <w:sz w:val="23"/>
        </w:rPr>
        <w:t>Homework is unnecessary</w:t>
      </w:r>
      <w:r>
        <w:rPr>
          <w:sz w:val="23"/>
        </w:rPr>
        <w:t xml:space="preserve">     </w:t>
      </w:r>
      <w:r>
        <w:rPr>
          <w:sz w:val="23"/>
        </w:rPr>
        <w:t xml:space="preserve">D. </w:t>
      </w:r>
      <w:r>
        <w:rPr>
          <w:sz w:val="23"/>
        </w:rPr>
        <w:t>Phones always help him study</w:t>
      </w:r>
    </w:p>
    <w:p>
      <w:r>
        <w:br w:type="page"/>
      </w:r>
    </w:p>
    <w:p>
      <w:r>
        <w:rPr>
          <w:b/>
          <w:sz w:val="26"/>
        </w:rPr>
        <w:t>V. WRITING (2.0 points)</w:t>
      </w:r>
    </w:p>
    <w:p>
      <w:r>
        <w:rPr>
          <w:b w:val="0"/>
        </w:rPr>
        <w:t>Task 1. Choose the sentence that has the same meaning as the original sentence or best combines the two sentences. (0.5 point)</w:t>
      </w:r>
    </w:p>
    <w:p>
      <w:r>
        <w:rPr>
          <w:b/>
        </w:rPr>
        <w:t>33. Finish your homework now. You will have time to play later. (Use “and”.)</w:t>
      </w:r>
    </w:p>
    <w:p>
      <w:r>
        <w:rPr>
          <w:b w:val="0"/>
        </w:rPr>
        <w:t>A. Finish your homework now, or you will have time to play later.</w:t>
      </w:r>
    </w:p>
    <w:p>
      <w:r>
        <w:rPr>
          <w:b w:val="0"/>
        </w:rPr>
        <w:t>B. Finish your homework now, and you will have time to play later.</w:t>
      </w:r>
    </w:p>
    <w:p>
      <w:r>
        <w:rPr>
          <w:b w:val="0"/>
        </w:rPr>
        <w:t>C. Finish your homework now, but you will have time to play later.</w:t>
      </w:r>
    </w:p>
    <w:p>
      <w:r>
        <w:rPr>
          <w:b w:val="0"/>
        </w:rPr>
        <w:t>D. You will have time to play later because you never do homework.</w:t>
      </w:r>
    </w:p>
    <w:p>
      <w:r>
        <w:rPr>
          <w:b/>
        </w:rPr>
        <w:t>34. Mai likes making crafts more than playing computer games.</w:t>
      </w:r>
    </w:p>
    <w:p>
      <w:r>
        <w:rPr>
          <w:b w:val="0"/>
        </w:rPr>
        <w:t>A. Mai prefer making crafts to playing computer games.</w:t>
      </w:r>
    </w:p>
    <w:p>
      <w:r>
        <w:rPr>
          <w:b w:val="0"/>
        </w:rPr>
        <w:t>B. Mai prefers make crafts to play computer games.</w:t>
      </w:r>
    </w:p>
    <w:p>
      <w:r>
        <w:rPr>
          <w:b w:val="0"/>
        </w:rPr>
        <w:t>C. Mai prefers making crafts to playing computer games.</w:t>
      </w:r>
    </w:p>
    <w:p>
      <w:r>
        <w:rPr>
          <w:b w:val="0"/>
        </w:rPr>
        <w:t>D. Mai prefers making crafts than playing computer games.</w:t>
      </w:r>
    </w:p>
    <w:p>
      <w:r>
        <w:rPr>
          <w:b/>
        </w:rPr>
        <w:t>Task 2. Write a paragraph of about 80 words about how you balance schoolwork and leisure activities. (1.5 points)</w:t>
      </w:r>
    </w:p>
    <w:p>
      <w:r>
        <w:rPr>
          <w:b w:val="0"/>
        </w:rPr>
        <w:t>You may use these ideas:</w:t>
      </w:r>
    </w:p>
    <w:p>
      <w:r>
        <w:rPr>
          <w:b w:val="0"/>
        </w:rPr>
        <w:t>– a weekly plan</w:t>
      </w:r>
    </w:p>
    <w:p>
      <w:r>
        <w:rPr>
          <w:b w:val="0"/>
        </w:rPr>
        <w:t>– important school tasks</w:t>
      </w:r>
    </w:p>
    <w:p>
      <w:r>
        <w:rPr>
          <w:b w:val="0"/>
        </w:rPr>
        <w:t>– time for hobbies and exercise</w:t>
      </w:r>
    </w:p>
    <w:p>
      <w:r>
        <w:rPr>
          <w:b w:val="0"/>
        </w:rPr>
        <w:t>– enough sleep</w:t>
      </w:r>
    </w:p>
    <w:p>
      <w:r>
        <w:rPr>
          <w:b w:val="0"/>
        </w:rPr>
        <w:t>..............................................................................................................................</w:t>
      </w:r>
    </w:p>
    <w:p>
      <w:r>
        <w:rPr>
          <w:b w:val="0"/>
        </w:rPr>
        <w:t>..............................................................................................................................</w:t>
      </w:r>
    </w:p>
    <w:p>
      <w:r>
        <w:rPr>
          <w:b w:val="0"/>
        </w:rPr>
        <w:t>..............................................................................................................................</w:t>
      </w:r>
    </w:p>
    <w:p>
      <w:r>
        <w:rPr>
          <w:b w:val="0"/>
        </w:rPr>
        <w:t>..............................................................................................................................</w:t>
      </w:r>
    </w:p>
    <w:p>
      <w:r>
        <w:rPr>
          <w:b w:val="0"/>
        </w:rPr>
        <w:t>..............................................................................................................................</w:t>
      </w:r>
    </w:p>
    <w:p>
      <w:r>
        <w:rPr>
          <w:b w:val="0"/>
        </w:rPr>
        <w:t>..............................................................................................................................</w:t>
      </w:r>
    </w:p>
    <w:p>
      <w:r>
        <w:rPr>
          <w:b w:val="0"/>
        </w:rPr>
        <w:t>..............................................................................................................................</w:t>
      </w:r>
    </w:p>
    <w:p>
      <w:r>
        <w:rPr>
          <w:b w:val="0"/>
        </w:rPr>
        <w:t>..............................................................................................................................</w:t>
      </w:r>
    </w:p>
    <w:p>
      <w:r>
        <w:rPr>
          <w:b w:val="0"/>
        </w:rPr>
        <w:t>..............................................................................................................................</w:t>
      </w:r>
    </w:p>
    <w:p>
      <w:r>
        <w:rPr>
          <w:b w:val="0"/>
        </w:rPr>
        <w:t>..............................................................................................................................</w:t>
      </w:r>
    </w:p>
    <w:p>
      <w:r>
        <w:rPr>
          <w:b w:val="0"/>
        </w:rPr>
        <w:t>..............................................................................................................................</w:t>
      </w:r>
    </w:p>
    <w:p>
      <w:r>
        <w:rPr>
          <w:b w:val="0"/>
        </w:rPr>
        <w:t>..............................................................................................................................</w:t>
      </w:r>
    </w:p>
    <w:p>
      <w:pPr>
        <w:jc w:val="center"/>
      </w:pPr>
      <w:r>
        <w:rPr>
          <w:b/>
        </w:rPr>
        <w:t>THE END</w:t>
      </w:r>
    </w:p>
    <w:sectPr w:rsidR="00FC693F" w:rsidRPr="0006063C" w:rsidSect="00034616">
      <w:footerReference w:type="default" r:id="rId9"/>
      <w:pgSz w:w="11906" w:h="16838"/>
      <w:pgMar w:top="907" w:right="96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Tiếng Anh 8 • Giữa kì I • Trang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52"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2" w:lineRule="auto"/>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