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F4894" w14:textId="12976D71" w:rsidR="00166490" w:rsidRPr="00B613CE" w:rsidRDefault="00B613CE">
      <w:pPr>
        <w:jc w:val="center"/>
        <w:rPr>
          <w:color w:val="FF0000"/>
          <w:sz w:val="40"/>
          <w:szCs w:val="40"/>
        </w:rPr>
      </w:pPr>
      <w:r w:rsidRPr="00B613CE">
        <w:rPr>
          <w:b/>
          <w:color w:val="FF0000"/>
          <w:sz w:val="40"/>
          <w:szCs w:val="40"/>
        </w:rPr>
        <w:t>UNIT 2 TEST</w:t>
      </w:r>
    </w:p>
    <w:p w14:paraId="70502689" w14:textId="77777777" w:rsidR="00166490" w:rsidRPr="00B21088" w:rsidRDefault="001C4944">
      <w:pPr>
        <w:spacing w:after="60"/>
        <w:rPr>
          <w:sz w:val="28"/>
          <w:szCs w:val="28"/>
        </w:rPr>
      </w:pPr>
      <w:r w:rsidRPr="00B21088">
        <w:rPr>
          <w:b/>
          <w:sz w:val="28"/>
          <w:szCs w:val="28"/>
        </w:rPr>
        <w:t>I. Listening</w:t>
      </w:r>
    </w:p>
    <w:p w14:paraId="4DE34EA1" w14:textId="77777777" w:rsidR="00166490" w:rsidRPr="00B21088" w:rsidRDefault="001C4944">
      <w:pPr>
        <w:spacing w:after="80"/>
        <w:rPr>
          <w:sz w:val="28"/>
          <w:szCs w:val="28"/>
        </w:rPr>
      </w:pPr>
      <w:r w:rsidRPr="00B21088">
        <w:rPr>
          <w:b/>
          <w:sz w:val="28"/>
          <w:szCs w:val="28"/>
        </w:rPr>
        <w:t>Listen to Mai talking about her new house. Decide whether the statements are TRUE (T) or FALSE (F).</w:t>
      </w:r>
    </w:p>
    <w:tbl>
      <w:tblPr>
        <w:tblStyle w:val="TableGrid"/>
        <w:tblW w:w="0" w:type="auto"/>
        <w:jc w:val="center"/>
        <w:tblLook w:val="04A0" w:firstRow="1" w:lastRow="0" w:firstColumn="1" w:lastColumn="0" w:noHBand="0" w:noVBand="1"/>
      </w:tblPr>
      <w:tblGrid>
        <w:gridCol w:w="7344"/>
        <w:gridCol w:w="1152"/>
        <w:gridCol w:w="1152"/>
      </w:tblGrid>
      <w:tr w:rsidR="00166490" w:rsidRPr="00B21088" w14:paraId="3BDE8C06" w14:textId="77777777">
        <w:trPr>
          <w:jc w:val="center"/>
        </w:trPr>
        <w:tc>
          <w:tcPr>
            <w:tcW w:w="7344" w:type="dxa"/>
            <w:shd w:val="clear" w:color="auto" w:fill="D9EAF7"/>
            <w:vAlign w:val="center"/>
          </w:tcPr>
          <w:p w14:paraId="244C4FE1" w14:textId="77777777" w:rsidR="00166490" w:rsidRPr="00B21088" w:rsidRDefault="001C4944">
            <w:pPr>
              <w:jc w:val="center"/>
              <w:rPr>
                <w:sz w:val="28"/>
                <w:szCs w:val="28"/>
              </w:rPr>
            </w:pPr>
            <w:r w:rsidRPr="00B21088">
              <w:rPr>
                <w:b/>
                <w:sz w:val="28"/>
                <w:szCs w:val="28"/>
              </w:rPr>
              <w:t>Statements</w:t>
            </w:r>
          </w:p>
        </w:tc>
        <w:tc>
          <w:tcPr>
            <w:tcW w:w="1152" w:type="dxa"/>
            <w:shd w:val="clear" w:color="auto" w:fill="D9EAF7"/>
            <w:vAlign w:val="center"/>
          </w:tcPr>
          <w:p w14:paraId="1EA138F7" w14:textId="77777777" w:rsidR="00166490" w:rsidRPr="00B21088" w:rsidRDefault="001C4944">
            <w:pPr>
              <w:jc w:val="center"/>
              <w:rPr>
                <w:sz w:val="28"/>
                <w:szCs w:val="28"/>
              </w:rPr>
            </w:pPr>
            <w:r w:rsidRPr="00B21088">
              <w:rPr>
                <w:b/>
                <w:sz w:val="28"/>
                <w:szCs w:val="28"/>
              </w:rPr>
              <w:t>TRUE</w:t>
            </w:r>
          </w:p>
        </w:tc>
        <w:tc>
          <w:tcPr>
            <w:tcW w:w="1152" w:type="dxa"/>
            <w:shd w:val="clear" w:color="auto" w:fill="D9EAF7"/>
            <w:vAlign w:val="center"/>
          </w:tcPr>
          <w:p w14:paraId="2A13277C" w14:textId="77777777" w:rsidR="00166490" w:rsidRPr="00B21088" w:rsidRDefault="001C4944">
            <w:pPr>
              <w:jc w:val="center"/>
              <w:rPr>
                <w:sz w:val="28"/>
                <w:szCs w:val="28"/>
              </w:rPr>
            </w:pPr>
            <w:r w:rsidRPr="00B21088">
              <w:rPr>
                <w:b/>
                <w:sz w:val="28"/>
                <w:szCs w:val="28"/>
              </w:rPr>
              <w:t>FALSE</w:t>
            </w:r>
          </w:p>
        </w:tc>
      </w:tr>
      <w:tr w:rsidR="00166490" w:rsidRPr="00B21088" w14:paraId="3C9EA2C2" w14:textId="77777777">
        <w:trPr>
          <w:jc w:val="center"/>
        </w:trPr>
        <w:tc>
          <w:tcPr>
            <w:tcW w:w="7344" w:type="dxa"/>
            <w:vAlign w:val="center"/>
          </w:tcPr>
          <w:p w14:paraId="63AEA30F" w14:textId="77777777" w:rsidR="00166490" w:rsidRPr="00B21088" w:rsidRDefault="001C4944">
            <w:pPr>
              <w:rPr>
                <w:sz w:val="28"/>
                <w:szCs w:val="28"/>
              </w:rPr>
            </w:pPr>
            <w:r w:rsidRPr="00B21088">
              <w:rPr>
                <w:sz w:val="28"/>
                <w:szCs w:val="28"/>
              </w:rPr>
              <w:t>1. Mai lives in a new flat near her school.</w:t>
            </w:r>
          </w:p>
        </w:tc>
        <w:tc>
          <w:tcPr>
            <w:tcW w:w="1152" w:type="dxa"/>
            <w:vAlign w:val="center"/>
          </w:tcPr>
          <w:p w14:paraId="3DB27155" w14:textId="77777777" w:rsidR="00166490" w:rsidRPr="00B21088" w:rsidRDefault="00166490">
            <w:pPr>
              <w:jc w:val="center"/>
              <w:rPr>
                <w:sz w:val="28"/>
                <w:szCs w:val="28"/>
              </w:rPr>
            </w:pPr>
          </w:p>
        </w:tc>
        <w:tc>
          <w:tcPr>
            <w:tcW w:w="1152" w:type="dxa"/>
            <w:vAlign w:val="center"/>
          </w:tcPr>
          <w:p w14:paraId="01B29F87" w14:textId="77777777" w:rsidR="00166490" w:rsidRPr="00B21088" w:rsidRDefault="00166490">
            <w:pPr>
              <w:jc w:val="center"/>
              <w:rPr>
                <w:sz w:val="28"/>
                <w:szCs w:val="28"/>
              </w:rPr>
            </w:pPr>
          </w:p>
        </w:tc>
      </w:tr>
      <w:tr w:rsidR="00166490" w:rsidRPr="00B21088" w14:paraId="071B0006" w14:textId="77777777">
        <w:trPr>
          <w:jc w:val="center"/>
        </w:trPr>
        <w:tc>
          <w:tcPr>
            <w:tcW w:w="7344" w:type="dxa"/>
            <w:vAlign w:val="center"/>
          </w:tcPr>
          <w:p w14:paraId="2CD6C678" w14:textId="77777777" w:rsidR="00166490" w:rsidRPr="00B21088" w:rsidRDefault="001C4944">
            <w:pPr>
              <w:rPr>
                <w:sz w:val="28"/>
                <w:szCs w:val="28"/>
              </w:rPr>
            </w:pPr>
            <w:r w:rsidRPr="00B21088">
              <w:rPr>
                <w:sz w:val="28"/>
                <w:szCs w:val="28"/>
              </w:rPr>
              <w:t>2. There are six rooms in her house.</w:t>
            </w:r>
          </w:p>
        </w:tc>
        <w:tc>
          <w:tcPr>
            <w:tcW w:w="1152" w:type="dxa"/>
            <w:vAlign w:val="center"/>
          </w:tcPr>
          <w:p w14:paraId="4688B9D8" w14:textId="77777777" w:rsidR="00166490" w:rsidRPr="00B21088" w:rsidRDefault="00166490">
            <w:pPr>
              <w:jc w:val="center"/>
              <w:rPr>
                <w:sz w:val="28"/>
                <w:szCs w:val="28"/>
              </w:rPr>
            </w:pPr>
          </w:p>
        </w:tc>
        <w:tc>
          <w:tcPr>
            <w:tcW w:w="1152" w:type="dxa"/>
            <w:vAlign w:val="center"/>
          </w:tcPr>
          <w:p w14:paraId="064E5B8E" w14:textId="77777777" w:rsidR="00166490" w:rsidRPr="00B21088" w:rsidRDefault="00166490">
            <w:pPr>
              <w:jc w:val="center"/>
              <w:rPr>
                <w:sz w:val="28"/>
                <w:szCs w:val="28"/>
              </w:rPr>
            </w:pPr>
          </w:p>
        </w:tc>
      </w:tr>
      <w:tr w:rsidR="00166490" w:rsidRPr="00B21088" w14:paraId="20433A78" w14:textId="77777777">
        <w:trPr>
          <w:jc w:val="center"/>
        </w:trPr>
        <w:tc>
          <w:tcPr>
            <w:tcW w:w="7344" w:type="dxa"/>
            <w:vAlign w:val="center"/>
          </w:tcPr>
          <w:p w14:paraId="31DCAAD1" w14:textId="77777777" w:rsidR="00166490" w:rsidRPr="00B21088" w:rsidRDefault="001C4944">
            <w:pPr>
              <w:rPr>
                <w:sz w:val="28"/>
                <w:szCs w:val="28"/>
              </w:rPr>
            </w:pPr>
            <w:r w:rsidRPr="00B21088">
              <w:rPr>
                <w:sz w:val="28"/>
                <w:szCs w:val="28"/>
              </w:rPr>
              <w:t>3. Her favourite room is the living room.</w:t>
            </w:r>
          </w:p>
        </w:tc>
        <w:tc>
          <w:tcPr>
            <w:tcW w:w="1152" w:type="dxa"/>
            <w:vAlign w:val="center"/>
          </w:tcPr>
          <w:p w14:paraId="7991D616" w14:textId="77777777" w:rsidR="00166490" w:rsidRPr="00B21088" w:rsidRDefault="00166490">
            <w:pPr>
              <w:jc w:val="center"/>
              <w:rPr>
                <w:sz w:val="28"/>
                <w:szCs w:val="28"/>
              </w:rPr>
            </w:pPr>
          </w:p>
        </w:tc>
        <w:tc>
          <w:tcPr>
            <w:tcW w:w="1152" w:type="dxa"/>
            <w:vAlign w:val="center"/>
          </w:tcPr>
          <w:p w14:paraId="6ACEF2BD" w14:textId="77777777" w:rsidR="00166490" w:rsidRPr="00B21088" w:rsidRDefault="00166490">
            <w:pPr>
              <w:jc w:val="center"/>
              <w:rPr>
                <w:sz w:val="28"/>
                <w:szCs w:val="28"/>
              </w:rPr>
            </w:pPr>
          </w:p>
        </w:tc>
      </w:tr>
      <w:tr w:rsidR="00166490" w:rsidRPr="00B21088" w14:paraId="76074E84" w14:textId="77777777">
        <w:trPr>
          <w:jc w:val="center"/>
        </w:trPr>
        <w:tc>
          <w:tcPr>
            <w:tcW w:w="7344" w:type="dxa"/>
            <w:vAlign w:val="center"/>
          </w:tcPr>
          <w:p w14:paraId="4E26C02B" w14:textId="77777777" w:rsidR="00166490" w:rsidRPr="00B21088" w:rsidRDefault="001C4944">
            <w:pPr>
              <w:rPr>
                <w:sz w:val="28"/>
                <w:szCs w:val="28"/>
              </w:rPr>
            </w:pPr>
            <w:r w:rsidRPr="00B21088">
              <w:rPr>
                <w:sz w:val="28"/>
                <w:szCs w:val="28"/>
              </w:rPr>
              <w:t>4. The sofa is next to the window.</w:t>
            </w:r>
          </w:p>
        </w:tc>
        <w:tc>
          <w:tcPr>
            <w:tcW w:w="1152" w:type="dxa"/>
            <w:vAlign w:val="center"/>
          </w:tcPr>
          <w:p w14:paraId="3FA722C3" w14:textId="77777777" w:rsidR="00166490" w:rsidRPr="00B21088" w:rsidRDefault="00166490">
            <w:pPr>
              <w:jc w:val="center"/>
              <w:rPr>
                <w:sz w:val="28"/>
                <w:szCs w:val="28"/>
              </w:rPr>
            </w:pPr>
          </w:p>
        </w:tc>
        <w:tc>
          <w:tcPr>
            <w:tcW w:w="1152" w:type="dxa"/>
            <w:vAlign w:val="center"/>
          </w:tcPr>
          <w:p w14:paraId="09ED7753" w14:textId="77777777" w:rsidR="00166490" w:rsidRPr="00B21088" w:rsidRDefault="00166490">
            <w:pPr>
              <w:jc w:val="center"/>
              <w:rPr>
                <w:sz w:val="28"/>
                <w:szCs w:val="28"/>
              </w:rPr>
            </w:pPr>
          </w:p>
        </w:tc>
      </w:tr>
      <w:tr w:rsidR="00166490" w:rsidRPr="00B21088" w14:paraId="0D3CE0B3" w14:textId="77777777">
        <w:trPr>
          <w:jc w:val="center"/>
        </w:trPr>
        <w:tc>
          <w:tcPr>
            <w:tcW w:w="7344" w:type="dxa"/>
            <w:vAlign w:val="center"/>
          </w:tcPr>
          <w:p w14:paraId="115C13F8" w14:textId="380A5D02" w:rsidR="00166490" w:rsidRPr="00B21088" w:rsidRDefault="001C4944">
            <w:pPr>
              <w:rPr>
                <w:sz w:val="28"/>
                <w:szCs w:val="28"/>
              </w:rPr>
            </w:pPr>
            <w:r w:rsidRPr="00B21088">
              <w:rPr>
                <w:sz w:val="28"/>
                <w:szCs w:val="28"/>
              </w:rPr>
              <w:t xml:space="preserve">5. Mai and her brother usually do homework </w:t>
            </w:r>
            <w:r w:rsidR="00A06C17">
              <w:rPr>
                <w:sz w:val="28"/>
                <w:szCs w:val="28"/>
              </w:rPr>
              <w:t xml:space="preserve">at their desks </w:t>
            </w:r>
            <w:r w:rsidRPr="00B21088">
              <w:rPr>
                <w:sz w:val="28"/>
                <w:szCs w:val="28"/>
              </w:rPr>
              <w:t>in the</w:t>
            </w:r>
            <w:r w:rsidR="00A06C17">
              <w:rPr>
                <w:sz w:val="28"/>
                <w:szCs w:val="28"/>
              </w:rPr>
              <w:t>ir</w:t>
            </w:r>
            <w:r w:rsidRPr="00B21088">
              <w:rPr>
                <w:sz w:val="28"/>
                <w:szCs w:val="28"/>
              </w:rPr>
              <w:t xml:space="preserve"> bedroom</w:t>
            </w:r>
            <w:r w:rsidR="00A06C17">
              <w:rPr>
                <w:sz w:val="28"/>
                <w:szCs w:val="28"/>
              </w:rPr>
              <w:t>s</w:t>
            </w:r>
            <w:r w:rsidRPr="00B21088">
              <w:rPr>
                <w:sz w:val="28"/>
                <w:szCs w:val="28"/>
              </w:rPr>
              <w:t>.</w:t>
            </w:r>
          </w:p>
        </w:tc>
        <w:tc>
          <w:tcPr>
            <w:tcW w:w="1152" w:type="dxa"/>
            <w:vAlign w:val="center"/>
          </w:tcPr>
          <w:p w14:paraId="1476C7DF" w14:textId="77777777" w:rsidR="00166490" w:rsidRPr="00B21088" w:rsidRDefault="00166490">
            <w:pPr>
              <w:jc w:val="center"/>
              <w:rPr>
                <w:sz w:val="28"/>
                <w:szCs w:val="28"/>
              </w:rPr>
            </w:pPr>
          </w:p>
        </w:tc>
        <w:tc>
          <w:tcPr>
            <w:tcW w:w="1152" w:type="dxa"/>
            <w:vAlign w:val="center"/>
          </w:tcPr>
          <w:p w14:paraId="2BDE6106" w14:textId="77777777" w:rsidR="00166490" w:rsidRPr="00B21088" w:rsidRDefault="00166490">
            <w:pPr>
              <w:jc w:val="center"/>
              <w:rPr>
                <w:sz w:val="28"/>
                <w:szCs w:val="28"/>
              </w:rPr>
            </w:pPr>
          </w:p>
        </w:tc>
      </w:tr>
    </w:tbl>
    <w:p w14:paraId="430DD84B" w14:textId="77777777" w:rsidR="00B21088" w:rsidRDefault="00B21088">
      <w:pPr>
        <w:spacing w:after="60"/>
        <w:rPr>
          <w:b/>
          <w:sz w:val="28"/>
          <w:szCs w:val="28"/>
        </w:rPr>
      </w:pPr>
    </w:p>
    <w:p w14:paraId="4D468C21" w14:textId="79D031A7" w:rsidR="00166490" w:rsidRPr="00B21088" w:rsidRDefault="001C4944">
      <w:pPr>
        <w:spacing w:after="60"/>
        <w:rPr>
          <w:sz w:val="28"/>
          <w:szCs w:val="28"/>
        </w:rPr>
      </w:pPr>
      <w:r w:rsidRPr="00B21088">
        <w:rPr>
          <w:b/>
          <w:sz w:val="28"/>
          <w:szCs w:val="28"/>
        </w:rPr>
        <w:t>II. Pronunciation</w:t>
      </w:r>
    </w:p>
    <w:p w14:paraId="267AA821" w14:textId="77777777" w:rsidR="00166490" w:rsidRPr="00B21088" w:rsidRDefault="001C4944">
      <w:pPr>
        <w:spacing w:after="40"/>
        <w:rPr>
          <w:sz w:val="28"/>
          <w:szCs w:val="28"/>
        </w:rPr>
      </w:pPr>
      <w:r w:rsidRPr="00B21088">
        <w:rPr>
          <w:b/>
          <w:sz w:val="28"/>
          <w:szCs w:val="28"/>
        </w:rPr>
        <w:t>A. Choose the word whose bold part is pronounced differently.</w:t>
      </w:r>
    </w:p>
    <w:p w14:paraId="4A90C12B" w14:textId="1DD7784B" w:rsidR="00166490" w:rsidRPr="00B21088" w:rsidRDefault="001C4944">
      <w:pPr>
        <w:spacing w:after="40"/>
        <w:rPr>
          <w:sz w:val="28"/>
          <w:szCs w:val="28"/>
        </w:rPr>
      </w:pPr>
      <w:r w:rsidRPr="00B21088">
        <w:rPr>
          <w:b/>
          <w:sz w:val="28"/>
          <w:szCs w:val="28"/>
        </w:rPr>
        <w:t>6.</w:t>
      </w:r>
      <w:r w:rsidRPr="00B21088">
        <w:rPr>
          <w:sz w:val="28"/>
          <w:szCs w:val="28"/>
        </w:rPr>
        <w:t xml:space="preserve"> A. lamp</w:t>
      </w:r>
      <w:r w:rsidRPr="00B21088">
        <w:rPr>
          <w:b/>
          <w:sz w:val="28"/>
          <w:szCs w:val="28"/>
        </w:rPr>
        <w:t>s</w:t>
      </w:r>
      <w:r w:rsidRPr="00B21088">
        <w:rPr>
          <w:sz w:val="28"/>
          <w:szCs w:val="28"/>
        </w:rPr>
        <w:t xml:space="preserve"> </w:t>
      </w:r>
      <w:r w:rsidR="001B6CAD">
        <w:rPr>
          <w:sz w:val="28"/>
          <w:szCs w:val="28"/>
        </w:rPr>
        <w:tab/>
      </w:r>
      <w:r w:rsidR="001B6CAD">
        <w:rPr>
          <w:sz w:val="28"/>
          <w:szCs w:val="28"/>
        </w:rPr>
        <w:tab/>
      </w:r>
      <w:r w:rsidRPr="00B21088">
        <w:rPr>
          <w:sz w:val="28"/>
          <w:szCs w:val="28"/>
        </w:rPr>
        <w:t>B. sink</w:t>
      </w:r>
      <w:r w:rsidRPr="00B21088">
        <w:rPr>
          <w:b/>
          <w:sz w:val="28"/>
          <w:szCs w:val="28"/>
        </w:rPr>
        <w:t>s</w:t>
      </w:r>
      <w:r w:rsidRPr="00B21088">
        <w:rPr>
          <w:sz w:val="28"/>
          <w:szCs w:val="28"/>
        </w:rPr>
        <w:t xml:space="preserve"> </w:t>
      </w:r>
      <w:r w:rsidR="001B6CAD">
        <w:rPr>
          <w:sz w:val="28"/>
          <w:szCs w:val="28"/>
        </w:rPr>
        <w:tab/>
      </w:r>
      <w:r w:rsidR="001B6CAD">
        <w:rPr>
          <w:sz w:val="28"/>
          <w:szCs w:val="28"/>
        </w:rPr>
        <w:tab/>
      </w:r>
      <w:r w:rsidRPr="00B21088">
        <w:rPr>
          <w:sz w:val="28"/>
          <w:szCs w:val="28"/>
        </w:rPr>
        <w:t>C. room</w:t>
      </w:r>
      <w:r w:rsidRPr="00B21088">
        <w:rPr>
          <w:b/>
          <w:sz w:val="28"/>
          <w:szCs w:val="28"/>
        </w:rPr>
        <w:t>s</w:t>
      </w:r>
      <w:r w:rsidRPr="00B21088">
        <w:rPr>
          <w:sz w:val="28"/>
          <w:szCs w:val="28"/>
        </w:rPr>
        <w:t xml:space="preserve"> </w:t>
      </w:r>
      <w:r w:rsidR="001B6CAD">
        <w:rPr>
          <w:sz w:val="28"/>
          <w:szCs w:val="28"/>
        </w:rPr>
        <w:tab/>
      </w:r>
      <w:r w:rsidR="001B6CAD">
        <w:rPr>
          <w:sz w:val="28"/>
          <w:szCs w:val="28"/>
        </w:rPr>
        <w:tab/>
      </w:r>
      <w:r w:rsidRPr="00B21088">
        <w:rPr>
          <w:sz w:val="28"/>
          <w:szCs w:val="28"/>
        </w:rPr>
        <w:t>D. toile</w:t>
      </w:r>
      <w:bookmarkStart w:id="0" w:name="_GoBack"/>
      <w:bookmarkEnd w:id="0"/>
      <w:r w:rsidRPr="00B21088">
        <w:rPr>
          <w:sz w:val="28"/>
          <w:szCs w:val="28"/>
        </w:rPr>
        <w:t>t</w:t>
      </w:r>
      <w:r w:rsidRPr="00B21088">
        <w:rPr>
          <w:b/>
          <w:sz w:val="28"/>
          <w:szCs w:val="28"/>
        </w:rPr>
        <w:t>s</w:t>
      </w:r>
    </w:p>
    <w:p w14:paraId="2E4F7DE4" w14:textId="6190C768" w:rsidR="00166490" w:rsidRPr="00B21088" w:rsidRDefault="001C4944">
      <w:pPr>
        <w:spacing w:after="60"/>
        <w:rPr>
          <w:sz w:val="28"/>
          <w:szCs w:val="28"/>
        </w:rPr>
      </w:pPr>
      <w:r w:rsidRPr="00B21088">
        <w:rPr>
          <w:b/>
          <w:sz w:val="28"/>
          <w:szCs w:val="28"/>
        </w:rPr>
        <w:t>7.</w:t>
      </w:r>
      <w:r w:rsidRPr="00B21088">
        <w:rPr>
          <w:sz w:val="28"/>
          <w:szCs w:val="28"/>
        </w:rPr>
        <w:t xml:space="preserve"> A. sofa</w:t>
      </w:r>
      <w:r w:rsidRPr="00B21088">
        <w:rPr>
          <w:b/>
          <w:sz w:val="28"/>
          <w:szCs w:val="28"/>
        </w:rPr>
        <w:t>s</w:t>
      </w:r>
      <w:r w:rsidRPr="00B21088">
        <w:rPr>
          <w:sz w:val="28"/>
          <w:szCs w:val="28"/>
        </w:rPr>
        <w:t xml:space="preserve"> </w:t>
      </w:r>
      <w:r w:rsidR="001B6CAD">
        <w:rPr>
          <w:sz w:val="28"/>
          <w:szCs w:val="28"/>
        </w:rPr>
        <w:tab/>
      </w:r>
      <w:r w:rsidR="001B6CAD">
        <w:rPr>
          <w:sz w:val="28"/>
          <w:szCs w:val="28"/>
        </w:rPr>
        <w:tab/>
      </w:r>
      <w:r w:rsidRPr="00B21088">
        <w:rPr>
          <w:sz w:val="28"/>
          <w:szCs w:val="28"/>
        </w:rPr>
        <w:t>B. cupboard</w:t>
      </w:r>
      <w:r w:rsidRPr="00B21088">
        <w:rPr>
          <w:b/>
          <w:sz w:val="28"/>
          <w:szCs w:val="28"/>
        </w:rPr>
        <w:t>s</w:t>
      </w:r>
      <w:r w:rsidRPr="00B21088">
        <w:rPr>
          <w:sz w:val="28"/>
          <w:szCs w:val="28"/>
        </w:rPr>
        <w:t xml:space="preserve"> </w:t>
      </w:r>
      <w:r w:rsidR="001B6CAD">
        <w:rPr>
          <w:sz w:val="28"/>
          <w:szCs w:val="28"/>
        </w:rPr>
        <w:tab/>
      </w:r>
      <w:r w:rsidRPr="00B21088">
        <w:rPr>
          <w:sz w:val="28"/>
          <w:szCs w:val="28"/>
        </w:rPr>
        <w:t>C. bed</w:t>
      </w:r>
      <w:r w:rsidRPr="00B21088">
        <w:rPr>
          <w:b/>
          <w:sz w:val="28"/>
          <w:szCs w:val="28"/>
        </w:rPr>
        <w:t>s</w:t>
      </w:r>
      <w:r w:rsidRPr="00B21088">
        <w:rPr>
          <w:sz w:val="28"/>
          <w:szCs w:val="28"/>
        </w:rPr>
        <w:t xml:space="preserve"> </w:t>
      </w:r>
      <w:r w:rsidR="001B6CAD">
        <w:rPr>
          <w:sz w:val="28"/>
          <w:szCs w:val="28"/>
        </w:rPr>
        <w:tab/>
      </w:r>
      <w:r w:rsidR="001B6CAD">
        <w:rPr>
          <w:sz w:val="28"/>
          <w:szCs w:val="28"/>
        </w:rPr>
        <w:tab/>
      </w:r>
      <w:r w:rsidRPr="00B21088">
        <w:rPr>
          <w:sz w:val="28"/>
          <w:szCs w:val="28"/>
        </w:rPr>
        <w:t>D. book</w:t>
      </w:r>
      <w:r w:rsidRPr="00B21088">
        <w:rPr>
          <w:b/>
          <w:sz w:val="28"/>
          <w:szCs w:val="28"/>
        </w:rPr>
        <w:t>s</w:t>
      </w:r>
    </w:p>
    <w:p w14:paraId="3A9D638D" w14:textId="77777777" w:rsidR="00166490" w:rsidRPr="00B21088" w:rsidRDefault="001C4944">
      <w:pPr>
        <w:spacing w:after="40"/>
        <w:rPr>
          <w:sz w:val="28"/>
          <w:szCs w:val="28"/>
        </w:rPr>
      </w:pPr>
      <w:r w:rsidRPr="00B21088">
        <w:rPr>
          <w:b/>
          <w:sz w:val="28"/>
          <w:szCs w:val="28"/>
        </w:rPr>
        <w:t>B. Choose the word that has a different stress pattern from the others.</w:t>
      </w:r>
    </w:p>
    <w:p w14:paraId="4300FC41" w14:textId="5B0F07CD" w:rsidR="00166490" w:rsidRPr="00B21088" w:rsidRDefault="001C4944">
      <w:pPr>
        <w:spacing w:after="20"/>
        <w:rPr>
          <w:sz w:val="28"/>
          <w:szCs w:val="28"/>
        </w:rPr>
      </w:pPr>
      <w:r w:rsidRPr="00B21088">
        <w:rPr>
          <w:sz w:val="28"/>
          <w:szCs w:val="28"/>
        </w:rPr>
        <w:t xml:space="preserve">8. A. kitchen    </w:t>
      </w:r>
      <w:r w:rsidR="001B6CAD">
        <w:rPr>
          <w:sz w:val="28"/>
          <w:szCs w:val="28"/>
        </w:rPr>
        <w:tab/>
      </w:r>
      <w:r w:rsidRPr="00B21088">
        <w:rPr>
          <w:sz w:val="28"/>
          <w:szCs w:val="28"/>
        </w:rPr>
        <w:t xml:space="preserve">B. bedroom    </w:t>
      </w:r>
      <w:r w:rsidR="001B6CAD">
        <w:rPr>
          <w:sz w:val="28"/>
          <w:szCs w:val="28"/>
        </w:rPr>
        <w:tab/>
      </w:r>
      <w:r w:rsidRPr="00B21088">
        <w:rPr>
          <w:sz w:val="28"/>
          <w:szCs w:val="28"/>
        </w:rPr>
        <w:t xml:space="preserve">C. behind    </w:t>
      </w:r>
      <w:r w:rsidR="001B6CAD">
        <w:rPr>
          <w:sz w:val="28"/>
          <w:szCs w:val="28"/>
        </w:rPr>
        <w:tab/>
      </w:r>
      <w:r w:rsidR="001B6CAD">
        <w:rPr>
          <w:sz w:val="28"/>
          <w:szCs w:val="28"/>
        </w:rPr>
        <w:tab/>
      </w:r>
      <w:r w:rsidRPr="00B21088">
        <w:rPr>
          <w:sz w:val="28"/>
          <w:szCs w:val="28"/>
        </w:rPr>
        <w:t>D. bathroom</w:t>
      </w:r>
    </w:p>
    <w:p w14:paraId="17DA0FE6" w14:textId="56E45A62" w:rsidR="00166490" w:rsidRPr="00B21088" w:rsidRDefault="001C4944">
      <w:pPr>
        <w:spacing w:after="100"/>
        <w:rPr>
          <w:sz w:val="28"/>
          <w:szCs w:val="28"/>
        </w:rPr>
      </w:pPr>
      <w:r w:rsidRPr="00B21088">
        <w:rPr>
          <w:sz w:val="28"/>
          <w:szCs w:val="28"/>
        </w:rPr>
        <w:t xml:space="preserve">9. A. furniture    </w:t>
      </w:r>
      <w:r w:rsidR="001B6CAD">
        <w:rPr>
          <w:sz w:val="28"/>
          <w:szCs w:val="28"/>
        </w:rPr>
        <w:tab/>
      </w:r>
      <w:r w:rsidRPr="00B21088">
        <w:rPr>
          <w:sz w:val="28"/>
          <w:szCs w:val="28"/>
        </w:rPr>
        <w:t xml:space="preserve">B. department    </w:t>
      </w:r>
      <w:r w:rsidR="001B6CAD">
        <w:rPr>
          <w:sz w:val="28"/>
          <w:szCs w:val="28"/>
        </w:rPr>
        <w:tab/>
      </w:r>
      <w:r w:rsidRPr="00B21088">
        <w:rPr>
          <w:sz w:val="28"/>
          <w:szCs w:val="28"/>
        </w:rPr>
        <w:t xml:space="preserve">C. family    </w:t>
      </w:r>
      <w:r w:rsidR="001B6CAD">
        <w:rPr>
          <w:sz w:val="28"/>
          <w:szCs w:val="28"/>
        </w:rPr>
        <w:tab/>
      </w:r>
      <w:r w:rsidR="001B6CAD">
        <w:rPr>
          <w:sz w:val="28"/>
          <w:szCs w:val="28"/>
        </w:rPr>
        <w:tab/>
      </w:r>
      <w:r w:rsidRPr="00B21088">
        <w:rPr>
          <w:sz w:val="28"/>
          <w:szCs w:val="28"/>
        </w:rPr>
        <w:t>D. cupboard</w:t>
      </w:r>
    </w:p>
    <w:p w14:paraId="09BCB142" w14:textId="77777777" w:rsidR="00B21088" w:rsidRDefault="00B21088">
      <w:pPr>
        <w:spacing w:after="60"/>
        <w:rPr>
          <w:b/>
          <w:sz w:val="28"/>
          <w:szCs w:val="28"/>
        </w:rPr>
      </w:pPr>
    </w:p>
    <w:p w14:paraId="23A0AC92" w14:textId="052F7C35" w:rsidR="00166490" w:rsidRPr="00B21088" w:rsidRDefault="001C4944">
      <w:pPr>
        <w:spacing w:after="60"/>
        <w:rPr>
          <w:sz w:val="28"/>
          <w:szCs w:val="28"/>
        </w:rPr>
      </w:pPr>
      <w:r w:rsidRPr="00B21088">
        <w:rPr>
          <w:b/>
          <w:sz w:val="28"/>
          <w:szCs w:val="28"/>
        </w:rPr>
        <w:t>III. Language use</w:t>
      </w:r>
    </w:p>
    <w:p w14:paraId="6609117D" w14:textId="77777777" w:rsidR="00166490" w:rsidRPr="00B21088" w:rsidRDefault="001C4944">
      <w:pPr>
        <w:spacing w:after="60"/>
        <w:rPr>
          <w:sz w:val="28"/>
          <w:szCs w:val="28"/>
        </w:rPr>
      </w:pPr>
      <w:r w:rsidRPr="00B21088">
        <w:rPr>
          <w:b/>
          <w:sz w:val="28"/>
          <w:szCs w:val="28"/>
        </w:rPr>
        <w:t>Choose the best answer A, B, C or D.</w:t>
      </w:r>
    </w:p>
    <w:p w14:paraId="04F0C7F3" w14:textId="77777777" w:rsidR="00166490" w:rsidRPr="00B21088" w:rsidRDefault="001C4944">
      <w:pPr>
        <w:spacing w:after="40"/>
        <w:rPr>
          <w:sz w:val="28"/>
          <w:szCs w:val="28"/>
        </w:rPr>
      </w:pPr>
      <w:r w:rsidRPr="00B21088">
        <w:rPr>
          <w:b/>
          <w:sz w:val="28"/>
          <w:szCs w:val="28"/>
        </w:rPr>
        <w:t>10. This is __________ bedroom. She keeps it very tidy.</w:t>
      </w:r>
    </w:p>
    <w:p w14:paraId="24335918" w14:textId="6BF40F41" w:rsidR="00166490" w:rsidRPr="00B21088" w:rsidRDefault="001C4944">
      <w:pPr>
        <w:spacing w:after="80"/>
        <w:rPr>
          <w:sz w:val="28"/>
          <w:szCs w:val="28"/>
        </w:rPr>
      </w:pPr>
      <w:r w:rsidRPr="00B21088">
        <w:rPr>
          <w:sz w:val="28"/>
          <w:szCs w:val="28"/>
        </w:rPr>
        <w:t xml:space="preserve"> A. Elena    </w:t>
      </w:r>
      <w:r w:rsidR="00B613CE">
        <w:rPr>
          <w:sz w:val="28"/>
          <w:szCs w:val="28"/>
        </w:rPr>
        <w:tab/>
      </w:r>
      <w:r w:rsidR="00B613CE">
        <w:rPr>
          <w:sz w:val="28"/>
          <w:szCs w:val="28"/>
        </w:rPr>
        <w:tab/>
      </w:r>
      <w:r w:rsidRPr="00B21088">
        <w:rPr>
          <w:sz w:val="28"/>
          <w:szCs w:val="28"/>
        </w:rPr>
        <w:t xml:space="preserve">B. Elena's    </w:t>
      </w:r>
      <w:r w:rsidR="00B613CE">
        <w:rPr>
          <w:sz w:val="28"/>
          <w:szCs w:val="28"/>
        </w:rPr>
        <w:tab/>
      </w:r>
      <w:r w:rsidR="00B613CE">
        <w:rPr>
          <w:sz w:val="28"/>
          <w:szCs w:val="28"/>
        </w:rPr>
        <w:tab/>
      </w:r>
      <w:r w:rsidRPr="00B21088">
        <w:rPr>
          <w:sz w:val="28"/>
          <w:szCs w:val="28"/>
        </w:rPr>
        <w:t xml:space="preserve">C. Elenas   </w:t>
      </w:r>
      <w:r w:rsidR="00B613CE">
        <w:rPr>
          <w:sz w:val="28"/>
          <w:szCs w:val="28"/>
        </w:rPr>
        <w:tab/>
      </w:r>
      <w:r w:rsidR="00B613CE">
        <w:rPr>
          <w:sz w:val="28"/>
          <w:szCs w:val="28"/>
        </w:rPr>
        <w:tab/>
      </w:r>
      <w:r w:rsidRPr="00B21088">
        <w:rPr>
          <w:sz w:val="28"/>
          <w:szCs w:val="28"/>
        </w:rPr>
        <w:t xml:space="preserve"> </w:t>
      </w:r>
      <w:r w:rsidR="00B613CE">
        <w:rPr>
          <w:sz w:val="28"/>
          <w:szCs w:val="28"/>
        </w:rPr>
        <w:tab/>
      </w:r>
      <w:r w:rsidRPr="00B21088">
        <w:rPr>
          <w:sz w:val="28"/>
          <w:szCs w:val="28"/>
        </w:rPr>
        <w:t>D. Elenas'</w:t>
      </w:r>
    </w:p>
    <w:p w14:paraId="60EDC0D0" w14:textId="77777777" w:rsidR="00166490" w:rsidRPr="00B21088" w:rsidRDefault="001C4944">
      <w:pPr>
        <w:spacing w:after="40"/>
        <w:rPr>
          <w:sz w:val="28"/>
          <w:szCs w:val="28"/>
        </w:rPr>
      </w:pPr>
      <w:r w:rsidRPr="00B21088">
        <w:rPr>
          <w:b/>
          <w:sz w:val="28"/>
          <w:szCs w:val="28"/>
        </w:rPr>
        <w:t>11. The dog is __________ the table. I can only see its tail.</w:t>
      </w:r>
    </w:p>
    <w:p w14:paraId="1C0AD643" w14:textId="0CFA2AE6" w:rsidR="00166490" w:rsidRPr="00B21088" w:rsidRDefault="001C4944">
      <w:pPr>
        <w:spacing w:after="80"/>
        <w:rPr>
          <w:sz w:val="28"/>
          <w:szCs w:val="28"/>
        </w:rPr>
      </w:pPr>
      <w:r w:rsidRPr="00B21088">
        <w:rPr>
          <w:sz w:val="28"/>
          <w:szCs w:val="28"/>
        </w:rPr>
        <w:t xml:space="preserve"> A. under    </w:t>
      </w:r>
      <w:r w:rsidR="00B613CE">
        <w:rPr>
          <w:sz w:val="28"/>
          <w:szCs w:val="28"/>
        </w:rPr>
        <w:tab/>
      </w:r>
      <w:r w:rsidR="00B613CE">
        <w:rPr>
          <w:sz w:val="28"/>
          <w:szCs w:val="28"/>
        </w:rPr>
        <w:tab/>
      </w:r>
      <w:r w:rsidRPr="00B21088">
        <w:rPr>
          <w:sz w:val="28"/>
          <w:szCs w:val="28"/>
        </w:rPr>
        <w:t xml:space="preserve">B. on    </w:t>
      </w:r>
      <w:r w:rsidR="00B613CE">
        <w:rPr>
          <w:sz w:val="28"/>
          <w:szCs w:val="28"/>
        </w:rPr>
        <w:tab/>
      </w:r>
      <w:r w:rsidR="00B613CE">
        <w:rPr>
          <w:sz w:val="28"/>
          <w:szCs w:val="28"/>
        </w:rPr>
        <w:tab/>
      </w:r>
      <w:r w:rsidRPr="00B21088">
        <w:rPr>
          <w:sz w:val="28"/>
          <w:szCs w:val="28"/>
        </w:rPr>
        <w:t xml:space="preserve">C. between    </w:t>
      </w:r>
      <w:r w:rsidR="00B613CE">
        <w:rPr>
          <w:sz w:val="28"/>
          <w:szCs w:val="28"/>
        </w:rPr>
        <w:tab/>
      </w:r>
      <w:r w:rsidR="00B613CE">
        <w:rPr>
          <w:sz w:val="28"/>
          <w:szCs w:val="28"/>
        </w:rPr>
        <w:tab/>
      </w:r>
      <w:r w:rsidRPr="00B21088">
        <w:rPr>
          <w:sz w:val="28"/>
          <w:szCs w:val="28"/>
        </w:rPr>
        <w:t>D. next</w:t>
      </w:r>
      <w:r w:rsidR="00D06B06">
        <w:rPr>
          <w:sz w:val="28"/>
          <w:szCs w:val="28"/>
        </w:rPr>
        <w:t xml:space="preserve"> to</w:t>
      </w:r>
    </w:p>
    <w:p w14:paraId="66CA94FD" w14:textId="77777777" w:rsidR="00166490" w:rsidRPr="00B21088" w:rsidRDefault="001C4944">
      <w:pPr>
        <w:spacing w:after="40"/>
        <w:rPr>
          <w:sz w:val="28"/>
          <w:szCs w:val="28"/>
        </w:rPr>
      </w:pPr>
      <w:r w:rsidRPr="00B21088">
        <w:rPr>
          <w:b/>
          <w:sz w:val="28"/>
          <w:szCs w:val="28"/>
        </w:rPr>
        <w:t>12. There are two __________ in my house: one upstairs and one downstairs.</w:t>
      </w:r>
    </w:p>
    <w:p w14:paraId="04C2A726" w14:textId="744C7DD0" w:rsidR="00166490" w:rsidRPr="00B21088" w:rsidRDefault="001C4944">
      <w:pPr>
        <w:spacing w:after="80"/>
        <w:rPr>
          <w:sz w:val="28"/>
          <w:szCs w:val="28"/>
        </w:rPr>
      </w:pPr>
      <w:r w:rsidRPr="00B21088">
        <w:rPr>
          <w:sz w:val="28"/>
          <w:szCs w:val="28"/>
        </w:rPr>
        <w:t xml:space="preserve"> A. bathroom    </w:t>
      </w:r>
      <w:r w:rsidR="00B613CE">
        <w:rPr>
          <w:sz w:val="28"/>
          <w:szCs w:val="28"/>
        </w:rPr>
        <w:tab/>
      </w:r>
      <w:r w:rsidRPr="00B21088">
        <w:rPr>
          <w:sz w:val="28"/>
          <w:szCs w:val="28"/>
        </w:rPr>
        <w:t xml:space="preserve">B. bathrooms   </w:t>
      </w:r>
      <w:r w:rsidR="00B613CE">
        <w:rPr>
          <w:sz w:val="28"/>
          <w:szCs w:val="28"/>
        </w:rPr>
        <w:tab/>
      </w:r>
      <w:r w:rsidRPr="00B21088">
        <w:rPr>
          <w:sz w:val="28"/>
          <w:szCs w:val="28"/>
        </w:rPr>
        <w:t xml:space="preserve"> C. bath   </w:t>
      </w:r>
      <w:r w:rsidR="00B613CE">
        <w:rPr>
          <w:sz w:val="28"/>
          <w:szCs w:val="28"/>
        </w:rPr>
        <w:tab/>
      </w:r>
      <w:r w:rsidR="00B613CE">
        <w:rPr>
          <w:sz w:val="28"/>
          <w:szCs w:val="28"/>
        </w:rPr>
        <w:tab/>
      </w:r>
      <w:r w:rsidRPr="00B21088">
        <w:rPr>
          <w:sz w:val="28"/>
          <w:szCs w:val="28"/>
        </w:rPr>
        <w:t xml:space="preserve"> </w:t>
      </w:r>
      <w:r w:rsidR="00B613CE">
        <w:rPr>
          <w:sz w:val="28"/>
          <w:szCs w:val="28"/>
        </w:rPr>
        <w:tab/>
      </w:r>
      <w:r w:rsidRPr="00B21088">
        <w:rPr>
          <w:sz w:val="28"/>
          <w:szCs w:val="28"/>
        </w:rPr>
        <w:t>D. shower</w:t>
      </w:r>
    </w:p>
    <w:p w14:paraId="3A930C3C" w14:textId="77777777" w:rsidR="00166490" w:rsidRPr="00B21088" w:rsidRDefault="001C4944">
      <w:pPr>
        <w:spacing w:after="40"/>
        <w:rPr>
          <w:sz w:val="28"/>
          <w:szCs w:val="28"/>
        </w:rPr>
      </w:pPr>
      <w:r w:rsidRPr="00B21088">
        <w:rPr>
          <w:b/>
          <w:sz w:val="28"/>
          <w:szCs w:val="28"/>
        </w:rPr>
        <w:t>13. We cook dinner in the __________.</w:t>
      </w:r>
    </w:p>
    <w:p w14:paraId="364932D0" w14:textId="2BB1F0F0" w:rsidR="00166490" w:rsidRPr="00B21088" w:rsidRDefault="001C4944">
      <w:pPr>
        <w:spacing w:after="80"/>
        <w:rPr>
          <w:sz w:val="28"/>
          <w:szCs w:val="28"/>
        </w:rPr>
      </w:pPr>
      <w:r w:rsidRPr="00B21088">
        <w:rPr>
          <w:sz w:val="28"/>
          <w:szCs w:val="28"/>
        </w:rPr>
        <w:t xml:space="preserve"> A. living room    </w:t>
      </w:r>
      <w:r w:rsidR="00B613CE">
        <w:rPr>
          <w:sz w:val="28"/>
          <w:szCs w:val="28"/>
        </w:rPr>
        <w:tab/>
      </w:r>
      <w:r w:rsidRPr="00B21088">
        <w:rPr>
          <w:sz w:val="28"/>
          <w:szCs w:val="28"/>
        </w:rPr>
        <w:t xml:space="preserve">B. bedroom    </w:t>
      </w:r>
      <w:r w:rsidR="00B613CE">
        <w:rPr>
          <w:sz w:val="28"/>
          <w:szCs w:val="28"/>
        </w:rPr>
        <w:tab/>
      </w:r>
      <w:r w:rsidRPr="00B21088">
        <w:rPr>
          <w:sz w:val="28"/>
          <w:szCs w:val="28"/>
        </w:rPr>
        <w:t xml:space="preserve">C. kitchen    </w:t>
      </w:r>
      <w:r w:rsidR="00B613CE">
        <w:rPr>
          <w:sz w:val="28"/>
          <w:szCs w:val="28"/>
        </w:rPr>
        <w:tab/>
      </w:r>
      <w:r w:rsidR="00B613CE">
        <w:rPr>
          <w:sz w:val="28"/>
          <w:szCs w:val="28"/>
        </w:rPr>
        <w:tab/>
      </w:r>
      <w:r w:rsidR="00B613CE">
        <w:rPr>
          <w:sz w:val="28"/>
          <w:szCs w:val="28"/>
        </w:rPr>
        <w:tab/>
      </w:r>
      <w:r w:rsidRPr="00B21088">
        <w:rPr>
          <w:sz w:val="28"/>
          <w:szCs w:val="28"/>
        </w:rPr>
        <w:t>D. hall</w:t>
      </w:r>
    </w:p>
    <w:p w14:paraId="312F274F" w14:textId="77777777" w:rsidR="00166490" w:rsidRPr="00B21088" w:rsidRDefault="001C4944">
      <w:pPr>
        <w:spacing w:after="40"/>
        <w:rPr>
          <w:sz w:val="28"/>
          <w:szCs w:val="28"/>
        </w:rPr>
      </w:pPr>
      <w:r w:rsidRPr="00B21088">
        <w:rPr>
          <w:b/>
          <w:sz w:val="28"/>
          <w:szCs w:val="28"/>
        </w:rPr>
        <w:t>14. The picture is __________ the clock and the window.</w:t>
      </w:r>
    </w:p>
    <w:p w14:paraId="7903E20E" w14:textId="72A4D58A" w:rsidR="00166490" w:rsidRPr="00B21088" w:rsidRDefault="001C4944">
      <w:pPr>
        <w:spacing w:after="80"/>
        <w:rPr>
          <w:sz w:val="28"/>
          <w:szCs w:val="28"/>
        </w:rPr>
      </w:pPr>
      <w:r w:rsidRPr="00B21088">
        <w:rPr>
          <w:sz w:val="28"/>
          <w:szCs w:val="28"/>
        </w:rPr>
        <w:t xml:space="preserve"> A. between    </w:t>
      </w:r>
      <w:r w:rsidR="00B613CE">
        <w:rPr>
          <w:sz w:val="28"/>
          <w:szCs w:val="28"/>
        </w:rPr>
        <w:tab/>
      </w:r>
      <w:r w:rsidRPr="00B21088">
        <w:rPr>
          <w:sz w:val="28"/>
          <w:szCs w:val="28"/>
        </w:rPr>
        <w:t xml:space="preserve">B. under    </w:t>
      </w:r>
      <w:r w:rsidR="00B613CE">
        <w:rPr>
          <w:sz w:val="28"/>
          <w:szCs w:val="28"/>
        </w:rPr>
        <w:tab/>
      </w:r>
      <w:r w:rsidR="00B613CE">
        <w:rPr>
          <w:sz w:val="28"/>
          <w:szCs w:val="28"/>
        </w:rPr>
        <w:tab/>
      </w:r>
      <w:r w:rsidRPr="00B21088">
        <w:rPr>
          <w:sz w:val="28"/>
          <w:szCs w:val="28"/>
        </w:rPr>
        <w:t xml:space="preserve">C. on   </w:t>
      </w:r>
      <w:r w:rsidR="00B613CE">
        <w:rPr>
          <w:sz w:val="28"/>
          <w:szCs w:val="28"/>
        </w:rPr>
        <w:tab/>
      </w:r>
      <w:r w:rsidRPr="00B21088">
        <w:rPr>
          <w:sz w:val="28"/>
          <w:szCs w:val="28"/>
        </w:rPr>
        <w:t xml:space="preserve"> </w:t>
      </w:r>
      <w:r w:rsidR="00B613CE">
        <w:rPr>
          <w:sz w:val="28"/>
          <w:szCs w:val="28"/>
        </w:rPr>
        <w:tab/>
      </w:r>
      <w:r w:rsidR="00B613CE">
        <w:rPr>
          <w:sz w:val="28"/>
          <w:szCs w:val="28"/>
        </w:rPr>
        <w:tab/>
      </w:r>
      <w:r w:rsidRPr="00B21088">
        <w:rPr>
          <w:sz w:val="28"/>
          <w:szCs w:val="28"/>
        </w:rPr>
        <w:t>D. in</w:t>
      </w:r>
    </w:p>
    <w:p w14:paraId="2504238E" w14:textId="77777777" w:rsidR="00166490" w:rsidRPr="00B21088" w:rsidRDefault="001C4944">
      <w:pPr>
        <w:spacing w:after="40"/>
        <w:rPr>
          <w:sz w:val="28"/>
          <w:szCs w:val="28"/>
        </w:rPr>
      </w:pPr>
      <w:r w:rsidRPr="00B21088">
        <w:rPr>
          <w:b/>
          <w:sz w:val="28"/>
          <w:szCs w:val="28"/>
        </w:rPr>
        <w:t>15. "How about putting a picture on the wall?" - "__________"</w:t>
      </w:r>
    </w:p>
    <w:p w14:paraId="2AD4CACA" w14:textId="1ED76572" w:rsidR="00166490" w:rsidRPr="00B21088" w:rsidRDefault="001C4944">
      <w:pPr>
        <w:spacing w:after="80"/>
        <w:rPr>
          <w:sz w:val="28"/>
          <w:szCs w:val="28"/>
        </w:rPr>
      </w:pPr>
      <w:r w:rsidRPr="00B21088">
        <w:rPr>
          <w:sz w:val="28"/>
          <w:szCs w:val="28"/>
        </w:rPr>
        <w:t xml:space="preserve"> A. Yes, I am.    </w:t>
      </w:r>
      <w:r w:rsidR="00B613CE">
        <w:rPr>
          <w:sz w:val="28"/>
          <w:szCs w:val="28"/>
        </w:rPr>
        <w:tab/>
      </w:r>
      <w:r w:rsidRPr="00B21088">
        <w:rPr>
          <w:sz w:val="28"/>
          <w:szCs w:val="28"/>
        </w:rPr>
        <w:t>B. Great idea!    C. No, there is not.    D. It is my chair.</w:t>
      </w:r>
    </w:p>
    <w:p w14:paraId="4EFEAB5B" w14:textId="77777777" w:rsidR="00166490" w:rsidRPr="00B21088" w:rsidRDefault="001C4944">
      <w:pPr>
        <w:spacing w:after="60"/>
        <w:rPr>
          <w:sz w:val="28"/>
          <w:szCs w:val="28"/>
        </w:rPr>
      </w:pPr>
      <w:r w:rsidRPr="00B21088">
        <w:rPr>
          <w:b/>
          <w:sz w:val="28"/>
          <w:szCs w:val="28"/>
        </w:rPr>
        <w:t>IV. Signs &amp; Notices</w:t>
      </w:r>
    </w:p>
    <w:p w14:paraId="1B0098D4" w14:textId="77777777" w:rsidR="00166490" w:rsidRPr="00B21088" w:rsidRDefault="001C4944">
      <w:pPr>
        <w:spacing w:after="80"/>
        <w:rPr>
          <w:sz w:val="28"/>
          <w:szCs w:val="28"/>
        </w:rPr>
      </w:pPr>
      <w:r w:rsidRPr="00B21088">
        <w:rPr>
          <w:b/>
          <w:sz w:val="28"/>
          <w:szCs w:val="28"/>
        </w:rPr>
        <w:lastRenderedPageBreak/>
        <w:t>Look at the signs and choose the best explanation.</w:t>
      </w:r>
    </w:p>
    <w:tbl>
      <w:tblPr>
        <w:tblStyle w:val="TableGrid"/>
        <w:tblW w:w="0" w:type="auto"/>
        <w:jc w:val="center"/>
        <w:tblLook w:val="04A0" w:firstRow="1" w:lastRow="0" w:firstColumn="1" w:lastColumn="0" w:noHBand="0" w:noVBand="1"/>
      </w:tblPr>
      <w:tblGrid>
        <w:gridCol w:w="2592"/>
        <w:gridCol w:w="7200"/>
      </w:tblGrid>
      <w:tr w:rsidR="00166490" w:rsidRPr="00B21088" w14:paraId="16551EC8" w14:textId="77777777">
        <w:trPr>
          <w:jc w:val="center"/>
        </w:trPr>
        <w:tc>
          <w:tcPr>
            <w:tcW w:w="2592" w:type="dxa"/>
            <w:shd w:val="clear" w:color="auto" w:fill="EAF4F4"/>
          </w:tcPr>
          <w:p w14:paraId="00F3BD88" w14:textId="74C0F4A6" w:rsidR="00166490" w:rsidRPr="00B21088" w:rsidRDefault="00257B74">
            <w:pPr>
              <w:jc w:val="center"/>
              <w:rPr>
                <w:sz w:val="28"/>
                <w:szCs w:val="28"/>
              </w:rPr>
            </w:pPr>
            <w:r>
              <w:rPr>
                <w:noProof/>
              </w:rPr>
              <w:drawing>
                <wp:inline distT="0" distB="0" distL="0" distR="0" wp14:anchorId="5D7C4946" wp14:editId="688E959C">
                  <wp:extent cx="971550" cy="1438765"/>
                  <wp:effectExtent l="0" t="0" r="0" b="9525"/>
                  <wp:docPr id="1208509330" name="Picture 1" descr="A sign that says please knock the door on it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 that says please knock the door on it | Premium Vector"/>
                          <pic:cNvPicPr>
                            <a:picLocks noChangeAspect="1" noChangeArrowheads="1"/>
                          </pic:cNvPicPr>
                        </pic:nvPicPr>
                        <pic:blipFill rotWithShape="1">
                          <a:blip r:embed="rId8">
                            <a:extLst>
                              <a:ext uri="{28A0092B-C50C-407E-A947-70E740481C1C}">
                                <a14:useLocalDpi xmlns:a14="http://schemas.microsoft.com/office/drawing/2010/main" val="0"/>
                              </a:ext>
                            </a:extLst>
                          </a:blip>
                          <a:srcRect l="5603" t="2807" r="4699" b="4040"/>
                          <a:stretch>
                            <a:fillRect/>
                          </a:stretch>
                        </pic:blipFill>
                        <pic:spPr bwMode="auto">
                          <a:xfrm>
                            <a:off x="0" y="0"/>
                            <a:ext cx="973320" cy="1441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00" w:type="dxa"/>
          </w:tcPr>
          <w:p w14:paraId="654DD991" w14:textId="5386ECAA" w:rsidR="00257B74" w:rsidRDefault="001C4944">
            <w:pPr>
              <w:rPr>
                <w:bCs/>
                <w:sz w:val="28"/>
                <w:szCs w:val="28"/>
              </w:rPr>
            </w:pPr>
            <w:r w:rsidRPr="00B21088">
              <w:rPr>
                <w:b/>
                <w:sz w:val="28"/>
                <w:szCs w:val="28"/>
              </w:rPr>
              <w:t xml:space="preserve">16. What does this </w:t>
            </w:r>
            <w:r w:rsidR="0019151E">
              <w:rPr>
                <w:b/>
                <w:sz w:val="28"/>
                <w:szCs w:val="28"/>
              </w:rPr>
              <w:t>sign</w:t>
            </w:r>
            <w:r w:rsidRPr="00B21088">
              <w:rPr>
                <w:b/>
                <w:sz w:val="28"/>
                <w:szCs w:val="28"/>
              </w:rPr>
              <w:t xml:space="preserve"> mean?</w:t>
            </w:r>
            <w:r w:rsidRPr="00B21088">
              <w:rPr>
                <w:b/>
                <w:sz w:val="28"/>
                <w:szCs w:val="28"/>
              </w:rPr>
              <w:br/>
            </w:r>
            <w:r w:rsidR="00257B74" w:rsidRPr="00257B74">
              <w:rPr>
                <w:bCs/>
                <w:sz w:val="28"/>
                <w:szCs w:val="28"/>
              </w:rPr>
              <w:t xml:space="preserve">A. You need to knock on the door before you go into the room. </w:t>
            </w:r>
          </w:p>
          <w:p w14:paraId="07455D54" w14:textId="77777777" w:rsidR="00257B74" w:rsidRDefault="00257B74">
            <w:pPr>
              <w:rPr>
                <w:bCs/>
                <w:sz w:val="28"/>
                <w:szCs w:val="28"/>
              </w:rPr>
            </w:pPr>
            <w:r w:rsidRPr="00257B74">
              <w:rPr>
                <w:bCs/>
                <w:sz w:val="28"/>
                <w:szCs w:val="28"/>
              </w:rPr>
              <w:t xml:space="preserve">B. You must lock the door carefully when you leave. </w:t>
            </w:r>
          </w:p>
          <w:p w14:paraId="21BACCF2" w14:textId="76A08619" w:rsidR="00166490" w:rsidRPr="00B21088" w:rsidRDefault="00257B74">
            <w:pPr>
              <w:rPr>
                <w:sz w:val="28"/>
                <w:szCs w:val="28"/>
              </w:rPr>
            </w:pPr>
            <w:r w:rsidRPr="00257B74">
              <w:rPr>
                <w:bCs/>
                <w:sz w:val="28"/>
                <w:szCs w:val="28"/>
              </w:rPr>
              <w:t>C. You can open the door and walk right in without waiting. D. You should keep the door open at all times.</w:t>
            </w:r>
          </w:p>
        </w:tc>
      </w:tr>
    </w:tbl>
    <w:p w14:paraId="5A8AACD8" w14:textId="77777777" w:rsidR="00166490" w:rsidRPr="00B21088" w:rsidRDefault="00166490">
      <w:pPr>
        <w:spacing w:after="60"/>
        <w:rPr>
          <w:sz w:val="28"/>
          <w:szCs w:val="28"/>
        </w:rPr>
      </w:pPr>
    </w:p>
    <w:tbl>
      <w:tblPr>
        <w:tblStyle w:val="TableGrid"/>
        <w:tblW w:w="0" w:type="auto"/>
        <w:jc w:val="center"/>
        <w:tblLook w:val="04A0" w:firstRow="1" w:lastRow="0" w:firstColumn="1" w:lastColumn="0" w:noHBand="0" w:noVBand="1"/>
      </w:tblPr>
      <w:tblGrid>
        <w:gridCol w:w="2592"/>
        <w:gridCol w:w="7200"/>
      </w:tblGrid>
      <w:tr w:rsidR="00166490" w:rsidRPr="00B21088" w14:paraId="3ED9C67C" w14:textId="77777777">
        <w:trPr>
          <w:jc w:val="center"/>
        </w:trPr>
        <w:tc>
          <w:tcPr>
            <w:tcW w:w="2592" w:type="dxa"/>
            <w:shd w:val="clear" w:color="auto" w:fill="EAF4F4"/>
          </w:tcPr>
          <w:p w14:paraId="1515B5EC" w14:textId="171C0357" w:rsidR="00166490" w:rsidRPr="00B21088" w:rsidRDefault="0019151E">
            <w:pPr>
              <w:jc w:val="center"/>
              <w:rPr>
                <w:sz w:val="28"/>
                <w:szCs w:val="28"/>
              </w:rPr>
            </w:pPr>
            <w:r>
              <w:rPr>
                <w:noProof/>
              </w:rPr>
              <w:drawing>
                <wp:inline distT="0" distB="0" distL="0" distR="0" wp14:anchorId="2CBD717F" wp14:editId="707A575A">
                  <wp:extent cx="1095375" cy="1361308"/>
                  <wp:effectExtent l="0" t="0" r="0" b="0"/>
                  <wp:docPr id="1763938531" name="Picture 2" descr="Flush sign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ush sign Images - Free Download on Magnific (formerly Freepik)"/>
                          <pic:cNvPicPr>
                            <a:picLocks noChangeAspect="1" noChangeArrowheads="1"/>
                          </pic:cNvPicPr>
                        </pic:nvPicPr>
                        <pic:blipFill rotWithShape="1">
                          <a:blip r:embed="rId9">
                            <a:extLst>
                              <a:ext uri="{28A0092B-C50C-407E-A947-70E740481C1C}">
                                <a14:useLocalDpi xmlns:a14="http://schemas.microsoft.com/office/drawing/2010/main" val="0"/>
                              </a:ext>
                            </a:extLst>
                          </a:blip>
                          <a:srcRect l="10729" r="8806"/>
                          <a:stretch>
                            <a:fillRect/>
                          </a:stretch>
                        </pic:blipFill>
                        <pic:spPr bwMode="auto">
                          <a:xfrm>
                            <a:off x="0" y="0"/>
                            <a:ext cx="1095375" cy="13613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00" w:type="dxa"/>
          </w:tcPr>
          <w:p w14:paraId="21F84A55" w14:textId="77777777" w:rsidR="0019151E" w:rsidRDefault="001C4944">
            <w:pPr>
              <w:rPr>
                <w:bCs/>
                <w:sz w:val="28"/>
                <w:szCs w:val="28"/>
              </w:rPr>
            </w:pPr>
            <w:r w:rsidRPr="00B21088">
              <w:rPr>
                <w:b/>
                <w:sz w:val="28"/>
                <w:szCs w:val="28"/>
              </w:rPr>
              <w:t xml:space="preserve">17. What does this </w:t>
            </w:r>
            <w:r w:rsidR="0019151E">
              <w:rPr>
                <w:b/>
                <w:sz w:val="28"/>
                <w:szCs w:val="28"/>
              </w:rPr>
              <w:t>sign</w:t>
            </w:r>
            <w:r w:rsidRPr="00B21088">
              <w:rPr>
                <w:b/>
                <w:sz w:val="28"/>
                <w:szCs w:val="28"/>
              </w:rPr>
              <w:t xml:space="preserve"> mean?</w:t>
            </w:r>
            <w:r w:rsidRPr="00B21088">
              <w:rPr>
                <w:b/>
                <w:sz w:val="28"/>
                <w:szCs w:val="28"/>
              </w:rPr>
              <w:br/>
            </w:r>
            <w:r w:rsidR="0019151E" w:rsidRPr="0019151E">
              <w:rPr>
                <w:bCs/>
                <w:sz w:val="28"/>
                <w:szCs w:val="28"/>
              </w:rPr>
              <w:t xml:space="preserve">A. You should wash your hands with soap before you leave. B. You must use water to clean the toilet when you finish. </w:t>
            </w:r>
          </w:p>
          <w:p w14:paraId="6F68E6BB" w14:textId="77777777" w:rsidR="0019151E" w:rsidRDefault="0019151E">
            <w:pPr>
              <w:rPr>
                <w:bCs/>
                <w:sz w:val="28"/>
                <w:szCs w:val="28"/>
              </w:rPr>
            </w:pPr>
            <w:r w:rsidRPr="0019151E">
              <w:rPr>
                <w:bCs/>
                <w:sz w:val="28"/>
                <w:szCs w:val="28"/>
              </w:rPr>
              <w:t xml:space="preserve">C. You cannot use this toilet because it is broken. </w:t>
            </w:r>
          </w:p>
          <w:p w14:paraId="7CF0D9A0" w14:textId="4D4872CC" w:rsidR="00166490" w:rsidRPr="00B21088" w:rsidRDefault="0019151E">
            <w:pPr>
              <w:rPr>
                <w:sz w:val="28"/>
                <w:szCs w:val="28"/>
              </w:rPr>
            </w:pPr>
            <w:r w:rsidRPr="0019151E">
              <w:rPr>
                <w:bCs/>
                <w:sz w:val="28"/>
                <w:szCs w:val="28"/>
              </w:rPr>
              <w:t>D. You need to close the door carefully after using the room.</w:t>
            </w:r>
          </w:p>
        </w:tc>
      </w:tr>
    </w:tbl>
    <w:p w14:paraId="43A06A86" w14:textId="6FE2FF57" w:rsidR="00166490" w:rsidRPr="00B21088" w:rsidRDefault="00166490">
      <w:pPr>
        <w:spacing w:after="60"/>
        <w:rPr>
          <w:sz w:val="28"/>
          <w:szCs w:val="28"/>
        </w:rPr>
      </w:pPr>
    </w:p>
    <w:tbl>
      <w:tblPr>
        <w:tblStyle w:val="TableGrid"/>
        <w:tblW w:w="0" w:type="auto"/>
        <w:jc w:val="center"/>
        <w:tblLook w:val="04A0" w:firstRow="1" w:lastRow="0" w:firstColumn="1" w:lastColumn="0" w:noHBand="0" w:noVBand="1"/>
      </w:tblPr>
      <w:tblGrid>
        <w:gridCol w:w="2592"/>
        <w:gridCol w:w="7200"/>
      </w:tblGrid>
      <w:tr w:rsidR="00166490" w:rsidRPr="00B21088" w14:paraId="7C3A6902" w14:textId="77777777">
        <w:trPr>
          <w:jc w:val="center"/>
        </w:trPr>
        <w:tc>
          <w:tcPr>
            <w:tcW w:w="2592" w:type="dxa"/>
            <w:shd w:val="clear" w:color="auto" w:fill="EAF4F4"/>
          </w:tcPr>
          <w:p w14:paraId="7C236A99" w14:textId="726A9966" w:rsidR="00166490" w:rsidRPr="00B21088" w:rsidRDefault="00CA39F7">
            <w:pPr>
              <w:jc w:val="center"/>
              <w:rPr>
                <w:sz w:val="28"/>
                <w:szCs w:val="28"/>
              </w:rPr>
            </w:pPr>
            <w:r w:rsidRPr="00CA39F7">
              <w:rPr>
                <w:bCs/>
                <w:noProof/>
                <w:sz w:val="28"/>
                <w:szCs w:val="28"/>
              </w:rPr>
              <w:drawing>
                <wp:anchor distT="0" distB="0" distL="114300" distR="114300" simplePos="0" relativeHeight="251658752" behindDoc="0" locked="0" layoutInCell="1" allowOverlap="1" wp14:anchorId="7EC94712" wp14:editId="555EECCB">
                  <wp:simplePos x="0" y="0"/>
                  <wp:positionH relativeFrom="column">
                    <wp:posOffset>212090</wp:posOffset>
                  </wp:positionH>
                  <wp:positionV relativeFrom="paragraph">
                    <wp:posOffset>5715</wp:posOffset>
                  </wp:positionV>
                  <wp:extent cx="981075" cy="1209675"/>
                  <wp:effectExtent l="0" t="0" r="9525" b="9525"/>
                  <wp:wrapNone/>
                  <wp:docPr id="1162679964" name="Picture 4" descr="50+ Please Remove Shoes Sign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0+ Please Remove Shoes Sign Stock Photos, Pictures &amp; Royalty-Free Images -  i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l="9450" r="9448"/>
                          <a:stretch>
                            <a:fillRect/>
                          </a:stretch>
                        </pic:blipFill>
                        <pic:spPr bwMode="auto">
                          <a:xfrm>
                            <a:off x="0" y="0"/>
                            <a:ext cx="981075"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200" w:type="dxa"/>
          </w:tcPr>
          <w:p w14:paraId="0506451D" w14:textId="03A7A9AC" w:rsidR="00CA39F7" w:rsidRDefault="001C4944">
            <w:pPr>
              <w:rPr>
                <w:bCs/>
                <w:sz w:val="28"/>
                <w:szCs w:val="28"/>
              </w:rPr>
            </w:pPr>
            <w:r w:rsidRPr="00B21088">
              <w:rPr>
                <w:b/>
                <w:sz w:val="28"/>
                <w:szCs w:val="28"/>
              </w:rPr>
              <w:t>18. What is TRUE</w:t>
            </w:r>
            <w:r w:rsidR="00D96068">
              <w:rPr>
                <w:b/>
                <w:sz w:val="28"/>
                <w:szCs w:val="28"/>
              </w:rPr>
              <w:t xml:space="preserve"> about the sign</w:t>
            </w:r>
            <w:r w:rsidRPr="00B21088">
              <w:rPr>
                <w:b/>
                <w:sz w:val="28"/>
                <w:szCs w:val="28"/>
              </w:rPr>
              <w:t>?</w:t>
            </w:r>
            <w:r w:rsidRPr="00B21088">
              <w:rPr>
                <w:b/>
                <w:sz w:val="28"/>
                <w:szCs w:val="28"/>
              </w:rPr>
              <w:br/>
            </w:r>
            <w:r w:rsidR="00CA39F7" w:rsidRPr="00CA39F7">
              <w:rPr>
                <w:bCs/>
                <w:sz w:val="28"/>
                <w:szCs w:val="28"/>
              </w:rPr>
              <w:t xml:space="preserve">A. You must take off your shoes before you go into the house. B. You can wear your shoes inside if they are clean. </w:t>
            </w:r>
          </w:p>
          <w:p w14:paraId="084DD1F6" w14:textId="77777777" w:rsidR="00CA39F7" w:rsidRDefault="00CA39F7">
            <w:pPr>
              <w:rPr>
                <w:bCs/>
                <w:sz w:val="28"/>
                <w:szCs w:val="28"/>
              </w:rPr>
            </w:pPr>
            <w:r w:rsidRPr="00CA39F7">
              <w:rPr>
                <w:bCs/>
                <w:sz w:val="28"/>
                <w:szCs w:val="28"/>
              </w:rPr>
              <w:t xml:space="preserve">C. You need to buy new shoes before you enter this room. </w:t>
            </w:r>
          </w:p>
          <w:p w14:paraId="3E568041" w14:textId="77777777" w:rsidR="00166490" w:rsidRDefault="00CA39F7">
            <w:pPr>
              <w:rPr>
                <w:bCs/>
                <w:sz w:val="28"/>
                <w:szCs w:val="28"/>
              </w:rPr>
            </w:pPr>
            <w:r w:rsidRPr="00CA39F7">
              <w:rPr>
                <w:bCs/>
                <w:sz w:val="28"/>
                <w:szCs w:val="28"/>
              </w:rPr>
              <w:t>D. You should wash your shoes carefully before you go out.</w:t>
            </w:r>
          </w:p>
          <w:p w14:paraId="75BD5A34" w14:textId="5C962D1E" w:rsidR="00CA39F7" w:rsidRPr="00B21088" w:rsidRDefault="00CA39F7">
            <w:pPr>
              <w:rPr>
                <w:sz w:val="28"/>
                <w:szCs w:val="28"/>
              </w:rPr>
            </w:pPr>
          </w:p>
        </w:tc>
      </w:tr>
    </w:tbl>
    <w:p w14:paraId="67DB761F" w14:textId="77777777" w:rsidR="00166490" w:rsidRPr="00B21088" w:rsidRDefault="00166490">
      <w:pPr>
        <w:spacing w:after="60"/>
        <w:rPr>
          <w:sz w:val="28"/>
          <w:szCs w:val="28"/>
        </w:rPr>
      </w:pPr>
    </w:p>
    <w:tbl>
      <w:tblPr>
        <w:tblStyle w:val="TableGrid"/>
        <w:tblW w:w="0" w:type="auto"/>
        <w:jc w:val="center"/>
        <w:tblLook w:val="04A0" w:firstRow="1" w:lastRow="0" w:firstColumn="1" w:lastColumn="0" w:noHBand="0" w:noVBand="1"/>
      </w:tblPr>
      <w:tblGrid>
        <w:gridCol w:w="2592"/>
        <w:gridCol w:w="7200"/>
      </w:tblGrid>
      <w:tr w:rsidR="00166490" w:rsidRPr="00B21088" w14:paraId="049A5A80" w14:textId="77777777">
        <w:trPr>
          <w:jc w:val="center"/>
        </w:trPr>
        <w:tc>
          <w:tcPr>
            <w:tcW w:w="2592" w:type="dxa"/>
            <w:shd w:val="clear" w:color="auto" w:fill="EAF4F4"/>
          </w:tcPr>
          <w:p w14:paraId="694F81F7" w14:textId="29F06F09" w:rsidR="00166490" w:rsidRPr="00B21088" w:rsidRDefault="001B08C5">
            <w:pPr>
              <w:jc w:val="center"/>
              <w:rPr>
                <w:sz w:val="28"/>
                <w:szCs w:val="28"/>
              </w:rPr>
            </w:pPr>
            <w:r>
              <w:rPr>
                <w:noProof/>
              </w:rPr>
              <w:drawing>
                <wp:inline distT="0" distB="0" distL="0" distR="0" wp14:anchorId="22D5B6E3" wp14:editId="6A21251A">
                  <wp:extent cx="1104693" cy="1415562"/>
                  <wp:effectExtent l="0" t="0" r="635" b="0"/>
                  <wp:docPr id="1492850080" name="Picture 5" descr="Beware Of The Dog - Portrait | Hazard Signs | Safety Signs | Safety Signs 4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ware Of The Dog - Portrait | Hazard Signs | Safety Signs | Safety Signs 4  Less"/>
                          <pic:cNvPicPr>
                            <a:picLocks noChangeAspect="1" noChangeArrowheads="1"/>
                          </pic:cNvPicPr>
                        </pic:nvPicPr>
                        <pic:blipFill rotWithShape="1">
                          <a:blip r:embed="rId11">
                            <a:extLst>
                              <a:ext uri="{28A0092B-C50C-407E-A947-70E740481C1C}">
                                <a14:useLocalDpi xmlns:a14="http://schemas.microsoft.com/office/drawing/2010/main" val="0"/>
                              </a:ext>
                            </a:extLst>
                          </a:blip>
                          <a:srcRect l="11765" r="10196"/>
                          <a:stretch>
                            <a:fillRect/>
                          </a:stretch>
                        </pic:blipFill>
                        <pic:spPr bwMode="auto">
                          <a:xfrm>
                            <a:off x="0" y="0"/>
                            <a:ext cx="1105263" cy="14162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00" w:type="dxa"/>
          </w:tcPr>
          <w:p w14:paraId="303866D9" w14:textId="5579E4BC" w:rsidR="00D96068" w:rsidRDefault="001C4944">
            <w:pPr>
              <w:rPr>
                <w:bCs/>
                <w:sz w:val="28"/>
                <w:szCs w:val="28"/>
              </w:rPr>
            </w:pPr>
            <w:r w:rsidRPr="00B21088">
              <w:rPr>
                <w:b/>
                <w:sz w:val="28"/>
                <w:szCs w:val="28"/>
              </w:rPr>
              <w:t xml:space="preserve">19. What does this </w:t>
            </w:r>
            <w:r w:rsidR="00D96068">
              <w:rPr>
                <w:b/>
                <w:sz w:val="28"/>
                <w:szCs w:val="28"/>
              </w:rPr>
              <w:t>sign</w:t>
            </w:r>
            <w:r w:rsidRPr="00B21088">
              <w:rPr>
                <w:b/>
                <w:sz w:val="28"/>
                <w:szCs w:val="28"/>
              </w:rPr>
              <w:t xml:space="preserve"> you?</w:t>
            </w:r>
            <w:r w:rsidRPr="00B21088">
              <w:rPr>
                <w:b/>
                <w:sz w:val="28"/>
                <w:szCs w:val="28"/>
              </w:rPr>
              <w:br/>
            </w:r>
            <w:r w:rsidR="00D96068" w:rsidRPr="00D96068">
              <w:rPr>
                <w:bCs/>
                <w:sz w:val="28"/>
                <w:szCs w:val="28"/>
              </w:rPr>
              <w:t xml:space="preserve">A. You can buy or sell friendly puppies at this house. </w:t>
            </w:r>
          </w:p>
          <w:p w14:paraId="5026146A" w14:textId="77777777" w:rsidR="00D96068" w:rsidRDefault="00D96068">
            <w:pPr>
              <w:rPr>
                <w:bCs/>
                <w:sz w:val="28"/>
                <w:szCs w:val="28"/>
              </w:rPr>
            </w:pPr>
            <w:r w:rsidRPr="00D96068">
              <w:rPr>
                <w:bCs/>
                <w:sz w:val="28"/>
                <w:szCs w:val="28"/>
              </w:rPr>
              <w:t xml:space="preserve">B. You should be careful because there is a dangerous dog here. </w:t>
            </w:r>
          </w:p>
          <w:p w14:paraId="2A39C07E" w14:textId="7ECE6C85" w:rsidR="00166490" w:rsidRPr="00B21088" w:rsidRDefault="00D96068">
            <w:pPr>
              <w:rPr>
                <w:sz w:val="28"/>
                <w:szCs w:val="28"/>
              </w:rPr>
            </w:pPr>
            <w:r w:rsidRPr="00D96068">
              <w:rPr>
                <w:bCs/>
                <w:sz w:val="28"/>
                <w:szCs w:val="28"/>
              </w:rPr>
              <w:t>C. You must feed the pet dog before you walk into the yard. D. You cannot bring your own animals into this area.</w:t>
            </w:r>
          </w:p>
        </w:tc>
      </w:tr>
    </w:tbl>
    <w:p w14:paraId="308E80DF" w14:textId="77777777" w:rsidR="00166490" w:rsidRPr="00B21088" w:rsidRDefault="00166490">
      <w:pPr>
        <w:spacing w:after="60"/>
        <w:rPr>
          <w:sz w:val="28"/>
          <w:szCs w:val="28"/>
        </w:rPr>
      </w:pPr>
    </w:p>
    <w:p w14:paraId="2A68D40C" w14:textId="481B63F2" w:rsidR="00166490" w:rsidRPr="00B21088" w:rsidRDefault="001C4944">
      <w:pPr>
        <w:spacing w:after="60"/>
        <w:rPr>
          <w:sz w:val="28"/>
          <w:szCs w:val="28"/>
        </w:rPr>
      </w:pPr>
      <w:r w:rsidRPr="00B21088">
        <w:rPr>
          <w:b/>
          <w:sz w:val="28"/>
          <w:szCs w:val="28"/>
        </w:rPr>
        <w:t>V: Rearrange the sentences (a-d) to make a complete conversation.</w:t>
      </w:r>
    </w:p>
    <w:p w14:paraId="129B8BC8" w14:textId="77777777" w:rsidR="00166490" w:rsidRPr="00B21088" w:rsidRDefault="001C4944">
      <w:pPr>
        <w:spacing w:after="20"/>
        <w:rPr>
          <w:sz w:val="28"/>
          <w:szCs w:val="28"/>
        </w:rPr>
      </w:pPr>
      <w:r w:rsidRPr="00B21088">
        <w:rPr>
          <w:b/>
          <w:sz w:val="28"/>
          <w:szCs w:val="28"/>
        </w:rPr>
        <w:t>20.</w:t>
      </w:r>
    </w:p>
    <w:p w14:paraId="744E2CB4" w14:textId="77777777" w:rsidR="00166490" w:rsidRPr="00B21088" w:rsidRDefault="001C4944">
      <w:pPr>
        <w:spacing w:after="40"/>
        <w:rPr>
          <w:sz w:val="28"/>
          <w:szCs w:val="28"/>
        </w:rPr>
      </w:pPr>
      <w:r w:rsidRPr="00B21088">
        <w:rPr>
          <w:sz w:val="28"/>
          <w:szCs w:val="28"/>
        </w:rPr>
        <w:t xml:space="preserve"> a. Nick: It is on the first floor, next to the kitchen.</w:t>
      </w:r>
    </w:p>
    <w:p w14:paraId="7615E64E" w14:textId="77777777" w:rsidR="00166490" w:rsidRPr="00B21088" w:rsidRDefault="001C4944">
      <w:pPr>
        <w:spacing w:after="40"/>
        <w:rPr>
          <w:sz w:val="28"/>
          <w:szCs w:val="28"/>
        </w:rPr>
      </w:pPr>
      <w:r w:rsidRPr="00B21088">
        <w:rPr>
          <w:sz w:val="28"/>
          <w:szCs w:val="28"/>
        </w:rPr>
        <w:t xml:space="preserve"> b. Mi: Your house is very beautiful.</w:t>
      </w:r>
    </w:p>
    <w:p w14:paraId="41313459" w14:textId="77777777" w:rsidR="00166490" w:rsidRPr="00B21088" w:rsidRDefault="001C4944">
      <w:pPr>
        <w:spacing w:after="40"/>
        <w:rPr>
          <w:sz w:val="28"/>
          <w:szCs w:val="28"/>
        </w:rPr>
      </w:pPr>
      <w:r w:rsidRPr="00B21088">
        <w:rPr>
          <w:sz w:val="28"/>
          <w:szCs w:val="28"/>
        </w:rPr>
        <w:t xml:space="preserve"> c. Mi: Where is the living room?</w:t>
      </w:r>
    </w:p>
    <w:p w14:paraId="17B21778" w14:textId="77777777" w:rsidR="00166490" w:rsidRPr="00B21088" w:rsidRDefault="001C4944">
      <w:pPr>
        <w:spacing w:after="40"/>
        <w:rPr>
          <w:sz w:val="28"/>
          <w:szCs w:val="28"/>
        </w:rPr>
      </w:pPr>
      <w:r w:rsidRPr="00B21088">
        <w:rPr>
          <w:sz w:val="28"/>
          <w:szCs w:val="28"/>
        </w:rPr>
        <w:t xml:space="preserve"> d. Nick: Thank you. Come in, please.</w:t>
      </w:r>
    </w:p>
    <w:p w14:paraId="263B27F8" w14:textId="667AF26A" w:rsidR="00166490" w:rsidRPr="00B21088" w:rsidRDefault="001C4944">
      <w:pPr>
        <w:spacing w:after="80"/>
        <w:rPr>
          <w:sz w:val="28"/>
          <w:szCs w:val="28"/>
        </w:rPr>
      </w:pPr>
      <w:r w:rsidRPr="00B21088">
        <w:rPr>
          <w:sz w:val="28"/>
          <w:szCs w:val="28"/>
        </w:rPr>
        <w:t xml:space="preserve">A. b - d - c - a    </w:t>
      </w:r>
      <w:r w:rsidR="007D7433">
        <w:rPr>
          <w:sz w:val="28"/>
          <w:szCs w:val="28"/>
        </w:rPr>
        <w:tab/>
      </w:r>
      <w:r w:rsidRPr="00B21088">
        <w:rPr>
          <w:sz w:val="28"/>
          <w:szCs w:val="28"/>
        </w:rPr>
        <w:t xml:space="preserve">B. c - a - b - d    </w:t>
      </w:r>
      <w:r w:rsidR="007D7433">
        <w:rPr>
          <w:sz w:val="28"/>
          <w:szCs w:val="28"/>
        </w:rPr>
        <w:tab/>
      </w:r>
      <w:r w:rsidRPr="00B21088">
        <w:rPr>
          <w:sz w:val="28"/>
          <w:szCs w:val="28"/>
        </w:rPr>
        <w:t xml:space="preserve">C. b - c - a - d    </w:t>
      </w:r>
      <w:r w:rsidR="007D7433">
        <w:rPr>
          <w:sz w:val="28"/>
          <w:szCs w:val="28"/>
        </w:rPr>
        <w:tab/>
      </w:r>
      <w:r w:rsidRPr="00B21088">
        <w:rPr>
          <w:sz w:val="28"/>
          <w:szCs w:val="28"/>
        </w:rPr>
        <w:t>D. d - b - a - c</w:t>
      </w:r>
    </w:p>
    <w:p w14:paraId="4679129C" w14:textId="77777777" w:rsidR="00166490" w:rsidRPr="00B21088" w:rsidRDefault="001C4944">
      <w:pPr>
        <w:spacing w:after="20"/>
        <w:rPr>
          <w:sz w:val="28"/>
          <w:szCs w:val="28"/>
        </w:rPr>
      </w:pPr>
      <w:r w:rsidRPr="00B21088">
        <w:rPr>
          <w:b/>
          <w:sz w:val="28"/>
          <w:szCs w:val="28"/>
        </w:rPr>
        <w:t>21.</w:t>
      </w:r>
    </w:p>
    <w:p w14:paraId="2DCBC962" w14:textId="77777777" w:rsidR="00166490" w:rsidRPr="00B21088" w:rsidRDefault="001C4944">
      <w:pPr>
        <w:spacing w:after="40"/>
        <w:rPr>
          <w:sz w:val="28"/>
          <w:szCs w:val="28"/>
        </w:rPr>
      </w:pPr>
      <w:r w:rsidRPr="00B21088">
        <w:rPr>
          <w:sz w:val="28"/>
          <w:szCs w:val="28"/>
        </w:rPr>
        <w:t xml:space="preserve"> a. Mum: Great idea. We can buy one this weekend.</w:t>
      </w:r>
    </w:p>
    <w:p w14:paraId="7DF97EDA" w14:textId="77777777" w:rsidR="00166490" w:rsidRPr="00B21088" w:rsidRDefault="001C4944">
      <w:pPr>
        <w:spacing w:after="40"/>
        <w:rPr>
          <w:sz w:val="28"/>
          <w:szCs w:val="28"/>
        </w:rPr>
      </w:pPr>
      <w:r w:rsidRPr="00B21088">
        <w:rPr>
          <w:sz w:val="28"/>
          <w:szCs w:val="28"/>
        </w:rPr>
        <w:lastRenderedPageBreak/>
        <w:t xml:space="preserve"> b. Elena: My bedroom is not nice.</w:t>
      </w:r>
    </w:p>
    <w:p w14:paraId="6784719F" w14:textId="77777777" w:rsidR="00166490" w:rsidRPr="00B21088" w:rsidRDefault="001C4944">
      <w:pPr>
        <w:spacing w:after="40"/>
        <w:rPr>
          <w:sz w:val="28"/>
          <w:szCs w:val="28"/>
        </w:rPr>
      </w:pPr>
      <w:r w:rsidRPr="00B21088">
        <w:rPr>
          <w:sz w:val="28"/>
          <w:szCs w:val="28"/>
        </w:rPr>
        <w:t xml:space="preserve"> c. Mum: How about putting a picture on the wall?</w:t>
      </w:r>
    </w:p>
    <w:p w14:paraId="5F07C77D" w14:textId="77777777" w:rsidR="00166490" w:rsidRPr="00B21088" w:rsidRDefault="001C4944">
      <w:pPr>
        <w:spacing w:after="40"/>
        <w:rPr>
          <w:sz w:val="28"/>
          <w:szCs w:val="28"/>
        </w:rPr>
      </w:pPr>
      <w:r w:rsidRPr="00B21088">
        <w:rPr>
          <w:sz w:val="28"/>
          <w:szCs w:val="28"/>
        </w:rPr>
        <w:t xml:space="preserve"> d. Elena: That sounds good.</w:t>
      </w:r>
    </w:p>
    <w:p w14:paraId="487CE15F" w14:textId="0526ECD0" w:rsidR="00166490" w:rsidRPr="00B21088" w:rsidRDefault="001C4944">
      <w:pPr>
        <w:spacing w:after="80"/>
        <w:rPr>
          <w:sz w:val="28"/>
          <w:szCs w:val="28"/>
        </w:rPr>
      </w:pPr>
      <w:r w:rsidRPr="00B21088">
        <w:rPr>
          <w:sz w:val="28"/>
          <w:szCs w:val="28"/>
        </w:rPr>
        <w:t xml:space="preserve">A. b - c - d - a    </w:t>
      </w:r>
      <w:r w:rsidR="007D7433">
        <w:rPr>
          <w:sz w:val="28"/>
          <w:szCs w:val="28"/>
        </w:rPr>
        <w:tab/>
      </w:r>
      <w:r w:rsidRPr="00B21088">
        <w:rPr>
          <w:sz w:val="28"/>
          <w:szCs w:val="28"/>
        </w:rPr>
        <w:t xml:space="preserve">B. c - b - a - d    </w:t>
      </w:r>
      <w:r w:rsidR="007D7433">
        <w:rPr>
          <w:sz w:val="28"/>
          <w:szCs w:val="28"/>
        </w:rPr>
        <w:tab/>
      </w:r>
      <w:r w:rsidRPr="00B21088">
        <w:rPr>
          <w:sz w:val="28"/>
          <w:szCs w:val="28"/>
        </w:rPr>
        <w:t xml:space="preserve">C. b - d - c - a    </w:t>
      </w:r>
      <w:r w:rsidR="007D7433">
        <w:rPr>
          <w:sz w:val="28"/>
          <w:szCs w:val="28"/>
        </w:rPr>
        <w:tab/>
      </w:r>
      <w:r w:rsidRPr="00B21088">
        <w:rPr>
          <w:sz w:val="28"/>
          <w:szCs w:val="28"/>
        </w:rPr>
        <w:t>D. a - b - c - d</w:t>
      </w:r>
    </w:p>
    <w:p w14:paraId="79DEE6FB" w14:textId="77777777" w:rsidR="00166490" w:rsidRPr="00B21088" w:rsidRDefault="001C4944">
      <w:pPr>
        <w:spacing w:after="20"/>
        <w:rPr>
          <w:sz w:val="28"/>
          <w:szCs w:val="28"/>
        </w:rPr>
      </w:pPr>
      <w:r w:rsidRPr="00B21088">
        <w:rPr>
          <w:b/>
          <w:sz w:val="28"/>
          <w:szCs w:val="28"/>
        </w:rPr>
        <w:t>22.</w:t>
      </w:r>
    </w:p>
    <w:p w14:paraId="7750137B" w14:textId="77777777" w:rsidR="00166490" w:rsidRPr="00B21088" w:rsidRDefault="001C4944">
      <w:pPr>
        <w:spacing w:after="40"/>
        <w:rPr>
          <w:sz w:val="28"/>
          <w:szCs w:val="28"/>
        </w:rPr>
      </w:pPr>
      <w:r w:rsidRPr="00B21088">
        <w:rPr>
          <w:sz w:val="28"/>
          <w:szCs w:val="28"/>
        </w:rPr>
        <w:t xml:space="preserve"> a. Tom: It is behind the door.</w:t>
      </w:r>
    </w:p>
    <w:p w14:paraId="56084FE4" w14:textId="77777777" w:rsidR="00166490" w:rsidRPr="00B21088" w:rsidRDefault="001C4944">
      <w:pPr>
        <w:spacing w:after="40"/>
        <w:rPr>
          <w:sz w:val="28"/>
          <w:szCs w:val="28"/>
        </w:rPr>
      </w:pPr>
      <w:r w:rsidRPr="00B21088">
        <w:rPr>
          <w:sz w:val="28"/>
          <w:szCs w:val="28"/>
        </w:rPr>
        <w:t xml:space="preserve"> b. Anna: Where is your school bag?</w:t>
      </w:r>
    </w:p>
    <w:p w14:paraId="17EDC18F" w14:textId="7E061834" w:rsidR="00166490" w:rsidRPr="00B21088" w:rsidRDefault="001C4944">
      <w:pPr>
        <w:spacing w:after="40"/>
        <w:rPr>
          <w:sz w:val="28"/>
          <w:szCs w:val="28"/>
        </w:rPr>
      </w:pPr>
      <w:r w:rsidRPr="00B21088">
        <w:rPr>
          <w:sz w:val="28"/>
          <w:szCs w:val="28"/>
        </w:rPr>
        <w:t xml:space="preserve"> c. Anna: </w:t>
      </w:r>
      <w:r w:rsidR="007D7433" w:rsidRPr="007D7433">
        <w:rPr>
          <w:sz w:val="28"/>
          <w:szCs w:val="28"/>
        </w:rPr>
        <w:t xml:space="preserve">Oh, I see. Is there a TV in your room? </w:t>
      </w:r>
    </w:p>
    <w:p w14:paraId="17275BBA" w14:textId="77777777" w:rsidR="00166490" w:rsidRPr="00B21088" w:rsidRDefault="001C4944">
      <w:pPr>
        <w:spacing w:after="40"/>
        <w:rPr>
          <w:sz w:val="28"/>
          <w:szCs w:val="28"/>
        </w:rPr>
      </w:pPr>
      <w:r w:rsidRPr="00B21088">
        <w:rPr>
          <w:sz w:val="28"/>
          <w:szCs w:val="28"/>
        </w:rPr>
        <w:t xml:space="preserve"> d. Tom: No, there is not.</w:t>
      </w:r>
    </w:p>
    <w:p w14:paraId="5BF69AB4" w14:textId="0D7D8914" w:rsidR="00166490" w:rsidRPr="00B21088" w:rsidRDefault="001C4944">
      <w:pPr>
        <w:spacing w:after="80"/>
        <w:rPr>
          <w:sz w:val="28"/>
          <w:szCs w:val="28"/>
        </w:rPr>
      </w:pPr>
      <w:r w:rsidRPr="00B21088">
        <w:rPr>
          <w:sz w:val="28"/>
          <w:szCs w:val="28"/>
        </w:rPr>
        <w:t xml:space="preserve">A. b - a - c - d    </w:t>
      </w:r>
      <w:r w:rsidR="00C539F0">
        <w:rPr>
          <w:sz w:val="28"/>
          <w:szCs w:val="28"/>
        </w:rPr>
        <w:tab/>
      </w:r>
      <w:r w:rsidRPr="00B21088">
        <w:rPr>
          <w:sz w:val="28"/>
          <w:szCs w:val="28"/>
        </w:rPr>
        <w:t xml:space="preserve">B. c - d - b - a    </w:t>
      </w:r>
      <w:r w:rsidR="00C539F0">
        <w:rPr>
          <w:sz w:val="28"/>
          <w:szCs w:val="28"/>
        </w:rPr>
        <w:tab/>
      </w:r>
      <w:r w:rsidRPr="00B21088">
        <w:rPr>
          <w:sz w:val="28"/>
          <w:szCs w:val="28"/>
        </w:rPr>
        <w:t xml:space="preserve">C. b - c - a - d    </w:t>
      </w:r>
      <w:r w:rsidR="00C539F0">
        <w:rPr>
          <w:sz w:val="28"/>
          <w:szCs w:val="28"/>
        </w:rPr>
        <w:tab/>
      </w:r>
      <w:r w:rsidRPr="00B21088">
        <w:rPr>
          <w:sz w:val="28"/>
          <w:szCs w:val="28"/>
        </w:rPr>
        <w:t>D. a - b - d - c</w:t>
      </w:r>
    </w:p>
    <w:p w14:paraId="1E99C4B5" w14:textId="77777777" w:rsidR="00166490" w:rsidRPr="00B21088" w:rsidRDefault="001C4944">
      <w:pPr>
        <w:spacing w:after="20"/>
        <w:rPr>
          <w:sz w:val="28"/>
          <w:szCs w:val="28"/>
        </w:rPr>
      </w:pPr>
      <w:r w:rsidRPr="00B21088">
        <w:rPr>
          <w:b/>
          <w:sz w:val="28"/>
          <w:szCs w:val="28"/>
        </w:rPr>
        <w:t>23.</w:t>
      </w:r>
    </w:p>
    <w:p w14:paraId="0C1C1B04" w14:textId="77777777" w:rsidR="00166490" w:rsidRPr="00B21088" w:rsidRDefault="001C4944">
      <w:pPr>
        <w:spacing w:after="40"/>
        <w:rPr>
          <w:sz w:val="28"/>
          <w:szCs w:val="28"/>
        </w:rPr>
      </w:pPr>
      <w:r w:rsidRPr="00B21088">
        <w:rPr>
          <w:sz w:val="28"/>
          <w:szCs w:val="28"/>
        </w:rPr>
        <w:t xml:space="preserve"> a. Linda: This is my sister's desk.</w:t>
      </w:r>
    </w:p>
    <w:p w14:paraId="2D4511F7" w14:textId="77777777" w:rsidR="00166490" w:rsidRPr="00B21088" w:rsidRDefault="001C4944">
      <w:pPr>
        <w:spacing w:after="40"/>
        <w:rPr>
          <w:sz w:val="28"/>
          <w:szCs w:val="28"/>
        </w:rPr>
      </w:pPr>
      <w:r w:rsidRPr="00B21088">
        <w:rPr>
          <w:sz w:val="28"/>
          <w:szCs w:val="28"/>
        </w:rPr>
        <w:t xml:space="preserve"> b. Peter: Whose desk is this?</w:t>
      </w:r>
    </w:p>
    <w:p w14:paraId="4DCEFC55" w14:textId="77777777" w:rsidR="00166490" w:rsidRPr="00B21088" w:rsidRDefault="001C4944">
      <w:pPr>
        <w:spacing w:after="40"/>
        <w:rPr>
          <w:sz w:val="28"/>
          <w:szCs w:val="28"/>
        </w:rPr>
      </w:pPr>
      <w:r w:rsidRPr="00B21088">
        <w:rPr>
          <w:sz w:val="28"/>
          <w:szCs w:val="28"/>
        </w:rPr>
        <w:t xml:space="preserve"> c. Peter: It is very tidy.</w:t>
      </w:r>
    </w:p>
    <w:p w14:paraId="18B32D49" w14:textId="77777777" w:rsidR="00166490" w:rsidRPr="00B21088" w:rsidRDefault="001C4944">
      <w:pPr>
        <w:spacing w:after="40"/>
        <w:rPr>
          <w:sz w:val="28"/>
          <w:szCs w:val="28"/>
        </w:rPr>
      </w:pPr>
      <w:r w:rsidRPr="00B21088">
        <w:rPr>
          <w:sz w:val="28"/>
          <w:szCs w:val="28"/>
        </w:rPr>
        <w:t xml:space="preserve"> d. Linda: Yes, she always keeps her room clean.</w:t>
      </w:r>
    </w:p>
    <w:p w14:paraId="2CDD0C48" w14:textId="5728BDC3" w:rsidR="00166490" w:rsidRPr="00B21088" w:rsidRDefault="001C4944">
      <w:pPr>
        <w:spacing w:after="80"/>
        <w:rPr>
          <w:sz w:val="28"/>
          <w:szCs w:val="28"/>
        </w:rPr>
      </w:pPr>
      <w:r w:rsidRPr="00B21088">
        <w:rPr>
          <w:sz w:val="28"/>
          <w:szCs w:val="28"/>
        </w:rPr>
        <w:t xml:space="preserve">A.  </w:t>
      </w:r>
      <w:r w:rsidR="00C539F0" w:rsidRPr="00B21088">
        <w:rPr>
          <w:sz w:val="28"/>
          <w:szCs w:val="28"/>
        </w:rPr>
        <w:t>d - b - a - c</w:t>
      </w:r>
      <w:r w:rsidRPr="00B21088">
        <w:rPr>
          <w:sz w:val="28"/>
          <w:szCs w:val="28"/>
        </w:rPr>
        <w:t xml:space="preserve"> </w:t>
      </w:r>
      <w:r w:rsidR="00C539F0">
        <w:rPr>
          <w:sz w:val="28"/>
          <w:szCs w:val="28"/>
        </w:rPr>
        <w:tab/>
      </w:r>
      <w:r w:rsidRPr="00B21088">
        <w:rPr>
          <w:sz w:val="28"/>
          <w:szCs w:val="28"/>
        </w:rPr>
        <w:t xml:space="preserve">B. a - b - c - d    </w:t>
      </w:r>
      <w:r w:rsidR="00C539F0">
        <w:rPr>
          <w:sz w:val="28"/>
          <w:szCs w:val="28"/>
        </w:rPr>
        <w:tab/>
      </w:r>
      <w:r w:rsidRPr="00B21088">
        <w:rPr>
          <w:sz w:val="28"/>
          <w:szCs w:val="28"/>
        </w:rPr>
        <w:t xml:space="preserve">C. b - c - a - d    </w:t>
      </w:r>
      <w:r w:rsidR="00C539F0">
        <w:rPr>
          <w:sz w:val="28"/>
          <w:szCs w:val="28"/>
        </w:rPr>
        <w:tab/>
      </w:r>
      <w:r w:rsidRPr="00B21088">
        <w:rPr>
          <w:sz w:val="28"/>
          <w:szCs w:val="28"/>
        </w:rPr>
        <w:t xml:space="preserve">D. </w:t>
      </w:r>
      <w:r w:rsidR="00C539F0" w:rsidRPr="00B21088">
        <w:rPr>
          <w:sz w:val="28"/>
          <w:szCs w:val="28"/>
        </w:rPr>
        <w:t xml:space="preserve">b - a - c - d </w:t>
      </w:r>
    </w:p>
    <w:p w14:paraId="372CF9ED" w14:textId="77777777" w:rsidR="00166490" w:rsidRPr="00B21088" w:rsidRDefault="001C4944">
      <w:pPr>
        <w:spacing w:after="60"/>
        <w:rPr>
          <w:sz w:val="28"/>
          <w:szCs w:val="28"/>
        </w:rPr>
      </w:pPr>
      <w:r w:rsidRPr="00B21088">
        <w:rPr>
          <w:b/>
          <w:sz w:val="28"/>
          <w:szCs w:val="28"/>
        </w:rPr>
        <w:t>VI: READING</w:t>
      </w:r>
    </w:p>
    <w:p w14:paraId="537CD5C8" w14:textId="77777777" w:rsidR="00166490" w:rsidRPr="00B21088" w:rsidRDefault="001C4944">
      <w:pPr>
        <w:spacing w:after="60"/>
        <w:rPr>
          <w:sz w:val="28"/>
          <w:szCs w:val="28"/>
        </w:rPr>
      </w:pPr>
      <w:r w:rsidRPr="00B21088">
        <w:rPr>
          <w:b/>
          <w:sz w:val="28"/>
          <w:szCs w:val="28"/>
        </w:rPr>
        <w:t>A. Read and choose the correct word for each blank.</w:t>
      </w:r>
    </w:p>
    <w:p w14:paraId="77224DF1" w14:textId="77777777" w:rsidR="00166490" w:rsidRPr="00B21088" w:rsidRDefault="001C4944">
      <w:pPr>
        <w:spacing w:after="80"/>
        <w:rPr>
          <w:sz w:val="28"/>
          <w:szCs w:val="28"/>
        </w:rPr>
      </w:pPr>
      <w:r w:rsidRPr="00B21088">
        <w:rPr>
          <w:sz w:val="28"/>
          <w:szCs w:val="28"/>
        </w:rPr>
        <w:t>My name is Elena. I live in a small house with my parents and my brother. There are six rooms in our house: a living room, a kitchen, two bedrooms and two bathrooms. My bedroom is not very big, but it is my favourite room. There is a bed, a desk and a (24) _________ in it. I put my books in the cupboard. There is a picture (25) _________ the wall. My brother's room is next to (26) _________ room. He has many toys, but his room is not tidy. At weekends, we often clean our rooms (27) _________ our parents.</w:t>
      </w:r>
    </w:p>
    <w:p w14:paraId="7A151327" w14:textId="4767ECE4" w:rsidR="00166490" w:rsidRPr="00B21088" w:rsidRDefault="001C4944">
      <w:pPr>
        <w:spacing w:after="40"/>
        <w:rPr>
          <w:sz w:val="28"/>
          <w:szCs w:val="28"/>
        </w:rPr>
      </w:pPr>
      <w:r w:rsidRPr="00B21088">
        <w:rPr>
          <w:sz w:val="28"/>
          <w:szCs w:val="28"/>
        </w:rPr>
        <w:t xml:space="preserve">24. A. sofa    </w:t>
      </w:r>
      <w:r w:rsidR="00C64EB0">
        <w:rPr>
          <w:sz w:val="28"/>
          <w:szCs w:val="28"/>
        </w:rPr>
        <w:tab/>
      </w:r>
      <w:r w:rsidRPr="00B21088">
        <w:rPr>
          <w:sz w:val="28"/>
          <w:szCs w:val="28"/>
        </w:rPr>
        <w:t xml:space="preserve">B. cupboard    </w:t>
      </w:r>
      <w:r w:rsidR="00C64EB0">
        <w:rPr>
          <w:sz w:val="28"/>
          <w:szCs w:val="28"/>
        </w:rPr>
        <w:tab/>
      </w:r>
      <w:r w:rsidRPr="00B21088">
        <w:rPr>
          <w:sz w:val="28"/>
          <w:szCs w:val="28"/>
        </w:rPr>
        <w:t xml:space="preserve">C. shower    </w:t>
      </w:r>
      <w:r w:rsidR="00C64EB0">
        <w:rPr>
          <w:sz w:val="28"/>
          <w:szCs w:val="28"/>
        </w:rPr>
        <w:tab/>
      </w:r>
      <w:r w:rsidR="00C64EB0">
        <w:rPr>
          <w:sz w:val="28"/>
          <w:szCs w:val="28"/>
        </w:rPr>
        <w:tab/>
      </w:r>
      <w:r w:rsidRPr="00B21088">
        <w:rPr>
          <w:sz w:val="28"/>
          <w:szCs w:val="28"/>
        </w:rPr>
        <w:t>D. toilet</w:t>
      </w:r>
    </w:p>
    <w:p w14:paraId="158CC212" w14:textId="78F7B87F" w:rsidR="00166490" w:rsidRPr="00B21088" w:rsidRDefault="001C4944">
      <w:pPr>
        <w:spacing w:after="40"/>
        <w:rPr>
          <w:sz w:val="28"/>
          <w:szCs w:val="28"/>
        </w:rPr>
      </w:pPr>
      <w:r w:rsidRPr="00B21088">
        <w:rPr>
          <w:sz w:val="28"/>
          <w:szCs w:val="28"/>
        </w:rPr>
        <w:t xml:space="preserve">25. A. on    </w:t>
      </w:r>
      <w:r w:rsidR="00C64EB0">
        <w:rPr>
          <w:sz w:val="28"/>
          <w:szCs w:val="28"/>
        </w:rPr>
        <w:tab/>
      </w:r>
      <w:r w:rsidR="00C64EB0">
        <w:rPr>
          <w:sz w:val="28"/>
          <w:szCs w:val="28"/>
        </w:rPr>
        <w:tab/>
      </w:r>
      <w:r w:rsidRPr="00B21088">
        <w:rPr>
          <w:sz w:val="28"/>
          <w:szCs w:val="28"/>
        </w:rPr>
        <w:t xml:space="preserve">B. under    </w:t>
      </w:r>
      <w:r w:rsidR="00C64EB0">
        <w:rPr>
          <w:sz w:val="28"/>
          <w:szCs w:val="28"/>
        </w:rPr>
        <w:tab/>
      </w:r>
      <w:r w:rsidR="00C64EB0">
        <w:rPr>
          <w:sz w:val="28"/>
          <w:szCs w:val="28"/>
        </w:rPr>
        <w:tab/>
      </w:r>
      <w:r w:rsidRPr="00B21088">
        <w:rPr>
          <w:sz w:val="28"/>
          <w:szCs w:val="28"/>
        </w:rPr>
        <w:t xml:space="preserve">C. between    </w:t>
      </w:r>
      <w:r w:rsidR="00C64EB0">
        <w:rPr>
          <w:sz w:val="28"/>
          <w:szCs w:val="28"/>
        </w:rPr>
        <w:tab/>
      </w:r>
      <w:r w:rsidRPr="00B21088">
        <w:rPr>
          <w:sz w:val="28"/>
          <w:szCs w:val="28"/>
        </w:rPr>
        <w:t>D. behind</w:t>
      </w:r>
    </w:p>
    <w:p w14:paraId="53FDEC9A" w14:textId="4431CF7A" w:rsidR="00166490" w:rsidRPr="00B21088" w:rsidRDefault="001C4944">
      <w:pPr>
        <w:spacing w:after="40"/>
        <w:rPr>
          <w:sz w:val="28"/>
          <w:szCs w:val="28"/>
        </w:rPr>
      </w:pPr>
      <w:r w:rsidRPr="00B21088">
        <w:rPr>
          <w:sz w:val="28"/>
          <w:szCs w:val="28"/>
        </w:rPr>
        <w:t xml:space="preserve">26. A. I    </w:t>
      </w:r>
      <w:r w:rsidR="00C64EB0">
        <w:rPr>
          <w:sz w:val="28"/>
          <w:szCs w:val="28"/>
        </w:rPr>
        <w:tab/>
      </w:r>
      <w:r w:rsidR="00C64EB0">
        <w:rPr>
          <w:sz w:val="28"/>
          <w:szCs w:val="28"/>
        </w:rPr>
        <w:tab/>
      </w:r>
      <w:r w:rsidRPr="00B21088">
        <w:rPr>
          <w:sz w:val="28"/>
          <w:szCs w:val="28"/>
        </w:rPr>
        <w:t xml:space="preserve">B. me    </w:t>
      </w:r>
      <w:r w:rsidR="00C64EB0">
        <w:rPr>
          <w:sz w:val="28"/>
          <w:szCs w:val="28"/>
        </w:rPr>
        <w:tab/>
      </w:r>
      <w:r w:rsidR="00C64EB0">
        <w:rPr>
          <w:sz w:val="28"/>
          <w:szCs w:val="28"/>
        </w:rPr>
        <w:tab/>
      </w:r>
      <w:r w:rsidRPr="00B21088">
        <w:rPr>
          <w:sz w:val="28"/>
          <w:szCs w:val="28"/>
        </w:rPr>
        <w:t xml:space="preserve">C. my    </w:t>
      </w:r>
      <w:r w:rsidR="00C64EB0">
        <w:rPr>
          <w:sz w:val="28"/>
          <w:szCs w:val="28"/>
        </w:rPr>
        <w:tab/>
      </w:r>
      <w:r w:rsidR="00C64EB0">
        <w:rPr>
          <w:sz w:val="28"/>
          <w:szCs w:val="28"/>
        </w:rPr>
        <w:tab/>
      </w:r>
      <w:r w:rsidRPr="00B21088">
        <w:rPr>
          <w:sz w:val="28"/>
          <w:szCs w:val="28"/>
        </w:rPr>
        <w:t>D. mine</w:t>
      </w:r>
    </w:p>
    <w:p w14:paraId="4F6AB566" w14:textId="14F699F6" w:rsidR="00166490" w:rsidRPr="00B21088" w:rsidRDefault="001C4944">
      <w:pPr>
        <w:spacing w:after="40"/>
        <w:rPr>
          <w:sz w:val="28"/>
          <w:szCs w:val="28"/>
        </w:rPr>
      </w:pPr>
      <w:r w:rsidRPr="00B21088">
        <w:rPr>
          <w:sz w:val="28"/>
          <w:szCs w:val="28"/>
        </w:rPr>
        <w:t xml:space="preserve">27. A. with    </w:t>
      </w:r>
      <w:r w:rsidR="00C64EB0">
        <w:rPr>
          <w:sz w:val="28"/>
          <w:szCs w:val="28"/>
        </w:rPr>
        <w:tab/>
      </w:r>
      <w:r w:rsidRPr="00B21088">
        <w:rPr>
          <w:sz w:val="28"/>
          <w:szCs w:val="28"/>
        </w:rPr>
        <w:t xml:space="preserve">B. at    </w:t>
      </w:r>
      <w:r w:rsidR="00C64EB0">
        <w:rPr>
          <w:sz w:val="28"/>
          <w:szCs w:val="28"/>
        </w:rPr>
        <w:tab/>
      </w:r>
      <w:r w:rsidR="00C64EB0">
        <w:rPr>
          <w:sz w:val="28"/>
          <w:szCs w:val="28"/>
        </w:rPr>
        <w:tab/>
      </w:r>
      <w:r w:rsidRPr="00B21088">
        <w:rPr>
          <w:sz w:val="28"/>
          <w:szCs w:val="28"/>
        </w:rPr>
        <w:t xml:space="preserve">C. in    </w:t>
      </w:r>
      <w:r w:rsidR="00C64EB0">
        <w:rPr>
          <w:sz w:val="28"/>
          <w:szCs w:val="28"/>
        </w:rPr>
        <w:tab/>
      </w:r>
      <w:r w:rsidR="00C64EB0">
        <w:rPr>
          <w:sz w:val="28"/>
          <w:szCs w:val="28"/>
        </w:rPr>
        <w:tab/>
      </w:r>
      <w:r w:rsidRPr="00B21088">
        <w:rPr>
          <w:sz w:val="28"/>
          <w:szCs w:val="28"/>
        </w:rPr>
        <w:t>D. on</w:t>
      </w:r>
    </w:p>
    <w:p w14:paraId="4BBDE1A5" w14:textId="77777777" w:rsidR="00166490" w:rsidRPr="00B21088" w:rsidRDefault="001C4944">
      <w:pPr>
        <w:spacing w:after="60"/>
        <w:rPr>
          <w:sz w:val="28"/>
          <w:szCs w:val="28"/>
        </w:rPr>
      </w:pPr>
      <w:r w:rsidRPr="00B21088">
        <w:rPr>
          <w:b/>
          <w:sz w:val="28"/>
          <w:szCs w:val="28"/>
        </w:rPr>
        <w:t>B. Read the text and choose the best answer A, B, C or D.</w:t>
      </w:r>
    </w:p>
    <w:p w14:paraId="4E865DBE" w14:textId="77777777" w:rsidR="00166490" w:rsidRPr="00B21088" w:rsidRDefault="001C4944">
      <w:pPr>
        <w:spacing w:after="80"/>
        <w:rPr>
          <w:sz w:val="28"/>
          <w:szCs w:val="28"/>
        </w:rPr>
      </w:pPr>
      <w:r w:rsidRPr="00B21088">
        <w:rPr>
          <w:sz w:val="28"/>
          <w:szCs w:val="28"/>
        </w:rPr>
        <w:t>Nick lives in a country house with his parents, his younger sister and his aunt. His house is not very modern, but it is large and comfortable. There is a living room, a kitchen, three bedrooms and two bathrooms. The living room is Nick's favourite room. There is a sofa in front of the TV, and there are two lamps next to the sofa. His father's books are on the shelf near the window. Nick's bedroom is upstairs. His bed is next to the door, and his desk is between the bed and the wardrobe. He likes his room because it is quiet. At weekends, Nick's family often has dinner together in the kitchen.</w:t>
      </w:r>
    </w:p>
    <w:p w14:paraId="13C723F5" w14:textId="77777777" w:rsidR="00166490" w:rsidRPr="00B21088" w:rsidRDefault="001C4944">
      <w:pPr>
        <w:spacing w:after="40"/>
        <w:rPr>
          <w:sz w:val="28"/>
          <w:szCs w:val="28"/>
        </w:rPr>
      </w:pPr>
      <w:r w:rsidRPr="00B21088">
        <w:rPr>
          <w:b/>
          <w:sz w:val="28"/>
          <w:szCs w:val="28"/>
        </w:rPr>
        <w:lastRenderedPageBreak/>
        <w:t>28. What is the text mainly about?</w:t>
      </w:r>
    </w:p>
    <w:p w14:paraId="569B649E" w14:textId="77777777" w:rsidR="00C64EB0" w:rsidRDefault="001C4944">
      <w:pPr>
        <w:spacing w:after="80"/>
        <w:rPr>
          <w:sz w:val="28"/>
          <w:szCs w:val="28"/>
        </w:rPr>
      </w:pPr>
      <w:r w:rsidRPr="00B21088">
        <w:rPr>
          <w:sz w:val="28"/>
          <w:szCs w:val="28"/>
        </w:rPr>
        <w:t xml:space="preserve"> A. Nick's country house    </w:t>
      </w:r>
      <w:r w:rsidR="00C64EB0">
        <w:rPr>
          <w:sz w:val="28"/>
          <w:szCs w:val="28"/>
        </w:rPr>
        <w:tab/>
      </w:r>
      <w:r w:rsidR="00C64EB0">
        <w:rPr>
          <w:sz w:val="28"/>
          <w:szCs w:val="28"/>
        </w:rPr>
        <w:tab/>
      </w:r>
      <w:r w:rsidRPr="00B21088">
        <w:rPr>
          <w:sz w:val="28"/>
          <w:szCs w:val="28"/>
        </w:rPr>
        <w:t xml:space="preserve">B. Nick's school    </w:t>
      </w:r>
    </w:p>
    <w:p w14:paraId="59BB30FD" w14:textId="371B11C4" w:rsidR="00166490" w:rsidRPr="00B21088" w:rsidRDefault="001C4944">
      <w:pPr>
        <w:spacing w:after="80"/>
        <w:rPr>
          <w:sz w:val="28"/>
          <w:szCs w:val="28"/>
        </w:rPr>
      </w:pPr>
      <w:r w:rsidRPr="00B21088">
        <w:rPr>
          <w:sz w:val="28"/>
          <w:szCs w:val="28"/>
        </w:rPr>
        <w:t xml:space="preserve">C. Nick's summer holiday    </w:t>
      </w:r>
      <w:r w:rsidR="00C64EB0">
        <w:rPr>
          <w:sz w:val="28"/>
          <w:szCs w:val="28"/>
        </w:rPr>
        <w:tab/>
      </w:r>
      <w:r w:rsidR="00C64EB0">
        <w:rPr>
          <w:sz w:val="28"/>
          <w:szCs w:val="28"/>
        </w:rPr>
        <w:tab/>
      </w:r>
      <w:r w:rsidRPr="00B21088">
        <w:rPr>
          <w:sz w:val="28"/>
          <w:szCs w:val="28"/>
        </w:rPr>
        <w:t>D. Nick's favourite food</w:t>
      </w:r>
    </w:p>
    <w:p w14:paraId="7D534295" w14:textId="77777777" w:rsidR="00166490" w:rsidRPr="00B21088" w:rsidRDefault="001C4944">
      <w:pPr>
        <w:spacing w:after="40"/>
        <w:rPr>
          <w:sz w:val="28"/>
          <w:szCs w:val="28"/>
        </w:rPr>
      </w:pPr>
      <w:r w:rsidRPr="00B21088">
        <w:rPr>
          <w:b/>
          <w:sz w:val="28"/>
          <w:szCs w:val="28"/>
        </w:rPr>
        <w:t>29. Who does Nick live with?</w:t>
      </w:r>
    </w:p>
    <w:p w14:paraId="43257019" w14:textId="77777777" w:rsidR="00C64EB0" w:rsidRDefault="001C4944">
      <w:pPr>
        <w:spacing w:after="80"/>
        <w:rPr>
          <w:sz w:val="28"/>
          <w:szCs w:val="28"/>
        </w:rPr>
      </w:pPr>
      <w:r w:rsidRPr="00B21088">
        <w:rPr>
          <w:sz w:val="28"/>
          <w:szCs w:val="28"/>
        </w:rPr>
        <w:t xml:space="preserve"> A. His friends    </w:t>
      </w:r>
      <w:r w:rsidR="00C64EB0">
        <w:rPr>
          <w:sz w:val="28"/>
          <w:szCs w:val="28"/>
        </w:rPr>
        <w:tab/>
      </w:r>
      <w:r w:rsidR="00C64EB0">
        <w:rPr>
          <w:sz w:val="28"/>
          <w:szCs w:val="28"/>
        </w:rPr>
        <w:tab/>
      </w:r>
      <w:r w:rsidR="00C64EB0">
        <w:rPr>
          <w:sz w:val="28"/>
          <w:szCs w:val="28"/>
        </w:rPr>
        <w:tab/>
      </w:r>
      <w:r w:rsidR="00C64EB0">
        <w:rPr>
          <w:sz w:val="28"/>
          <w:szCs w:val="28"/>
        </w:rPr>
        <w:tab/>
      </w:r>
      <w:r w:rsidRPr="00B21088">
        <w:rPr>
          <w:sz w:val="28"/>
          <w:szCs w:val="28"/>
        </w:rPr>
        <w:t xml:space="preserve">B. His parents, sister and aunt    </w:t>
      </w:r>
    </w:p>
    <w:p w14:paraId="7E2E44D0" w14:textId="49109B80" w:rsidR="00166490" w:rsidRPr="00B21088" w:rsidRDefault="00C64EB0">
      <w:pPr>
        <w:spacing w:after="80"/>
        <w:rPr>
          <w:sz w:val="28"/>
          <w:szCs w:val="28"/>
        </w:rPr>
      </w:pPr>
      <w:r>
        <w:rPr>
          <w:sz w:val="28"/>
          <w:szCs w:val="28"/>
        </w:rPr>
        <w:t xml:space="preserve"> </w:t>
      </w:r>
      <w:r w:rsidRPr="00B21088">
        <w:rPr>
          <w:sz w:val="28"/>
          <w:szCs w:val="28"/>
        </w:rPr>
        <w:t xml:space="preserve">C. His teachers    </w:t>
      </w:r>
      <w:r>
        <w:rPr>
          <w:sz w:val="28"/>
          <w:szCs w:val="28"/>
        </w:rPr>
        <w:tab/>
      </w:r>
      <w:r>
        <w:rPr>
          <w:sz w:val="28"/>
          <w:szCs w:val="28"/>
        </w:rPr>
        <w:tab/>
      </w:r>
      <w:r>
        <w:rPr>
          <w:sz w:val="28"/>
          <w:szCs w:val="28"/>
        </w:rPr>
        <w:tab/>
      </w:r>
      <w:r>
        <w:rPr>
          <w:sz w:val="28"/>
          <w:szCs w:val="28"/>
        </w:rPr>
        <w:tab/>
      </w:r>
      <w:r w:rsidRPr="00B21088">
        <w:rPr>
          <w:sz w:val="28"/>
          <w:szCs w:val="28"/>
        </w:rPr>
        <w:t>D. Only his sister</w:t>
      </w:r>
    </w:p>
    <w:p w14:paraId="5012D4F9" w14:textId="77777777" w:rsidR="00166490" w:rsidRPr="00B21088" w:rsidRDefault="001C4944">
      <w:pPr>
        <w:spacing w:after="40"/>
        <w:rPr>
          <w:sz w:val="28"/>
          <w:szCs w:val="28"/>
        </w:rPr>
      </w:pPr>
      <w:r w:rsidRPr="00B21088">
        <w:rPr>
          <w:b/>
          <w:sz w:val="28"/>
          <w:szCs w:val="28"/>
        </w:rPr>
        <w:t>30. How many bedrooms are there in Nick's house?</w:t>
      </w:r>
    </w:p>
    <w:p w14:paraId="7D814692" w14:textId="262E7D09" w:rsidR="00166490" w:rsidRPr="00B21088" w:rsidRDefault="001C4944">
      <w:pPr>
        <w:spacing w:after="80"/>
        <w:rPr>
          <w:sz w:val="28"/>
          <w:szCs w:val="28"/>
        </w:rPr>
      </w:pPr>
      <w:r w:rsidRPr="00B21088">
        <w:rPr>
          <w:sz w:val="28"/>
          <w:szCs w:val="28"/>
        </w:rPr>
        <w:t xml:space="preserve"> A. One    </w:t>
      </w:r>
      <w:r w:rsidR="00C64EB0">
        <w:rPr>
          <w:sz w:val="28"/>
          <w:szCs w:val="28"/>
        </w:rPr>
        <w:tab/>
      </w:r>
      <w:r w:rsidR="00C64EB0">
        <w:rPr>
          <w:sz w:val="28"/>
          <w:szCs w:val="28"/>
        </w:rPr>
        <w:tab/>
      </w:r>
      <w:r w:rsidRPr="00B21088">
        <w:rPr>
          <w:sz w:val="28"/>
          <w:szCs w:val="28"/>
        </w:rPr>
        <w:t xml:space="preserve">B. Two    </w:t>
      </w:r>
      <w:r w:rsidR="00C64EB0">
        <w:rPr>
          <w:sz w:val="28"/>
          <w:szCs w:val="28"/>
        </w:rPr>
        <w:tab/>
      </w:r>
      <w:r w:rsidR="00C64EB0">
        <w:rPr>
          <w:sz w:val="28"/>
          <w:szCs w:val="28"/>
        </w:rPr>
        <w:tab/>
      </w:r>
      <w:r w:rsidRPr="00B21088">
        <w:rPr>
          <w:sz w:val="28"/>
          <w:szCs w:val="28"/>
        </w:rPr>
        <w:t xml:space="preserve">C. Three    </w:t>
      </w:r>
      <w:r w:rsidR="00C64EB0">
        <w:rPr>
          <w:sz w:val="28"/>
          <w:szCs w:val="28"/>
        </w:rPr>
        <w:tab/>
      </w:r>
      <w:r w:rsidR="00C64EB0">
        <w:rPr>
          <w:sz w:val="28"/>
          <w:szCs w:val="28"/>
        </w:rPr>
        <w:tab/>
      </w:r>
      <w:r w:rsidRPr="00B21088">
        <w:rPr>
          <w:sz w:val="28"/>
          <w:szCs w:val="28"/>
        </w:rPr>
        <w:t>D. Four</w:t>
      </w:r>
    </w:p>
    <w:p w14:paraId="637D4161" w14:textId="77777777" w:rsidR="00166490" w:rsidRPr="00B21088" w:rsidRDefault="001C4944">
      <w:pPr>
        <w:spacing w:after="40"/>
        <w:rPr>
          <w:sz w:val="28"/>
          <w:szCs w:val="28"/>
        </w:rPr>
      </w:pPr>
      <w:r w:rsidRPr="00B21088">
        <w:rPr>
          <w:b/>
          <w:sz w:val="28"/>
          <w:szCs w:val="28"/>
        </w:rPr>
        <w:t>31. What is Nick's favourite room?</w:t>
      </w:r>
    </w:p>
    <w:p w14:paraId="57420745" w14:textId="607F8DCC" w:rsidR="00166490" w:rsidRPr="00B21088" w:rsidRDefault="001C4944">
      <w:pPr>
        <w:spacing w:after="80"/>
        <w:rPr>
          <w:sz w:val="28"/>
          <w:szCs w:val="28"/>
        </w:rPr>
      </w:pPr>
      <w:r w:rsidRPr="00B21088">
        <w:rPr>
          <w:sz w:val="28"/>
          <w:szCs w:val="28"/>
        </w:rPr>
        <w:t xml:space="preserve"> A. The kitchen    </w:t>
      </w:r>
      <w:r w:rsidR="00C64EB0">
        <w:rPr>
          <w:sz w:val="28"/>
          <w:szCs w:val="28"/>
        </w:rPr>
        <w:tab/>
      </w:r>
      <w:r w:rsidRPr="00B21088">
        <w:rPr>
          <w:sz w:val="28"/>
          <w:szCs w:val="28"/>
        </w:rPr>
        <w:t>B. The living room    C. The bathroom    D. The hall</w:t>
      </w:r>
    </w:p>
    <w:p w14:paraId="1B1DC486" w14:textId="77777777" w:rsidR="00166490" w:rsidRPr="00B21088" w:rsidRDefault="001C4944">
      <w:pPr>
        <w:spacing w:after="40"/>
        <w:rPr>
          <w:sz w:val="28"/>
          <w:szCs w:val="28"/>
        </w:rPr>
      </w:pPr>
      <w:r w:rsidRPr="00B21088">
        <w:rPr>
          <w:b/>
          <w:sz w:val="28"/>
          <w:szCs w:val="28"/>
        </w:rPr>
        <w:t>32. Where is the sofa?</w:t>
      </w:r>
    </w:p>
    <w:p w14:paraId="60091614" w14:textId="77777777" w:rsidR="00166490" w:rsidRPr="00B21088" w:rsidRDefault="001C4944">
      <w:pPr>
        <w:spacing w:after="80"/>
        <w:rPr>
          <w:sz w:val="28"/>
          <w:szCs w:val="28"/>
        </w:rPr>
      </w:pPr>
      <w:r w:rsidRPr="00B21088">
        <w:rPr>
          <w:sz w:val="28"/>
          <w:szCs w:val="28"/>
        </w:rPr>
        <w:t xml:space="preserve"> A. Behind the TV    B. In front of the TV    C. Under the shelf    D. Between two doors</w:t>
      </w:r>
    </w:p>
    <w:p w14:paraId="57A0EF75" w14:textId="77777777" w:rsidR="00166490" w:rsidRPr="00B21088" w:rsidRDefault="001C4944">
      <w:pPr>
        <w:spacing w:after="40"/>
        <w:rPr>
          <w:sz w:val="28"/>
          <w:szCs w:val="28"/>
        </w:rPr>
      </w:pPr>
      <w:r w:rsidRPr="00B21088">
        <w:rPr>
          <w:b/>
          <w:sz w:val="28"/>
          <w:szCs w:val="28"/>
        </w:rPr>
        <w:t>33. Where are his father's books?</w:t>
      </w:r>
    </w:p>
    <w:p w14:paraId="540F2E73" w14:textId="77777777" w:rsidR="00166490" w:rsidRPr="00B21088" w:rsidRDefault="001C4944">
      <w:pPr>
        <w:spacing w:after="80"/>
        <w:rPr>
          <w:sz w:val="28"/>
          <w:szCs w:val="28"/>
        </w:rPr>
      </w:pPr>
      <w:r w:rsidRPr="00B21088">
        <w:rPr>
          <w:sz w:val="28"/>
          <w:szCs w:val="28"/>
        </w:rPr>
        <w:t xml:space="preserve"> A. On the shelf    B. In the wardrobe    C. Under the bed    D. Next to the door</w:t>
      </w:r>
    </w:p>
    <w:p w14:paraId="6575CE89" w14:textId="77777777" w:rsidR="00166490" w:rsidRPr="00B21088" w:rsidRDefault="001C4944">
      <w:pPr>
        <w:spacing w:after="40"/>
        <w:rPr>
          <w:sz w:val="28"/>
          <w:szCs w:val="28"/>
        </w:rPr>
      </w:pPr>
      <w:r w:rsidRPr="00B21088">
        <w:rPr>
          <w:b/>
          <w:sz w:val="28"/>
          <w:szCs w:val="28"/>
        </w:rPr>
        <w:t>34. Why does Nick like his bedroom?</w:t>
      </w:r>
    </w:p>
    <w:p w14:paraId="1CE01FCC" w14:textId="77777777" w:rsidR="00C64EB0" w:rsidRDefault="001C4944">
      <w:pPr>
        <w:spacing w:after="80"/>
        <w:rPr>
          <w:sz w:val="28"/>
          <w:szCs w:val="28"/>
        </w:rPr>
      </w:pPr>
      <w:r w:rsidRPr="00B21088">
        <w:rPr>
          <w:sz w:val="28"/>
          <w:szCs w:val="28"/>
        </w:rPr>
        <w:t xml:space="preserve"> A. Because it is noisy    </w:t>
      </w:r>
      <w:r w:rsidR="00C64EB0">
        <w:rPr>
          <w:sz w:val="28"/>
          <w:szCs w:val="28"/>
        </w:rPr>
        <w:tab/>
      </w:r>
      <w:r w:rsidR="00C64EB0">
        <w:rPr>
          <w:sz w:val="28"/>
          <w:szCs w:val="28"/>
        </w:rPr>
        <w:tab/>
      </w:r>
      <w:r w:rsidR="00C64EB0">
        <w:rPr>
          <w:sz w:val="28"/>
          <w:szCs w:val="28"/>
        </w:rPr>
        <w:tab/>
      </w:r>
      <w:r w:rsidRPr="00B21088">
        <w:rPr>
          <w:sz w:val="28"/>
          <w:szCs w:val="28"/>
        </w:rPr>
        <w:t xml:space="preserve">B. Because it is quiet    </w:t>
      </w:r>
    </w:p>
    <w:p w14:paraId="73815906" w14:textId="2EE57B43" w:rsidR="00166490" w:rsidRPr="00B21088" w:rsidRDefault="00C64EB0">
      <w:pPr>
        <w:spacing w:after="80"/>
        <w:rPr>
          <w:sz w:val="28"/>
          <w:szCs w:val="28"/>
        </w:rPr>
      </w:pPr>
      <w:r>
        <w:rPr>
          <w:sz w:val="28"/>
          <w:szCs w:val="28"/>
        </w:rPr>
        <w:t xml:space="preserve"> </w:t>
      </w:r>
      <w:r w:rsidRPr="00B21088">
        <w:rPr>
          <w:sz w:val="28"/>
          <w:szCs w:val="28"/>
        </w:rPr>
        <w:t xml:space="preserve">C. Because it is very crowded    </w:t>
      </w:r>
      <w:r>
        <w:rPr>
          <w:sz w:val="28"/>
          <w:szCs w:val="28"/>
        </w:rPr>
        <w:tab/>
      </w:r>
      <w:r w:rsidRPr="00B21088">
        <w:rPr>
          <w:sz w:val="28"/>
          <w:szCs w:val="28"/>
        </w:rPr>
        <w:t>D. Because it has a TV</w:t>
      </w:r>
    </w:p>
    <w:p w14:paraId="444133AA" w14:textId="77777777" w:rsidR="00166490" w:rsidRPr="00B21088" w:rsidRDefault="001C4944">
      <w:pPr>
        <w:spacing w:after="40"/>
        <w:rPr>
          <w:sz w:val="28"/>
          <w:szCs w:val="28"/>
        </w:rPr>
      </w:pPr>
      <w:r w:rsidRPr="00B21088">
        <w:rPr>
          <w:b/>
          <w:sz w:val="28"/>
          <w:szCs w:val="28"/>
        </w:rPr>
        <w:t>35. What does Nick's family often do at weekends?</w:t>
      </w:r>
    </w:p>
    <w:p w14:paraId="0E1A5585" w14:textId="77777777" w:rsidR="00C64EB0" w:rsidRDefault="001C4944">
      <w:pPr>
        <w:spacing w:after="80"/>
        <w:rPr>
          <w:sz w:val="28"/>
          <w:szCs w:val="28"/>
        </w:rPr>
      </w:pPr>
      <w:r w:rsidRPr="00B21088">
        <w:rPr>
          <w:sz w:val="28"/>
          <w:szCs w:val="28"/>
        </w:rPr>
        <w:t xml:space="preserve"> A. They have dinner together    </w:t>
      </w:r>
      <w:r w:rsidR="00C64EB0">
        <w:rPr>
          <w:sz w:val="28"/>
          <w:szCs w:val="28"/>
        </w:rPr>
        <w:tab/>
      </w:r>
      <w:r w:rsidRPr="00B21088">
        <w:rPr>
          <w:sz w:val="28"/>
          <w:szCs w:val="28"/>
        </w:rPr>
        <w:t xml:space="preserve">B. They go to school    </w:t>
      </w:r>
    </w:p>
    <w:p w14:paraId="1467DD99" w14:textId="4D02E1E0" w:rsidR="00166490" w:rsidRPr="00B21088" w:rsidRDefault="00C64EB0">
      <w:pPr>
        <w:spacing w:after="80"/>
        <w:rPr>
          <w:sz w:val="28"/>
          <w:szCs w:val="28"/>
        </w:rPr>
      </w:pPr>
      <w:r>
        <w:rPr>
          <w:sz w:val="28"/>
          <w:szCs w:val="28"/>
        </w:rPr>
        <w:t xml:space="preserve"> </w:t>
      </w:r>
      <w:r w:rsidRPr="00B21088">
        <w:rPr>
          <w:sz w:val="28"/>
          <w:szCs w:val="28"/>
        </w:rPr>
        <w:t xml:space="preserve">C. They paint the house    </w:t>
      </w:r>
      <w:r>
        <w:rPr>
          <w:sz w:val="28"/>
          <w:szCs w:val="28"/>
        </w:rPr>
        <w:tab/>
      </w:r>
      <w:r>
        <w:rPr>
          <w:sz w:val="28"/>
          <w:szCs w:val="28"/>
        </w:rPr>
        <w:tab/>
      </w:r>
      <w:r w:rsidRPr="00B21088">
        <w:rPr>
          <w:sz w:val="28"/>
          <w:szCs w:val="28"/>
        </w:rPr>
        <w:t>D. They buy a new sofa</w:t>
      </w:r>
    </w:p>
    <w:p w14:paraId="6FACEC14" w14:textId="77777777" w:rsidR="00166490" w:rsidRPr="00B21088" w:rsidRDefault="001C4944">
      <w:pPr>
        <w:spacing w:after="60"/>
        <w:rPr>
          <w:sz w:val="28"/>
          <w:szCs w:val="28"/>
        </w:rPr>
      </w:pPr>
      <w:r w:rsidRPr="00B21088">
        <w:rPr>
          <w:b/>
          <w:sz w:val="28"/>
          <w:szCs w:val="28"/>
        </w:rPr>
        <w:t>VII: WRITING</w:t>
      </w:r>
    </w:p>
    <w:p w14:paraId="57E9AFA1" w14:textId="77777777" w:rsidR="00166490" w:rsidRPr="00B21088" w:rsidRDefault="001C4944">
      <w:pPr>
        <w:spacing w:after="80"/>
        <w:rPr>
          <w:sz w:val="28"/>
          <w:szCs w:val="28"/>
        </w:rPr>
      </w:pPr>
      <w:r w:rsidRPr="00B21088">
        <w:rPr>
          <w:b/>
          <w:sz w:val="28"/>
          <w:szCs w:val="28"/>
        </w:rPr>
        <w:t>A. Rearrange the words to make complete sentences.</w:t>
      </w:r>
    </w:p>
    <w:p w14:paraId="3B0390C6" w14:textId="77777777" w:rsidR="00166490" w:rsidRPr="00B21088" w:rsidRDefault="001C4944">
      <w:pPr>
        <w:spacing w:after="40"/>
        <w:rPr>
          <w:sz w:val="28"/>
          <w:szCs w:val="28"/>
        </w:rPr>
      </w:pPr>
      <w:r w:rsidRPr="00B21088">
        <w:rPr>
          <w:sz w:val="28"/>
          <w:szCs w:val="28"/>
        </w:rPr>
        <w:t>36. has / My house / six rooms / and / a big kitchen /.</w:t>
      </w:r>
    </w:p>
    <w:p w14:paraId="12D5DB3E" w14:textId="56A38719" w:rsidR="00166490" w:rsidRPr="00B21088" w:rsidRDefault="001C4944">
      <w:pPr>
        <w:spacing w:after="80"/>
        <w:rPr>
          <w:sz w:val="28"/>
          <w:szCs w:val="28"/>
        </w:rPr>
      </w:pPr>
      <w:r w:rsidRPr="00B21088">
        <w:rPr>
          <w:sz w:val="28"/>
          <w:szCs w:val="28"/>
        </w:rPr>
        <w:t>_______________________________________________________________________.</w:t>
      </w:r>
    </w:p>
    <w:p w14:paraId="31488ECC" w14:textId="77777777" w:rsidR="00166490" w:rsidRPr="00B21088" w:rsidRDefault="001C4944">
      <w:pPr>
        <w:spacing w:after="40"/>
        <w:rPr>
          <w:sz w:val="28"/>
          <w:szCs w:val="28"/>
        </w:rPr>
      </w:pPr>
      <w:r w:rsidRPr="00B21088">
        <w:rPr>
          <w:sz w:val="28"/>
          <w:szCs w:val="28"/>
        </w:rPr>
        <w:t>37. the sofa / is / in front of / the TV /.</w:t>
      </w:r>
    </w:p>
    <w:p w14:paraId="479B0791" w14:textId="5A82AD10" w:rsidR="00166490" w:rsidRPr="00B21088" w:rsidRDefault="001C4944">
      <w:pPr>
        <w:spacing w:after="120"/>
        <w:rPr>
          <w:sz w:val="28"/>
          <w:szCs w:val="28"/>
        </w:rPr>
      </w:pPr>
      <w:r w:rsidRPr="00B21088">
        <w:rPr>
          <w:sz w:val="28"/>
          <w:szCs w:val="28"/>
        </w:rPr>
        <w:t>_______________________________________________________________________.</w:t>
      </w:r>
    </w:p>
    <w:p w14:paraId="217E2F40" w14:textId="77777777" w:rsidR="00166490" w:rsidRPr="00B21088" w:rsidRDefault="001C4944">
      <w:pPr>
        <w:spacing w:after="80"/>
        <w:rPr>
          <w:sz w:val="28"/>
          <w:szCs w:val="28"/>
        </w:rPr>
      </w:pPr>
      <w:r w:rsidRPr="00B21088">
        <w:rPr>
          <w:b/>
          <w:sz w:val="28"/>
          <w:szCs w:val="28"/>
        </w:rPr>
        <w:t>B. Rewrite the sentences without changing their meanings.</w:t>
      </w:r>
    </w:p>
    <w:p w14:paraId="00E78179" w14:textId="62362DA1" w:rsidR="00166490" w:rsidRPr="00B21088" w:rsidRDefault="001C4944">
      <w:pPr>
        <w:spacing w:after="40"/>
        <w:rPr>
          <w:sz w:val="28"/>
          <w:szCs w:val="28"/>
        </w:rPr>
      </w:pPr>
      <w:r w:rsidRPr="00B21088">
        <w:rPr>
          <w:sz w:val="28"/>
          <w:szCs w:val="28"/>
        </w:rPr>
        <w:t xml:space="preserve">38. This is the desk of my sister. </w:t>
      </w:r>
    </w:p>
    <w:p w14:paraId="4C5E9C8E" w14:textId="77777777" w:rsidR="00166490" w:rsidRPr="00B21088" w:rsidRDefault="001C4944">
      <w:pPr>
        <w:spacing w:after="80"/>
        <w:rPr>
          <w:sz w:val="28"/>
          <w:szCs w:val="28"/>
        </w:rPr>
      </w:pPr>
      <w:r w:rsidRPr="00B21088">
        <w:rPr>
          <w:sz w:val="28"/>
          <w:szCs w:val="28"/>
        </w:rPr>
        <w:t>This is _________________________________________________________________.</w:t>
      </w:r>
    </w:p>
    <w:p w14:paraId="64A8C3C2" w14:textId="77777777" w:rsidR="00166490" w:rsidRPr="00B21088" w:rsidRDefault="001C4944">
      <w:pPr>
        <w:spacing w:after="40"/>
        <w:rPr>
          <w:sz w:val="28"/>
          <w:szCs w:val="28"/>
        </w:rPr>
      </w:pPr>
      <w:r w:rsidRPr="00B21088">
        <w:rPr>
          <w:sz w:val="28"/>
          <w:szCs w:val="28"/>
        </w:rPr>
        <w:t>39. The cat is behind the sofa.</w:t>
      </w:r>
    </w:p>
    <w:p w14:paraId="396ADC6B" w14:textId="77777777" w:rsidR="00166490" w:rsidRPr="00B21088" w:rsidRDefault="001C4944">
      <w:pPr>
        <w:spacing w:after="80"/>
        <w:rPr>
          <w:sz w:val="28"/>
          <w:szCs w:val="28"/>
        </w:rPr>
      </w:pPr>
      <w:r w:rsidRPr="00B21088">
        <w:rPr>
          <w:sz w:val="28"/>
          <w:szCs w:val="28"/>
        </w:rPr>
        <w:t>The sofa is _____________________________________________________________.</w:t>
      </w:r>
    </w:p>
    <w:p w14:paraId="5396C0C6" w14:textId="77777777" w:rsidR="00166490" w:rsidRPr="00B21088" w:rsidRDefault="001C4944">
      <w:pPr>
        <w:spacing w:after="40"/>
        <w:rPr>
          <w:sz w:val="28"/>
          <w:szCs w:val="28"/>
        </w:rPr>
      </w:pPr>
      <w:r w:rsidRPr="00B21088">
        <w:rPr>
          <w:sz w:val="28"/>
          <w:szCs w:val="28"/>
        </w:rPr>
        <w:t>40. There are two bathrooms in my house.</w:t>
      </w:r>
    </w:p>
    <w:p w14:paraId="596E45D8" w14:textId="252CDA60" w:rsidR="00166490" w:rsidRPr="00B21088" w:rsidRDefault="001C4944">
      <w:pPr>
        <w:spacing w:after="80"/>
        <w:rPr>
          <w:sz w:val="28"/>
          <w:szCs w:val="28"/>
        </w:rPr>
      </w:pPr>
      <w:r w:rsidRPr="00B21088">
        <w:rPr>
          <w:sz w:val="28"/>
          <w:szCs w:val="28"/>
        </w:rPr>
        <w:t>My house ______________________________________________________________.</w:t>
      </w:r>
    </w:p>
    <w:p w14:paraId="767A481B" w14:textId="77777777" w:rsidR="00166490" w:rsidRPr="00B21088" w:rsidRDefault="001C4944">
      <w:pPr>
        <w:spacing w:after="40"/>
        <w:rPr>
          <w:sz w:val="28"/>
          <w:szCs w:val="28"/>
        </w:rPr>
      </w:pPr>
      <w:r w:rsidRPr="00B21088">
        <w:rPr>
          <w:sz w:val="28"/>
          <w:szCs w:val="28"/>
        </w:rPr>
        <w:br w:type="page"/>
      </w:r>
    </w:p>
    <w:p w14:paraId="4C2D2F71" w14:textId="77777777" w:rsidR="00166490" w:rsidRPr="00B21088" w:rsidRDefault="001C4944">
      <w:pPr>
        <w:spacing w:after="120"/>
        <w:jc w:val="center"/>
        <w:rPr>
          <w:sz w:val="28"/>
          <w:szCs w:val="28"/>
        </w:rPr>
      </w:pPr>
      <w:r w:rsidRPr="00B21088">
        <w:rPr>
          <w:b/>
          <w:sz w:val="28"/>
          <w:szCs w:val="28"/>
        </w:rPr>
        <w:lastRenderedPageBreak/>
        <w:t>AUDIO SCRIPT (PHẦN I: LISTENING)</w:t>
      </w:r>
    </w:p>
    <w:p w14:paraId="7C81D0CC" w14:textId="77777777" w:rsidR="00166490" w:rsidRPr="00B21088" w:rsidRDefault="001C4944">
      <w:pPr>
        <w:spacing w:after="160"/>
        <w:rPr>
          <w:sz w:val="28"/>
          <w:szCs w:val="28"/>
        </w:rPr>
      </w:pPr>
      <w:r w:rsidRPr="00B21088">
        <w:rPr>
          <w:sz w:val="28"/>
          <w:szCs w:val="28"/>
        </w:rPr>
        <w:t>Hello. My name is Mai. I live in a new town house near my school. It is not very big, but I like it very much. There are five rooms in my house: a living room, a kitchen, two bedrooms and a bathroom. My favourite room is my bedroom because it is quiet. There is a bed next to the window and a desk between the bed and the wardrobe. In the living room, there is a sofa in front of the TV and two lamps next to the sofa. My brother and I usually do our homework at the desk in our bedrooms. At weekends, my family often cleans the house together.</w:t>
      </w:r>
    </w:p>
    <w:p w14:paraId="1B341EA5" w14:textId="77777777" w:rsidR="00166490" w:rsidRPr="00B21088" w:rsidRDefault="001C4944">
      <w:pPr>
        <w:spacing w:after="120"/>
        <w:jc w:val="center"/>
        <w:rPr>
          <w:sz w:val="28"/>
          <w:szCs w:val="28"/>
        </w:rPr>
      </w:pPr>
      <w:r w:rsidRPr="00B21088">
        <w:rPr>
          <w:b/>
          <w:sz w:val="28"/>
          <w:szCs w:val="28"/>
        </w:rPr>
        <w:t>*************************************</w:t>
      </w:r>
    </w:p>
    <w:p w14:paraId="39884F39" w14:textId="77777777" w:rsidR="00166490" w:rsidRPr="00B21088" w:rsidRDefault="001C4944">
      <w:pPr>
        <w:spacing w:after="120"/>
        <w:jc w:val="center"/>
        <w:rPr>
          <w:sz w:val="28"/>
          <w:szCs w:val="28"/>
        </w:rPr>
      </w:pPr>
      <w:r w:rsidRPr="00B21088">
        <w:rPr>
          <w:b/>
          <w:sz w:val="28"/>
          <w:szCs w:val="28"/>
        </w:rPr>
        <w:t>Đáp án tham khảo</w:t>
      </w:r>
    </w:p>
    <w:p w14:paraId="3D5408C9" w14:textId="77777777" w:rsidR="00166490" w:rsidRPr="00B21088" w:rsidRDefault="001C4944">
      <w:pPr>
        <w:spacing w:after="40"/>
        <w:rPr>
          <w:sz w:val="28"/>
          <w:szCs w:val="28"/>
        </w:rPr>
      </w:pPr>
      <w:r w:rsidRPr="00B21088">
        <w:rPr>
          <w:sz w:val="28"/>
          <w:szCs w:val="28"/>
        </w:rPr>
        <w:t>Listening: 1. F | 2. F | 3. F | 4. F | 5. T</w:t>
      </w:r>
    </w:p>
    <w:p w14:paraId="5BE1E102" w14:textId="77777777" w:rsidR="00166490" w:rsidRPr="00B21088" w:rsidRDefault="001C4944">
      <w:pPr>
        <w:spacing w:after="40"/>
        <w:rPr>
          <w:sz w:val="28"/>
          <w:szCs w:val="28"/>
        </w:rPr>
      </w:pPr>
      <w:r w:rsidRPr="00B21088">
        <w:rPr>
          <w:sz w:val="28"/>
          <w:szCs w:val="28"/>
        </w:rPr>
        <w:t>II. Pronunciation: 6. C | 7. D | 8. C | 9. B</w:t>
      </w:r>
    </w:p>
    <w:p w14:paraId="0381E957" w14:textId="77777777" w:rsidR="00166490" w:rsidRPr="00B21088" w:rsidRDefault="001C4944">
      <w:pPr>
        <w:spacing w:after="40"/>
        <w:rPr>
          <w:sz w:val="28"/>
          <w:szCs w:val="28"/>
        </w:rPr>
      </w:pPr>
      <w:r w:rsidRPr="00B21088">
        <w:rPr>
          <w:sz w:val="28"/>
          <w:szCs w:val="28"/>
        </w:rPr>
        <w:t>III. Language use: 10. B | 11. A | 12. B | 13. C | 14. A | 15. B</w:t>
      </w:r>
    </w:p>
    <w:p w14:paraId="29E15964" w14:textId="77777777" w:rsidR="00166490" w:rsidRPr="00B21088" w:rsidRDefault="001C4944">
      <w:pPr>
        <w:spacing w:after="40"/>
        <w:rPr>
          <w:sz w:val="28"/>
          <w:szCs w:val="28"/>
        </w:rPr>
      </w:pPr>
      <w:r w:rsidRPr="00B21088">
        <w:rPr>
          <w:sz w:val="28"/>
          <w:szCs w:val="28"/>
        </w:rPr>
        <w:t>IV. Signs &amp; Notices: 16. B | 17. A | 18. A | 19. B</w:t>
      </w:r>
    </w:p>
    <w:p w14:paraId="452F204D" w14:textId="41808744" w:rsidR="00166490" w:rsidRPr="00B21088" w:rsidRDefault="001C4944">
      <w:pPr>
        <w:spacing w:after="40"/>
        <w:rPr>
          <w:sz w:val="28"/>
          <w:szCs w:val="28"/>
        </w:rPr>
      </w:pPr>
      <w:r w:rsidRPr="00B21088">
        <w:rPr>
          <w:sz w:val="28"/>
          <w:szCs w:val="28"/>
        </w:rPr>
        <w:t xml:space="preserve">V. Logic: 20. A | 21. A | 22. A | 23. </w:t>
      </w:r>
      <w:r w:rsidR="00C539F0">
        <w:rPr>
          <w:sz w:val="28"/>
          <w:szCs w:val="28"/>
        </w:rPr>
        <w:t>D</w:t>
      </w:r>
    </w:p>
    <w:p w14:paraId="3BF7150C" w14:textId="77777777" w:rsidR="00166490" w:rsidRPr="00B21088" w:rsidRDefault="001C4944">
      <w:pPr>
        <w:spacing w:after="40"/>
        <w:rPr>
          <w:sz w:val="28"/>
          <w:szCs w:val="28"/>
        </w:rPr>
      </w:pPr>
      <w:r w:rsidRPr="00B21088">
        <w:rPr>
          <w:sz w:val="28"/>
          <w:szCs w:val="28"/>
        </w:rPr>
        <w:t>VI. Reading - Cloze Test: 24. B | 25. A | 26. C | 27. A</w:t>
      </w:r>
    </w:p>
    <w:p w14:paraId="10EF367E" w14:textId="77777777" w:rsidR="00166490" w:rsidRPr="00B21088" w:rsidRDefault="001C4944">
      <w:pPr>
        <w:spacing w:after="40"/>
        <w:rPr>
          <w:sz w:val="28"/>
          <w:szCs w:val="28"/>
        </w:rPr>
      </w:pPr>
      <w:r w:rsidRPr="00B21088">
        <w:rPr>
          <w:sz w:val="28"/>
          <w:szCs w:val="28"/>
        </w:rPr>
        <w:t>Reading Comprehension: 28. A | 29. B | 30. C | 31. B | 32. B | 33. A | 34. B | 35. A</w:t>
      </w:r>
    </w:p>
    <w:p w14:paraId="440A3E0A" w14:textId="77777777" w:rsidR="00166490" w:rsidRPr="00B21088" w:rsidRDefault="001C4944">
      <w:pPr>
        <w:spacing w:after="40"/>
        <w:rPr>
          <w:sz w:val="28"/>
          <w:szCs w:val="28"/>
        </w:rPr>
      </w:pPr>
      <w:r w:rsidRPr="00B21088">
        <w:rPr>
          <w:sz w:val="28"/>
          <w:szCs w:val="28"/>
        </w:rPr>
        <w:t>VII. Writing:</w:t>
      </w:r>
    </w:p>
    <w:p w14:paraId="57FADD4C" w14:textId="77777777" w:rsidR="00166490" w:rsidRPr="00B21088" w:rsidRDefault="001C4944">
      <w:pPr>
        <w:spacing w:after="40"/>
        <w:rPr>
          <w:sz w:val="28"/>
          <w:szCs w:val="28"/>
        </w:rPr>
      </w:pPr>
      <w:r w:rsidRPr="00B21088">
        <w:rPr>
          <w:sz w:val="28"/>
          <w:szCs w:val="28"/>
        </w:rPr>
        <w:t>36. My house has six rooms and a big kitchen.</w:t>
      </w:r>
    </w:p>
    <w:p w14:paraId="4E089A61" w14:textId="77777777" w:rsidR="00166490" w:rsidRPr="00B21088" w:rsidRDefault="001C4944">
      <w:pPr>
        <w:spacing w:after="40"/>
        <w:rPr>
          <w:sz w:val="28"/>
          <w:szCs w:val="28"/>
        </w:rPr>
      </w:pPr>
      <w:r w:rsidRPr="00B21088">
        <w:rPr>
          <w:sz w:val="28"/>
          <w:szCs w:val="28"/>
        </w:rPr>
        <w:t>37. The sofa is in front of the TV.</w:t>
      </w:r>
    </w:p>
    <w:p w14:paraId="3B17590D" w14:textId="77777777" w:rsidR="00166490" w:rsidRPr="00B21088" w:rsidRDefault="001C4944">
      <w:pPr>
        <w:spacing w:after="40"/>
        <w:rPr>
          <w:sz w:val="28"/>
          <w:szCs w:val="28"/>
        </w:rPr>
      </w:pPr>
      <w:r w:rsidRPr="00B21088">
        <w:rPr>
          <w:sz w:val="28"/>
          <w:szCs w:val="28"/>
        </w:rPr>
        <w:t>38. This is my sister's desk.</w:t>
      </w:r>
    </w:p>
    <w:p w14:paraId="09C00B16" w14:textId="77777777" w:rsidR="00166490" w:rsidRPr="00B21088" w:rsidRDefault="001C4944">
      <w:pPr>
        <w:spacing w:after="40"/>
        <w:rPr>
          <w:sz w:val="28"/>
          <w:szCs w:val="28"/>
        </w:rPr>
      </w:pPr>
      <w:r w:rsidRPr="00B21088">
        <w:rPr>
          <w:sz w:val="28"/>
          <w:szCs w:val="28"/>
        </w:rPr>
        <w:t>39. The sofa is in front of the cat.</w:t>
      </w:r>
    </w:p>
    <w:p w14:paraId="277609C9" w14:textId="77777777" w:rsidR="00166490" w:rsidRPr="00B21088" w:rsidRDefault="001C4944">
      <w:pPr>
        <w:spacing w:after="40"/>
        <w:rPr>
          <w:sz w:val="28"/>
          <w:szCs w:val="28"/>
        </w:rPr>
      </w:pPr>
      <w:r w:rsidRPr="00B21088">
        <w:rPr>
          <w:sz w:val="28"/>
          <w:szCs w:val="28"/>
        </w:rPr>
        <w:t>40. My house has two bathrooms.</w:t>
      </w:r>
    </w:p>
    <w:sectPr w:rsidR="00166490" w:rsidRPr="00B21088" w:rsidSect="00B613CE">
      <w:headerReference w:type="even" r:id="rId12"/>
      <w:headerReference w:type="default" r:id="rId13"/>
      <w:footerReference w:type="even" r:id="rId14"/>
      <w:footerReference w:type="default" r:id="rId15"/>
      <w:headerReference w:type="first" r:id="rId16"/>
      <w:footerReference w:type="first" r:id="rId17"/>
      <w:pgSz w:w="11909" w:h="16834"/>
      <w:pgMar w:top="792" w:right="936" w:bottom="792" w:left="936" w:header="720" w:footer="720" w:gutter="0"/>
      <w:pgBorders w:offsetFrom="page">
        <w:top w:val="weavingStrips" w:sz="12" w:space="18" w:color="0070C0"/>
        <w:left w:val="weavingStrips" w:sz="12" w:space="18" w:color="0070C0"/>
        <w:bottom w:val="weavingStrips" w:sz="12" w:space="18" w:color="0070C0"/>
        <w:right w:val="weavingStrips" w:sz="12" w:space="18"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5EE95" w14:textId="77777777" w:rsidR="00A02D50" w:rsidRDefault="00A02D50">
      <w:pPr>
        <w:spacing w:after="0" w:line="240" w:lineRule="auto"/>
      </w:pPr>
      <w:r>
        <w:separator/>
      </w:r>
    </w:p>
  </w:endnote>
  <w:endnote w:type="continuationSeparator" w:id="0">
    <w:p w14:paraId="7A2189E5" w14:textId="77777777" w:rsidR="00A02D50" w:rsidRDefault="00A0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30F9A" w14:textId="77777777" w:rsidR="00930FDA" w:rsidRDefault="00930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269C" w14:textId="66F9DA78" w:rsidR="00166490" w:rsidRPr="00381A9D" w:rsidRDefault="00166490" w:rsidP="00381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A0086" w14:textId="77777777" w:rsidR="00930FDA" w:rsidRDefault="00930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9DB35" w14:textId="77777777" w:rsidR="00A02D50" w:rsidRDefault="00A02D50">
      <w:pPr>
        <w:spacing w:after="0" w:line="240" w:lineRule="auto"/>
      </w:pPr>
      <w:r>
        <w:separator/>
      </w:r>
    </w:p>
  </w:footnote>
  <w:footnote w:type="continuationSeparator" w:id="0">
    <w:p w14:paraId="40854F16" w14:textId="77777777" w:rsidR="00A02D50" w:rsidRDefault="00A0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31E0" w14:textId="77777777" w:rsidR="00930FDA" w:rsidRDefault="00930F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E11FC" w14:textId="57197D69" w:rsidR="00166490" w:rsidRPr="00930FDA" w:rsidRDefault="00166490" w:rsidP="00930F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9264" w14:textId="77777777" w:rsidR="00930FDA" w:rsidRDefault="00930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6490"/>
    <w:rsid w:val="00177A77"/>
    <w:rsid w:val="0019151E"/>
    <w:rsid w:val="001B08C5"/>
    <w:rsid w:val="001B6CAD"/>
    <w:rsid w:val="001C4944"/>
    <w:rsid w:val="002037CB"/>
    <w:rsid w:val="00257B74"/>
    <w:rsid w:val="0029639D"/>
    <w:rsid w:val="00326F90"/>
    <w:rsid w:val="00370C80"/>
    <w:rsid w:val="00381A9D"/>
    <w:rsid w:val="007D7433"/>
    <w:rsid w:val="00917F12"/>
    <w:rsid w:val="00930FDA"/>
    <w:rsid w:val="009B621B"/>
    <w:rsid w:val="00A02D50"/>
    <w:rsid w:val="00A06C17"/>
    <w:rsid w:val="00AA1D8D"/>
    <w:rsid w:val="00B21088"/>
    <w:rsid w:val="00B47730"/>
    <w:rsid w:val="00B613CE"/>
    <w:rsid w:val="00C539F0"/>
    <w:rsid w:val="00C64EB0"/>
    <w:rsid w:val="00CA39F7"/>
    <w:rsid w:val="00CB0664"/>
    <w:rsid w:val="00D06B06"/>
    <w:rsid w:val="00D22FE4"/>
    <w:rsid w:val="00D960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B7B9D"/>
  <w14:defaultImageDpi w14:val="300"/>
  <w15:docId w15:val="{BF87CA0F-05D8-4BF8-A2CB-0CB9E4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21088"/>
    <w:rPr>
      <w:color w:val="0000FF" w:themeColor="hyperlink"/>
      <w:u w:val="single"/>
    </w:rPr>
  </w:style>
  <w:style w:type="character" w:customStyle="1" w:styleId="UnresolvedMention">
    <w:name w:val="Unresolved Mention"/>
    <w:basedOn w:val="DefaultParagraphFont"/>
    <w:uiPriority w:val="99"/>
    <w:semiHidden/>
    <w:unhideWhenUsed/>
    <w:rsid w:val="00B21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0EBC4-2A6F-41FA-9BE6-68ABC61E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SAMWATEK 22</cp:lastModifiedBy>
  <cp:revision>13</cp:revision>
  <dcterms:created xsi:type="dcterms:W3CDTF">2013-12-23T23:15:00Z</dcterms:created>
  <dcterms:modified xsi:type="dcterms:W3CDTF">2026-08-18T03:43:00Z</dcterms:modified>
  <cp:category/>
</cp:coreProperties>
</file>