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7: OUR FAVOURITE SCHOOL ACTIVITIES</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In Science, we work in groups to ____.</w:t>
      </w:r>
    </w:p>
    <w:p>
      <w:pPr>
        <w:spacing w:after="40"/>
        <w:ind w:left="255"/>
      </w:pPr>
      <w:r>
        <w:rPr>
          <w:rFonts w:ascii="Arial" w:hAnsi="Arial" w:eastAsia="Arial"/>
          <w:b w:val="0"/>
          <w:i w:val="0"/>
          <w:color w:val="000000"/>
          <w:sz w:val="21"/>
        </w:rPr>
        <w:t>A. interesting</w:t>
      </w:r>
      <w:r>
        <w:t xml:space="preserve">       </w:t>
      </w:r>
      <w:r>
        <w:rPr>
          <w:rFonts w:ascii="Arial" w:hAnsi="Arial" w:eastAsia="Arial"/>
          <w:b w:val="0"/>
          <w:i w:val="0"/>
          <w:color w:val="000000"/>
          <w:sz w:val="21"/>
        </w:rPr>
        <w:t>B. do projects</w:t>
      </w:r>
      <w:r>
        <w:t xml:space="preserve">       </w:t>
      </w:r>
      <w:r>
        <w:rPr>
          <w:rFonts w:ascii="Arial" w:hAnsi="Arial" w:eastAsia="Arial"/>
          <w:b w:val="0"/>
          <w:i w:val="0"/>
          <w:color w:val="000000"/>
          <w:sz w:val="21"/>
        </w:rPr>
        <w:t>C. easy</w:t>
      </w:r>
      <w:r>
        <w:t xml:space="preserve">       </w:t>
      </w:r>
      <w:r>
        <w:rPr>
          <w:rFonts w:ascii="Arial" w:hAnsi="Arial" w:eastAsia="Arial"/>
          <w:b w:val="0"/>
          <w:i w:val="0"/>
          <w:color w:val="000000"/>
          <w:sz w:val="21"/>
        </w:rPr>
        <w:t>D. read books</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The pupils sometimes ____ at break time.</w:t>
      </w:r>
    </w:p>
    <w:p>
      <w:pPr>
        <w:spacing w:after="40"/>
        <w:ind w:left="255"/>
      </w:pPr>
      <w:r>
        <w:rPr>
          <w:rFonts w:ascii="Arial" w:hAnsi="Arial" w:eastAsia="Arial"/>
          <w:b w:val="0"/>
          <w:i w:val="0"/>
          <w:color w:val="000000"/>
          <w:sz w:val="21"/>
        </w:rPr>
        <w:t>A. play games</w:t>
      </w:r>
      <w:r>
        <w:t xml:space="preserve">       </w:t>
      </w:r>
      <w:r>
        <w:rPr>
          <w:rFonts w:ascii="Arial" w:hAnsi="Arial" w:eastAsia="Arial"/>
          <w:b w:val="0"/>
          <w:i w:val="0"/>
          <w:color w:val="000000"/>
          <w:sz w:val="21"/>
        </w:rPr>
        <w:t>B. easy</w:t>
      </w:r>
      <w:r>
        <w:t xml:space="preserve">       </w:t>
      </w:r>
      <w:r>
        <w:rPr>
          <w:rFonts w:ascii="Arial" w:hAnsi="Arial" w:eastAsia="Arial"/>
          <w:b w:val="0"/>
          <w:i w:val="0"/>
          <w:color w:val="000000"/>
          <w:sz w:val="21"/>
        </w:rPr>
        <w:t>C. solve maths problems</w:t>
      </w:r>
      <w:r>
        <w:t xml:space="preserve">       </w:t>
      </w:r>
      <w:r>
        <w:rPr>
          <w:rFonts w:ascii="Arial" w:hAnsi="Arial" w:eastAsia="Arial"/>
          <w:b w:val="0"/>
          <w:i w:val="0"/>
          <w:color w:val="000000"/>
          <w:sz w:val="21"/>
        </w:rPr>
        <w:t>D. difficult</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I go to the library to ____.</w:t>
      </w:r>
    </w:p>
    <w:p>
      <w:pPr>
        <w:spacing w:after="40"/>
        <w:ind w:left="255"/>
      </w:pPr>
      <w:r>
        <w:rPr>
          <w:rFonts w:ascii="Arial" w:hAnsi="Arial" w:eastAsia="Arial"/>
          <w:b w:val="0"/>
          <w:i w:val="0"/>
          <w:color w:val="000000"/>
          <w:sz w:val="21"/>
        </w:rPr>
        <w:t>A. interesting</w:t>
      </w:r>
      <w:r>
        <w:t xml:space="preserve">       </w:t>
      </w:r>
      <w:r>
        <w:rPr>
          <w:rFonts w:ascii="Arial" w:hAnsi="Arial" w:eastAsia="Arial"/>
          <w:b w:val="0"/>
          <w:i w:val="0"/>
          <w:color w:val="000000"/>
          <w:sz w:val="21"/>
        </w:rPr>
        <w:t>B. easy</w:t>
      </w:r>
      <w:r>
        <w:t xml:space="preserve">       </w:t>
      </w:r>
      <w:r>
        <w:rPr>
          <w:rFonts w:ascii="Arial" w:hAnsi="Arial" w:eastAsia="Arial"/>
          <w:b w:val="0"/>
          <w:i w:val="0"/>
          <w:color w:val="000000"/>
          <w:sz w:val="21"/>
        </w:rPr>
        <w:t>C. read books</w:t>
      </w:r>
      <w:r>
        <w:t xml:space="preserve">       </w:t>
      </w:r>
      <w:r>
        <w:rPr>
          <w:rFonts w:ascii="Arial" w:hAnsi="Arial" w:eastAsia="Arial"/>
          <w:b w:val="0"/>
          <w:i w:val="0"/>
          <w:color w:val="000000"/>
          <w:sz w:val="21"/>
        </w:rPr>
        <w:t>D. useful</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Nam likes numbers and can ____ quickly.</w:t>
      </w:r>
    </w:p>
    <w:p>
      <w:pPr>
        <w:spacing w:after="40"/>
        <w:ind w:left="255"/>
      </w:pPr>
      <w:r>
        <w:rPr>
          <w:rFonts w:ascii="Arial" w:hAnsi="Arial" w:eastAsia="Arial"/>
          <w:b w:val="0"/>
          <w:i w:val="0"/>
          <w:color w:val="000000"/>
          <w:sz w:val="21"/>
        </w:rPr>
        <w:t>A. solve maths problems</w:t>
      </w:r>
      <w:r>
        <w:t xml:space="preserve">        </w:t>
      </w:r>
      <w:r>
        <w:rPr>
          <w:rFonts w:ascii="Arial" w:hAnsi="Arial" w:eastAsia="Arial"/>
          <w:b w:val="0"/>
          <w:i w:val="0"/>
          <w:color w:val="000000"/>
          <w:sz w:val="21"/>
        </w:rPr>
        <w:t>B. difficult</w:t>
      </w:r>
      <w:r>
        <w:br/>
      </w:r>
      <w:r>
        <w:rPr>
          <w:rFonts w:ascii="Arial" w:hAnsi="Arial" w:eastAsia="Arial"/>
          <w:b w:val="0"/>
          <w:i w:val="0"/>
          <w:color w:val="000000"/>
          <w:sz w:val="21"/>
        </w:rPr>
        <w:t>C. play games</w:t>
      </w:r>
      <w:r>
        <w:t xml:space="preserve">        </w:t>
      </w:r>
      <w:r>
        <w:rPr>
          <w:rFonts w:ascii="Arial" w:hAnsi="Arial" w:eastAsia="Arial"/>
          <w:b w:val="0"/>
          <w:i w:val="0"/>
          <w:color w:val="000000"/>
          <w:sz w:val="21"/>
        </w:rPr>
        <w:t>D. do projects</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This question is very ____. I cannot answer it.</w:t>
      </w:r>
    </w:p>
    <w:p>
      <w:pPr>
        <w:spacing w:after="40"/>
        <w:ind w:left="255"/>
      </w:pPr>
      <w:r>
        <w:rPr>
          <w:rFonts w:ascii="Arial" w:hAnsi="Arial" w:eastAsia="Arial"/>
          <w:b w:val="0"/>
          <w:i w:val="0"/>
          <w:color w:val="000000"/>
          <w:sz w:val="21"/>
        </w:rPr>
        <w:t>A. solve maths problems</w:t>
      </w:r>
      <w:r>
        <w:t xml:space="preserve">       </w:t>
      </w:r>
      <w:r>
        <w:rPr>
          <w:rFonts w:ascii="Arial" w:hAnsi="Arial" w:eastAsia="Arial"/>
          <w:b w:val="0"/>
          <w:i w:val="0"/>
          <w:color w:val="000000"/>
          <w:sz w:val="21"/>
        </w:rPr>
        <w:t>B. difficult</w:t>
      </w:r>
      <w:r>
        <w:t xml:space="preserve">       </w:t>
      </w:r>
      <w:r>
        <w:rPr>
          <w:rFonts w:ascii="Arial" w:hAnsi="Arial" w:eastAsia="Arial"/>
          <w:b w:val="0"/>
          <w:i w:val="0"/>
          <w:color w:val="000000"/>
          <w:sz w:val="21"/>
        </w:rPr>
        <w:t>C. easy</w:t>
      </w:r>
      <w:r>
        <w:t xml:space="preserve">       </w:t>
      </w:r>
      <w:r>
        <w:rPr>
          <w:rFonts w:ascii="Arial" w:hAnsi="Arial" w:eastAsia="Arial"/>
          <w:b w:val="0"/>
          <w:i w:val="0"/>
          <w:color w:val="000000"/>
          <w:sz w:val="21"/>
        </w:rPr>
        <w:t>D. play games</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The first exercise is ____. Everyone can do it.</w:t>
      </w:r>
    </w:p>
    <w:p>
      <w:pPr>
        <w:spacing w:after="40"/>
        <w:ind w:left="255"/>
      </w:pPr>
      <w:r>
        <w:rPr>
          <w:rFonts w:ascii="Arial" w:hAnsi="Arial" w:eastAsia="Arial"/>
          <w:b w:val="0"/>
          <w:i w:val="0"/>
          <w:color w:val="000000"/>
          <w:sz w:val="21"/>
        </w:rPr>
        <w:t>A. do projects</w:t>
      </w:r>
      <w:r>
        <w:t xml:space="preserve">       </w:t>
      </w:r>
      <w:r>
        <w:rPr>
          <w:rFonts w:ascii="Arial" w:hAnsi="Arial" w:eastAsia="Arial"/>
          <w:b w:val="0"/>
          <w:i w:val="0"/>
          <w:color w:val="000000"/>
          <w:sz w:val="21"/>
        </w:rPr>
        <w:t>B. play games</w:t>
      </w:r>
      <w:r>
        <w:t xml:space="preserve">       </w:t>
      </w:r>
      <w:r>
        <w:rPr>
          <w:rFonts w:ascii="Arial" w:hAnsi="Arial" w:eastAsia="Arial"/>
          <w:b w:val="0"/>
          <w:i w:val="0"/>
          <w:color w:val="000000"/>
          <w:sz w:val="21"/>
        </w:rPr>
        <w:t>C. useful</w:t>
      </w:r>
      <w:r>
        <w:t xml:space="preserve">       </w:t>
      </w:r>
      <w:r>
        <w:rPr>
          <w:rFonts w:ascii="Arial" w:hAnsi="Arial" w:eastAsia="Arial"/>
          <w:b w:val="0"/>
          <w:i w:val="0"/>
          <w:color w:val="000000"/>
          <w:sz w:val="21"/>
        </w:rPr>
        <w:t>D. easy</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Learning how to use a computer is ____.</w:t>
      </w:r>
    </w:p>
    <w:p>
      <w:pPr>
        <w:spacing w:after="40"/>
        <w:ind w:left="255"/>
      </w:pPr>
      <w:r>
        <w:rPr>
          <w:rFonts w:ascii="Arial" w:hAnsi="Arial" w:eastAsia="Arial"/>
          <w:b w:val="0"/>
          <w:i w:val="0"/>
          <w:color w:val="000000"/>
          <w:sz w:val="21"/>
        </w:rPr>
        <w:t>A. easy</w:t>
      </w:r>
      <w:r>
        <w:t xml:space="preserve">       </w:t>
      </w:r>
      <w:r>
        <w:rPr>
          <w:rFonts w:ascii="Arial" w:hAnsi="Arial" w:eastAsia="Arial"/>
          <w:b w:val="0"/>
          <w:i w:val="0"/>
          <w:color w:val="000000"/>
          <w:sz w:val="21"/>
        </w:rPr>
        <w:t>B. play games</w:t>
      </w:r>
      <w:r>
        <w:t xml:space="preserve">       </w:t>
      </w:r>
      <w:r>
        <w:rPr>
          <w:rFonts w:ascii="Arial" w:hAnsi="Arial" w:eastAsia="Arial"/>
          <w:b w:val="0"/>
          <w:i w:val="0"/>
          <w:color w:val="000000"/>
          <w:sz w:val="21"/>
        </w:rPr>
        <w:t>C. useful</w:t>
      </w:r>
      <w:r>
        <w:t xml:space="preserve">       </w:t>
      </w:r>
      <w:r>
        <w:rPr>
          <w:rFonts w:ascii="Arial" w:hAnsi="Arial" w:eastAsia="Arial"/>
          <w:b w:val="0"/>
          <w:i w:val="0"/>
          <w:color w:val="000000"/>
          <w:sz w:val="21"/>
        </w:rPr>
        <w:t>D. interesting</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 story about space is very ____.</w:t>
      </w:r>
    </w:p>
    <w:p>
      <w:pPr>
        <w:spacing w:after="40"/>
        <w:ind w:left="255"/>
      </w:pPr>
      <w:r>
        <w:rPr>
          <w:rFonts w:ascii="Arial" w:hAnsi="Arial" w:eastAsia="Arial"/>
          <w:b w:val="0"/>
          <w:i w:val="0"/>
          <w:color w:val="000000"/>
          <w:sz w:val="21"/>
        </w:rPr>
        <w:t>A. play games</w:t>
      </w:r>
      <w:r>
        <w:t xml:space="preserve">        </w:t>
      </w:r>
      <w:r>
        <w:rPr>
          <w:rFonts w:ascii="Arial" w:hAnsi="Arial" w:eastAsia="Arial"/>
          <w:b w:val="0"/>
          <w:i w:val="0"/>
          <w:color w:val="000000"/>
          <w:sz w:val="21"/>
        </w:rPr>
        <w:t>B. interesting</w:t>
      </w:r>
      <w:r>
        <w:br/>
      </w:r>
      <w:r>
        <w:rPr>
          <w:rFonts w:ascii="Arial" w:hAnsi="Arial" w:eastAsia="Arial"/>
          <w:b w:val="0"/>
          <w:i w:val="0"/>
          <w:color w:val="000000"/>
          <w:sz w:val="21"/>
        </w:rPr>
        <w:t>C. solve maths problems</w:t>
      </w:r>
      <w:r>
        <w:t xml:space="preserve">        </w:t>
      </w:r>
      <w:r>
        <w:rPr>
          <w:rFonts w:ascii="Arial" w:hAnsi="Arial" w:eastAsia="Arial"/>
          <w:b w:val="0"/>
          <w:i w:val="0"/>
          <w:color w:val="000000"/>
          <w:sz w:val="21"/>
        </w:rPr>
        <w:t>D. useful</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What school activity ____ he like?</w:t>
      </w:r>
    </w:p>
    <w:p>
      <w:pPr>
        <w:spacing w:after="40"/>
        <w:ind w:left="255"/>
      </w:pPr>
      <w:r>
        <w:rPr>
          <w:rFonts w:ascii="Arial" w:hAnsi="Arial" w:eastAsia="Arial"/>
          <w:b w:val="0"/>
          <w:i w:val="0"/>
          <w:color w:val="000000"/>
          <w:sz w:val="21"/>
        </w:rPr>
        <w:t>A. are</w:t>
      </w:r>
      <w:r>
        <w:t xml:space="preserve">       </w:t>
      </w:r>
      <w:r>
        <w:rPr>
          <w:rFonts w:ascii="Arial" w:hAnsi="Arial" w:eastAsia="Arial"/>
          <w:b w:val="0"/>
          <w:i w:val="0"/>
          <w:color w:val="000000"/>
          <w:sz w:val="21"/>
        </w:rPr>
        <w:t>B. do</w:t>
      </w:r>
      <w:r>
        <w:t xml:space="preserve">       </w:t>
      </w:r>
      <w:r>
        <w:rPr>
          <w:rFonts w:ascii="Arial" w:hAnsi="Arial" w:eastAsia="Arial"/>
          <w:b w:val="0"/>
          <w:i w:val="0"/>
          <w:color w:val="000000"/>
          <w:sz w:val="21"/>
        </w:rPr>
        <w:t>C. is</w:t>
      </w:r>
      <w:r>
        <w:t xml:space="preserve">       </w:t>
      </w:r>
      <w:r>
        <w:rPr>
          <w:rFonts w:ascii="Arial" w:hAnsi="Arial" w:eastAsia="Arial"/>
          <w:b w:val="0"/>
          <w:i w:val="0"/>
          <w:color w:val="000000"/>
          <w:sz w:val="21"/>
        </w:rPr>
        <w:t>D. does</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He ____ solving maths problems.</w:t>
      </w:r>
    </w:p>
    <w:p>
      <w:pPr>
        <w:spacing w:after="40"/>
        <w:ind w:left="255"/>
      </w:pPr>
      <w:r>
        <w:rPr>
          <w:rFonts w:ascii="Arial" w:hAnsi="Arial" w:eastAsia="Arial"/>
          <w:b w:val="0"/>
          <w:i w:val="0"/>
          <w:color w:val="000000"/>
          <w:sz w:val="21"/>
        </w:rPr>
        <w:t>A. liked</w:t>
      </w:r>
      <w:r>
        <w:t xml:space="preserve">       </w:t>
      </w:r>
      <w:r>
        <w:rPr>
          <w:rFonts w:ascii="Arial" w:hAnsi="Arial" w:eastAsia="Arial"/>
          <w:b w:val="0"/>
          <w:i w:val="0"/>
          <w:color w:val="000000"/>
          <w:sz w:val="21"/>
        </w:rPr>
        <w:t>B. like</w:t>
      </w:r>
      <w:r>
        <w:t xml:space="preserve">       </w:t>
      </w:r>
      <w:r>
        <w:rPr>
          <w:rFonts w:ascii="Arial" w:hAnsi="Arial" w:eastAsia="Arial"/>
          <w:b w:val="0"/>
          <w:i w:val="0"/>
          <w:color w:val="000000"/>
          <w:sz w:val="21"/>
        </w:rPr>
        <w:t>C. liking</w:t>
      </w:r>
      <w:r>
        <w:t xml:space="preserve">       </w:t>
      </w:r>
      <w:r>
        <w:rPr>
          <w:rFonts w:ascii="Arial" w:hAnsi="Arial" w:eastAsia="Arial"/>
          <w:b w:val="0"/>
          <w:i w:val="0"/>
          <w:color w:val="000000"/>
          <w:sz w:val="21"/>
        </w:rPr>
        <w:t>D. likes</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Why ____ she like doing projects?</w:t>
      </w:r>
    </w:p>
    <w:p>
      <w:pPr>
        <w:spacing w:after="40"/>
        <w:ind w:left="255"/>
      </w:pPr>
      <w:r>
        <w:rPr>
          <w:rFonts w:ascii="Arial" w:hAnsi="Arial" w:eastAsia="Arial"/>
          <w:b w:val="0"/>
          <w:i w:val="0"/>
          <w:color w:val="000000"/>
          <w:sz w:val="21"/>
        </w:rPr>
        <w:t>A. has</w:t>
      </w:r>
      <w:r>
        <w:t xml:space="preserve">       </w:t>
      </w:r>
      <w:r>
        <w:rPr>
          <w:rFonts w:ascii="Arial" w:hAnsi="Arial" w:eastAsia="Arial"/>
          <w:b w:val="0"/>
          <w:i w:val="0"/>
          <w:color w:val="000000"/>
          <w:sz w:val="21"/>
        </w:rPr>
        <w:t>B. do</w:t>
      </w:r>
      <w:r>
        <w:t xml:space="preserve">       </w:t>
      </w:r>
      <w:r>
        <w:rPr>
          <w:rFonts w:ascii="Arial" w:hAnsi="Arial" w:eastAsia="Arial"/>
          <w:b w:val="0"/>
          <w:i w:val="0"/>
          <w:color w:val="000000"/>
          <w:sz w:val="21"/>
        </w:rPr>
        <w:t>C. is</w:t>
      </w:r>
      <w:r>
        <w:t xml:space="preserve">       </w:t>
      </w:r>
      <w:r>
        <w:rPr>
          <w:rFonts w:ascii="Arial" w:hAnsi="Arial" w:eastAsia="Arial"/>
          <w:b w:val="0"/>
          <w:i w:val="0"/>
          <w:color w:val="000000"/>
          <w:sz w:val="21"/>
        </w:rPr>
        <w:t>D. does</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Because she thinks they ____ useful.</w:t>
      </w:r>
    </w:p>
    <w:p>
      <w:pPr>
        <w:spacing w:after="40"/>
        <w:ind w:left="255"/>
      </w:pPr>
      <w:r>
        <w:rPr>
          <w:rFonts w:ascii="Arial" w:hAnsi="Arial" w:eastAsia="Arial"/>
          <w:b w:val="0"/>
          <w:i w:val="0"/>
          <w:color w:val="000000"/>
          <w:sz w:val="21"/>
        </w:rPr>
        <w:t>A. be</w:t>
      </w:r>
      <w:r>
        <w:t xml:space="preserve">       </w:t>
      </w:r>
      <w:r>
        <w:rPr>
          <w:rFonts w:ascii="Arial" w:hAnsi="Arial" w:eastAsia="Arial"/>
          <w:b w:val="0"/>
          <w:i w:val="0"/>
          <w:color w:val="000000"/>
          <w:sz w:val="21"/>
        </w:rPr>
        <w:t>B. are</w:t>
      </w:r>
      <w:r>
        <w:t xml:space="preserve">       </w:t>
      </w:r>
      <w:r>
        <w:rPr>
          <w:rFonts w:ascii="Arial" w:hAnsi="Arial" w:eastAsia="Arial"/>
          <w:b w:val="0"/>
          <w:i w:val="0"/>
          <w:color w:val="000000"/>
          <w:sz w:val="21"/>
        </w:rPr>
        <w:t>C. am</w:t>
      </w:r>
      <w:r>
        <w:t xml:space="preserve">       </w:t>
      </w:r>
      <w:r>
        <w:rPr>
          <w:rFonts w:ascii="Arial" w:hAnsi="Arial" w:eastAsia="Arial"/>
          <w:b w:val="0"/>
          <w:i w:val="0"/>
          <w:color w:val="000000"/>
          <w:sz w:val="21"/>
        </w:rPr>
        <w:t>D. is</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Does Minh like reading books? - Yes, he ____.</w:t>
      </w:r>
    </w:p>
    <w:p>
      <w:pPr>
        <w:spacing w:after="40"/>
        <w:ind w:left="255"/>
      </w:pPr>
      <w:r>
        <w:rPr>
          <w:rFonts w:ascii="Arial" w:hAnsi="Arial" w:eastAsia="Arial"/>
          <w:b w:val="0"/>
          <w:i w:val="0"/>
          <w:color w:val="000000"/>
          <w:sz w:val="21"/>
        </w:rPr>
        <w:t>A. does</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likes</w:t>
      </w:r>
      <w:r>
        <w:t xml:space="preserve">       </w:t>
      </w:r>
      <w:r>
        <w:rPr>
          <w:rFonts w:ascii="Arial" w:hAnsi="Arial" w:eastAsia="Arial"/>
          <w:b w:val="0"/>
          <w:i w:val="0"/>
          <w:color w:val="000000"/>
          <w:sz w:val="21"/>
        </w:rPr>
        <w:t>D. do</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They like ____ games at break time.</w:t>
      </w:r>
    </w:p>
    <w:p>
      <w:pPr>
        <w:spacing w:after="40"/>
        <w:ind w:left="255"/>
      </w:pPr>
      <w:r>
        <w:rPr>
          <w:rFonts w:ascii="Arial" w:hAnsi="Arial" w:eastAsia="Arial"/>
          <w:b w:val="0"/>
          <w:i w:val="0"/>
          <w:color w:val="000000"/>
          <w:sz w:val="21"/>
        </w:rPr>
        <w:t>A. played</w:t>
      </w:r>
      <w:r>
        <w:t xml:space="preserve">       </w:t>
      </w:r>
      <w:r>
        <w:rPr>
          <w:rFonts w:ascii="Arial" w:hAnsi="Arial" w:eastAsia="Arial"/>
          <w:b w:val="0"/>
          <w:i w:val="0"/>
          <w:color w:val="000000"/>
          <w:sz w:val="21"/>
        </w:rPr>
        <w:t>B. play</w:t>
      </w:r>
      <w:r>
        <w:t xml:space="preserve">       </w:t>
      </w:r>
      <w:r>
        <w:rPr>
          <w:rFonts w:ascii="Arial" w:hAnsi="Arial" w:eastAsia="Arial"/>
          <w:b w:val="0"/>
          <w:i w:val="0"/>
          <w:color w:val="000000"/>
          <w:sz w:val="21"/>
        </w:rPr>
        <w:t>C. playing</w:t>
      </w:r>
      <w:r>
        <w:t xml:space="preserve">       </w:t>
      </w:r>
      <w:r>
        <w:rPr>
          <w:rFonts w:ascii="Arial" w:hAnsi="Arial" w:eastAsia="Arial"/>
          <w:b w:val="0"/>
          <w:i w:val="0"/>
          <w:color w:val="000000"/>
          <w:sz w:val="21"/>
        </w:rPr>
        <w:t>D. plays</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Lan smiles during group work because she thinks it is ____.</w:t>
      </w:r>
    </w:p>
    <w:p>
      <w:pPr>
        <w:spacing w:after="40"/>
        <w:ind w:left="255"/>
      </w:pPr>
      <w:r>
        <w:rPr>
          <w:rFonts w:ascii="Arial" w:hAnsi="Arial" w:eastAsia="Arial"/>
          <w:b w:val="0"/>
          <w:i w:val="0"/>
          <w:color w:val="000000"/>
          <w:sz w:val="21"/>
        </w:rPr>
        <w:t>A. bad</w:t>
      </w:r>
      <w:r>
        <w:t xml:space="preserve">       </w:t>
      </w:r>
      <w:r>
        <w:rPr>
          <w:rFonts w:ascii="Arial" w:hAnsi="Arial" w:eastAsia="Arial"/>
          <w:b w:val="0"/>
          <w:i w:val="0"/>
          <w:color w:val="000000"/>
          <w:sz w:val="21"/>
        </w:rPr>
        <w:t>B. fun</w:t>
      </w:r>
      <w:r>
        <w:t xml:space="preserve">       </w:t>
      </w:r>
      <w:r>
        <w:rPr>
          <w:rFonts w:ascii="Arial" w:hAnsi="Arial" w:eastAsia="Arial"/>
          <w:b w:val="0"/>
          <w:i w:val="0"/>
          <w:color w:val="000000"/>
          <w:sz w:val="21"/>
        </w:rPr>
        <w:t>C. boring</w:t>
      </w:r>
      <w:r>
        <w:t xml:space="preserve">       </w:t>
      </w:r>
      <w:r>
        <w:rPr>
          <w:rFonts w:ascii="Arial" w:hAnsi="Arial" w:eastAsia="Arial"/>
          <w:b w:val="0"/>
          <w:i w:val="0"/>
          <w:color w:val="000000"/>
          <w:sz w:val="21"/>
        </w:rPr>
        <w:t>D. difficult</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What activity do ____ like?</w:t>
      </w:r>
    </w:p>
    <w:p>
      <w:pPr>
        <w:spacing w:after="40"/>
        <w:ind w:left="255"/>
      </w:pPr>
      <w:r>
        <w:rPr>
          <w:rFonts w:ascii="Arial" w:hAnsi="Arial" w:eastAsia="Arial"/>
          <w:b w:val="0"/>
          <w:i w:val="0"/>
          <w:color w:val="000000"/>
          <w:sz w:val="21"/>
        </w:rPr>
        <w:t>A. they</w:t>
      </w:r>
      <w:r>
        <w:t xml:space="preserve">       </w:t>
      </w:r>
      <w:r>
        <w:rPr>
          <w:rFonts w:ascii="Arial" w:hAnsi="Arial" w:eastAsia="Arial"/>
          <w:b w:val="0"/>
          <w:i w:val="0"/>
          <w:color w:val="000000"/>
          <w:sz w:val="21"/>
        </w:rPr>
        <w:t>B. he</w:t>
      </w:r>
      <w:r>
        <w:t xml:space="preserve">       </w:t>
      </w:r>
      <w:r>
        <w:rPr>
          <w:rFonts w:ascii="Arial" w:hAnsi="Arial" w:eastAsia="Arial"/>
          <w:b w:val="0"/>
          <w:i w:val="0"/>
          <w:color w:val="000000"/>
          <w:sz w:val="21"/>
        </w:rPr>
        <w:t>C. Nam</w:t>
      </w:r>
      <w:r>
        <w:t xml:space="preserve">       </w:t>
      </w:r>
      <w:r>
        <w:rPr>
          <w:rFonts w:ascii="Arial" w:hAnsi="Arial" w:eastAsia="Arial"/>
          <w:b w:val="0"/>
          <w:i w:val="0"/>
          <w:color w:val="000000"/>
          <w:sz w:val="21"/>
        </w:rPr>
        <w:t>D. she</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The pupils in class 5C enjoy many school activities. Minh likes solving maths problems because he thinks they are interesting. Lucy likes reading books in the library. She says books are useful and help her learn new words. Nam and Mai like doing Science projects together. They think group work is fun. Peter does not like difficult maths problems, but he enjoys playing word games in English lessons. Their teacher gives them time for a favourite activity every Friday.</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Minh likes solving maths problems.</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Peter likes difficult maths problems.</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The class has favourite-activity time on Fridays.</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Nam and Mai do Science projects together.</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Lucy thinks books are useless.</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Why does Minh like maths problems?</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Where does Lucy read books?</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How do books help Lucy?</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What do Nam and Mai think of group work?</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What games does Peter enjoy?</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activity / What / he / does / like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maths problems / likes / solving / She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does / Why / projects / like / he / doing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thinks / useful / He / are / they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Lan likes ____ (read) books.</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Answer about yourself: What school activity do you like?</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7</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