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0"/>
        <w:gridCol w:w="8674"/>
      </w:tblGrid>
      <w:tr>
        <w:tc>
          <w:tcPr>
            <w:tcW w:type="dxa" w:w="1700"/>
            <w:tcMar>
              <w:top w:w="50" w:type="dxa"/>
              <w:start w:w="70" w:type="dxa"/>
              <w:bottom w:w="50" w:type="dxa"/>
              <w:end w:w="70" w:type="dxa"/>
            </w:tcMar>
            <w:shd w:fill="C00000"/>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FFFFFF"/>
                <w:sz w:val="34"/>
              </w:rPr>
              <w:t>UNIT 12</w:t>
            </w:r>
          </w:p>
        </w:tc>
        <w:tc>
          <w:tcPr>
            <w:tcW w:type="dxa" w:w="8674"/>
            <w:tcMar>
              <w:top w:w="50" w:type="dxa"/>
              <w:start w:w="70" w:type="dxa"/>
              <w:bottom w:w="50" w:type="dxa"/>
              <w:end w:w="70" w:type="dxa"/>
            </w:tcMar>
            <w:shd w:fill="FCE8E6"/>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C00000"/>
                <w:sz w:val="36"/>
              </w:rPr>
              <w:t>ROBOTS</w:t>
            </w:r>
          </w:p>
        </w:tc>
      </w:tr>
    </w:tbl>
    <w:p>
      <w:pPr>
        <w:keepNext/>
        <w:keepLines/>
        <w:spacing w:before="80" w:after="40"/>
      </w:pPr>
      <w:r>
        <w:rPr>
          <w:rFonts w:ascii="Times New Roman" w:hAnsi="Times New Roman" w:eastAsia="Times New Roman"/>
          <w:b/>
          <w:color w:val="1254B7"/>
          <w:sz w:val="26"/>
        </w:rPr>
        <w:t>❖  A. VOCABULARY</w:t>
      </w:r>
    </w:p>
    <w:tbl>
      <w:tblPr>
        <w:tblW w:type="auto" w:w="0"/>
        <w:jc w:val="center"/>
        <w:tblLayout w:type="fixed"/>
        <w:tblLook w:firstColumn="1" w:firstRow="1" w:lastColumn="0" w:lastRow="0" w:noHBand="0" w:noVBand="1" w:val="04A0"/>
      </w:tblPr>
      <w:tblGrid>
        <w:gridCol w:w="623"/>
        <w:gridCol w:w="2551"/>
        <w:gridCol w:w="1020"/>
        <w:gridCol w:w="2324"/>
        <w:gridCol w:w="3855"/>
      </w:tblGrid>
      <w:tr>
        <w:trPr>
          <w:tblHeader w:val="true"/>
        </w:trPr>
        <w:tc>
          <w:tcPr>
            <w:tcW w:type="dxa" w:w="623"/>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No.</w:t>
            </w:r>
          </w:p>
        </w:tc>
        <w:tc>
          <w:tcPr>
            <w:tcW w:type="dxa" w:w="2551"/>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Word / Phrase</w:t>
            </w:r>
          </w:p>
        </w:tc>
        <w:tc>
          <w:tcPr>
            <w:tcW w:type="dxa" w:w="1020"/>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Type</w:t>
            </w:r>
          </w:p>
        </w:tc>
        <w:tc>
          <w:tcPr>
            <w:tcW w:type="dxa" w:w="2324"/>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IPA</w:t>
            </w:r>
          </w:p>
        </w:tc>
        <w:tc>
          <w:tcPr>
            <w:tcW w:type="dxa" w:w="3855"/>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Meaning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android</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/ˈændrɔɪd/</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rô-bốt hình người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camera</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/ˈkæmərə/</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máy quay, máy ảnh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choice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/tʃɔɪs/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sự lựa chọn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do the dishes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/ˌduː ðə ˈdɪʃɪz/</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rửa bát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do the washing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/ˌduː ðə ˈwɒʃɪŋ/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giặt quần áo</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guard</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/ɡɑːd/</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canh gác; người canh gác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heavy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/ˈhevi/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nặng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helpful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/ˈhelpfl/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hữu ích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human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/ˈhjuːmən/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con người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iron clothes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/ˌaɪən ˈkləʊðz/</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là quần áo</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lift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/lɪft/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nâng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machine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/məˈʃiːn/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máy móc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move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/muːv/</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di chuyển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planet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/ˈplænɪt/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hành tinh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repair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/rɪˈpeə(r)/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sửa chữa</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robot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/ˈrəʊbɒt/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rô-bốt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robot show</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/ˈrəʊbɒt ʃəʊ/</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triển lãm rô-bốt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space station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/ˈspeɪs steɪʃn/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trạm không gian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strong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/strɒŋ/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khỏe, mạnh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understand</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/ˌʌndəˈstænd/</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hiểu</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useful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/ˈjuːsfl/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hữu ích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voice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/vɔɪs/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giọng nói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work</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/wɜːk/</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làm việc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dangerous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/ˈdeɪndʒərəs/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nguy hiểm</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space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/speɪs/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vũ trụ</w:t>
            </w:r>
          </w:p>
        </w:tc>
      </w:tr>
    </w:tbl>
    <w:p>
      <w:pPr>
        <w:keepNext/>
        <w:keepLines/>
        <w:spacing w:before="80" w:after="40"/>
      </w:pPr>
      <w:r>
        <w:rPr>
          <w:rFonts w:ascii="Times New Roman" w:hAnsi="Times New Roman" w:eastAsia="Times New Roman"/>
          <w:b/>
          <w:color w:val="1254B7"/>
          <w:sz w:val="26"/>
        </w:rPr>
        <w:t>❖  B. WORD FORM</w:t>
      </w:r>
    </w:p>
    <w:tbl>
      <w:tblPr>
        <w:tblW w:type="auto" w:w="0"/>
        <w:jc w:val="center"/>
        <w:tblLayout w:type="fixed"/>
        <w:tblLook w:firstColumn="1" w:firstRow="1" w:lastColumn="0" w:lastRow="0" w:noHBand="0" w:noVBand="1" w:val="04A0"/>
      </w:tblPr>
      <w:tblGrid>
        <w:gridCol w:w="5187"/>
        <w:gridCol w:w="5187"/>
      </w:tblGrid>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1. </w:t>
            </w:r>
            <w:r>
              <w:rPr>
                <w:rFonts w:ascii="Times New Roman" w:hAnsi="Times New Roman" w:eastAsia="Times New Roman"/>
                <w:color w:val="000000"/>
                <w:sz w:val="20"/>
              </w:rPr>
              <w:t>help (v/n): giúp đỡ; helpful (adj): hữu ích; helpless (adj): bất lực; helper (n)</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2. </w:t>
            </w:r>
            <w:r>
              <w:rPr>
                <w:rFonts w:ascii="Times New Roman" w:hAnsi="Times New Roman" w:eastAsia="Times New Roman"/>
                <w:color w:val="000000"/>
                <w:sz w:val="20"/>
              </w:rPr>
              <w:t>danger (n): nguy hiểm; dangerous (adj); dangerously (adv); endanger (v)</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3. </w:t>
            </w:r>
            <w:r>
              <w:rPr>
                <w:rFonts w:ascii="Times New Roman" w:hAnsi="Times New Roman" w:eastAsia="Times New Roman"/>
                <w:color w:val="000000"/>
                <w:sz w:val="20"/>
              </w:rPr>
              <w:t>use (v/n): sử dụng; useful (adj); useless (adj); user (n); usefully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4. </w:t>
            </w:r>
            <w:r>
              <w:rPr>
                <w:rFonts w:ascii="Times New Roman" w:hAnsi="Times New Roman" w:eastAsia="Times New Roman"/>
                <w:color w:val="000000"/>
                <w:sz w:val="20"/>
              </w:rPr>
              <w:t>science (n): khoa học; scientist (n); scientific (adj); scientifically (adv)</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5. </w:t>
            </w:r>
            <w:r>
              <w:rPr>
                <w:rFonts w:ascii="Times New Roman" w:hAnsi="Times New Roman" w:eastAsia="Times New Roman"/>
                <w:color w:val="000000"/>
                <w:sz w:val="20"/>
              </w:rPr>
              <w:t>technology (n): công nghệ; technological (adj); technologically (adv); technician (n)</w:t>
            </w:r>
          </w:p>
        </w:tc>
        <w:tc>
          <w:tcPr>
            <w:tcW w:type="dxa" w:w="5187"/>
            <w:tcMar>
              <w:top w:w="50" w:type="dxa"/>
              <w:start w:w="70" w:type="dxa"/>
              <w:bottom w:w="50" w:type="dxa"/>
              <w:end w:w="70" w:type="dxa"/>
            </w:tcMar>
          </w:tcPr>
          <w:p/>
        </w:tc>
      </w:tr>
    </w:tbl>
    <w:p>
      <w:pPr>
        <w:keepNext/>
        <w:keepLines/>
        <w:spacing w:before="80" w:after="40"/>
      </w:pPr>
      <w:r>
        <w:rPr>
          <w:rFonts w:ascii="Times New Roman" w:hAnsi="Times New Roman" w:eastAsia="Times New Roman"/>
          <w:b/>
          <w:color w:val="1254B7"/>
          <w:sz w:val="26"/>
        </w:rPr>
        <w:t>❖  C. GRAMMAR</w:t>
      </w:r>
    </w:p>
    <w:p>
      <w:pPr>
        <w:keepNext/>
        <w:keepLines/>
        <w:spacing w:before="60" w:after="20"/>
      </w:pPr>
      <w:r>
        <w:rPr>
          <w:rFonts w:ascii="Times New Roman" w:hAnsi="Times New Roman" w:eastAsia="Times New Roman"/>
          <w:b/>
          <w:color w:val="1254B7"/>
          <w:sz w:val="23"/>
        </w:rPr>
        <w:t>Superlative adjectives</w:t>
      </w:r>
    </w:p>
    <w:p>
      <w:pPr>
        <w:spacing w:after="0"/>
        <w:ind w:left="227" w:hanging="170"/>
      </w:pPr>
      <w:r>
        <w:rPr>
          <w:rFonts w:ascii="Times New Roman" w:hAnsi="Times New Roman" w:eastAsia="Times New Roman"/>
          <w:color w:val="000000"/>
          <w:sz w:val="20"/>
        </w:rPr>
        <w:t>• Dùng so sánh nhất để so sánh một người/vật với từ ba người/vật trở lên.</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S + be + the + short adjective-est + in/of ...</w:t>
            </w:r>
          </w:p>
        </w:tc>
      </w:tr>
    </w:tbl>
    <w:p>
      <w:pPr>
        <w:spacing w:after="0"/>
        <w:ind w:left="227" w:hanging="170"/>
      </w:pPr>
      <w:r>
        <w:rPr>
          <w:rFonts w:ascii="Times New Roman" w:hAnsi="Times New Roman" w:eastAsia="Times New Roman"/>
          <w:color w:val="000000"/>
          <w:sz w:val="20"/>
        </w:rPr>
        <w:t>• Quy tắc: tall - tallest; large - largest; heavy - heaviest; big - biggest.</w:t>
      </w:r>
    </w:p>
    <w:p>
      <w:pPr>
        <w:spacing w:after="0"/>
        <w:ind w:left="227" w:hanging="170"/>
      </w:pPr>
      <w:r>
        <w:rPr>
          <w:rFonts w:ascii="Times New Roman" w:hAnsi="Times New Roman" w:eastAsia="Times New Roman"/>
          <w:color w:val="000000"/>
          <w:sz w:val="20"/>
        </w:rPr>
        <w:t>• Bất quy tắc: good - best; bad - worst; far - farthest/furthest.</w:t>
      </w:r>
    </w:p>
    <w:p>
      <w:pPr>
        <w:spacing w:after="0"/>
        <w:ind w:left="227" w:hanging="170"/>
      </w:pPr>
      <w:r>
        <w:rPr>
          <w:rFonts w:ascii="Times New Roman" w:hAnsi="Times New Roman" w:eastAsia="Times New Roman"/>
          <w:color w:val="000000"/>
          <w:sz w:val="20"/>
        </w:rPr>
        <w:t>• Với tính từ dài trong bài mở rộng: the most + adjective.</w:t>
      </w:r>
    </w:p>
    <w:p>
      <w:r>
        <w:br w:type="page"/>
      </w:r>
    </w:p>
    <w:p>
      <w:pPr>
        <w:keepNext/>
        <w:keepLines/>
        <w:spacing w:before="80" w:after="40"/>
      </w:pPr>
      <w:r>
        <w:rPr>
          <w:rFonts w:ascii="Times New Roman" w:hAnsi="Times New Roman" w:eastAsia="Times New Roman"/>
          <w:b/>
          <w:color w:val="1254B7"/>
          <w:sz w:val="26"/>
        </w:rPr>
        <w:t>❖  EXERCISES</w:t>
      </w:r>
    </w:p>
    <w:p>
      <w:pPr>
        <w:keepNext/>
        <w:keepLines/>
        <w:spacing w:before="80" w:after="40"/>
      </w:pPr>
      <w:r>
        <w:rPr>
          <w:rFonts w:ascii="Times New Roman" w:hAnsi="Times New Roman" w:eastAsia="Times New Roman"/>
          <w:b/>
          <w:color w:val="1254B7"/>
          <w:sz w:val="26"/>
        </w:rPr>
        <w:t>❖  PHONETICS</w:t>
      </w:r>
    </w:p>
    <w:p>
      <w:pPr>
        <w:keepNext/>
        <w:keepLines/>
        <w:spacing w:before="40" w:after="20"/>
      </w:pPr>
      <w:r>
        <w:rPr>
          <w:rFonts w:ascii="Times New Roman" w:hAnsi="Times New Roman" w:eastAsia="Times New Roman"/>
          <w:b/>
          <w:color w:val="1254B7"/>
          <w:sz w:val="22"/>
        </w:rPr>
        <w:t>Exercise 1: Choose the sentence that normally ends with a different intonation.</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Robots can lift boxes.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Where is the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This machine is useful.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Can it speak?</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What can it do?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can clean floors.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robot is strong.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 it expensive?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This is my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Who made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works in a hospital.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Does it have a camera?</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show starts at nine.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Which robot is fastest?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 like the blue one.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Can we touch it?</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understands voices.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Why is it helpful?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Robots need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Will it repair cars?</w:t>
            </w:r>
          </w:p>
        </w:tc>
      </w:tr>
    </w:tbl>
    <w:p>
      <w:pPr>
        <w:spacing w:after="0"/>
        <w:ind w:left="0" w:firstLine="0"/>
      </w:pPr>
      <w:r>
        <w:rPr>
          <w:rFonts w:ascii="Times New Roman" w:hAnsi="Times New Roman" w:eastAsia="Times New Roman"/>
          <w:b w:val="0"/>
          <w:i w:val="0"/>
          <w:color w:val="000000"/>
          <w:sz w:val="21"/>
        </w:rPr>
        <w:t xml:space="preserve">6.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Where does it work?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guards the museum.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machine is heavy.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 it safe?</w:t>
            </w:r>
          </w:p>
        </w:tc>
      </w:tr>
    </w:tbl>
    <w:p>
      <w:pPr>
        <w:spacing w:after="0"/>
        <w:ind w:left="0" w:firstLine="0"/>
      </w:pPr>
      <w:r>
        <w:rPr>
          <w:rFonts w:ascii="Times New Roman" w:hAnsi="Times New Roman" w:eastAsia="Times New Roman"/>
          <w:b w:val="0"/>
          <w:i w:val="0"/>
          <w:color w:val="000000"/>
          <w:sz w:val="21"/>
        </w:rPr>
        <w:t xml:space="preserve">7.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Robots explore space.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What is its name?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This one is the smallest.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Can it fly?</w:t>
            </w:r>
          </w:p>
        </w:tc>
      </w:tr>
    </w:tbl>
    <w:p>
      <w:pPr>
        <w:spacing w:after="0"/>
        <w:ind w:left="0" w:firstLine="0"/>
      </w:pPr>
      <w:r>
        <w:rPr>
          <w:rFonts w:ascii="Times New Roman" w:hAnsi="Times New Roman" w:eastAsia="Times New Roman"/>
          <w:b w:val="0"/>
          <w:i w:val="0"/>
          <w:color w:val="000000"/>
          <w:sz w:val="21"/>
        </w:rPr>
        <w:t xml:space="preserve">8.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can do the dishes.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Who controls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battery is full.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Does it cook?</w:t>
            </w:r>
          </w:p>
        </w:tc>
      </w:tr>
    </w:tbl>
    <w:p>
      <w:pPr>
        <w:spacing w:after="0"/>
        <w:ind w:left="0" w:firstLine="0"/>
      </w:pPr>
      <w:r>
        <w:rPr>
          <w:rFonts w:ascii="Times New Roman" w:hAnsi="Times New Roman" w:eastAsia="Times New Roman"/>
          <w:b w:val="0"/>
          <w:i w:val="0"/>
          <w:color w:val="000000"/>
          <w:sz w:val="21"/>
        </w:rPr>
        <w:t xml:space="preserve">9.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This robot is new.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How tall is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moves slowly.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 it wireless?</w:t>
            </w:r>
          </w:p>
        </w:tc>
      </w:tr>
    </w:tbl>
    <w:p>
      <w:pPr>
        <w:spacing w:after="0"/>
        <w:ind w:left="0" w:firstLine="0"/>
      </w:pPr>
      <w:r>
        <w:rPr>
          <w:rFonts w:ascii="Times New Roman" w:hAnsi="Times New Roman" w:eastAsia="Times New Roman"/>
          <w:b w:val="0"/>
          <w:i w:val="0"/>
          <w:color w:val="000000"/>
          <w:sz w:val="21"/>
        </w:rPr>
        <w:t xml:space="preserve">10.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camera is here.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What does it record?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robot stopped.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Can it start again?</w:t>
            </w:r>
          </w:p>
        </w:tc>
      </w:tr>
    </w:tbl>
    <w:p>
      <w:pPr>
        <w:keepNext/>
        <w:keepLines/>
        <w:spacing w:before="40" w:after="20"/>
      </w:pPr>
      <w:r>
        <w:rPr>
          <w:rFonts w:ascii="Times New Roman" w:hAnsi="Times New Roman" w:eastAsia="Times New Roman"/>
          <w:b/>
          <w:color w:val="1254B7"/>
          <w:sz w:val="22"/>
        </w:rPr>
        <w:t>Exercise 2: Mark the letter A, B, C, or D to indicate the word that differs in stress pattern.</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camera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planet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repair</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helpful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useful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dangerous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machine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understand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recognise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control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family</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washing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ironing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cleaning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complete</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scientist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technology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human</w:t>
            </w:r>
          </w:p>
        </w:tc>
      </w:tr>
    </w:tbl>
    <w:p>
      <w:pPr>
        <w:keepNext/>
        <w:keepLines/>
        <w:spacing w:before="80" w:after="40"/>
      </w:pPr>
      <w:r>
        <w:rPr>
          <w:rFonts w:ascii="Times New Roman" w:hAnsi="Times New Roman" w:eastAsia="Times New Roman"/>
          <w:b/>
          <w:color w:val="1254B7"/>
          <w:sz w:val="26"/>
        </w:rPr>
        <w:t>❖  VOCABULARY AND GRAMMAR</w:t>
      </w:r>
    </w:p>
    <w:p>
      <w:pPr>
        <w:keepNext/>
        <w:keepLines/>
        <w:spacing w:before="40" w:after="20"/>
      </w:pPr>
      <w:r>
        <w:rPr>
          <w:rFonts w:ascii="Times New Roman" w:hAnsi="Times New Roman" w:eastAsia="Times New Roman"/>
          <w:b/>
          <w:color w:val="1254B7"/>
          <w:sz w:val="22"/>
        </w:rPr>
        <w:t>Exercise 3: Mark the letter A, B, C, or D to indicate the correct answer to each question.</w:t>
      </w:r>
    </w:p>
    <w:p>
      <w:pPr>
        <w:spacing w:after="0"/>
        <w:ind w:left="0" w:firstLine="0"/>
      </w:pPr>
      <w:r>
        <w:rPr>
          <w:rFonts w:ascii="Times New Roman" w:hAnsi="Times New Roman" w:eastAsia="Times New Roman"/>
          <w:b w:val="0"/>
          <w:i w:val="0"/>
          <w:color w:val="000000"/>
          <w:sz w:val="21"/>
        </w:rPr>
        <w:t>1. Which word or phrase means 'rô-bốt hình người'?</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android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camera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choice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 the dishes</w:t>
            </w:r>
          </w:p>
        </w:tc>
      </w:tr>
    </w:tbl>
    <w:p>
      <w:pPr>
        <w:spacing w:after="0"/>
        <w:ind w:left="0" w:firstLine="0"/>
      </w:pPr>
      <w:r>
        <w:rPr>
          <w:rFonts w:ascii="Times New Roman" w:hAnsi="Times New Roman" w:eastAsia="Times New Roman"/>
          <w:b w:val="0"/>
          <w:i w:val="0"/>
          <w:color w:val="000000"/>
          <w:sz w:val="21"/>
        </w:rPr>
        <w:t>2. Which word or phrase means 'máy quay, máy ảnh'?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 the washing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camera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guard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heavy</w:t>
            </w:r>
          </w:p>
        </w:tc>
      </w:tr>
    </w:tbl>
    <w:p>
      <w:pPr>
        <w:spacing w:after="0"/>
        <w:ind w:left="0" w:firstLine="0"/>
      </w:pPr>
      <w:r>
        <w:rPr>
          <w:rFonts w:ascii="Times New Roman" w:hAnsi="Times New Roman" w:eastAsia="Times New Roman"/>
          <w:b w:val="0"/>
          <w:i w:val="0"/>
          <w:color w:val="000000"/>
          <w:sz w:val="21"/>
        </w:rPr>
        <w:t>3. Which word or phrase means 'sự lựa chọn'?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helpful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human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choice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iron clothes</w:t>
            </w:r>
          </w:p>
        </w:tc>
      </w:tr>
    </w:tbl>
    <w:p>
      <w:pPr>
        <w:spacing w:after="0"/>
        <w:ind w:left="0" w:firstLine="0"/>
      </w:pPr>
      <w:r>
        <w:rPr>
          <w:rFonts w:ascii="Times New Roman" w:hAnsi="Times New Roman" w:eastAsia="Times New Roman"/>
          <w:b w:val="0"/>
          <w:i w:val="0"/>
          <w:color w:val="000000"/>
          <w:sz w:val="21"/>
        </w:rPr>
        <w:t>4. Which word or phrase means 'rửa bát'?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lift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machine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move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 the dishes</w:t>
            </w:r>
          </w:p>
        </w:tc>
      </w:tr>
    </w:tbl>
    <w:p>
      <w:pPr>
        <w:spacing w:after="0"/>
        <w:ind w:left="0" w:firstLine="0"/>
      </w:pPr>
      <w:r>
        <w:rPr>
          <w:rFonts w:ascii="Times New Roman" w:hAnsi="Times New Roman" w:eastAsia="Times New Roman"/>
          <w:b w:val="0"/>
          <w:i w:val="0"/>
          <w:color w:val="000000"/>
          <w:sz w:val="21"/>
        </w:rPr>
        <w:t>5. Which word or phrase means 'giặt quần áo'?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 the washing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planet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repair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robot</w:t>
            </w:r>
          </w:p>
        </w:tc>
      </w:tr>
    </w:tbl>
    <w:p>
      <w:pPr>
        <w:spacing w:after="0"/>
        <w:ind w:left="0" w:firstLine="0"/>
      </w:pPr>
      <w:r>
        <w:rPr>
          <w:rFonts w:ascii="Times New Roman" w:hAnsi="Times New Roman" w:eastAsia="Times New Roman"/>
          <w:b w:val="0"/>
          <w:i w:val="0"/>
          <w:color w:val="000000"/>
          <w:sz w:val="21"/>
        </w:rPr>
        <w:t>6. Which word or phrase means 'canh gác; người canh gác'?</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robot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guard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space station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strong</w:t>
            </w:r>
          </w:p>
        </w:tc>
      </w:tr>
    </w:tbl>
    <w:p>
      <w:pPr>
        <w:spacing w:after="0"/>
        <w:ind w:left="0" w:firstLine="0"/>
      </w:pPr>
      <w:r>
        <w:rPr>
          <w:rFonts w:ascii="Times New Roman" w:hAnsi="Times New Roman" w:eastAsia="Times New Roman"/>
          <w:b w:val="0"/>
          <w:i w:val="0"/>
          <w:color w:val="000000"/>
          <w:sz w:val="21"/>
        </w:rPr>
        <w:t>7. Which word or phrase means 'nặng'?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understand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useful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heavy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voice</w:t>
            </w:r>
          </w:p>
        </w:tc>
      </w:tr>
    </w:tbl>
    <w:p>
      <w:pPr>
        <w:spacing w:after="0"/>
        <w:ind w:left="0" w:firstLine="0"/>
      </w:pPr>
      <w:r>
        <w:rPr>
          <w:rFonts w:ascii="Times New Roman" w:hAnsi="Times New Roman" w:eastAsia="Times New Roman"/>
          <w:b w:val="0"/>
          <w:i w:val="0"/>
          <w:color w:val="000000"/>
          <w:sz w:val="21"/>
        </w:rPr>
        <w:t>8. The robot can _____ heavy boxes in the factory.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work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dangerous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space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lift</w:t>
            </w:r>
          </w:p>
        </w:tc>
      </w:tr>
    </w:tbl>
    <w:p>
      <w:pPr>
        <w:spacing w:after="0"/>
        <w:ind w:left="0" w:firstLine="0"/>
      </w:pPr>
      <w:r>
        <w:rPr>
          <w:rFonts w:ascii="Times New Roman" w:hAnsi="Times New Roman" w:eastAsia="Times New Roman"/>
          <w:b w:val="0"/>
          <w:i w:val="0"/>
          <w:color w:val="000000"/>
          <w:sz w:val="21"/>
        </w:rPr>
        <w:t>9. A camera helps the robot see and _____ around obstacles.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move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android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camera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choice</w:t>
            </w:r>
          </w:p>
        </w:tc>
      </w:tr>
    </w:tbl>
    <w:p>
      <w:pPr>
        <w:spacing w:after="0"/>
        <w:ind w:left="0" w:firstLine="0"/>
      </w:pPr>
      <w:r>
        <w:rPr>
          <w:rFonts w:ascii="Times New Roman" w:hAnsi="Times New Roman" w:eastAsia="Times New Roman"/>
          <w:b w:val="0"/>
          <w:i w:val="0"/>
          <w:color w:val="000000"/>
          <w:sz w:val="21"/>
        </w:rPr>
        <w:t>10. This home robot can _____ after dinner.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 the washing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do the dishes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guard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heavy</w:t>
            </w:r>
          </w:p>
        </w:tc>
      </w:tr>
    </w:tbl>
    <w:p>
      <w:pPr>
        <w:spacing w:after="0"/>
        <w:ind w:left="0" w:firstLine="0"/>
      </w:pPr>
      <w:r>
        <w:rPr>
          <w:rFonts w:ascii="Times New Roman" w:hAnsi="Times New Roman" w:eastAsia="Times New Roman"/>
          <w:b w:val="0"/>
          <w:i w:val="0"/>
          <w:color w:val="000000"/>
          <w:sz w:val="21"/>
        </w:rPr>
        <w:t>11. Robots may explore another _____ in the future.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heavy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helpful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planet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human</w:t>
            </w:r>
          </w:p>
        </w:tc>
      </w:tr>
    </w:tbl>
    <w:p>
      <w:pPr>
        <w:spacing w:after="0"/>
        <w:ind w:left="0" w:firstLine="0"/>
      </w:pPr>
      <w:r>
        <w:rPr>
          <w:rFonts w:ascii="Times New Roman" w:hAnsi="Times New Roman" w:eastAsia="Times New Roman"/>
          <w:b w:val="0"/>
          <w:i w:val="0"/>
          <w:color w:val="000000"/>
          <w:sz w:val="21"/>
        </w:rPr>
        <w:t>12. A security robot can _____ the building at night.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lift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machine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move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guard</w:t>
            </w:r>
          </w:p>
        </w:tc>
      </w:tr>
    </w:tbl>
    <w:p>
      <w:pPr>
        <w:spacing w:after="0"/>
        <w:ind w:left="0" w:firstLine="0"/>
      </w:pPr>
      <w:r>
        <w:rPr>
          <w:rFonts w:ascii="Times New Roman" w:hAnsi="Times New Roman" w:eastAsia="Times New Roman"/>
          <w:b w:val="0"/>
          <w:i w:val="0"/>
          <w:color w:val="000000"/>
          <w:sz w:val="21"/>
        </w:rPr>
        <w:t>13. The robot can recognise my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voice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planet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repair</w:t>
            </w:r>
          </w:p>
        </w:tc>
      </w:tr>
    </w:tbl>
    <w:p>
      <w:pPr>
        <w:spacing w:after="0"/>
        <w:ind w:left="0" w:firstLine="0"/>
      </w:pPr>
      <w:r>
        <w:rPr>
          <w:rFonts w:ascii="Times New Roman" w:hAnsi="Times New Roman" w:eastAsia="Times New Roman"/>
          <w:b w:val="0"/>
          <w:i w:val="0"/>
          <w:color w:val="000000"/>
          <w:sz w:val="21"/>
        </w:rPr>
        <w:t>14. Engineers use robots for jobs that are too _____ for humans.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dangerous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robot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space station</w:t>
            </w:r>
          </w:p>
        </w:tc>
      </w:tr>
    </w:tbl>
    <w:p>
      <w:pPr>
        <w:spacing w:after="0"/>
        <w:ind w:left="0" w:firstLine="0"/>
      </w:pPr>
      <w:r>
        <w:rPr>
          <w:rFonts w:ascii="Times New Roman" w:hAnsi="Times New Roman" w:eastAsia="Times New Roman"/>
          <w:b w:val="0"/>
          <w:i w:val="0"/>
          <w:color w:val="000000"/>
          <w:sz w:val="21"/>
        </w:rPr>
        <w:t>15. The robot will _____ a broken machine.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understand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useful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repair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voice</w:t>
            </w:r>
          </w:p>
        </w:tc>
      </w:tr>
    </w:tbl>
    <w:p>
      <w:pPr>
        <w:spacing w:after="0"/>
        <w:ind w:left="0" w:firstLine="0"/>
      </w:pPr>
      <w:r>
        <w:rPr>
          <w:rFonts w:ascii="Times New Roman" w:hAnsi="Times New Roman" w:eastAsia="Times New Roman"/>
          <w:b w:val="0"/>
          <w:i w:val="0"/>
          <w:color w:val="000000"/>
          <w:sz w:val="21"/>
        </w:rPr>
        <w:t>16. M10 is the _____ robot in the show.</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strong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stronger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strongest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strong</w:t>
            </w:r>
          </w:p>
        </w:tc>
      </w:tr>
    </w:tbl>
    <w:p>
      <w:pPr>
        <w:spacing w:after="0"/>
        <w:ind w:left="0" w:firstLine="0"/>
      </w:pPr>
      <w:r>
        <w:rPr>
          <w:rFonts w:ascii="Times New Roman" w:hAnsi="Times New Roman" w:eastAsia="Times New Roman"/>
          <w:b w:val="0"/>
          <w:i w:val="0"/>
          <w:color w:val="000000"/>
          <w:sz w:val="21"/>
        </w:rPr>
        <w:t>17. This is the _____ model of all.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small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smaller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smallest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small</w:t>
            </w:r>
          </w:p>
        </w:tc>
      </w:tr>
    </w:tbl>
    <w:p>
      <w:pPr>
        <w:spacing w:after="0"/>
        <w:ind w:left="0" w:firstLine="0"/>
      </w:pPr>
      <w:r>
        <w:rPr>
          <w:rFonts w:ascii="Times New Roman" w:hAnsi="Times New Roman" w:eastAsia="Times New Roman"/>
          <w:b w:val="0"/>
          <w:i w:val="0"/>
          <w:color w:val="000000"/>
          <w:sz w:val="21"/>
        </w:rPr>
        <w:t>18. A3 is _____ than H9, but M10 is the tallest.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taller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tallest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more tall</w:t>
            </w:r>
          </w:p>
        </w:tc>
      </w:tr>
    </w:tbl>
    <w:p>
      <w:pPr>
        <w:spacing w:after="0"/>
        <w:ind w:left="0" w:firstLine="0"/>
      </w:pPr>
      <w:r>
        <w:rPr>
          <w:rFonts w:ascii="Times New Roman" w:hAnsi="Times New Roman" w:eastAsia="Times New Roman"/>
          <w:b w:val="0"/>
          <w:i w:val="0"/>
          <w:color w:val="000000"/>
          <w:sz w:val="21"/>
        </w:rPr>
        <w:t>19. Which robot is the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faster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fastest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fast</w:t>
            </w:r>
          </w:p>
        </w:tc>
      </w:tr>
    </w:tbl>
    <w:p>
      <w:pPr>
        <w:spacing w:after="0"/>
        <w:ind w:left="0" w:firstLine="0"/>
      </w:pPr>
      <w:r>
        <w:rPr>
          <w:rFonts w:ascii="Times New Roman" w:hAnsi="Times New Roman" w:eastAsia="Times New Roman"/>
          <w:b w:val="0"/>
          <w:i w:val="0"/>
          <w:color w:val="000000"/>
          <w:sz w:val="21"/>
        </w:rPr>
        <w:t>20. This is the _____ useful robot in the hospital.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much</w:t>
            </w:r>
          </w:p>
        </w:tc>
      </w:tr>
    </w:tbl>
    <w:p>
      <w:pPr>
        <w:spacing w:after="0"/>
        <w:ind w:left="0" w:firstLine="0"/>
      </w:pPr>
      <w:r>
        <w:rPr>
          <w:rFonts w:ascii="Times New Roman" w:hAnsi="Times New Roman" w:eastAsia="Times New Roman"/>
          <w:b w:val="0"/>
          <w:i w:val="0"/>
          <w:color w:val="000000"/>
          <w:sz w:val="21"/>
        </w:rPr>
        <w:t>21. The blue robot is the _____ one here.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heavy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heavier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heaviest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heavy</w:t>
            </w:r>
          </w:p>
        </w:tc>
      </w:tr>
    </w:tbl>
    <w:p>
      <w:pPr>
        <w:spacing w:after="0"/>
        <w:ind w:left="0" w:firstLine="0"/>
      </w:pPr>
      <w:r>
        <w:rPr>
          <w:rFonts w:ascii="Times New Roman" w:hAnsi="Times New Roman" w:eastAsia="Times New Roman"/>
          <w:b w:val="0"/>
          <w:i w:val="0"/>
          <w:color w:val="000000"/>
          <w:sz w:val="21"/>
        </w:rPr>
        <w:t>22. H9 is the _____ robot, so many schools can buy it.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cheap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cheaper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cheapest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cheap</w:t>
            </w:r>
          </w:p>
        </w:tc>
      </w:tr>
    </w:tbl>
    <w:p>
      <w:pPr>
        <w:spacing w:after="0"/>
        <w:ind w:left="0" w:firstLine="0"/>
      </w:pPr>
      <w:r>
        <w:rPr>
          <w:rFonts w:ascii="Times New Roman" w:hAnsi="Times New Roman" w:eastAsia="Times New Roman"/>
          <w:b w:val="0"/>
          <w:i w:val="0"/>
          <w:color w:val="000000"/>
          <w:sz w:val="21"/>
        </w:rPr>
        <w:t>23. This robot is the _____ at understanding speech.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good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better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goodest</w:t>
            </w:r>
          </w:p>
        </w:tc>
      </w:tr>
    </w:tbl>
    <w:p>
      <w:pPr>
        <w:spacing w:after="0"/>
        <w:ind w:left="0" w:firstLine="0"/>
      </w:pPr>
      <w:r>
        <w:rPr>
          <w:rFonts w:ascii="Times New Roman" w:hAnsi="Times New Roman" w:eastAsia="Times New Roman"/>
          <w:b w:val="0"/>
          <w:i w:val="0"/>
          <w:color w:val="000000"/>
          <w:sz w:val="21"/>
        </w:rPr>
        <w:t>24. The old machine makes the _____ noise.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loud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louder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loudest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loud</w:t>
            </w:r>
          </w:p>
        </w:tc>
      </w:tr>
    </w:tbl>
    <w:p>
      <w:pPr>
        <w:spacing w:after="0"/>
        <w:ind w:left="0" w:firstLine="0"/>
      </w:pPr>
      <w:r>
        <w:rPr>
          <w:rFonts w:ascii="Times New Roman" w:hAnsi="Times New Roman" w:eastAsia="Times New Roman"/>
          <w:b w:val="0"/>
          <w:i w:val="0"/>
          <w:color w:val="000000"/>
          <w:sz w:val="21"/>
        </w:rPr>
        <w:t>25. Robot A is _____ than Robot B.</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lighter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lightest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lighter</w:t>
            </w:r>
          </w:p>
        </w:tc>
      </w:tr>
    </w:tbl>
    <w:p>
      <w:pPr>
        <w:spacing w:after="0"/>
        <w:ind w:left="0" w:firstLine="0"/>
      </w:pPr>
      <w:r>
        <w:rPr>
          <w:rFonts w:ascii="Times New Roman" w:hAnsi="Times New Roman" w:eastAsia="Times New Roman"/>
          <w:b w:val="0"/>
          <w:i w:val="0"/>
          <w:color w:val="000000"/>
          <w:sz w:val="21"/>
        </w:rPr>
        <w:t>26. This is the _____ dangerous task in the factory.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much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many</w:t>
            </w:r>
          </w:p>
        </w:tc>
      </w:tr>
    </w:tbl>
    <w:p>
      <w:pPr>
        <w:spacing w:after="0"/>
        <w:ind w:left="0" w:firstLine="0"/>
      </w:pPr>
      <w:r>
        <w:rPr>
          <w:rFonts w:ascii="Times New Roman" w:hAnsi="Times New Roman" w:eastAsia="Times New Roman"/>
          <w:b w:val="0"/>
          <w:i w:val="0"/>
          <w:color w:val="000000"/>
          <w:sz w:val="21"/>
        </w:rPr>
        <w:t>27. Which is the _____ of the three robots?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new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newer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newest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new</w:t>
            </w:r>
          </w:p>
        </w:tc>
      </w:tr>
    </w:tbl>
    <w:p>
      <w:pPr>
        <w:spacing w:after="0"/>
        <w:ind w:left="0" w:firstLine="0"/>
      </w:pPr>
      <w:r>
        <w:rPr>
          <w:rFonts w:ascii="Times New Roman" w:hAnsi="Times New Roman" w:eastAsia="Times New Roman"/>
          <w:b w:val="0"/>
          <w:i w:val="0"/>
          <w:color w:val="000000"/>
          <w:sz w:val="21"/>
        </w:rPr>
        <w:t>28. The kitchen robot is the _____ to use.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easy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easier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easiest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easy</w:t>
            </w:r>
          </w:p>
        </w:tc>
      </w:tr>
    </w:tbl>
    <w:p>
      <w:pPr>
        <w:spacing w:after="0"/>
        <w:ind w:left="0" w:firstLine="0"/>
      </w:pPr>
      <w:r>
        <w:rPr>
          <w:rFonts w:ascii="Times New Roman" w:hAnsi="Times New Roman" w:eastAsia="Times New Roman"/>
          <w:b w:val="0"/>
          <w:i w:val="0"/>
          <w:color w:val="000000"/>
          <w:sz w:val="21"/>
        </w:rPr>
        <w:t>29. That was the _____ performance in the robot contest.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worse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worst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baddest</w:t>
            </w:r>
          </w:p>
        </w:tc>
      </w:tr>
    </w:tbl>
    <w:p>
      <w:pPr>
        <w:spacing w:after="0"/>
        <w:ind w:left="0" w:firstLine="0"/>
      </w:pPr>
      <w:r>
        <w:rPr>
          <w:rFonts w:ascii="Times New Roman" w:hAnsi="Times New Roman" w:eastAsia="Times New Roman"/>
          <w:b w:val="0"/>
          <w:i w:val="0"/>
          <w:color w:val="000000"/>
          <w:sz w:val="21"/>
        </w:rPr>
        <w:t>30. The space robot can travel the _____ distance.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farther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farthest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far</w:t>
            </w:r>
          </w:p>
        </w:tc>
      </w:tr>
    </w:tbl>
    <w:p>
      <w:pPr>
        <w:keepNext/>
        <w:keepLines/>
        <w:spacing w:before="40" w:after="20"/>
      </w:pPr>
      <w:r>
        <w:rPr>
          <w:rFonts w:ascii="Times New Roman" w:hAnsi="Times New Roman" w:eastAsia="Times New Roman"/>
          <w:b/>
          <w:color w:val="1254B7"/>
          <w:sz w:val="22"/>
        </w:rPr>
        <w:t>Exercise 4: Choose the word(s) CLOSEST in meaning to the underlined word(s).</w:t>
      </w:r>
    </w:p>
    <w:p>
      <w:pPr>
        <w:spacing w:after="0"/>
        <w:ind w:left="0" w:firstLine="0"/>
      </w:pPr>
      <w:r>
        <w:rPr>
          <w:rFonts w:ascii="Times New Roman" w:hAnsi="Times New Roman" w:eastAsia="Times New Roman"/>
          <w:b w:val="0"/>
          <w:i w:val="0"/>
          <w:color w:val="000000"/>
          <w:sz w:val="21"/>
        </w:rPr>
        <w:t>1. The robot is useful in the kitchen.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helpful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dangerous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expensive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slow</w:t>
            </w:r>
          </w:p>
        </w:tc>
      </w:tr>
    </w:tbl>
    <w:p>
      <w:pPr>
        <w:spacing w:after="0"/>
        <w:ind w:left="0" w:firstLine="0"/>
      </w:pPr>
      <w:r>
        <w:rPr>
          <w:rFonts w:ascii="Times New Roman" w:hAnsi="Times New Roman" w:eastAsia="Times New Roman"/>
          <w:b w:val="0"/>
          <w:i w:val="0"/>
          <w:color w:val="000000"/>
          <w:sz w:val="21"/>
        </w:rPr>
        <w:t>2. It can lift heavy things.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raise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drop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break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hide</w:t>
            </w:r>
          </w:p>
        </w:tc>
      </w:tr>
    </w:tbl>
    <w:p>
      <w:pPr>
        <w:spacing w:after="0"/>
        <w:ind w:left="0" w:firstLine="0"/>
      </w:pPr>
      <w:r>
        <w:rPr>
          <w:rFonts w:ascii="Times New Roman" w:hAnsi="Times New Roman" w:eastAsia="Times New Roman"/>
          <w:b w:val="0"/>
          <w:i w:val="0"/>
          <w:color w:val="000000"/>
          <w:sz w:val="21"/>
        </w:rPr>
        <w:t>3. The machine can repair bicycles.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fix</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sell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paint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ride</w:t>
            </w:r>
          </w:p>
        </w:tc>
      </w:tr>
    </w:tbl>
    <w:p>
      <w:pPr>
        <w:spacing w:after="0"/>
        <w:ind w:left="0" w:firstLine="0"/>
      </w:pPr>
      <w:r>
        <w:rPr>
          <w:rFonts w:ascii="Times New Roman" w:hAnsi="Times New Roman" w:eastAsia="Times New Roman"/>
          <w:b w:val="0"/>
          <w:i w:val="0"/>
          <w:color w:val="000000"/>
          <w:sz w:val="21"/>
        </w:rPr>
        <w:t>4. The robot guards the building.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protects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leaves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cleans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builds</w:t>
            </w:r>
          </w:p>
        </w:tc>
      </w:tr>
    </w:tbl>
    <w:p>
      <w:pPr>
        <w:spacing w:after="0"/>
        <w:ind w:left="0" w:firstLine="0"/>
      </w:pPr>
      <w:r>
        <w:rPr>
          <w:rFonts w:ascii="Times New Roman" w:hAnsi="Times New Roman" w:eastAsia="Times New Roman"/>
          <w:b w:val="0"/>
          <w:i w:val="0"/>
          <w:color w:val="000000"/>
          <w:sz w:val="21"/>
        </w:rPr>
        <w:t>5. It can understand human speech.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know the meaning of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speak louder than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record only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forget</w:t>
            </w:r>
          </w:p>
        </w:tc>
      </w:tr>
    </w:tbl>
    <w:p>
      <w:pPr>
        <w:keepNext/>
        <w:keepLines/>
        <w:spacing w:before="40" w:after="20"/>
      </w:pPr>
      <w:r>
        <w:rPr>
          <w:rFonts w:ascii="Times New Roman" w:hAnsi="Times New Roman" w:eastAsia="Times New Roman"/>
          <w:b/>
          <w:color w:val="1254B7"/>
          <w:sz w:val="22"/>
        </w:rPr>
        <w:t>Exercise 5: Choose the word(s) OPPOSITE in meaning to the underlined word(s).</w:t>
      </w:r>
    </w:p>
    <w:p>
      <w:pPr>
        <w:spacing w:after="0"/>
        <w:ind w:left="0" w:firstLine="0"/>
      </w:pPr>
      <w:r>
        <w:rPr>
          <w:rFonts w:ascii="Times New Roman" w:hAnsi="Times New Roman" w:eastAsia="Times New Roman"/>
          <w:b w:val="0"/>
          <w:i w:val="0"/>
          <w:color w:val="000000"/>
          <w:sz w:val="21"/>
        </w:rPr>
        <w:t>1. The robot is useful.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helpful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useless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strong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smart</w:t>
            </w:r>
          </w:p>
        </w:tc>
      </w:tr>
    </w:tbl>
    <w:p>
      <w:pPr>
        <w:spacing w:after="0"/>
        <w:ind w:left="0" w:firstLine="0"/>
      </w:pPr>
      <w:r>
        <w:rPr>
          <w:rFonts w:ascii="Times New Roman" w:hAnsi="Times New Roman" w:eastAsia="Times New Roman"/>
          <w:b w:val="0"/>
          <w:i w:val="0"/>
          <w:color w:val="000000"/>
          <w:sz w:val="21"/>
        </w:rPr>
        <w:t>2. This machine is heavy.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large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strong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new</w:t>
            </w:r>
          </w:p>
        </w:tc>
      </w:tr>
    </w:tbl>
    <w:p>
      <w:pPr>
        <w:spacing w:after="0"/>
        <w:ind w:left="0" w:firstLine="0"/>
      </w:pPr>
      <w:r>
        <w:rPr>
          <w:rFonts w:ascii="Times New Roman" w:hAnsi="Times New Roman" w:eastAsia="Times New Roman"/>
          <w:b w:val="0"/>
          <w:i w:val="0"/>
          <w:color w:val="000000"/>
          <w:sz w:val="21"/>
        </w:rPr>
        <w:t>3. The task is dangerous.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safe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difficult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slow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expensive</w:t>
            </w:r>
          </w:p>
        </w:tc>
      </w:tr>
    </w:tbl>
    <w:p>
      <w:pPr>
        <w:spacing w:after="0"/>
        <w:ind w:left="0" w:firstLine="0"/>
      </w:pPr>
      <w:r>
        <w:rPr>
          <w:rFonts w:ascii="Times New Roman" w:hAnsi="Times New Roman" w:eastAsia="Times New Roman"/>
          <w:b w:val="0"/>
          <w:i w:val="0"/>
          <w:color w:val="000000"/>
          <w:sz w:val="21"/>
        </w:rPr>
        <w:t>4. The robot moves quickly.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carefully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slowly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quietly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automatically</w:t>
            </w:r>
          </w:p>
        </w:tc>
      </w:tr>
    </w:tbl>
    <w:p>
      <w:pPr>
        <w:spacing w:after="0"/>
        <w:ind w:left="0" w:firstLine="0"/>
      </w:pPr>
      <w:r>
        <w:rPr>
          <w:rFonts w:ascii="Times New Roman" w:hAnsi="Times New Roman" w:eastAsia="Times New Roman"/>
          <w:b w:val="0"/>
          <w:i w:val="0"/>
          <w:color w:val="000000"/>
          <w:sz w:val="21"/>
        </w:rPr>
        <w:t>5. This is the best result.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first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worst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newest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highest</w:t>
            </w:r>
          </w:p>
        </w:tc>
      </w:tr>
    </w:tbl>
    <w:p>
      <w:pPr>
        <w:keepNext/>
        <w:keepLines/>
        <w:spacing w:before="40" w:after="20"/>
      </w:pPr>
      <w:r>
        <w:rPr>
          <w:rFonts w:ascii="Times New Roman" w:hAnsi="Times New Roman" w:eastAsia="Times New Roman"/>
          <w:b/>
          <w:color w:val="1254B7"/>
          <w:sz w:val="22"/>
        </w:rPr>
        <w:t>Exercise 6: Complete the sentences with the correct comparative or superlative form.</w:t>
      </w:r>
    </w:p>
    <w:p>
      <w:pPr>
        <w:spacing w:after="0"/>
      </w:pPr>
      <w:r>
        <w:rPr>
          <w:rFonts w:ascii="Times New Roman" w:hAnsi="Times New Roman" w:eastAsia="Times New Roman"/>
          <w:color w:val="000000"/>
          <w:sz w:val="20"/>
        </w:rPr>
        <w:t xml:space="preserve">1. M10 is the _____ robot in the group. (STRONG) </w:t>
      </w:r>
    </w:p>
    <w:p>
      <w:pPr>
        <w:spacing w:after="0"/>
      </w:pPr>
      <w:r>
        <w:rPr>
          <w:rFonts w:ascii="Times New Roman" w:hAnsi="Times New Roman" w:eastAsia="Times New Roman"/>
          <w:color w:val="000000"/>
          <w:sz w:val="20"/>
        </w:rPr>
        <w:t xml:space="preserve">2. This model is _____ than the old one. (FAST) </w:t>
      </w:r>
    </w:p>
    <w:p>
      <w:pPr>
        <w:spacing w:after="0"/>
      </w:pPr>
      <w:r>
        <w:rPr>
          <w:rFonts w:ascii="Times New Roman" w:hAnsi="Times New Roman" w:eastAsia="Times New Roman"/>
          <w:color w:val="000000"/>
          <w:sz w:val="20"/>
        </w:rPr>
        <w:t xml:space="preserve">3. H9 is the _____ robot in the shop. (CHEAP) </w:t>
      </w:r>
    </w:p>
    <w:p>
      <w:pPr>
        <w:spacing w:after="0"/>
      </w:pPr>
      <w:r>
        <w:rPr>
          <w:rFonts w:ascii="Times New Roman" w:hAnsi="Times New Roman" w:eastAsia="Times New Roman"/>
          <w:color w:val="000000"/>
          <w:sz w:val="20"/>
        </w:rPr>
        <w:t xml:space="preserve">4. Which robot is the _____? (LIGHT) </w:t>
      </w:r>
    </w:p>
    <w:p>
      <w:pPr>
        <w:spacing w:after="0"/>
      </w:pPr>
      <w:r>
        <w:rPr>
          <w:rFonts w:ascii="Times New Roman" w:hAnsi="Times New Roman" w:eastAsia="Times New Roman"/>
          <w:color w:val="000000"/>
          <w:sz w:val="20"/>
        </w:rPr>
        <w:t xml:space="preserve">5. A3 is _____ than M10. (TALL) </w:t>
      </w:r>
    </w:p>
    <w:p>
      <w:pPr>
        <w:spacing w:after="0"/>
      </w:pPr>
      <w:r>
        <w:rPr>
          <w:rFonts w:ascii="Times New Roman" w:hAnsi="Times New Roman" w:eastAsia="Times New Roman"/>
          <w:color w:val="000000"/>
          <w:sz w:val="20"/>
        </w:rPr>
        <w:t xml:space="preserve">6. This is the _____ task for a robot. (EASY) </w:t>
      </w:r>
    </w:p>
    <w:p>
      <w:pPr>
        <w:spacing w:after="0"/>
      </w:pPr>
      <w:r>
        <w:rPr>
          <w:rFonts w:ascii="Times New Roman" w:hAnsi="Times New Roman" w:eastAsia="Times New Roman"/>
          <w:color w:val="000000"/>
          <w:sz w:val="20"/>
        </w:rPr>
        <w:t xml:space="preserve">7. Robot B makes the _____ noise. (LOUD) </w:t>
      </w:r>
    </w:p>
    <w:p>
      <w:pPr>
        <w:spacing w:after="0"/>
      </w:pPr>
      <w:r>
        <w:rPr>
          <w:rFonts w:ascii="Times New Roman" w:hAnsi="Times New Roman" w:eastAsia="Times New Roman"/>
          <w:color w:val="000000"/>
          <w:sz w:val="20"/>
        </w:rPr>
        <w:t xml:space="preserve">8. The new robot is the _____ at recognising voices. (GOOD) </w:t>
      </w:r>
    </w:p>
    <w:p>
      <w:pPr>
        <w:spacing w:after="0"/>
      </w:pPr>
      <w:r>
        <w:rPr>
          <w:rFonts w:ascii="Times New Roman" w:hAnsi="Times New Roman" w:eastAsia="Times New Roman"/>
          <w:color w:val="000000"/>
          <w:sz w:val="20"/>
        </w:rPr>
        <w:t xml:space="preserve">9. That is the _____ robot design in the contest. (BAD) </w:t>
      </w:r>
    </w:p>
    <w:p>
      <w:pPr>
        <w:spacing w:after="0"/>
      </w:pPr>
      <w:r>
        <w:rPr>
          <w:rFonts w:ascii="Times New Roman" w:hAnsi="Times New Roman" w:eastAsia="Times New Roman"/>
          <w:color w:val="000000"/>
          <w:sz w:val="20"/>
        </w:rPr>
        <w:t xml:space="preserve">10. The space robot travels the _____ distance. (FAR) </w:t>
      </w:r>
    </w:p>
    <w:p>
      <w:pPr>
        <w:spacing w:after="0"/>
      </w:pPr>
      <w:r>
        <w:rPr>
          <w:rFonts w:ascii="Times New Roman" w:hAnsi="Times New Roman" w:eastAsia="Times New Roman"/>
          <w:color w:val="000000"/>
          <w:sz w:val="20"/>
        </w:rPr>
        <w:t xml:space="preserve">11. This machine is _____ than that one. (HEAVY) </w:t>
      </w:r>
    </w:p>
    <w:p>
      <w:pPr>
        <w:spacing w:after="0"/>
      </w:pPr>
      <w:r>
        <w:rPr>
          <w:rFonts w:ascii="Times New Roman" w:hAnsi="Times New Roman" w:eastAsia="Times New Roman"/>
          <w:color w:val="000000"/>
          <w:sz w:val="20"/>
        </w:rPr>
        <w:t xml:space="preserve">12. The hospital robot is the _____ useful model. (MUCH) </w:t>
      </w:r>
    </w:p>
    <w:p>
      <w:pPr>
        <w:spacing w:after="0"/>
      </w:pPr>
      <w:r>
        <w:rPr>
          <w:rFonts w:ascii="Times New Roman" w:hAnsi="Times New Roman" w:eastAsia="Times New Roman"/>
          <w:color w:val="000000"/>
          <w:sz w:val="20"/>
        </w:rPr>
        <w:t xml:space="preserve">13. Bonbon is the _____ of the three. (BIG) </w:t>
      </w:r>
    </w:p>
    <w:p>
      <w:pPr>
        <w:spacing w:after="0"/>
      </w:pPr>
      <w:r>
        <w:rPr>
          <w:rFonts w:ascii="Times New Roman" w:hAnsi="Times New Roman" w:eastAsia="Times New Roman"/>
          <w:color w:val="000000"/>
          <w:sz w:val="20"/>
        </w:rPr>
        <w:t xml:space="preserve">14. My robot is _____ than yours. (NEW) </w:t>
      </w:r>
    </w:p>
    <w:p>
      <w:pPr>
        <w:spacing w:after="0"/>
      </w:pPr>
      <w:r>
        <w:rPr>
          <w:rFonts w:ascii="Times New Roman" w:hAnsi="Times New Roman" w:eastAsia="Times New Roman"/>
          <w:color w:val="000000"/>
          <w:sz w:val="20"/>
        </w:rPr>
        <w:t xml:space="preserve">15. This is the _____ interesting robot show this year. (MUCH) </w:t>
      </w:r>
    </w:p>
    <w:p>
      <w:pPr>
        <w:keepNext/>
        <w:keepLines/>
        <w:spacing w:before="40" w:after="20"/>
      </w:pPr>
      <w:r>
        <w:rPr>
          <w:rFonts w:ascii="Times New Roman" w:hAnsi="Times New Roman" w:eastAsia="Times New Roman"/>
          <w:b/>
          <w:color w:val="1254B7"/>
          <w:sz w:val="22"/>
        </w:rPr>
        <w:t>Exercise 7: Rewrite the sentences using a comparative or superlative form.</w:t>
      </w:r>
    </w:p>
    <w:p>
      <w:pPr>
        <w:spacing w:after="0"/>
      </w:pPr>
      <w:r>
        <w:rPr>
          <w:rFonts w:ascii="Times New Roman" w:hAnsi="Times New Roman" w:eastAsia="Times New Roman"/>
          <w:color w:val="000000"/>
          <w:sz w:val="20"/>
        </w:rPr>
        <w:t>1. No robot in the show is stronger than M10.</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H9 is cheaper than the other two robots.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A3 is 150 cm. M10 is 120 cm.</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This robot is better than all the others.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No task here is more dangerous than lifting hot metal.</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Robot A is lighter than Robot B.</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This is the noisiest machine in the room.</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The blue robot is the newest of the three.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8: Complete each sentence with the correct form of the word in brackets.</w:t>
      </w:r>
    </w:p>
    <w:p>
      <w:pPr>
        <w:spacing w:after="0"/>
      </w:pPr>
      <w:r>
        <w:rPr>
          <w:rFonts w:ascii="Times New Roman" w:hAnsi="Times New Roman" w:eastAsia="Times New Roman"/>
          <w:color w:val="000000"/>
          <w:sz w:val="20"/>
        </w:rPr>
        <w:t xml:space="preserve">1. Home robots are very _____. (HELP) </w:t>
      </w:r>
    </w:p>
    <w:p>
      <w:pPr>
        <w:spacing w:after="0"/>
      </w:pPr>
      <w:r>
        <w:rPr>
          <w:rFonts w:ascii="Times New Roman" w:hAnsi="Times New Roman" w:eastAsia="Times New Roman"/>
          <w:color w:val="000000"/>
          <w:sz w:val="20"/>
        </w:rPr>
        <w:t xml:space="preserve">2. Robots can do _____ jobs in factories. (DANGER) </w:t>
      </w:r>
    </w:p>
    <w:p>
      <w:pPr>
        <w:spacing w:after="0"/>
      </w:pPr>
      <w:r>
        <w:rPr>
          <w:rFonts w:ascii="Times New Roman" w:hAnsi="Times New Roman" w:eastAsia="Times New Roman"/>
          <w:color w:val="000000"/>
          <w:sz w:val="20"/>
        </w:rPr>
        <w:t xml:space="preserve">3. This machine is completely _____. (USE) </w:t>
      </w:r>
    </w:p>
    <w:p>
      <w:pPr>
        <w:spacing w:after="0"/>
      </w:pPr>
      <w:r>
        <w:rPr>
          <w:rFonts w:ascii="Times New Roman" w:hAnsi="Times New Roman" w:eastAsia="Times New Roman"/>
          <w:color w:val="000000"/>
          <w:sz w:val="20"/>
        </w:rPr>
        <w:t xml:space="preserve">4. A _____ designed the new space robot. (SCIENCE) </w:t>
      </w:r>
    </w:p>
    <w:p>
      <w:pPr>
        <w:spacing w:after="0"/>
      </w:pPr>
      <w:r>
        <w:rPr>
          <w:rFonts w:ascii="Times New Roman" w:hAnsi="Times New Roman" w:eastAsia="Times New Roman"/>
          <w:color w:val="000000"/>
          <w:sz w:val="20"/>
        </w:rPr>
        <w:t xml:space="preserve">5. The robot uses advanced _____. (TECHNOLOGY) </w:t>
      </w:r>
    </w:p>
    <w:p>
      <w:pPr>
        <w:spacing w:after="0"/>
      </w:pPr>
      <w:r>
        <w:rPr>
          <w:rFonts w:ascii="Times New Roman" w:hAnsi="Times New Roman" w:eastAsia="Times New Roman"/>
          <w:color w:val="000000"/>
          <w:sz w:val="20"/>
        </w:rPr>
        <w:t xml:space="preserve">6. It can move _____. (AUTOMATIC) </w:t>
      </w:r>
    </w:p>
    <w:p>
      <w:pPr>
        <w:spacing w:after="0"/>
      </w:pPr>
      <w:r>
        <w:rPr>
          <w:rFonts w:ascii="Times New Roman" w:hAnsi="Times New Roman" w:eastAsia="Times New Roman"/>
          <w:color w:val="000000"/>
          <w:sz w:val="20"/>
        </w:rPr>
        <w:t xml:space="preserve">7. The robot answered the question _____. (INTELLIGENT) </w:t>
      </w:r>
    </w:p>
    <w:p>
      <w:pPr>
        <w:spacing w:after="0"/>
      </w:pPr>
      <w:r>
        <w:rPr>
          <w:rFonts w:ascii="Times New Roman" w:hAnsi="Times New Roman" w:eastAsia="Times New Roman"/>
          <w:color w:val="000000"/>
          <w:sz w:val="20"/>
        </w:rPr>
        <w:t xml:space="preserve">8. Its voice is clear and _____. (FRIEND) </w:t>
      </w:r>
    </w:p>
    <w:p>
      <w:pPr>
        <w:spacing w:after="0"/>
      </w:pPr>
      <w:r>
        <w:rPr>
          <w:rFonts w:ascii="Times New Roman" w:hAnsi="Times New Roman" w:eastAsia="Times New Roman"/>
          <w:color w:val="000000"/>
          <w:sz w:val="20"/>
        </w:rPr>
        <w:t xml:space="preserve">9. The new model works more _____. (EFFECTIVE) </w:t>
      </w:r>
    </w:p>
    <w:p>
      <w:pPr>
        <w:spacing w:after="0"/>
      </w:pPr>
      <w:r>
        <w:rPr>
          <w:rFonts w:ascii="Times New Roman" w:hAnsi="Times New Roman" w:eastAsia="Times New Roman"/>
          <w:color w:val="000000"/>
          <w:sz w:val="20"/>
        </w:rPr>
        <w:t xml:space="preserve">10. The robot won first prize for its _____. (CREATE) </w:t>
      </w:r>
    </w:p>
    <w:p>
      <w:pPr>
        <w:keepNext/>
        <w:keepLines/>
        <w:spacing w:before="80" w:after="40"/>
      </w:pPr>
      <w:r>
        <w:rPr>
          <w:rFonts w:ascii="Times New Roman" w:hAnsi="Times New Roman" w:eastAsia="Times New Roman"/>
          <w:b/>
          <w:color w:val="1254B7"/>
          <w:sz w:val="26"/>
        </w:rPr>
        <w:t>❖  COMMUNICATION</w:t>
      </w:r>
    </w:p>
    <w:p>
      <w:pPr>
        <w:keepNext/>
        <w:keepLines/>
        <w:spacing w:before="40" w:after="20"/>
      </w:pPr>
      <w:r>
        <w:rPr>
          <w:rFonts w:ascii="Times New Roman" w:hAnsi="Times New Roman" w:eastAsia="Times New Roman"/>
          <w:b/>
          <w:color w:val="1254B7"/>
          <w:sz w:val="22"/>
        </w:rPr>
        <w:t>Exercise 9: Choose the option that best completes each exchange.</w:t>
      </w:r>
    </w:p>
    <w:p>
      <w:pPr>
        <w:spacing w:after="0"/>
        <w:ind w:left="0" w:firstLine="0"/>
      </w:pPr>
      <w:r>
        <w:rPr>
          <w:rFonts w:ascii="Times New Roman" w:hAnsi="Times New Roman" w:eastAsia="Times New Roman"/>
          <w:b w:val="0"/>
          <w:i w:val="0"/>
          <w:color w:val="000000"/>
          <w:sz w:val="21"/>
        </w:rPr>
        <w:t>1. 'What can this robot do?'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can lift heavy boxes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is in the lab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is mine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 nine</w:t>
            </w:r>
          </w:p>
        </w:tc>
      </w:tr>
    </w:tbl>
    <w:p>
      <w:pPr>
        <w:spacing w:after="0"/>
        <w:ind w:left="0" w:firstLine="0"/>
      </w:pPr>
      <w:r>
        <w:rPr>
          <w:rFonts w:ascii="Times New Roman" w:hAnsi="Times New Roman" w:eastAsia="Times New Roman"/>
          <w:b w:val="0"/>
          <w:i w:val="0"/>
          <w:color w:val="000000"/>
          <w:sz w:val="21"/>
        </w:rPr>
        <w:t>2. 'Which robot is the fastest?'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blue one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 the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For one hour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can cook</w:t>
            </w:r>
          </w:p>
        </w:tc>
      </w:tr>
    </w:tbl>
    <w:p>
      <w:pPr>
        <w:spacing w:after="0"/>
        <w:ind w:left="0" w:firstLine="0"/>
      </w:pPr>
      <w:r>
        <w:rPr>
          <w:rFonts w:ascii="Times New Roman" w:hAnsi="Times New Roman" w:eastAsia="Times New Roman"/>
          <w:b w:val="0"/>
          <w:i w:val="0"/>
          <w:color w:val="000000"/>
          <w:sz w:val="21"/>
        </w:rPr>
        <w:t>3. 'Can I touch the robot?'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No, please keep behind the line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is the tallest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Yesterday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scientist</w:t>
            </w:r>
          </w:p>
        </w:tc>
      </w:tr>
    </w:tbl>
    <w:p>
      <w:pPr>
        <w:spacing w:after="0"/>
        <w:ind w:left="0" w:firstLine="0"/>
      </w:pPr>
      <w:r>
        <w:rPr>
          <w:rFonts w:ascii="Times New Roman" w:hAnsi="Times New Roman" w:eastAsia="Times New Roman"/>
          <w:b w:val="0"/>
          <w:i w:val="0"/>
          <w:color w:val="000000"/>
          <w:sz w:val="21"/>
        </w:rPr>
        <w:t>4. 'This robot can speak three languages.'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That's impressive!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No, it didn't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red one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 home</w:t>
            </w:r>
          </w:p>
        </w:tc>
      </w:tr>
    </w:tbl>
    <w:p>
      <w:pPr>
        <w:spacing w:after="0"/>
        <w:ind w:left="0" w:firstLine="0"/>
      </w:pPr>
      <w:r>
        <w:rPr>
          <w:rFonts w:ascii="Times New Roman" w:hAnsi="Times New Roman" w:eastAsia="Times New Roman"/>
          <w:b w:val="0"/>
          <w:i w:val="0"/>
          <w:color w:val="000000"/>
          <w:sz w:val="21"/>
        </w:rPr>
        <w:t>5. 'Why are robots useful in factories?' - '_____.'</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They can do heavy or dangerous work</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They are on the table</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They were invented</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 night</w:t>
            </w:r>
          </w:p>
        </w:tc>
      </w:tr>
    </w:tbl>
    <w:p>
      <w:pPr>
        <w:keepNext/>
        <w:keepLines/>
        <w:spacing w:before="40" w:after="20"/>
      </w:pPr>
      <w:r>
        <w:rPr>
          <w:rFonts w:ascii="Times New Roman" w:hAnsi="Times New Roman" w:eastAsia="Times New Roman"/>
          <w:b/>
          <w:color w:val="1254B7"/>
          <w:sz w:val="22"/>
        </w:rPr>
        <w:t>Exercise 10: Arrange the sentences to make a meaningful conversation.</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What is that robot doing?</w:t>
      </w:r>
    </w:p>
    <w:p>
      <w:pPr>
        <w:ind w:left="255"/>
      </w:pPr>
      <w:r>
        <w:rPr>
          <w:rFonts w:ascii="Times New Roman" w:hAnsi="Times New Roman" w:eastAsia="Times New Roman"/>
          <w:color w:val="000000"/>
          <w:sz w:val="20"/>
        </w:rPr>
        <w:t>b. It is lifting a heavy box.</w:t>
      </w:r>
    </w:p>
    <w:p>
      <w:pPr>
        <w:ind w:left="255"/>
      </w:pPr>
      <w:r>
        <w:rPr>
          <w:rFonts w:ascii="Times New Roman" w:hAnsi="Times New Roman" w:eastAsia="Times New Roman"/>
          <w:color w:val="000000"/>
          <w:sz w:val="20"/>
        </w:rPr>
        <w:t>c. Is it stronger than the yellow one?</w:t>
      </w:r>
    </w:p>
    <w:p>
      <w:pPr>
        <w:ind w:left="255"/>
      </w:pPr>
      <w:r>
        <w:rPr>
          <w:rFonts w:ascii="Times New Roman" w:hAnsi="Times New Roman" w:eastAsia="Times New Roman"/>
          <w:color w:val="000000"/>
          <w:sz w:val="20"/>
        </w:rPr>
        <w:t>d. Yes, it is the strongest robot here.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a-c-b-d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c-a-b-d</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Which home robot do you prefer?</w:t>
      </w:r>
    </w:p>
    <w:p>
      <w:pPr>
        <w:ind w:left="255"/>
      </w:pPr>
      <w:r>
        <w:rPr>
          <w:rFonts w:ascii="Times New Roman" w:hAnsi="Times New Roman" w:eastAsia="Times New Roman"/>
          <w:color w:val="000000"/>
          <w:sz w:val="20"/>
        </w:rPr>
        <w:t>b. The small white one.</w:t>
      </w:r>
    </w:p>
    <w:p>
      <w:pPr>
        <w:ind w:left="255"/>
      </w:pPr>
      <w:r>
        <w:rPr>
          <w:rFonts w:ascii="Times New Roman" w:hAnsi="Times New Roman" w:eastAsia="Times New Roman"/>
          <w:color w:val="000000"/>
          <w:sz w:val="20"/>
        </w:rPr>
        <w:t>c. Why?</w:t>
      </w:r>
    </w:p>
    <w:p>
      <w:pPr>
        <w:ind w:left="255"/>
      </w:pPr>
      <w:r>
        <w:rPr>
          <w:rFonts w:ascii="Times New Roman" w:hAnsi="Times New Roman" w:eastAsia="Times New Roman"/>
          <w:color w:val="000000"/>
          <w:sz w:val="20"/>
        </w:rPr>
        <w:t>d. It is the easiest to use.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c-d-a-b</w:t>
            </w:r>
          </w:p>
        </w:tc>
      </w:tr>
    </w:tbl>
    <w:p>
      <w:r>
        <w:rPr>
          <w:rFonts w:ascii="Times New Roman" w:hAnsi="Times New Roman" w:eastAsia="Times New Roman"/>
          <w:b/>
          <w:color w:val="000000"/>
          <w:sz w:val="20"/>
        </w:rPr>
        <w:t>3.</w:t>
      </w:r>
    </w:p>
    <w:p>
      <w:pPr>
        <w:ind w:left="255"/>
      </w:pPr>
      <w:r>
        <w:rPr>
          <w:rFonts w:ascii="Times New Roman" w:hAnsi="Times New Roman" w:eastAsia="Times New Roman"/>
          <w:color w:val="000000"/>
          <w:sz w:val="20"/>
        </w:rPr>
        <w:t>a. Please stay behind the line.</w:t>
      </w:r>
    </w:p>
    <w:p>
      <w:pPr>
        <w:ind w:left="255"/>
      </w:pPr>
      <w:r>
        <w:rPr>
          <w:rFonts w:ascii="Times New Roman" w:hAnsi="Times New Roman" w:eastAsia="Times New Roman"/>
          <w:color w:val="000000"/>
          <w:sz w:val="20"/>
        </w:rPr>
        <w:t>b. Why can't we go closer?</w:t>
      </w:r>
    </w:p>
    <w:p>
      <w:pPr>
        <w:ind w:left="255"/>
      </w:pPr>
      <w:r>
        <w:rPr>
          <w:rFonts w:ascii="Times New Roman" w:hAnsi="Times New Roman" w:eastAsia="Times New Roman"/>
          <w:color w:val="000000"/>
          <w:sz w:val="20"/>
        </w:rPr>
        <w:t>c. The robot is moving heavy objects.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br w:type="page"/>
      </w:r>
    </w:p>
    <w:p>
      <w:pPr>
        <w:keepNext/>
        <w:keepLines/>
        <w:spacing w:before="80" w:after="40"/>
      </w:pPr>
      <w:r>
        <w:rPr>
          <w:rFonts w:ascii="Times New Roman" w:hAnsi="Times New Roman" w:eastAsia="Times New Roman"/>
          <w:b/>
          <w:color w:val="1254B7"/>
          <w:sz w:val="26"/>
        </w:rPr>
        <w:t>❖  READING</w:t>
      </w:r>
    </w:p>
    <w:p>
      <w:pPr>
        <w:keepNext/>
        <w:keepLines/>
        <w:spacing w:before="40" w:after="20"/>
      </w:pPr>
      <w:r>
        <w:rPr>
          <w:rFonts w:ascii="Times New Roman" w:hAnsi="Times New Roman" w:eastAsia="Times New Roman"/>
          <w:b/>
          <w:color w:val="1254B7"/>
          <w:sz w:val="22"/>
        </w:rPr>
        <w:t>Exercise 11: Look at each sign or notice. Choose the best answer.</w:t>
      </w:r>
    </w:p>
    <w:tbl>
      <w:tblPr>
        <w:tblW w:type="auto" w:w="0"/>
        <w:jc w:val="center"/>
        <w:tblLayout w:type="fixed"/>
        <w:tblLook w:firstColumn="1" w:firstRow="1" w:lastColumn="0" w:lastRow="0" w:noHBand="0" w:noVBand="1" w:val="04A0"/>
      </w:tblPr>
      <w:tblGrid>
        <w:gridCol w:w="3401"/>
        <w:gridCol w:w="6973"/>
      </w:tblGrid>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1" name="Picture 1"/>
                  <wp:cNvGraphicFramePr>
                    <a:graphicFrameLocks noChangeAspect="1"/>
                  </wp:cNvGraphicFramePr>
                  <a:graphic>
                    <a:graphicData uri="http://schemas.openxmlformats.org/drawingml/2006/picture">
                      <pic:pic>
                        <pic:nvPicPr>
                          <pic:cNvPr id="0" name="unit12_sign1.png"/>
                          <pic:cNvPicPr/>
                        </pic:nvPicPr>
                        <pic:blipFill>
                          <a:blip r:embed="rId11"/>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1. What happens here?</w:t>
            </w:r>
          </w:p>
          <w:p>
            <w:r>
              <w:rPr>
                <w:rFonts w:ascii="Times New Roman" w:hAnsi="Times New Roman" w:eastAsia="Times New Roman"/>
                <w:b w:val="0"/>
                <w:i w:val="0"/>
                <w:color w:val="000000"/>
                <w:sz w:val="19"/>
              </w:rPr>
              <w:t>A. A robot is demonstrated</w:t>
            </w:r>
          </w:p>
          <w:p>
            <w:r>
              <w:rPr>
                <w:rFonts w:ascii="Times New Roman" w:hAnsi="Times New Roman" w:eastAsia="Times New Roman"/>
                <w:b w:val="0"/>
                <w:i w:val="0"/>
                <w:color w:val="000000"/>
                <w:sz w:val="19"/>
              </w:rPr>
              <w:t>B. Robots are sold as toys</w:t>
            </w:r>
          </w:p>
          <w:p>
            <w:r>
              <w:rPr>
                <w:rFonts w:ascii="Times New Roman" w:hAnsi="Times New Roman" w:eastAsia="Times New Roman"/>
                <w:b w:val="0"/>
                <w:i w:val="0"/>
                <w:color w:val="000000"/>
                <w:sz w:val="19"/>
              </w:rPr>
              <w:t>C. A football match takes place</w:t>
            </w:r>
          </w:p>
          <w:p>
            <w:r>
              <w:rPr>
                <w:rFonts w:ascii="Times New Roman" w:hAnsi="Times New Roman" w:eastAsia="Times New Roman"/>
                <w:b w:val="0"/>
                <w:i w:val="0"/>
                <w:color w:val="000000"/>
                <w:sz w:val="19"/>
              </w:rPr>
              <w:t>D. A city tour starts</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2" name="Picture 2"/>
                  <wp:cNvGraphicFramePr>
                    <a:graphicFrameLocks noChangeAspect="1"/>
                  </wp:cNvGraphicFramePr>
                  <a:graphic>
                    <a:graphicData uri="http://schemas.openxmlformats.org/drawingml/2006/picture">
                      <pic:pic>
                        <pic:nvPicPr>
                          <pic:cNvPr id="0" name="unit12_sign2.png"/>
                          <pic:cNvPicPr/>
                        </pic:nvPicPr>
                        <pic:blipFill>
                          <a:blip r:embed="rId12"/>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2. What must visitors not do?</w:t>
            </w:r>
          </w:p>
          <w:p>
            <w:r>
              <w:rPr>
                <w:rFonts w:ascii="Times New Roman" w:hAnsi="Times New Roman" w:eastAsia="Times New Roman"/>
                <w:b w:val="0"/>
                <w:i w:val="0"/>
                <w:color w:val="000000"/>
                <w:sz w:val="19"/>
              </w:rPr>
              <w:t>A. Take notes</w:t>
            </w:r>
          </w:p>
          <w:p>
            <w:r>
              <w:rPr>
                <w:rFonts w:ascii="Times New Roman" w:hAnsi="Times New Roman" w:eastAsia="Times New Roman"/>
                <w:b w:val="0"/>
                <w:i w:val="0"/>
                <w:color w:val="000000"/>
                <w:sz w:val="19"/>
              </w:rPr>
              <w:t>B. Touch the robot</w:t>
            </w:r>
          </w:p>
          <w:p>
            <w:r>
              <w:rPr>
                <w:rFonts w:ascii="Times New Roman" w:hAnsi="Times New Roman" w:eastAsia="Times New Roman"/>
                <w:b w:val="0"/>
                <w:i w:val="0"/>
                <w:color w:val="000000"/>
                <w:sz w:val="19"/>
              </w:rPr>
              <w:t>C. Ask questions</w:t>
            </w:r>
          </w:p>
          <w:p>
            <w:r>
              <w:rPr>
                <w:rFonts w:ascii="Times New Roman" w:hAnsi="Times New Roman" w:eastAsia="Times New Roman"/>
                <w:b w:val="0"/>
                <w:i w:val="0"/>
                <w:color w:val="000000"/>
                <w:sz w:val="19"/>
              </w:rPr>
              <w:t>D. Watch the show</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3" name="Picture 3"/>
                  <wp:cNvGraphicFramePr>
                    <a:graphicFrameLocks noChangeAspect="1"/>
                  </wp:cNvGraphicFramePr>
                  <a:graphic>
                    <a:graphicData uri="http://schemas.openxmlformats.org/drawingml/2006/picture">
                      <pic:pic>
                        <pic:nvPicPr>
                          <pic:cNvPr id="0" name="unit12_sign3.png"/>
                          <pic:cNvPicPr/>
                        </pic:nvPicPr>
                        <pic:blipFill>
                          <a:blip r:embed="rId13"/>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3. What is happening to the robot?</w:t>
            </w:r>
          </w:p>
          <w:p>
            <w:r>
              <w:rPr>
                <w:rFonts w:ascii="Times New Roman" w:hAnsi="Times New Roman" w:eastAsia="Times New Roman"/>
                <w:b w:val="0"/>
                <w:i w:val="0"/>
                <w:color w:val="000000"/>
                <w:sz w:val="19"/>
              </w:rPr>
              <w:t>A. It is being repaired</w:t>
            </w:r>
          </w:p>
          <w:p>
            <w:r>
              <w:rPr>
                <w:rFonts w:ascii="Times New Roman" w:hAnsi="Times New Roman" w:eastAsia="Times New Roman"/>
                <w:b w:val="0"/>
                <w:i w:val="0"/>
                <w:color w:val="000000"/>
                <w:sz w:val="19"/>
              </w:rPr>
              <w:t>B. Its battery is charging</w:t>
            </w:r>
          </w:p>
          <w:p>
            <w:r>
              <w:rPr>
                <w:rFonts w:ascii="Times New Roman" w:hAnsi="Times New Roman" w:eastAsia="Times New Roman"/>
                <w:b w:val="0"/>
                <w:i w:val="0"/>
                <w:color w:val="000000"/>
                <w:sz w:val="19"/>
              </w:rPr>
              <w:t>C. It is cleaning</w:t>
            </w:r>
          </w:p>
          <w:p>
            <w:r>
              <w:rPr>
                <w:rFonts w:ascii="Times New Roman" w:hAnsi="Times New Roman" w:eastAsia="Times New Roman"/>
                <w:b w:val="0"/>
                <w:i w:val="0"/>
                <w:color w:val="000000"/>
                <w:sz w:val="19"/>
              </w:rPr>
              <w:t>D. It is speaking</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4" name="Picture 4"/>
                  <wp:cNvGraphicFramePr>
                    <a:graphicFrameLocks noChangeAspect="1"/>
                  </wp:cNvGraphicFramePr>
                  <a:graphic>
                    <a:graphicData uri="http://schemas.openxmlformats.org/drawingml/2006/picture">
                      <pic:pic>
                        <pic:nvPicPr>
                          <pic:cNvPr id="0" name="unit12_sign4.png"/>
                          <pic:cNvPicPr/>
                        </pic:nvPicPr>
                        <pic:blipFill>
                          <a:blip r:embed="rId14"/>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4. What should visitors do?</w:t>
            </w:r>
          </w:p>
          <w:p>
            <w:r>
              <w:rPr>
                <w:rFonts w:ascii="Times New Roman" w:hAnsi="Times New Roman" w:eastAsia="Times New Roman"/>
                <w:b w:val="0"/>
                <w:i w:val="0"/>
                <w:color w:val="000000"/>
                <w:sz w:val="19"/>
              </w:rPr>
              <w:t>A. Stand very close</w:t>
            </w:r>
          </w:p>
          <w:p>
            <w:r>
              <w:rPr>
                <w:rFonts w:ascii="Times New Roman" w:hAnsi="Times New Roman" w:eastAsia="Times New Roman"/>
                <w:b w:val="0"/>
                <w:i w:val="0"/>
                <w:color w:val="000000"/>
                <w:sz w:val="19"/>
              </w:rPr>
              <w:t>B. Keep a safe distance</w:t>
            </w:r>
          </w:p>
          <w:p>
            <w:r>
              <w:rPr>
                <w:rFonts w:ascii="Times New Roman" w:hAnsi="Times New Roman" w:eastAsia="Times New Roman"/>
                <w:b w:val="0"/>
                <w:i w:val="0"/>
                <w:color w:val="000000"/>
                <w:sz w:val="19"/>
              </w:rPr>
              <w:t>C. Lift the robot</w:t>
            </w:r>
          </w:p>
          <w:p>
            <w:r>
              <w:rPr>
                <w:rFonts w:ascii="Times New Roman" w:hAnsi="Times New Roman" w:eastAsia="Times New Roman"/>
                <w:b w:val="0"/>
                <w:i w:val="0"/>
                <w:color w:val="000000"/>
                <w:sz w:val="19"/>
              </w:rPr>
              <w:t>D. Run around it</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5" name="Picture 5"/>
                  <wp:cNvGraphicFramePr>
                    <a:graphicFrameLocks noChangeAspect="1"/>
                  </wp:cNvGraphicFramePr>
                  <a:graphic>
                    <a:graphicData uri="http://schemas.openxmlformats.org/drawingml/2006/picture">
                      <pic:pic>
                        <pic:nvPicPr>
                          <pic:cNvPr id="0" name="unit12_sign5.png"/>
                          <pic:cNvPicPr/>
                        </pic:nvPicPr>
                        <pic:blipFill>
                          <a:blip r:embed="rId15"/>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5. What is available here?</w:t>
            </w:r>
          </w:p>
          <w:p>
            <w:r>
              <w:rPr>
                <w:rFonts w:ascii="Times New Roman" w:hAnsi="Times New Roman" w:eastAsia="Times New Roman"/>
                <w:b w:val="0"/>
                <w:i w:val="0"/>
                <w:color w:val="000000"/>
                <w:sz w:val="19"/>
              </w:rPr>
              <w:t>A. Help from a person</w:t>
            </w:r>
          </w:p>
          <w:p>
            <w:r>
              <w:rPr>
                <w:rFonts w:ascii="Times New Roman" w:hAnsi="Times New Roman" w:eastAsia="Times New Roman"/>
                <w:b w:val="0"/>
                <w:i w:val="0"/>
                <w:color w:val="000000"/>
                <w:sz w:val="19"/>
              </w:rPr>
              <w:t>B. A new robot</w:t>
            </w:r>
          </w:p>
          <w:p>
            <w:r>
              <w:rPr>
                <w:rFonts w:ascii="Times New Roman" w:hAnsi="Times New Roman" w:eastAsia="Times New Roman"/>
                <w:b w:val="0"/>
                <w:i w:val="0"/>
                <w:color w:val="000000"/>
                <w:sz w:val="19"/>
              </w:rPr>
              <w:t>C. A sports coach</w:t>
            </w:r>
          </w:p>
          <w:p>
            <w:r>
              <w:rPr>
                <w:rFonts w:ascii="Times New Roman" w:hAnsi="Times New Roman" w:eastAsia="Times New Roman"/>
                <w:b w:val="0"/>
                <w:i w:val="0"/>
                <w:color w:val="000000"/>
                <w:sz w:val="19"/>
              </w:rPr>
              <w:t>D. A city map</w:t>
            </w:r>
          </w:p>
        </w:tc>
      </w:tr>
    </w:tbl>
    <w:p>
      <w:pPr>
        <w:keepNext/>
        <w:keepLines/>
        <w:spacing w:before="40" w:after="20"/>
      </w:pPr>
      <w:r>
        <w:rPr>
          <w:rFonts w:ascii="Times New Roman" w:hAnsi="Times New Roman" w:eastAsia="Times New Roman"/>
          <w:b/>
          <w:color w:val="1254B7"/>
          <w:sz w:val="22"/>
        </w:rPr>
        <w:t>Exercise 12: Read the advertisements / announcements and choose the best option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ROBOT SHOW THIS SATURDAY</w:t>
            </w:r>
          </w:p>
          <w:p>
            <w:pPr>
              <w:jc w:val="both"/>
            </w:pPr>
            <w:r>
              <w:rPr>
                <w:rFonts w:ascii="Times New Roman" w:hAnsi="Times New Roman" w:eastAsia="Times New Roman"/>
                <w:color w:val="000000"/>
                <w:sz w:val="20"/>
              </w:rPr>
              <w:t>Meet the newest robots at the Science Centre. Watch a kitchen robot do the dishes and see the (1) _____ robot lift a 50-kilogram box. The show starts at 9 a.m. and runs (2) _____ 4 p.m. Children under twelve must come with (3) _____ adult. Book online to get the (4) _____ ticket price.</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strong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stronger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strongest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strong</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until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on</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lower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lowest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low</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DESIGN A HELPFUL ROBOT</w:t>
            </w:r>
          </w:p>
          <w:p>
            <w:pPr>
              <w:jc w:val="both"/>
            </w:pPr>
            <w:r>
              <w:rPr>
                <w:rFonts w:ascii="Times New Roman" w:hAnsi="Times New Roman" w:eastAsia="Times New Roman"/>
                <w:color w:val="000000"/>
                <w:sz w:val="20"/>
              </w:rPr>
              <w:t>Create a drawing or model of a robot for your school. Explain its name, size and abilities. Your robot should solve (1) _____ real problem. The most (2) _____ ideas will be displayed in the library. Submit your design (3) _____ 20 May. The winner will visit a robotics lab and meet (4) _____ scientist.</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create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creative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creatively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creation</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before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after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during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between</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keepNext/>
        <w:keepLines/>
        <w:spacing w:before="40" w:after="20"/>
      </w:pPr>
      <w:r>
        <w:rPr>
          <w:rFonts w:ascii="Times New Roman" w:hAnsi="Times New Roman" w:eastAsia="Times New Roman"/>
          <w:b/>
          <w:color w:val="1254B7"/>
          <w:sz w:val="22"/>
        </w:rPr>
        <w:t>Exercise 13: Read each passage and choose the correct word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HOSPITAL ROBOT</w:t>
            </w:r>
          </w:p>
          <w:p>
            <w:pPr>
              <w:jc w:val="both"/>
            </w:pPr>
            <w:r>
              <w:rPr>
                <w:rFonts w:ascii="Times New Roman" w:hAnsi="Times New Roman" w:eastAsia="Times New Roman"/>
                <w:color w:val="000000"/>
                <w:sz w:val="20"/>
              </w:rPr>
              <w:t>City Hospital has a robot named Care-1. It carries medicine between rooms and shows visitors the way. Care-1 is smaller (1) _____ most adults, so it can move easily through busy halls. Of all the hospital machines, it is the (2) _____ at recognising voices. It cannot treat patients, (3) _____ it saves nurses time. The robot stops if a person steps in front of it, making it one of the (4) _____ machines in the building. Engineers check it (5) _____ day.</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as</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good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better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goodest</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or</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safe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safer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safest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safe</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every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next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ago</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ROBOTS IN SPACE</w:t>
            </w:r>
          </w:p>
          <w:p>
            <w:pPr>
              <w:jc w:val="both"/>
            </w:pPr>
            <w:r>
              <w:rPr>
                <w:rFonts w:ascii="Times New Roman" w:hAnsi="Times New Roman" w:eastAsia="Times New Roman"/>
                <w:color w:val="000000"/>
                <w:sz w:val="20"/>
              </w:rPr>
              <w:t>Space robots travel to places that are too dangerous for humans. Some move across the surface of Mars and take photographs. They are among the (1) _____ machines scientists build because they must survive heat, cold and dust. A robot may be (2) _____ than a car but light enough for a rocket. It sends information (3) _____ Earth and follows commands from engineers. The journey is long, (4) _____ the robot must work without help. For many missions, robots are the (5) _____ choice.</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strong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stronger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strongest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 strong</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big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bigger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biggest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big</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although</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good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better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well</w:t>
            </w:r>
          </w:p>
        </w:tc>
      </w:tr>
    </w:tbl>
    <w:p>
      <w:pPr>
        <w:keepNext/>
        <w:keepLines/>
        <w:spacing w:before="40" w:after="20"/>
      </w:pPr>
      <w:r>
        <w:rPr>
          <w:rFonts w:ascii="Times New Roman" w:hAnsi="Times New Roman" w:eastAsia="Times New Roman"/>
          <w:b/>
          <w:color w:val="1254B7"/>
          <w:sz w:val="22"/>
        </w:rPr>
        <w:t>Exercise 14: Read each passage and choose the correct answer to each question.</w:t>
      </w:r>
    </w:p>
    <w:p>
      <w:r>
        <w:rPr>
          <w:rFonts w:ascii="Times New Roman" w:hAnsi="Times New Roman" w:eastAsia="Times New Roman"/>
          <w:b/>
          <w:color w:val="000000"/>
          <w:sz w:val="21"/>
        </w:rPr>
        <w:t>1. THE LIBRARY ROBOT</w:t>
      </w:r>
    </w:p>
    <w:p>
      <w:pPr>
        <w:spacing w:after="20"/>
        <w:jc w:val="both"/>
      </w:pPr>
      <w:r>
        <w:rPr>
          <w:rFonts w:ascii="Times New Roman" w:hAnsi="Times New Roman" w:eastAsia="Times New Roman"/>
          <w:color w:val="000000"/>
          <w:sz w:val="20"/>
        </w:rPr>
        <w:t>A small robot named BookBot works in West School Library. It is only ninety centimetres tall and has a screen, two cameras and a shelf. Students type a book title on the screen, and BookBot leads them to the correct area. It also carries returned books to the librarian's desk. BookBot is not the fastest machine, but it is the most popular with younger students because it speaks in a friendly voice. The librarian still chooses books and answers difficult questions. The robot handles simple jobs, giving staff more time to help readers.</w:t>
      </w:r>
    </w:p>
    <w:p>
      <w:pPr>
        <w:spacing w:after="0"/>
        <w:ind w:left="0" w:firstLine="0"/>
      </w:pPr>
      <w:r>
        <w:rPr>
          <w:rFonts w:ascii="Times New Roman" w:hAnsi="Times New Roman" w:eastAsia="Times New Roman"/>
          <w:b w:val="0"/>
          <w:i w:val="0"/>
          <w:color w:val="000000"/>
          <w:sz w:val="21"/>
        </w:rPr>
        <w:t>1. How tall is BookBot?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50 cm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90 cm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120 cm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190 cm</w:t>
            </w:r>
          </w:p>
        </w:tc>
      </w:tr>
    </w:tbl>
    <w:p>
      <w:pPr>
        <w:spacing w:after="0"/>
        <w:ind w:left="0" w:firstLine="0"/>
      </w:pPr>
      <w:r>
        <w:rPr>
          <w:rFonts w:ascii="Times New Roman" w:hAnsi="Times New Roman" w:eastAsia="Times New Roman"/>
          <w:b w:val="0"/>
          <w:i w:val="0"/>
          <w:color w:val="000000"/>
          <w:sz w:val="21"/>
        </w:rPr>
        <w:t>2. How do students request a book?</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They call the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They type the title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They show a photo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They ask a teacher</w:t>
            </w:r>
          </w:p>
        </w:tc>
      </w:tr>
    </w:tbl>
    <w:p>
      <w:pPr>
        <w:spacing w:after="0"/>
        <w:ind w:left="0" w:firstLine="0"/>
      </w:pPr>
      <w:r>
        <w:rPr>
          <w:rFonts w:ascii="Times New Roman" w:hAnsi="Times New Roman" w:eastAsia="Times New Roman"/>
          <w:b w:val="0"/>
          <w:i w:val="0"/>
          <w:color w:val="000000"/>
          <w:sz w:val="21"/>
        </w:rPr>
        <w:t>3. What does BookBot carry?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Heavy chairs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Returned books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Lunch boxes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Computers</w:t>
            </w:r>
          </w:p>
        </w:tc>
      </w:tr>
    </w:tbl>
    <w:p>
      <w:pPr>
        <w:spacing w:after="0"/>
        <w:ind w:left="0" w:firstLine="0"/>
      </w:pPr>
      <w:r>
        <w:rPr>
          <w:rFonts w:ascii="Times New Roman" w:hAnsi="Times New Roman" w:eastAsia="Times New Roman"/>
          <w:b w:val="0"/>
          <w:i w:val="0"/>
          <w:color w:val="000000"/>
          <w:sz w:val="21"/>
        </w:rPr>
        <w:t>4. Why do younger students like it?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is the fastest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gives free books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has a friendly voice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does homework</w:t>
            </w:r>
          </w:p>
        </w:tc>
      </w:tr>
    </w:tbl>
    <w:p>
      <w:pPr>
        <w:spacing w:after="0"/>
        <w:ind w:left="0" w:firstLine="0"/>
      </w:pPr>
      <w:r>
        <w:rPr>
          <w:rFonts w:ascii="Times New Roman" w:hAnsi="Times New Roman" w:eastAsia="Times New Roman"/>
          <w:b w:val="0"/>
          <w:i w:val="0"/>
          <w:color w:val="000000"/>
          <w:sz w:val="21"/>
        </w:rPr>
        <w:t>5. What is the main message?</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Robots can support librarians but not replace all their work</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Libraries need no people</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BookBot reads every book</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Students dislike technology</w:t>
            </w:r>
          </w:p>
        </w:tc>
      </w:tr>
    </w:tbl>
    <w:p>
      <w:r>
        <w:rPr>
          <w:rFonts w:ascii="Times New Roman" w:hAnsi="Times New Roman" w:eastAsia="Times New Roman"/>
          <w:b/>
          <w:color w:val="000000"/>
          <w:sz w:val="21"/>
        </w:rPr>
        <w:t>2. ROBOT RESCUE TEAM</w:t>
      </w:r>
    </w:p>
    <w:p>
      <w:pPr>
        <w:spacing w:after="20"/>
        <w:jc w:val="both"/>
      </w:pPr>
      <w:r>
        <w:rPr>
          <w:rFonts w:ascii="Times New Roman" w:hAnsi="Times New Roman" w:eastAsia="Times New Roman"/>
          <w:color w:val="000000"/>
          <w:sz w:val="20"/>
        </w:rPr>
        <w:t>After an earthquake, damaged buildings may be unsafe for rescue workers. A new rescue robot called Scout can enter narrow spaces and climb over broken concrete. Its cameras send live pictures to a control team. Scout can also detect heat and sound, which may help find people. It is smaller and lighter than many older rescue machines. However, its battery lasts only three hours, so engineers are developing a longer-lasting one. Scout cannot carry an injured person, but it can show rescuers the safest path.</w:t>
      </w:r>
    </w:p>
    <w:p>
      <w:pPr>
        <w:spacing w:after="0"/>
        <w:ind w:left="0" w:firstLine="0"/>
      </w:pPr>
      <w:r>
        <w:rPr>
          <w:rFonts w:ascii="Times New Roman" w:hAnsi="Times New Roman" w:eastAsia="Times New Roman"/>
          <w:b w:val="0"/>
          <w:i w:val="0"/>
          <w:color w:val="000000"/>
          <w:sz w:val="21"/>
        </w:rPr>
        <w:t>1. When might Scout be used?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After an earthquake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During a football match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 a museum tour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In a classroom test</w:t>
            </w:r>
          </w:p>
        </w:tc>
      </w:tr>
    </w:tbl>
    <w:p>
      <w:pPr>
        <w:spacing w:after="0"/>
        <w:ind w:left="0" w:firstLine="0"/>
      </w:pPr>
      <w:r>
        <w:rPr>
          <w:rFonts w:ascii="Times New Roman" w:hAnsi="Times New Roman" w:eastAsia="Times New Roman"/>
          <w:b w:val="0"/>
          <w:i w:val="0"/>
          <w:color w:val="000000"/>
          <w:sz w:val="21"/>
        </w:rPr>
        <w:t>2. What do its cameras send?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Food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Live pictures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Music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Tickets</w:t>
            </w:r>
          </w:p>
        </w:tc>
      </w:tr>
    </w:tbl>
    <w:p>
      <w:pPr>
        <w:spacing w:after="0"/>
        <w:ind w:left="0" w:firstLine="0"/>
      </w:pPr>
      <w:r>
        <w:rPr>
          <w:rFonts w:ascii="Times New Roman" w:hAnsi="Times New Roman" w:eastAsia="Times New Roman"/>
          <w:b w:val="0"/>
          <w:i w:val="0"/>
          <w:color w:val="000000"/>
          <w:sz w:val="21"/>
        </w:rPr>
        <w:t>3. What can help find people?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Heat and sound detection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 large shelf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washing machine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Solar panels</w:t>
            </w:r>
          </w:p>
        </w:tc>
      </w:tr>
    </w:tbl>
    <w:p>
      <w:pPr>
        <w:spacing w:after="0"/>
        <w:ind w:left="0" w:firstLine="0"/>
      </w:pPr>
      <w:r>
        <w:rPr>
          <w:rFonts w:ascii="Times New Roman" w:hAnsi="Times New Roman" w:eastAsia="Times New Roman"/>
          <w:b w:val="0"/>
          <w:i w:val="0"/>
          <w:color w:val="000000"/>
          <w:sz w:val="21"/>
        </w:rPr>
        <w:t>4. What is Scout's current weakness?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is too heavy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Its battery lasts only three hours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has no camera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cannot move</w:t>
            </w:r>
          </w:p>
        </w:tc>
      </w:tr>
    </w:tbl>
    <w:p>
      <w:pPr>
        <w:spacing w:after="0"/>
        <w:ind w:left="0" w:firstLine="0"/>
      </w:pPr>
      <w:r>
        <w:rPr>
          <w:rFonts w:ascii="Times New Roman" w:hAnsi="Times New Roman" w:eastAsia="Times New Roman"/>
          <w:b w:val="0"/>
          <w:i w:val="0"/>
          <w:color w:val="000000"/>
          <w:sz w:val="21"/>
        </w:rPr>
        <w:t>5. What can Scout do for rescuers?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Carry everyone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Show a safe path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Build a house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Stop earthquakes</w:t>
            </w:r>
          </w:p>
        </w:tc>
      </w:tr>
    </w:tbl>
    <w:p>
      <w:pPr>
        <w:keepNext/>
        <w:keepLines/>
        <w:spacing w:before="40" w:after="20"/>
      </w:pPr>
      <w:r>
        <w:rPr>
          <w:rFonts w:ascii="Times New Roman" w:hAnsi="Times New Roman" w:eastAsia="Times New Roman"/>
          <w:b/>
          <w:color w:val="1254B7"/>
          <w:sz w:val="22"/>
        </w:rPr>
        <w:t>Exercise 15: Choose the sentence that best completes each text.</w:t>
      </w:r>
    </w:p>
    <w:p>
      <w:pPr>
        <w:jc w:val="both"/>
      </w:pPr>
      <w:r>
        <w:rPr>
          <w:rFonts w:ascii="Times New Roman" w:hAnsi="Times New Roman" w:eastAsia="Times New Roman"/>
          <w:color w:val="000000"/>
          <w:sz w:val="20"/>
        </w:rPr>
        <w:t>1. Our class visited a robot laboratory. (1) _____. First, an engineer showed us a robot arm. (2) _____. Next, we met a small robot that could recognise voices. (3) _____. At the end, we asked questions about robot safety. (4) _____.</w:t>
      </w:r>
    </w:p>
    <w:p>
      <w:pPr>
        <w:ind w:left="255"/>
      </w:pPr>
      <w:r>
        <w:rPr>
          <w:rFonts w:ascii="Times New Roman" w:hAnsi="Times New Roman" w:eastAsia="Times New Roman"/>
          <w:b w:val="0"/>
          <w:i w:val="0"/>
          <w:color w:val="000000"/>
          <w:sz w:val="20"/>
        </w:rPr>
        <w:t>A. We had to wear safety glasses inside.</w:t>
      </w:r>
    </w:p>
    <w:p>
      <w:pPr>
        <w:ind w:left="255"/>
      </w:pPr>
      <w:r>
        <w:rPr>
          <w:rFonts w:ascii="Times New Roman" w:hAnsi="Times New Roman" w:eastAsia="Times New Roman"/>
          <w:b w:val="0"/>
          <w:i w:val="0"/>
          <w:color w:val="000000"/>
          <w:sz w:val="20"/>
        </w:rPr>
        <w:t>B. It lifted and sorted different boxes.</w:t>
      </w:r>
    </w:p>
    <w:p>
      <w:pPr>
        <w:ind w:left="255"/>
      </w:pPr>
      <w:r>
        <w:rPr>
          <w:rFonts w:ascii="Times New Roman" w:hAnsi="Times New Roman" w:eastAsia="Times New Roman"/>
          <w:b w:val="0"/>
          <w:i w:val="0"/>
          <w:color w:val="000000"/>
          <w:sz w:val="20"/>
        </w:rPr>
        <w:t>C. It answered simple questions in English.</w:t>
      </w:r>
    </w:p>
    <w:p>
      <w:pPr>
        <w:ind w:left="255"/>
      </w:pPr>
      <w:r>
        <w:rPr>
          <w:rFonts w:ascii="Times New Roman" w:hAnsi="Times New Roman" w:eastAsia="Times New Roman"/>
          <w:b w:val="0"/>
          <w:i w:val="0"/>
          <w:color w:val="000000"/>
          <w:sz w:val="20"/>
        </w:rPr>
        <w:t>D. The visit helped us understand how robots work.</w:t>
      </w:r>
    </w:p>
    <w:p>
      <w:pPr>
        <w:jc w:val="both"/>
      </w:pPr>
      <w:r>
        <w:rPr>
          <w:rFonts w:ascii="Times New Roman" w:hAnsi="Times New Roman" w:eastAsia="Times New Roman"/>
          <w:color w:val="000000"/>
          <w:sz w:val="20"/>
        </w:rPr>
        <w:t>2. Minh designed a robot for his grandmother. (1) _____. It will remind her to take medicine at the correct time. (2) _____. A camera will help it avoid furniture. (3) _____. Minh knows it cannot replace family care. (4) _____.</w:t>
      </w:r>
    </w:p>
    <w:p>
      <w:pPr>
        <w:ind w:left="255"/>
      </w:pPr>
      <w:r>
        <w:rPr>
          <w:rFonts w:ascii="Times New Roman" w:hAnsi="Times New Roman" w:eastAsia="Times New Roman"/>
          <w:b w:val="0"/>
          <w:i w:val="0"/>
          <w:color w:val="000000"/>
          <w:sz w:val="20"/>
        </w:rPr>
        <w:t>A. He wants it to help with simple daily tasks.</w:t>
      </w:r>
    </w:p>
    <w:p>
      <w:pPr>
        <w:ind w:left="255"/>
      </w:pPr>
      <w:r>
        <w:rPr>
          <w:rFonts w:ascii="Times New Roman" w:hAnsi="Times New Roman" w:eastAsia="Times New Roman"/>
          <w:b w:val="0"/>
          <w:i w:val="0"/>
          <w:color w:val="000000"/>
          <w:sz w:val="20"/>
        </w:rPr>
        <w:t>B. It can also carry small objects from room to room.</w:t>
      </w:r>
    </w:p>
    <w:p>
      <w:pPr>
        <w:ind w:left="255"/>
      </w:pPr>
      <w:r>
        <w:rPr>
          <w:rFonts w:ascii="Times New Roman" w:hAnsi="Times New Roman" w:eastAsia="Times New Roman"/>
          <w:b w:val="0"/>
          <w:i w:val="0"/>
          <w:color w:val="000000"/>
          <w:sz w:val="20"/>
        </w:rPr>
        <w:t>C. Its voice will be slow and clear.</w:t>
      </w:r>
    </w:p>
    <w:p>
      <w:pPr>
        <w:ind w:left="255"/>
      </w:pPr>
      <w:r>
        <w:rPr>
          <w:rFonts w:ascii="Times New Roman" w:hAnsi="Times New Roman" w:eastAsia="Times New Roman"/>
          <w:b w:val="0"/>
          <w:i w:val="0"/>
          <w:color w:val="000000"/>
          <w:sz w:val="20"/>
        </w:rPr>
        <w:t>D. However, it may make her daily life easier.</w:t>
      </w:r>
    </w:p>
    <w:p>
      <w:r>
        <w:br w:type="page"/>
      </w:r>
    </w:p>
    <w:p>
      <w:pPr>
        <w:keepNext/>
        <w:keepLines/>
        <w:spacing w:before="80" w:after="40"/>
      </w:pPr>
      <w:r>
        <w:rPr>
          <w:rFonts w:ascii="Times New Roman" w:hAnsi="Times New Roman" w:eastAsia="Times New Roman"/>
          <w:b/>
          <w:color w:val="1254B7"/>
          <w:sz w:val="26"/>
        </w:rPr>
        <w:t>❖  WRITING</w:t>
      </w:r>
    </w:p>
    <w:p>
      <w:pPr>
        <w:keepNext/>
        <w:keepLines/>
        <w:spacing w:before="40" w:after="20"/>
      </w:pPr>
      <w:r>
        <w:rPr>
          <w:rFonts w:ascii="Times New Roman" w:hAnsi="Times New Roman" w:eastAsia="Times New Roman"/>
          <w:b/>
          <w:color w:val="1254B7"/>
          <w:sz w:val="22"/>
        </w:rPr>
        <w:t>Exercise 16: Complete the sentences using the guided words and phrases.</w:t>
      </w:r>
    </w:p>
    <w:p>
      <w:pPr>
        <w:spacing w:after="0"/>
      </w:pPr>
      <w:r>
        <w:rPr>
          <w:rFonts w:ascii="Times New Roman" w:hAnsi="Times New Roman" w:eastAsia="Times New Roman"/>
          <w:color w:val="000000"/>
          <w:sz w:val="20"/>
        </w:rPr>
        <w:t>1. M10 / strong / robot / show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this model / light / than / old one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which / robot / fast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robots / do / dangerous jobs / factories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home robot / useful / appliance / house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17: Put the words and phrases in the correct order to make meaningful sentences.</w:t>
      </w:r>
    </w:p>
    <w:p>
      <w:pPr>
        <w:spacing w:after="0"/>
      </w:pPr>
      <w:r>
        <w:rPr>
          <w:rFonts w:ascii="Times New Roman" w:hAnsi="Times New Roman" w:eastAsia="Times New Roman"/>
          <w:color w:val="000000"/>
          <w:sz w:val="20"/>
        </w:rPr>
        <w:t>1. strongest / M10 / robot / the / 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than / this model / lighter / is / that one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can / robot / what / do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most / useful / hospital / the / in / robot / is / this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heavy / lift / can / boxes / it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the / which / fastest / robot / 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voice / recognises / my / robot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dangerous / robots / can / work / do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of / cheapest / H9 / three / is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engineers / robot / repaired / the / yesterday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18: Rewrite each sentence so that it is closest in meaning to the original one.</w:t>
      </w:r>
    </w:p>
    <w:p>
      <w:pPr>
        <w:spacing w:after="0"/>
      </w:pPr>
      <w:r>
        <w:rPr>
          <w:rFonts w:ascii="Times New Roman" w:hAnsi="Times New Roman" w:eastAsia="Times New Roman"/>
          <w:color w:val="000000"/>
          <w:sz w:val="20"/>
        </w:rPr>
        <w:t>1. No robot here is stronger than M10.</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Robot A is lighter than Robot B.</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H9 costs less than the other robots.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This robot is better than all the others.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No task is more dangerous than this one.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The robot helps people a lot.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This machine has no use.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The robot can fix broken bicycles.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Which robot has the greatest speed?</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A3 is taller than M10 and H9.</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19: Choose the correct arrangement of the sentences to make a meaningful paragraph / letter.</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Robots can support people in many places.</w:t>
      </w:r>
    </w:p>
    <w:p>
      <w:pPr>
        <w:ind w:left="255"/>
      </w:pPr>
      <w:r>
        <w:rPr>
          <w:rFonts w:ascii="Times New Roman" w:hAnsi="Times New Roman" w:eastAsia="Times New Roman"/>
          <w:color w:val="000000"/>
          <w:sz w:val="20"/>
        </w:rPr>
        <w:t>b. At home, they can clean floors and carry objects.</w:t>
      </w:r>
    </w:p>
    <w:p>
      <w:pPr>
        <w:ind w:left="255"/>
      </w:pPr>
      <w:r>
        <w:rPr>
          <w:rFonts w:ascii="Times New Roman" w:hAnsi="Times New Roman" w:eastAsia="Times New Roman"/>
          <w:color w:val="000000"/>
          <w:sz w:val="20"/>
        </w:rPr>
        <w:t>c. In hospitals, they can deliver medicine.</w:t>
      </w:r>
    </w:p>
    <w:p>
      <w:pPr>
        <w:ind w:left="255"/>
      </w:pPr>
      <w:r>
        <w:rPr>
          <w:rFonts w:ascii="Times New Roman" w:hAnsi="Times New Roman" w:eastAsia="Times New Roman"/>
          <w:color w:val="000000"/>
          <w:sz w:val="20"/>
        </w:rPr>
        <w:t>d. In factories, they can do heavy or dangerous tasks.</w:t>
      </w:r>
    </w:p>
    <w:p>
      <w:pPr>
        <w:ind w:left="255"/>
      </w:pPr>
      <w:r>
        <w:rPr>
          <w:rFonts w:ascii="Times New Roman" w:hAnsi="Times New Roman" w:eastAsia="Times New Roman"/>
          <w:color w:val="000000"/>
          <w:sz w:val="20"/>
        </w:rPr>
        <w:t>e. However, people must design and use robots safely.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a-c-b-e-d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d-a-b-c-e</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Dear Nam,</w:t>
      </w:r>
    </w:p>
    <w:p>
      <w:pPr>
        <w:ind w:left="255"/>
      </w:pPr>
      <w:r>
        <w:rPr>
          <w:rFonts w:ascii="Times New Roman" w:hAnsi="Times New Roman" w:eastAsia="Times New Roman"/>
          <w:color w:val="000000"/>
          <w:sz w:val="20"/>
        </w:rPr>
        <w:t>b. Our class visited a robot show yesterday.</w:t>
      </w:r>
    </w:p>
    <w:p>
      <w:pPr>
        <w:ind w:left="255"/>
      </w:pPr>
      <w:r>
        <w:rPr>
          <w:rFonts w:ascii="Times New Roman" w:hAnsi="Times New Roman" w:eastAsia="Times New Roman"/>
          <w:color w:val="000000"/>
          <w:sz w:val="20"/>
        </w:rPr>
        <w:t>c. I liked the small hospital robot best because it was helpful and friendly.</w:t>
      </w:r>
    </w:p>
    <w:p>
      <w:pPr>
        <w:ind w:left="255"/>
      </w:pPr>
      <w:r>
        <w:rPr>
          <w:rFonts w:ascii="Times New Roman" w:hAnsi="Times New Roman" w:eastAsia="Times New Roman"/>
          <w:color w:val="000000"/>
          <w:sz w:val="20"/>
        </w:rPr>
        <w:t>d. The strongest robot lifted a box that weighed fifty kilograms.</w:t>
      </w:r>
    </w:p>
    <w:p>
      <w:pPr>
        <w:ind w:left="255"/>
      </w:pPr>
      <w:r>
        <w:rPr>
          <w:rFonts w:ascii="Times New Roman" w:hAnsi="Times New Roman" w:eastAsia="Times New Roman"/>
          <w:color w:val="000000"/>
          <w:sz w:val="20"/>
        </w:rPr>
        <w:t>e. Best, Minh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a-b-d-c-e</w:t>
            </w:r>
          </w:p>
        </w:tc>
      </w:tr>
    </w:tbl>
    <w:p>
      <w:pPr>
        <w:keepNext/>
        <w:keepLines/>
        <w:spacing w:before="40" w:after="20"/>
      </w:pPr>
      <w:r>
        <w:rPr>
          <w:rFonts w:ascii="Times New Roman" w:hAnsi="Times New Roman" w:eastAsia="Times New Roman"/>
          <w:b/>
          <w:color w:val="1254B7"/>
          <w:sz w:val="22"/>
        </w:rPr>
        <w:t>Exercise 20: Choose the best sentence to complete each short text.</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ROBOTS AND PEOPLE</w:t>
            </w:r>
          </w:p>
          <w:p>
            <w:pPr>
              <w:jc w:val="both"/>
            </w:pPr>
            <w:r>
              <w:rPr>
                <w:rFonts w:ascii="Times New Roman" w:hAnsi="Times New Roman" w:eastAsia="Times New Roman"/>
                <w:color w:val="000000"/>
                <w:sz w:val="20"/>
              </w:rPr>
              <w:t>Robots are good at repeated, heavy or dangerous tasks. People are better at understanding feelings and making difficult choices. (1) _____.</w:t>
            </w:r>
          </w:p>
        </w:tc>
      </w:tr>
    </w:tbl>
    <w:p>
      <w:pPr>
        <w:spacing w:after="0"/>
        <w:ind w:left="0" w:firstLine="0"/>
      </w:pPr>
      <w:r>
        <w:rPr>
          <w:rFonts w:ascii="Times New Roman" w:hAnsi="Times New Roman" w:eastAsia="Times New Roman"/>
          <w:b w:val="0"/>
          <w:i w:val="0"/>
          <w:color w:val="000000"/>
          <w:sz w:val="21"/>
        </w:rPr>
        <w:t>1. Which sentence best concludes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best results come when robots and humans work together.</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 city has many museums.</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 should waste water.</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Football uses a referee.</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SAFE ROBOT USE</w:t>
            </w:r>
          </w:p>
          <w:p>
            <w:pPr>
              <w:jc w:val="both"/>
            </w:pPr>
            <w:r>
              <w:rPr>
                <w:rFonts w:ascii="Times New Roman" w:hAnsi="Times New Roman" w:eastAsia="Times New Roman"/>
                <w:color w:val="000000"/>
                <w:sz w:val="20"/>
              </w:rPr>
              <w:t>Read the instructions before operating a robot. Keep hands away from moving parts and stop the machine if something looks wrong. (1) _____.</w:t>
            </w:r>
          </w:p>
        </w:tc>
      </w:tr>
    </w:tbl>
    <w:p>
      <w:pPr>
        <w:spacing w:after="0"/>
        <w:ind w:left="0" w:firstLine="0"/>
      </w:pPr>
      <w:r>
        <w:rPr>
          <w:rFonts w:ascii="Times New Roman" w:hAnsi="Times New Roman" w:eastAsia="Times New Roman"/>
          <w:b w:val="0"/>
          <w:i w:val="0"/>
          <w:color w:val="000000"/>
          <w:sz w:val="21"/>
        </w:rPr>
        <w:t>1. Which sentence best completes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Careful use protects both people and equipment.</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programme starts at eight.</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This postcard is mine.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river is crowded.</w:t>
            </w:r>
          </w:p>
        </w:tc>
      </w:tr>
    </w:tbl>
    <w:p>
      <w:r>
        <w:br w:type="page"/>
      </w:r>
    </w:p>
    <w:p>
      <w:pPr>
        <w:keepNext/>
        <w:keepLines/>
        <w:spacing w:before="80" w:after="40"/>
      </w:pPr>
      <w:r>
        <w:rPr>
          <w:rFonts w:ascii="Times New Roman" w:hAnsi="Times New Roman" w:eastAsia="Times New Roman"/>
          <w:b/>
          <w:color w:val="1254B7"/>
          <w:sz w:val="26"/>
        </w:rPr>
        <w:t>❖  LISTENING</w:t>
      </w:r>
    </w:p>
    <w:p>
      <w:pPr>
        <w:keepNext/>
        <w:keepLines/>
        <w:spacing w:before="40" w:after="20"/>
      </w:pPr>
      <w:r>
        <w:rPr>
          <w:rFonts w:ascii="Times New Roman" w:hAnsi="Times New Roman" w:eastAsia="Times New Roman"/>
          <w:b/>
          <w:color w:val="1254B7"/>
          <w:sz w:val="22"/>
        </w:rPr>
        <w:t>Exercise 21: Listen to the recording and choose the best answer A, B, C, or D.</w:t>
      </w:r>
    </w:p>
    <w:p>
      <w:pPr>
        <w:spacing w:after="0"/>
        <w:ind w:left="0" w:firstLine="0"/>
      </w:pPr>
      <w:r>
        <w:rPr>
          <w:rFonts w:ascii="Times New Roman" w:hAnsi="Times New Roman" w:eastAsia="Times New Roman"/>
          <w:b w:val="0"/>
          <w:i w:val="0"/>
          <w:color w:val="000000"/>
          <w:sz w:val="21"/>
        </w:rPr>
        <w:t>1. How many robots are in the competition?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Six</w:t>
            </w:r>
          </w:p>
        </w:tc>
      </w:tr>
    </w:tbl>
    <w:p>
      <w:pPr>
        <w:spacing w:after="0"/>
        <w:ind w:left="0" w:firstLine="0"/>
      </w:pPr>
      <w:r>
        <w:rPr>
          <w:rFonts w:ascii="Times New Roman" w:hAnsi="Times New Roman" w:eastAsia="Times New Roman"/>
          <w:b w:val="0"/>
          <w:i w:val="0"/>
          <w:color w:val="000000"/>
          <w:sz w:val="21"/>
        </w:rPr>
        <w:t>2. Which robot is the lightest?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Mini</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Cooky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Strong-B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Guide-One</w:t>
            </w:r>
          </w:p>
        </w:tc>
      </w:tr>
    </w:tbl>
    <w:p>
      <w:pPr>
        <w:spacing w:after="0"/>
        <w:ind w:left="0" w:firstLine="0"/>
      </w:pPr>
      <w:r>
        <w:rPr>
          <w:rFonts w:ascii="Times New Roman" w:hAnsi="Times New Roman" w:eastAsia="Times New Roman"/>
          <w:b w:val="0"/>
          <w:i w:val="0"/>
          <w:color w:val="000000"/>
          <w:sz w:val="21"/>
        </w:rPr>
        <w:t>3. What is Cooky best at?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Library work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Kitchen work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Lifting boxes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Speaking languages</w:t>
            </w:r>
          </w:p>
        </w:tc>
      </w:tr>
    </w:tbl>
    <w:p>
      <w:pPr>
        <w:spacing w:after="0"/>
        <w:ind w:left="0" w:firstLine="0"/>
      </w:pPr>
      <w:r>
        <w:rPr>
          <w:rFonts w:ascii="Times New Roman" w:hAnsi="Times New Roman" w:eastAsia="Times New Roman"/>
          <w:b w:val="0"/>
          <w:i w:val="0"/>
          <w:color w:val="000000"/>
          <w:sz w:val="21"/>
        </w:rPr>
        <w:t>4. How much can Strong-B lift?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16 kg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40 kg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50 kg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60 kg</w:t>
            </w:r>
          </w:p>
        </w:tc>
      </w:tr>
    </w:tbl>
    <w:p>
      <w:pPr>
        <w:spacing w:after="0"/>
        <w:ind w:left="0" w:firstLine="0"/>
      </w:pPr>
      <w:r>
        <w:rPr>
          <w:rFonts w:ascii="Times New Roman" w:hAnsi="Times New Roman" w:eastAsia="Times New Roman"/>
          <w:b w:val="0"/>
          <w:i w:val="0"/>
          <w:color w:val="000000"/>
          <w:sz w:val="21"/>
        </w:rPr>
        <w:t>5. Why is Guide-One useful for visitors?</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cooks meals</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speaks four languages and gives directions</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repairs books</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is the cheapest</w:t>
            </w:r>
          </w:p>
        </w:tc>
      </w:tr>
    </w:tbl>
    <w:p>
      <w:pPr>
        <w:keepNext/>
        <w:keepLines/>
        <w:spacing w:before="40" w:after="20"/>
      </w:pPr>
      <w:r>
        <w:rPr>
          <w:rFonts w:ascii="Times New Roman" w:hAnsi="Times New Roman" w:eastAsia="Times New Roman"/>
          <w:b/>
          <w:color w:val="1254B7"/>
          <w:sz w:val="22"/>
        </w:rPr>
        <w:t>Exercise 22: Listen and decide whether the statements are TRUE (T) or FALSE (F).</w:t>
      </w:r>
    </w:p>
    <w:p>
      <w:r>
        <w:rPr>
          <w:rFonts w:ascii="Times New Roman" w:hAnsi="Times New Roman" w:eastAsia="Times New Roman"/>
          <w:color w:val="000000"/>
          <w:sz w:val="20"/>
        </w:rPr>
        <w:t xml:space="preserve">1. Tidy works at a school.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2. It carries sports equipment in the morning.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3. It collects litter after break.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4. Tidy can climb stairs easily.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5. Students like the robot's polite voice.  </w:t>
      </w:r>
      <w:r>
        <w:rPr>
          <w:rFonts w:ascii="Times New Roman" w:hAnsi="Times New Roman" w:eastAsia="Times New Roman"/>
          <w:color w:val="000000"/>
          <w:sz w:val="20"/>
        </w:rPr>
        <w:t>_____</w:t>
      </w:r>
    </w:p>
    <w:p>
      <w:pPr>
        <w:spacing w:before="100"/>
        <w:jc w:val="center"/>
      </w:pPr>
      <w:r>
        <w:rPr>
          <w:rFonts w:ascii="Times New Roman" w:hAnsi="Times New Roman" w:eastAsia="Times New Roman"/>
          <w:b/>
          <w:color w:val="C00000"/>
          <w:sz w:val="24"/>
        </w:rPr>
        <w:t>--- THE END ---</w:t>
      </w:r>
    </w:p>
    <w:sectPr w:rsidR="00FC693F" w:rsidRPr="0006063C" w:rsidSect="00034616">
      <w:headerReference w:type="default" r:id="rId9"/>
      <w:footerReference w:type="default" r:id="rId10"/>
      <w:pgSz w:w="11906" w:h="16838"/>
      <w:pgMar w:top="709" w:right="765" w:bottom="709" w:left="76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8390"/>
      <w:gridCol w:w="1984"/>
    </w:tblGrid>
    <w:tr>
      <w:tc>
        <w:tcPr>
          <w:tcW w:type="dxa" w:w="8390"/>
          <w:tcMar>
            <w:top w:w="50" w:type="dxa"/>
            <w:start w:w="70" w:type="dxa"/>
            <w:bottom w:w="50" w:type="dxa"/>
            <w:end w:w="70" w:type="dxa"/>
          </w:tcMar>
          <w:tcBorders>
            <w:top w:val="nil"/>
            <w:left w:val="nil"/>
            <w:bottom w:val="nil"/>
            <w:right w:val="nil"/>
          </w:tcBorders>
        </w:tcPr>
        <w:p>
          <w:pPr>
            <w:jc w:val="left"/>
          </w:pPr>
          <w:r>
            <w:rPr>
              <w:rFonts w:ascii="Times New Roman" w:hAnsi="Times New Roman" w:eastAsia="Times New Roman"/>
              <w:b/>
              <w:color w:val="C00000"/>
              <w:sz w:val="20"/>
            </w:rPr>
            <w:t>Bài tập Tiếng Anh 6 (Global Success)</w:t>
          </w:r>
        </w:p>
      </w:tc>
      <w:tc>
        <w:tcPr>
          <w:tcW w:type="dxa" w:w="1984"/>
          <w:tcMar>
            <w:top w:w="50" w:type="dxa"/>
            <w:start w:w="70" w:type="dxa"/>
            <w:bottom w:w="50" w:type="dxa"/>
            <w:end w:w="70" w:type="dxa"/>
          </w:tcMar>
          <w:tcBorders>
            <w:top w:val="nil"/>
            <w:left w:val="nil"/>
            <w:bottom w:val="nil"/>
            <w:right w:val="nil"/>
          </w:tcBorders>
        </w:tcPr>
        <w:p>
          <w:pPr>
            <w:jc w:val="right"/>
          </w:pPr>
          <w:r>
            <w:rPr>
              <w:rFonts w:ascii="Times New Roman" w:hAnsi="Times New Roman" w:eastAsia="Times New Roman"/>
              <w:b/>
              <w:color w:val="C00000"/>
              <w:sz w:val="20"/>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color w:val="C00000"/>
        <w:sz w:val="20"/>
      </w:rPr>
      <w:t>BÀI TẬP TIẾNG ANH 6 - GLOBAL SUCCESS • HỌC KỲ 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