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eastAsia="Arial"/>
          <w:b/>
          <w:i w:val="0"/>
          <w:color w:val="000000"/>
          <w:sz w:val="29"/>
        </w:rPr>
        <w:t>ENGLISH 5 - GLOBAL SUCCESS</w:t>
      </w:r>
    </w:p>
    <w:p>
      <w:pPr>
        <w:spacing w:after="40"/>
        <w:jc w:val="center"/>
      </w:pPr>
      <w:r>
        <w:rPr>
          <w:rFonts w:ascii="Arial" w:hAnsi="Arial" w:eastAsia="Arial"/>
          <w:b/>
          <w:i w:val="0"/>
          <w:color w:val="1F4E79"/>
          <w:sz w:val="26"/>
        </w:rPr>
        <w:t>UNIT 6: OUR SCHOOL ROOMS</w:t>
      </w:r>
    </w:p>
    <w:p>
      <w:pPr>
        <w:spacing w:after="100"/>
        <w:jc w:val="center"/>
      </w:pPr>
      <w:r>
        <w:rPr>
          <w:rFonts w:ascii="Arial" w:hAnsi="Arial" w:eastAsia="Arial"/>
          <w:b/>
          <w:i w:val="0"/>
          <w:color w:val="595959"/>
          <w:sz w:val="21"/>
        </w:rPr>
        <w:t>UNIT TEST - Time: 40 minutes - Total: 10 points</w:t>
      </w:r>
    </w:p>
    <w:p>
      <w:pPr>
        <w:spacing w:after="80"/>
      </w:pPr>
      <w:r>
        <w:rPr>
          <w:rFonts w:ascii="Arial" w:hAnsi="Arial" w:eastAsia="Arial"/>
          <w:b/>
          <w:i w:val="0"/>
          <w:color w:val="000000"/>
          <w:sz w:val="21"/>
        </w:rPr>
        <w:t xml:space="preserve">Name: </w:t>
      </w:r>
      <w:r>
        <w:rPr>
          <w:rFonts w:ascii="Arial" w:hAnsi="Arial" w:eastAsia="Arial"/>
          <w:b w:val="0"/>
          <w:i w:val="0"/>
          <w:color w:val="000000"/>
          <w:sz w:val="21"/>
        </w:rPr>
        <w:t xml:space="preserve">__________________________________    </w:t>
      </w:r>
      <w:r>
        <w:rPr>
          <w:rFonts w:ascii="Arial" w:hAnsi="Arial" w:eastAsia="Arial"/>
          <w:b/>
          <w:i w:val="0"/>
          <w:color w:val="000000"/>
          <w:sz w:val="21"/>
        </w:rPr>
        <w:t xml:space="preserve">Class: </w:t>
      </w:r>
      <w:r>
        <w:rPr>
          <w:rFonts w:ascii="Arial" w:hAnsi="Arial" w:eastAsia="Arial"/>
          <w:b w:val="0"/>
          <w:i w:val="0"/>
          <w:color w:val="000000"/>
          <w:sz w:val="21"/>
        </w:rPr>
        <w:t xml:space="preserve">________    </w:t>
      </w:r>
      <w:r>
        <w:rPr>
          <w:rFonts w:ascii="Arial" w:hAnsi="Arial" w:eastAsia="Arial"/>
          <w:b/>
          <w:i w:val="0"/>
          <w:color w:val="000000"/>
          <w:sz w:val="21"/>
        </w:rPr>
        <w:t xml:space="preserve">Date: </w:t>
      </w:r>
      <w:r>
        <w:rPr>
          <w:rFonts w:ascii="Arial" w:hAnsi="Arial" w:eastAsia="Arial"/>
          <w:b w:val="0"/>
          <w:i w:val="0"/>
          <w:color w:val="000000"/>
          <w:sz w:val="21"/>
        </w:rPr>
        <w:t>____________</w:t>
      </w:r>
    </w:p>
    <w:p>
      <w:pPr>
        <w:pStyle w:val="Heading1"/>
        <w:keepNext/>
      </w:pPr>
      <w:r>
        <w:rPr>
          <w:rFonts w:ascii="Arial" w:hAnsi="Arial" w:eastAsia="Arial"/>
          <w:b/>
          <w:i w:val="0"/>
          <w:color w:val="1F4E79"/>
          <w:sz w:val="23"/>
        </w:rPr>
        <w:t>I. VOCABULARY</w:t>
      </w:r>
      <w:r>
        <w:rPr>
          <w:rFonts w:ascii="Arial" w:hAnsi="Arial" w:eastAsia="Arial"/>
          <w:b/>
          <w:i w:val="0"/>
          <w:color w:val="595959"/>
          <w:sz w:val="21"/>
        </w:rPr>
        <w:t xml:space="preserve">  (2.0 points)</w:t>
      </w:r>
    </w:p>
    <w:p>
      <w:pPr>
        <w:keepNext/>
        <w:spacing w:after="40"/>
      </w:pPr>
      <w:r>
        <w:rPr>
          <w:rFonts w:ascii="Arial" w:hAnsi="Arial" w:eastAsia="Arial"/>
          <w:b w:val="0"/>
          <w:i/>
          <w:color w:val="595959"/>
          <w:sz w:val="20"/>
        </w:rPr>
        <w:t>Choose the correct answer. (8 x 0.25 = 2.0 points)</w:t>
      </w:r>
    </w:p>
    <w:p>
      <w:pPr>
        <w:spacing w:after="20"/>
        <w:ind w:left="0" w:firstLine="0"/>
      </w:pPr>
      <w:r>
        <w:rPr>
          <w:rFonts w:ascii="Arial" w:hAnsi="Arial" w:eastAsia="Arial"/>
          <w:b/>
          <w:i w:val="0"/>
          <w:color w:val="000000"/>
          <w:sz w:val="21"/>
        </w:rPr>
        <w:t xml:space="preserve">1. </w:t>
      </w:r>
      <w:r>
        <w:rPr>
          <w:rFonts w:ascii="Arial" w:hAnsi="Arial" w:eastAsia="Arial"/>
          <w:b w:val="0"/>
          <w:i w:val="0"/>
          <w:color w:val="000000"/>
          <w:sz w:val="21"/>
        </w:rPr>
        <w:t>The school office is on the ____; you do not need to use the stairs.</w:t>
      </w:r>
    </w:p>
    <w:p>
      <w:pPr>
        <w:spacing w:after="40"/>
        <w:ind w:left="255"/>
      </w:pPr>
      <w:r>
        <w:rPr>
          <w:rFonts w:ascii="Arial" w:hAnsi="Arial" w:eastAsia="Arial"/>
          <w:b w:val="0"/>
          <w:i w:val="0"/>
          <w:color w:val="000000"/>
          <w:sz w:val="21"/>
        </w:rPr>
        <w:t>A. go upstairs</w:t>
      </w:r>
      <w:r>
        <w:t xml:space="preserve">       </w:t>
      </w:r>
      <w:r>
        <w:rPr>
          <w:rFonts w:ascii="Arial" w:hAnsi="Arial" w:eastAsia="Arial"/>
          <w:b w:val="0"/>
          <w:i w:val="0"/>
          <w:color w:val="000000"/>
          <w:sz w:val="21"/>
        </w:rPr>
        <w:t>B. ground floor</w:t>
      </w:r>
      <w:r>
        <w:t xml:space="preserve">       </w:t>
      </w:r>
      <w:r>
        <w:rPr>
          <w:rFonts w:ascii="Arial" w:hAnsi="Arial" w:eastAsia="Arial"/>
          <w:b w:val="0"/>
          <w:i w:val="0"/>
          <w:color w:val="000000"/>
          <w:sz w:val="21"/>
        </w:rPr>
        <w:t>C. third floor</w:t>
      </w:r>
      <w:r>
        <w:t xml:space="preserve">       </w:t>
      </w:r>
      <w:r>
        <w:rPr>
          <w:rFonts w:ascii="Arial" w:hAnsi="Arial" w:eastAsia="Arial"/>
          <w:b w:val="0"/>
          <w:i w:val="0"/>
          <w:color w:val="000000"/>
          <w:sz w:val="21"/>
        </w:rPr>
        <w:t>D. go along</w:t>
      </w:r>
    </w:p>
    <w:p>
      <w:pPr>
        <w:spacing w:after="20"/>
        <w:ind w:left="0" w:firstLine="0"/>
      </w:pPr>
      <w:r>
        <w:rPr>
          <w:rFonts w:ascii="Arial" w:hAnsi="Arial" w:eastAsia="Arial"/>
          <w:b/>
          <w:i w:val="0"/>
          <w:color w:val="000000"/>
          <w:sz w:val="21"/>
        </w:rPr>
        <w:t xml:space="preserve">2. </w:t>
      </w:r>
      <w:r>
        <w:rPr>
          <w:rFonts w:ascii="Arial" w:hAnsi="Arial" w:eastAsia="Arial"/>
          <w:b w:val="0"/>
          <w:i w:val="0"/>
          <w:color w:val="000000"/>
          <w:sz w:val="21"/>
        </w:rPr>
        <w:t>Class 5A is one level above the ground floor, on the ____.</w:t>
      </w:r>
    </w:p>
    <w:p>
      <w:pPr>
        <w:spacing w:after="40"/>
        <w:ind w:left="255"/>
      </w:pPr>
      <w:r>
        <w:rPr>
          <w:rFonts w:ascii="Arial" w:hAnsi="Arial" w:eastAsia="Arial"/>
          <w:b w:val="0"/>
          <w:i w:val="0"/>
          <w:color w:val="000000"/>
          <w:sz w:val="21"/>
        </w:rPr>
        <w:t>A. ground floor</w:t>
      </w:r>
      <w:r>
        <w:t xml:space="preserve">       </w:t>
      </w:r>
      <w:r>
        <w:rPr>
          <w:rFonts w:ascii="Arial" w:hAnsi="Arial" w:eastAsia="Arial"/>
          <w:b w:val="0"/>
          <w:i w:val="0"/>
          <w:color w:val="000000"/>
          <w:sz w:val="21"/>
        </w:rPr>
        <w:t>B. go upstairs</w:t>
      </w:r>
      <w:r>
        <w:t xml:space="preserve">       </w:t>
      </w:r>
      <w:r>
        <w:rPr>
          <w:rFonts w:ascii="Arial" w:hAnsi="Arial" w:eastAsia="Arial"/>
          <w:b w:val="0"/>
          <w:i w:val="0"/>
          <w:color w:val="000000"/>
          <w:sz w:val="21"/>
        </w:rPr>
        <w:t>C. first floor</w:t>
      </w:r>
      <w:r>
        <w:t xml:space="preserve">       </w:t>
      </w:r>
      <w:r>
        <w:rPr>
          <w:rFonts w:ascii="Arial" w:hAnsi="Arial" w:eastAsia="Arial"/>
          <w:b w:val="0"/>
          <w:i w:val="0"/>
          <w:color w:val="000000"/>
          <w:sz w:val="21"/>
        </w:rPr>
        <w:t>D. go past</w:t>
      </w:r>
    </w:p>
    <w:p>
      <w:pPr>
        <w:spacing w:after="20"/>
        <w:ind w:left="0" w:firstLine="0"/>
      </w:pPr>
      <w:r>
        <w:rPr>
          <w:rFonts w:ascii="Arial" w:hAnsi="Arial" w:eastAsia="Arial"/>
          <w:b/>
          <w:i w:val="0"/>
          <w:color w:val="000000"/>
          <w:sz w:val="21"/>
        </w:rPr>
        <w:t xml:space="preserve">3. </w:t>
      </w:r>
      <w:r>
        <w:rPr>
          <w:rFonts w:ascii="Arial" w:hAnsi="Arial" w:eastAsia="Arial"/>
          <w:b w:val="0"/>
          <w:i w:val="0"/>
          <w:color w:val="000000"/>
          <w:sz w:val="21"/>
        </w:rPr>
        <w:t>The library is two levels above the ground, on the ____.</w:t>
      </w:r>
    </w:p>
    <w:p>
      <w:pPr>
        <w:spacing w:after="40"/>
        <w:ind w:left="255"/>
      </w:pPr>
      <w:r>
        <w:rPr>
          <w:rFonts w:ascii="Arial" w:hAnsi="Arial" w:eastAsia="Arial"/>
          <w:b w:val="0"/>
          <w:i w:val="0"/>
          <w:color w:val="000000"/>
          <w:sz w:val="21"/>
        </w:rPr>
        <w:t>A. go along</w:t>
      </w:r>
      <w:r>
        <w:t xml:space="preserve">       </w:t>
      </w:r>
      <w:r>
        <w:rPr>
          <w:rFonts w:ascii="Arial" w:hAnsi="Arial" w:eastAsia="Arial"/>
          <w:b w:val="0"/>
          <w:i w:val="0"/>
          <w:color w:val="000000"/>
          <w:sz w:val="21"/>
        </w:rPr>
        <w:t>B. go upstairs</w:t>
      </w:r>
      <w:r>
        <w:t xml:space="preserve">       </w:t>
      </w:r>
      <w:r>
        <w:rPr>
          <w:rFonts w:ascii="Arial" w:hAnsi="Arial" w:eastAsia="Arial"/>
          <w:b w:val="0"/>
          <w:i w:val="0"/>
          <w:color w:val="000000"/>
          <w:sz w:val="21"/>
        </w:rPr>
        <w:t>C. ground floor</w:t>
      </w:r>
      <w:r>
        <w:t xml:space="preserve">       </w:t>
      </w:r>
      <w:r>
        <w:rPr>
          <w:rFonts w:ascii="Arial" w:hAnsi="Arial" w:eastAsia="Arial"/>
          <w:b w:val="0"/>
          <w:i w:val="0"/>
          <w:color w:val="000000"/>
          <w:sz w:val="21"/>
        </w:rPr>
        <w:t>D. second floor</w:t>
      </w:r>
    </w:p>
    <w:p>
      <w:pPr>
        <w:spacing w:after="20"/>
        <w:ind w:left="0" w:firstLine="0"/>
      </w:pPr>
      <w:r>
        <w:rPr>
          <w:rFonts w:ascii="Arial" w:hAnsi="Arial" w:eastAsia="Arial"/>
          <w:b/>
          <w:i w:val="0"/>
          <w:color w:val="000000"/>
          <w:sz w:val="21"/>
        </w:rPr>
        <w:t xml:space="preserve">4. </w:t>
      </w:r>
      <w:r>
        <w:rPr>
          <w:rFonts w:ascii="Arial" w:hAnsi="Arial" w:eastAsia="Arial"/>
          <w:b w:val="0"/>
          <w:i w:val="0"/>
          <w:color w:val="000000"/>
          <w:sz w:val="21"/>
        </w:rPr>
        <w:t>Our music room is high up on the ____.</w:t>
      </w:r>
    </w:p>
    <w:p>
      <w:pPr>
        <w:spacing w:after="40"/>
        <w:ind w:left="255"/>
      </w:pPr>
      <w:r>
        <w:rPr>
          <w:rFonts w:ascii="Arial" w:hAnsi="Arial" w:eastAsia="Arial"/>
          <w:b w:val="0"/>
          <w:i w:val="0"/>
          <w:color w:val="000000"/>
          <w:sz w:val="21"/>
        </w:rPr>
        <w:t>A. third floor</w:t>
      </w:r>
      <w:r>
        <w:t xml:space="preserve">       </w:t>
      </w:r>
      <w:r>
        <w:rPr>
          <w:rFonts w:ascii="Arial" w:hAnsi="Arial" w:eastAsia="Arial"/>
          <w:b w:val="0"/>
          <w:i w:val="0"/>
          <w:color w:val="000000"/>
          <w:sz w:val="21"/>
        </w:rPr>
        <w:t>B. go past</w:t>
      </w:r>
      <w:r>
        <w:t xml:space="preserve">       </w:t>
      </w:r>
      <w:r>
        <w:rPr>
          <w:rFonts w:ascii="Arial" w:hAnsi="Arial" w:eastAsia="Arial"/>
          <w:b w:val="0"/>
          <w:i w:val="0"/>
          <w:color w:val="000000"/>
          <w:sz w:val="21"/>
        </w:rPr>
        <w:t>C. go upstairs</w:t>
      </w:r>
      <w:r>
        <w:t xml:space="preserve">       </w:t>
      </w:r>
      <w:r>
        <w:rPr>
          <w:rFonts w:ascii="Arial" w:hAnsi="Arial" w:eastAsia="Arial"/>
          <w:b w:val="0"/>
          <w:i w:val="0"/>
          <w:color w:val="000000"/>
          <w:sz w:val="21"/>
        </w:rPr>
        <w:t>D. go downstairs</w:t>
      </w:r>
    </w:p>
    <w:p>
      <w:pPr>
        <w:spacing w:after="20"/>
        <w:ind w:left="0" w:firstLine="0"/>
      </w:pPr>
      <w:r>
        <w:rPr>
          <w:rFonts w:ascii="Arial" w:hAnsi="Arial" w:eastAsia="Arial"/>
          <w:b/>
          <w:i w:val="0"/>
          <w:color w:val="000000"/>
          <w:sz w:val="21"/>
        </w:rPr>
        <w:t xml:space="preserve">5. </w:t>
      </w:r>
      <w:r>
        <w:rPr>
          <w:rFonts w:ascii="Arial" w:hAnsi="Arial" w:eastAsia="Arial"/>
          <w:b w:val="0"/>
          <w:i w:val="0"/>
          <w:color w:val="000000"/>
          <w:sz w:val="21"/>
        </w:rPr>
        <w:t>____ this corridor and turn left at the end.</w:t>
      </w:r>
    </w:p>
    <w:p>
      <w:pPr>
        <w:spacing w:after="40"/>
        <w:ind w:left="255"/>
      </w:pPr>
      <w:r>
        <w:rPr>
          <w:rFonts w:ascii="Arial" w:hAnsi="Arial" w:eastAsia="Arial"/>
          <w:b w:val="0"/>
          <w:i w:val="0"/>
          <w:color w:val="000000"/>
          <w:sz w:val="21"/>
        </w:rPr>
        <w:t>A. ground floor</w:t>
      </w:r>
      <w:r>
        <w:t xml:space="preserve">       </w:t>
      </w:r>
      <w:r>
        <w:rPr>
          <w:rFonts w:ascii="Arial" w:hAnsi="Arial" w:eastAsia="Arial"/>
          <w:b w:val="0"/>
          <w:i w:val="0"/>
          <w:color w:val="000000"/>
          <w:sz w:val="21"/>
        </w:rPr>
        <w:t>B. go upstairs</w:t>
      </w:r>
      <w:r>
        <w:t xml:space="preserve">       </w:t>
      </w:r>
      <w:r>
        <w:rPr>
          <w:rFonts w:ascii="Arial" w:hAnsi="Arial" w:eastAsia="Arial"/>
          <w:b w:val="0"/>
          <w:i w:val="0"/>
          <w:color w:val="000000"/>
          <w:sz w:val="21"/>
        </w:rPr>
        <w:t>C. go along</w:t>
      </w:r>
      <w:r>
        <w:t xml:space="preserve">       </w:t>
      </w:r>
      <w:r>
        <w:rPr>
          <w:rFonts w:ascii="Arial" w:hAnsi="Arial" w:eastAsia="Arial"/>
          <w:b w:val="0"/>
          <w:i w:val="0"/>
          <w:color w:val="000000"/>
          <w:sz w:val="21"/>
        </w:rPr>
        <w:t>D. second floor</w:t>
      </w:r>
    </w:p>
    <w:p>
      <w:pPr>
        <w:spacing w:after="20"/>
        <w:ind w:left="0" w:firstLine="0"/>
      </w:pPr>
      <w:r>
        <w:rPr>
          <w:rFonts w:ascii="Arial" w:hAnsi="Arial" w:eastAsia="Arial"/>
          <w:b/>
          <w:i w:val="0"/>
          <w:color w:val="000000"/>
          <w:sz w:val="21"/>
        </w:rPr>
        <w:t xml:space="preserve">6. </w:t>
      </w:r>
      <w:r>
        <w:rPr>
          <w:rFonts w:ascii="Arial" w:hAnsi="Arial" w:eastAsia="Arial"/>
          <w:b w:val="0"/>
          <w:i w:val="0"/>
          <w:color w:val="000000"/>
          <w:sz w:val="21"/>
        </w:rPr>
        <w:t>The computer room is below us, so ____.</w:t>
      </w:r>
    </w:p>
    <w:p>
      <w:pPr>
        <w:spacing w:after="40"/>
        <w:ind w:left="255"/>
      </w:pPr>
      <w:r>
        <w:rPr>
          <w:rFonts w:ascii="Arial" w:hAnsi="Arial" w:eastAsia="Arial"/>
          <w:b w:val="0"/>
          <w:i w:val="0"/>
          <w:color w:val="000000"/>
          <w:sz w:val="21"/>
        </w:rPr>
        <w:t>A. go downstairs</w:t>
      </w:r>
      <w:r>
        <w:t xml:space="preserve">       </w:t>
      </w:r>
      <w:r>
        <w:rPr>
          <w:rFonts w:ascii="Arial" w:hAnsi="Arial" w:eastAsia="Arial"/>
          <w:b w:val="0"/>
          <w:i w:val="0"/>
          <w:color w:val="000000"/>
          <w:sz w:val="21"/>
        </w:rPr>
        <w:t>B. first floor</w:t>
      </w:r>
      <w:r>
        <w:t xml:space="preserve">       </w:t>
      </w:r>
      <w:r>
        <w:rPr>
          <w:rFonts w:ascii="Arial" w:hAnsi="Arial" w:eastAsia="Arial"/>
          <w:b w:val="0"/>
          <w:i w:val="0"/>
          <w:color w:val="000000"/>
          <w:sz w:val="21"/>
        </w:rPr>
        <w:t>C. go along</w:t>
      </w:r>
      <w:r>
        <w:t xml:space="preserve">       </w:t>
      </w:r>
      <w:r>
        <w:rPr>
          <w:rFonts w:ascii="Arial" w:hAnsi="Arial" w:eastAsia="Arial"/>
          <w:b w:val="0"/>
          <w:i w:val="0"/>
          <w:color w:val="000000"/>
          <w:sz w:val="21"/>
        </w:rPr>
        <w:t>D. go upstairs</w:t>
      </w:r>
    </w:p>
    <w:p>
      <w:pPr>
        <w:spacing w:after="20"/>
        <w:ind w:left="0" w:firstLine="0"/>
      </w:pPr>
      <w:r>
        <w:rPr>
          <w:rFonts w:ascii="Arial" w:hAnsi="Arial" w:eastAsia="Arial"/>
          <w:b/>
          <w:i w:val="0"/>
          <w:color w:val="000000"/>
          <w:sz w:val="21"/>
        </w:rPr>
        <w:t xml:space="preserve">7. </w:t>
      </w:r>
      <w:r>
        <w:rPr>
          <w:rFonts w:ascii="Arial" w:hAnsi="Arial" w:eastAsia="Arial"/>
          <w:b w:val="0"/>
          <w:i w:val="0"/>
          <w:color w:val="000000"/>
          <w:sz w:val="21"/>
        </w:rPr>
        <w:t>____ the library; the art room is next to it.</w:t>
      </w:r>
    </w:p>
    <w:p>
      <w:pPr>
        <w:spacing w:after="40"/>
        <w:ind w:left="255"/>
      </w:pPr>
      <w:r>
        <w:rPr>
          <w:rFonts w:ascii="Arial" w:hAnsi="Arial" w:eastAsia="Arial"/>
          <w:b w:val="0"/>
          <w:i w:val="0"/>
          <w:color w:val="000000"/>
          <w:sz w:val="21"/>
        </w:rPr>
        <w:t>A. third floor</w:t>
      </w:r>
      <w:r>
        <w:t xml:space="preserve">       </w:t>
      </w:r>
      <w:r>
        <w:rPr>
          <w:rFonts w:ascii="Arial" w:hAnsi="Arial" w:eastAsia="Arial"/>
          <w:b w:val="0"/>
          <w:i w:val="0"/>
          <w:color w:val="000000"/>
          <w:sz w:val="21"/>
        </w:rPr>
        <w:t>B. go past</w:t>
      </w:r>
      <w:r>
        <w:t xml:space="preserve">       </w:t>
      </w:r>
      <w:r>
        <w:rPr>
          <w:rFonts w:ascii="Arial" w:hAnsi="Arial" w:eastAsia="Arial"/>
          <w:b w:val="0"/>
          <w:i w:val="0"/>
          <w:color w:val="000000"/>
          <w:sz w:val="21"/>
        </w:rPr>
        <w:t>C. go along</w:t>
      </w:r>
      <w:r>
        <w:t xml:space="preserve">       </w:t>
      </w:r>
      <w:r>
        <w:rPr>
          <w:rFonts w:ascii="Arial" w:hAnsi="Arial" w:eastAsia="Arial"/>
          <w:b w:val="0"/>
          <w:i w:val="0"/>
          <w:color w:val="000000"/>
          <w:sz w:val="21"/>
        </w:rPr>
        <w:t>D. second floor</w:t>
      </w:r>
    </w:p>
    <w:p>
      <w:pPr>
        <w:spacing w:after="20"/>
        <w:ind w:left="0" w:firstLine="0"/>
      </w:pPr>
      <w:r>
        <w:rPr>
          <w:rFonts w:ascii="Arial" w:hAnsi="Arial" w:eastAsia="Arial"/>
          <w:b/>
          <w:i w:val="0"/>
          <w:color w:val="000000"/>
          <w:sz w:val="21"/>
        </w:rPr>
        <w:t xml:space="preserve">8. </w:t>
      </w:r>
      <w:r>
        <w:rPr>
          <w:rFonts w:ascii="Arial" w:hAnsi="Arial" w:eastAsia="Arial"/>
          <w:b w:val="0"/>
          <w:i w:val="0"/>
          <w:color w:val="000000"/>
          <w:sz w:val="21"/>
        </w:rPr>
        <w:t>The science room is above us, so ____.</w:t>
      </w:r>
    </w:p>
    <w:p>
      <w:pPr>
        <w:spacing w:after="40"/>
        <w:ind w:left="255"/>
      </w:pPr>
      <w:r>
        <w:rPr>
          <w:rFonts w:ascii="Arial" w:hAnsi="Arial" w:eastAsia="Arial"/>
          <w:b w:val="0"/>
          <w:i w:val="0"/>
          <w:color w:val="000000"/>
          <w:sz w:val="21"/>
        </w:rPr>
        <w:t>A. ground floor</w:t>
      </w:r>
      <w:r>
        <w:t xml:space="preserve">       </w:t>
      </w:r>
      <w:r>
        <w:rPr>
          <w:rFonts w:ascii="Arial" w:hAnsi="Arial" w:eastAsia="Arial"/>
          <w:b w:val="0"/>
          <w:i w:val="0"/>
          <w:color w:val="000000"/>
          <w:sz w:val="21"/>
        </w:rPr>
        <w:t>B. go upstairs</w:t>
      </w:r>
      <w:r>
        <w:t xml:space="preserve">       </w:t>
      </w:r>
      <w:r>
        <w:rPr>
          <w:rFonts w:ascii="Arial" w:hAnsi="Arial" w:eastAsia="Arial"/>
          <w:b w:val="0"/>
          <w:i w:val="0"/>
          <w:color w:val="000000"/>
          <w:sz w:val="21"/>
        </w:rPr>
        <w:t>C. second floor</w:t>
      </w:r>
      <w:r>
        <w:t xml:space="preserve">       </w:t>
      </w:r>
      <w:r>
        <w:rPr>
          <w:rFonts w:ascii="Arial" w:hAnsi="Arial" w:eastAsia="Arial"/>
          <w:b w:val="0"/>
          <w:i w:val="0"/>
          <w:color w:val="000000"/>
          <w:sz w:val="21"/>
        </w:rPr>
        <w:t>D. go along</w:t>
      </w:r>
    </w:p>
    <w:p>
      <w:pPr>
        <w:pStyle w:val="Heading1"/>
        <w:keepNext/>
      </w:pPr>
      <w:r>
        <w:rPr>
          <w:rFonts w:ascii="Arial" w:hAnsi="Arial" w:eastAsia="Arial"/>
          <w:b/>
          <w:i w:val="0"/>
          <w:color w:val="1F4E79"/>
          <w:sz w:val="23"/>
        </w:rPr>
        <w:t>II. GRAMMAR</w:t>
      </w:r>
      <w:r>
        <w:rPr>
          <w:rFonts w:ascii="Arial" w:hAnsi="Arial" w:eastAsia="Arial"/>
          <w:b/>
          <w:i w:val="0"/>
          <w:color w:val="595959"/>
          <w:sz w:val="21"/>
        </w:rPr>
        <w:t xml:space="preserve">  (2.0 points)</w:t>
      </w:r>
    </w:p>
    <w:p>
      <w:pPr>
        <w:keepNext/>
        <w:spacing w:after="40"/>
      </w:pPr>
      <w:r>
        <w:rPr>
          <w:rFonts w:ascii="Arial" w:hAnsi="Arial" w:eastAsia="Arial"/>
          <w:b w:val="0"/>
          <w:i/>
          <w:color w:val="595959"/>
          <w:sz w:val="20"/>
        </w:rPr>
        <w:t>Choose the correct answer. (8 x 0.25 = 2.0 points)</w:t>
      </w:r>
    </w:p>
    <w:p>
      <w:pPr>
        <w:spacing w:after="20"/>
        <w:ind w:left="0" w:firstLine="0"/>
      </w:pPr>
      <w:r>
        <w:rPr>
          <w:rFonts w:ascii="Arial" w:hAnsi="Arial" w:eastAsia="Arial"/>
          <w:b/>
          <w:i w:val="0"/>
          <w:color w:val="000000"/>
          <w:sz w:val="21"/>
        </w:rPr>
        <w:t xml:space="preserve">1. </w:t>
      </w:r>
      <w:r>
        <w:rPr>
          <w:rFonts w:ascii="Arial" w:hAnsi="Arial" w:eastAsia="Arial"/>
          <w:b w:val="0"/>
          <w:i w:val="0"/>
          <w:color w:val="000000"/>
          <w:sz w:val="21"/>
        </w:rPr>
        <w:t>Where ____ the computer room?</w:t>
      </w:r>
    </w:p>
    <w:p>
      <w:pPr>
        <w:spacing w:after="40"/>
        <w:ind w:left="255"/>
      </w:pPr>
      <w:r>
        <w:rPr>
          <w:rFonts w:ascii="Arial" w:hAnsi="Arial" w:eastAsia="Arial"/>
          <w:b w:val="0"/>
          <w:i w:val="0"/>
          <w:color w:val="000000"/>
          <w:sz w:val="21"/>
        </w:rPr>
        <w:t>A. are</w:t>
      </w:r>
      <w:r>
        <w:t xml:space="preserve">       </w:t>
      </w:r>
      <w:r>
        <w:rPr>
          <w:rFonts w:ascii="Arial" w:hAnsi="Arial" w:eastAsia="Arial"/>
          <w:b w:val="0"/>
          <w:i w:val="0"/>
          <w:color w:val="000000"/>
          <w:sz w:val="21"/>
        </w:rPr>
        <w:t>B. is</w:t>
      </w:r>
      <w:r>
        <w:t xml:space="preserve">       </w:t>
      </w:r>
      <w:r>
        <w:rPr>
          <w:rFonts w:ascii="Arial" w:hAnsi="Arial" w:eastAsia="Arial"/>
          <w:b w:val="0"/>
          <w:i w:val="0"/>
          <w:color w:val="000000"/>
          <w:sz w:val="21"/>
        </w:rPr>
        <w:t>C. does</w:t>
      </w:r>
      <w:r>
        <w:t xml:space="preserve">       </w:t>
      </w:r>
      <w:r>
        <w:rPr>
          <w:rFonts w:ascii="Arial" w:hAnsi="Arial" w:eastAsia="Arial"/>
          <w:b w:val="0"/>
          <w:i w:val="0"/>
          <w:color w:val="000000"/>
          <w:sz w:val="21"/>
        </w:rPr>
        <w:t>D. do</w:t>
      </w:r>
    </w:p>
    <w:p>
      <w:pPr>
        <w:spacing w:after="20"/>
        <w:ind w:left="0" w:firstLine="0"/>
      </w:pPr>
      <w:r>
        <w:rPr>
          <w:rFonts w:ascii="Arial" w:hAnsi="Arial" w:eastAsia="Arial"/>
          <w:b/>
          <w:i w:val="0"/>
          <w:color w:val="000000"/>
          <w:sz w:val="21"/>
        </w:rPr>
        <w:t xml:space="preserve">2. </w:t>
      </w:r>
      <w:r>
        <w:rPr>
          <w:rFonts w:ascii="Arial" w:hAnsi="Arial" w:eastAsia="Arial"/>
          <w:b w:val="0"/>
          <w:i w:val="0"/>
          <w:color w:val="000000"/>
          <w:sz w:val="21"/>
        </w:rPr>
        <w:t>It is ____ the second floor.</w:t>
      </w:r>
    </w:p>
    <w:p>
      <w:pPr>
        <w:spacing w:after="40"/>
        <w:ind w:left="255"/>
      </w:pPr>
      <w:r>
        <w:rPr>
          <w:rFonts w:ascii="Arial" w:hAnsi="Arial" w:eastAsia="Arial"/>
          <w:b w:val="0"/>
          <w:i w:val="0"/>
          <w:color w:val="000000"/>
          <w:sz w:val="21"/>
        </w:rPr>
        <w:t>A. to</w:t>
      </w:r>
      <w:r>
        <w:t xml:space="preserve">       </w:t>
      </w:r>
      <w:r>
        <w:rPr>
          <w:rFonts w:ascii="Arial" w:hAnsi="Arial" w:eastAsia="Arial"/>
          <w:b w:val="0"/>
          <w:i w:val="0"/>
          <w:color w:val="000000"/>
          <w:sz w:val="21"/>
        </w:rPr>
        <w:t>B. at</w:t>
      </w:r>
      <w:r>
        <w:t xml:space="preserve">       </w:t>
      </w:r>
      <w:r>
        <w:rPr>
          <w:rFonts w:ascii="Arial" w:hAnsi="Arial" w:eastAsia="Arial"/>
          <w:b w:val="0"/>
          <w:i w:val="0"/>
          <w:color w:val="000000"/>
          <w:sz w:val="21"/>
        </w:rPr>
        <w:t>C. on</w:t>
      </w:r>
      <w:r>
        <w:t xml:space="preserve">       </w:t>
      </w:r>
      <w:r>
        <w:rPr>
          <w:rFonts w:ascii="Arial" w:hAnsi="Arial" w:eastAsia="Arial"/>
          <w:b w:val="0"/>
          <w:i w:val="0"/>
          <w:color w:val="000000"/>
          <w:sz w:val="21"/>
        </w:rPr>
        <w:t>D. in</w:t>
      </w:r>
    </w:p>
    <w:p>
      <w:pPr>
        <w:spacing w:after="20"/>
        <w:ind w:left="0" w:firstLine="0"/>
      </w:pPr>
      <w:r>
        <w:rPr>
          <w:rFonts w:ascii="Arial" w:hAnsi="Arial" w:eastAsia="Arial"/>
          <w:b/>
          <w:i w:val="0"/>
          <w:color w:val="000000"/>
          <w:sz w:val="21"/>
        </w:rPr>
        <w:t xml:space="preserve">3. </w:t>
      </w:r>
      <w:r>
        <w:rPr>
          <w:rFonts w:ascii="Arial" w:hAnsi="Arial" w:eastAsia="Arial"/>
          <w:b w:val="0"/>
          <w:i w:val="0"/>
          <w:color w:val="000000"/>
          <w:sz w:val="21"/>
        </w:rPr>
        <w:t>Could you tell me the way ____ the library, please?</w:t>
      </w:r>
    </w:p>
    <w:p>
      <w:pPr>
        <w:spacing w:after="40"/>
        <w:ind w:left="255"/>
      </w:pPr>
      <w:r>
        <w:rPr>
          <w:rFonts w:ascii="Arial" w:hAnsi="Arial" w:eastAsia="Arial"/>
          <w:b w:val="0"/>
          <w:i w:val="0"/>
          <w:color w:val="000000"/>
          <w:sz w:val="21"/>
        </w:rPr>
        <w:t>A. to</w:t>
      </w:r>
      <w:r>
        <w:t xml:space="preserve">       </w:t>
      </w:r>
      <w:r>
        <w:rPr>
          <w:rFonts w:ascii="Arial" w:hAnsi="Arial" w:eastAsia="Arial"/>
          <w:b w:val="0"/>
          <w:i w:val="0"/>
          <w:color w:val="000000"/>
          <w:sz w:val="21"/>
        </w:rPr>
        <w:t>B. from</w:t>
      </w:r>
      <w:r>
        <w:t xml:space="preserve">       </w:t>
      </w:r>
      <w:r>
        <w:rPr>
          <w:rFonts w:ascii="Arial" w:hAnsi="Arial" w:eastAsia="Arial"/>
          <w:b w:val="0"/>
          <w:i w:val="0"/>
          <w:color w:val="000000"/>
          <w:sz w:val="21"/>
        </w:rPr>
        <w:t>C. at</w:t>
      </w:r>
      <w:r>
        <w:t xml:space="preserve">       </w:t>
      </w:r>
      <w:r>
        <w:rPr>
          <w:rFonts w:ascii="Arial" w:hAnsi="Arial" w:eastAsia="Arial"/>
          <w:b w:val="0"/>
          <w:i w:val="0"/>
          <w:color w:val="000000"/>
          <w:sz w:val="21"/>
        </w:rPr>
        <w:t>D. on</w:t>
      </w:r>
    </w:p>
    <w:p>
      <w:pPr>
        <w:spacing w:after="20"/>
        <w:ind w:left="0" w:firstLine="0"/>
      </w:pPr>
      <w:r>
        <w:rPr>
          <w:rFonts w:ascii="Arial" w:hAnsi="Arial" w:eastAsia="Arial"/>
          <w:b/>
          <w:i w:val="0"/>
          <w:color w:val="000000"/>
          <w:sz w:val="21"/>
        </w:rPr>
        <w:t xml:space="preserve">4. </w:t>
      </w:r>
      <w:r>
        <w:rPr>
          <w:rFonts w:ascii="Arial" w:hAnsi="Arial" w:eastAsia="Arial"/>
          <w:b w:val="0"/>
          <w:i w:val="0"/>
          <w:color w:val="000000"/>
          <w:sz w:val="21"/>
        </w:rPr>
        <w:t>Go along this corridor and ____ right.</w:t>
      </w:r>
    </w:p>
    <w:p>
      <w:pPr>
        <w:spacing w:after="40"/>
        <w:ind w:left="255"/>
      </w:pPr>
      <w:r>
        <w:rPr>
          <w:rFonts w:ascii="Arial" w:hAnsi="Arial" w:eastAsia="Arial"/>
          <w:b w:val="0"/>
          <w:i w:val="0"/>
          <w:color w:val="000000"/>
          <w:sz w:val="21"/>
        </w:rPr>
        <w:t>A. turn</w:t>
      </w:r>
      <w:r>
        <w:t xml:space="preserve">       </w:t>
      </w:r>
      <w:r>
        <w:rPr>
          <w:rFonts w:ascii="Arial" w:hAnsi="Arial" w:eastAsia="Arial"/>
          <w:b w:val="0"/>
          <w:i w:val="0"/>
          <w:color w:val="000000"/>
          <w:sz w:val="21"/>
        </w:rPr>
        <w:t>B. turned</w:t>
      </w:r>
      <w:r>
        <w:t xml:space="preserve">       </w:t>
      </w:r>
      <w:r>
        <w:rPr>
          <w:rFonts w:ascii="Arial" w:hAnsi="Arial" w:eastAsia="Arial"/>
          <w:b w:val="0"/>
          <w:i w:val="0"/>
          <w:color w:val="000000"/>
          <w:sz w:val="21"/>
        </w:rPr>
        <w:t>C. turns</w:t>
      </w:r>
      <w:r>
        <w:t xml:space="preserve">       </w:t>
      </w:r>
      <w:r>
        <w:rPr>
          <w:rFonts w:ascii="Arial" w:hAnsi="Arial" w:eastAsia="Arial"/>
          <w:b w:val="0"/>
          <w:i w:val="0"/>
          <w:color w:val="000000"/>
          <w:sz w:val="21"/>
        </w:rPr>
        <w:t>D. turning</w:t>
      </w:r>
    </w:p>
    <w:p>
      <w:pPr>
        <w:spacing w:after="20"/>
        <w:ind w:left="0" w:firstLine="0"/>
      </w:pPr>
      <w:r>
        <w:rPr>
          <w:rFonts w:ascii="Arial" w:hAnsi="Arial" w:eastAsia="Arial"/>
          <w:b/>
          <w:i w:val="0"/>
          <w:color w:val="000000"/>
          <w:sz w:val="21"/>
        </w:rPr>
        <w:t xml:space="preserve">5. </w:t>
      </w:r>
      <w:r>
        <w:rPr>
          <w:rFonts w:ascii="Arial" w:hAnsi="Arial" w:eastAsia="Arial"/>
          <w:b w:val="0"/>
          <w:i w:val="0"/>
          <w:color w:val="000000"/>
          <w:sz w:val="21"/>
        </w:rPr>
        <w:t>The art room is ____ the computer room; the two rooms are side by side.</w:t>
      </w:r>
    </w:p>
    <w:p>
      <w:pPr>
        <w:spacing w:after="40"/>
        <w:ind w:left="255"/>
      </w:pPr>
      <w:r>
        <w:rPr>
          <w:rFonts w:ascii="Arial" w:hAnsi="Arial" w:eastAsia="Arial"/>
          <w:b w:val="0"/>
          <w:i w:val="0"/>
          <w:color w:val="000000"/>
          <w:sz w:val="21"/>
        </w:rPr>
        <w:t>A. next to</w:t>
      </w:r>
      <w:r>
        <w:t xml:space="preserve">       </w:t>
      </w:r>
      <w:r>
        <w:rPr>
          <w:rFonts w:ascii="Arial" w:hAnsi="Arial" w:eastAsia="Arial"/>
          <w:b w:val="0"/>
          <w:i w:val="0"/>
          <w:color w:val="000000"/>
          <w:sz w:val="21"/>
        </w:rPr>
        <w:t>B. under</w:t>
      </w:r>
      <w:r>
        <w:t xml:space="preserve">       </w:t>
      </w:r>
      <w:r>
        <w:rPr>
          <w:rFonts w:ascii="Arial" w:hAnsi="Arial" w:eastAsia="Arial"/>
          <w:b w:val="0"/>
          <w:i w:val="0"/>
          <w:color w:val="000000"/>
          <w:sz w:val="21"/>
        </w:rPr>
        <w:t>C. between</w:t>
      </w:r>
      <w:r>
        <w:t xml:space="preserve">       </w:t>
      </w:r>
      <w:r>
        <w:rPr>
          <w:rFonts w:ascii="Arial" w:hAnsi="Arial" w:eastAsia="Arial"/>
          <w:b w:val="0"/>
          <w:i w:val="0"/>
          <w:color w:val="000000"/>
          <w:sz w:val="21"/>
        </w:rPr>
        <w:t>D. opposite</w:t>
      </w:r>
    </w:p>
    <w:p>
      <w:pPr>
        <w:spacing w:after="20"/>
        <w:ind w:left="0" w:firstLine="0"/>
      </w:pPr>
      <w:r>
        <w:rPr>
          <w:rFonts w:ascii="Arial" w:hAnsi="Arial" w:eastAsia="Arial"/>
          <w:b/>
          <w:i w:val="0"/>
          <w:color w:val="000000"/>
          <w:sz w:val="21"/>
        </w:rPr>
        <w:t xml:space="preserve">6. </w:t>
      </w:r>
      <w:r>
        <w:rPr>
          <w:rFonts w:ascii="Arial" w:hAnsi="Arial" w:eastAsia="Arial"/>
          <w:b w:val="0"/>
          <w:i w:val="0"/>
          <w:color w:val="000000"/>
          <w:sz w:val="21"/>
        </w:rPr>
        <w:t>____ upstairs. The classroom is on the third floor.</w:t>
      </w:r>
    </w:p>
    <w:p>
      <w:pPr>
        <w:spacing w:after="40"/>
        <w:ind w:left="255"/>
      </w:pPr>
      <w:r>
        <w:rPr>
          <w:rFonts w:ascii="Arial" w:hAnsi="Arial" w:eastAsia="Arial"/>
          <w:b w:val="0"/>
          <w:i w:val="0"/>
          <w:color w:val="000000"/>
          <w:sz w:val="21"/>
        </w:rPr>
        <w:t>A. Going</w:t>
      </w:r>
      <w:r>
        <w:t xml:space="preserve">       </w:t>
      </w:r>
      <w:r>
        <w:rPr>
          <w:rFonts w:ascii="Arial" w:hAnsi="Arial" w:eastAsia="Arial"/>
          <w:b w:val="0"/>
          <w:i w:val="0"/>
          <w:color w:val="000000"/>
          <w:sz w:val="21"/>
        </w:rPr>
        <w:t>B. Goes</w:t>
      </w:r>
      <w:r>
        <w:t xml:space="preserve">       </w:t>
      </w:r>
      <w:r>
        <w:rPr>
          <w:rFonts w:ascii="Arial" w:hAnsi="Arial" w:eastAsia="Arial"/>
          <w:b w:val="0"/>
          <w:i w:val="0"/>
          <w:color w:val="000000"/>
          <w:sz w:val="21"/>
        </w:rPr>
        <w:t>C. Went</w:t>
      </w:r>
      <w:r>
        <w:t xml:space="preserve">       </w:t>
      </w:r>
      <w:r>
        <w:rPr>
          <w:rFonts w:ascii="Arial" w:hAnsi="Arial" w:eastAsia="Arial"/>
          <w:b w:val="0"/>
          <w:i w:val="0"/>
          <w:color w:val="000000"/>
          <w:sz w:val="21"/>
        </w:rPr>
        <w:t>D. Go</w:t>
      </w:r>
    </w:p>
    <w:p>
      <w:pPr>
        <w:spacing w:after="20"/>
        <w:ind w:left="0" w:firstLine="0"/>
      </w:pPr>
      <w:r>
        <w:rPr>
          <w:rFonts w:ascii="Arial" w:hAnsi="Arial" w:eastAsia="Arial"/>
          <w:b/>
          <w:i w:val="0"/>
          <w:color w:val="000000"/>
          <w:sz w:val="21"/>
        </w:rPr>
        <w:t xml:space="preserve">7. </w:t>
      </w:r>
      <w:r>
        <w:rPr>
          <w:rFonts w:ascii="Arial" w:hAnsi="Arial" w:eastAsia="Arial"/>
          <w:b w:val="0"/>
          <w:i w:val="0"/>
          <w:color w:val="000000"/>
          <w:sz w:val="21"/>
        </w:rPr>
        <w:t>Where are the school rooms? - ____ are on the first floor.</w:t>
      </w:r>
    </w:p>
    <w:p>
      <w:pPr>
        <w:spacing w:after="40"/>
        <w:ind w:left="255"/>
      </w:pPr>
      <w:r>
        <w:rPr>
          <w:rFonts w:ascii="Arial" w:hAnsi="Arial" w:eastAsia="Arial"/>
          <w:b w:val="0"/>
          <w:i w:val="0"/>
          <w:color w:val="000000"/>
          <w:sz w:val="21"/>
        </w:rPr>
        <w:t>A. They</w:t>
      </w:r>
      <w:r>
        <w:t xml:space="preserve">       </w:t>
      </w:r>
      <w:r>
        <w:rPr>
          <w:rFonts w:ascii="Arial" w:hAnsi="Arial" w:eastAsia="Arial"/>
          <w:b w:val="0"/>
          <w:i w:val="0"/>
          <w:color w:val="000000"/>
          <w:sz w:val="21"/>
        </w:rPr>
        <w:t>B. He</w:t>
      </w:r>
      <w:r>
        <w:t xml:space="preserve">       </w:t>
      </w:r>
      <w:r>
        <w:rPr>
          <w:rFonts w:ascii="Arial" w:hAnsi="Arial" w:eastAsia="Arial"/>
          <w:b w:val="0"/>
          <w:i w:val="0"/>
          <w:color w:val="000000"/>
          <w:sz w:val="21"/>
        </w:rPr>
        <w:t>C. It</w:t>
      </w:r>
      <w:r>
        <w:t xml:space="preserve">       </w:t>
      </w:r>
      <w:r>
        <w:rPr>
          <w:rFonts w:ascii="Arial" w:hAnsi="Arial" w:eastAsia="Arial"/>
          <w:b w:val="0"/>
          <w:i w:val="0"/>
          <w:color w:val="000000"/>
          <w:sz w:val="21"/>
        </w:rPr>
        <w:t>D. We</w:t>
      </w:r>
    </w:p>
    <w:p>
      <w:pPr>
        <w:spacing w:after="20"/>
        <w:ind w:left="0" w:firstLine="0"/>
      </w:pPr>
      <w:r>
        <w:rPr>
          <w:rFonts w:ascii="Arial" w:hAnsi="Arial" w:eastAsia="Arial"/>
          <w:b/>
          <w:i w:val="0"/>
          <w:color w:val="000000"/>
          <w:sz w:val="21"/>
        </w:rPr>
        <w:t xml:space="preserve">8. </w:t>
      </w:r>
      <w:r>
        <w:rPr>
          <w:rFonts w:ascii="Arial" w:hAnsi="Arial" w:eastAsia="Arial"/>
          <w:b w:val="0"/>
          <w:i w:val="0"/>
          <w:color w:val="000000"/>
          <w:sz w:val="21"/>
        </w:rPr>
        <w:t>Go ____ the library to reach the office behind it.</w:t>
      </w:r>
    </w:p>
    <w:p>
      <w:pPr>
        <w:spacing w:after="40"/>
        <w:ind w:left="255"/>
      </w:pPr>
      <w:r>
        <w:rPr>
          <w:rFonts w:ascii="Arial" w:hAnsi="Arial" w:eastAsia="Arial"/>
          <w:b w:val="0"/>
          <w:i w:val="0"/>
          <w:color w:val="000000"/>
          <w:sz w:val="21"/>
        </w:rPr>
        <w:t>A. past</w:t>
      </w:r>
      <w:r>
        <w:t xml:space="preserve">       </w:t>
      </w:r>
      <w:r>
        <w:rPr>
          <w:rFonts w:ascii="Arial" w:hAnsi="Arial" w:eastAsia="Arial"/>
          <w:b w:val="0"/>
          <w:i w:val="0"/>
          <w:color w:val="000000"/>
          <w:sz w:val="21"/>
        </w:rPr>
        <w:t>B. upstairs</w:t>
      </w:r>
      <w:r>
        <w:t xml:space="preserve">       </w:t>
      </w:r>
      <w:r>
        <w:rPr>
          <w:rFonts w:ascii="Arial" w:hAnsi="Arial" w:eastAsia="Arial"/>
          <w:b w:val="0"/>
          <w:i w:val="0"/>
          <w:color w:val="000000"/>
          <w:sz w:val="21"/>
        </w:rPr>
        <w:t>C. downstairs</w:t>
      </w:r>
      <w:r>
        <w:t xml:space="preserve">       </w:t>
      </w:r>
      <w:r>
        <w:rPr>
          <w:rFonts w:ascii="Arial" w:hAnsi="Arial" w:eastAsia="Arial"/>
          <w:b w:val="0"/>
          <w:i w:val="0"/>
          <w:color w:val="000000"/>
          <w:sz w:val="21"/>
        </w:rPr>
        <w:t>D. along</w:t>
      </w:r>
    </w:p>
    <w:p>
      <w:r>
        <w:br w:type="page"/>
      </w:r>
    </w:p>
    <w:p>
      <w:pPr>
        <w:pStyle w:val="Heading1"/>
        <w:keepNext/>
      </w:pPr>
      <w:r>
        <w:rPr>
          <w:rFonts w:ascii="Arial" w:hAnsi="Arial" w:eastAsia="Arial"/>
          <w:b/>
          <w:i w:val="0"/>
          <w:color w:val="1F4E79"/>
          <w:sz w:val="23"/>
        </w:rPr>
        <w:t>III. READING</w:t>
      </w:r>
      <w:r>
        <w:rPr>
          <w:rFonts w:ascii="Arial" w:hAnsi="Arial" w:eastAsia="Arial"/>
          <w:b/>
          <w:i w:val="0"/>
          <w:color w:val="595959"/>
          <w:sz w:val="21"/>
        </w:rPr>
        <w:t xml:space="preserve">  (3.0 points)</w:t>
      </w:r>
    </w:p>
    <w:p>
      <w:pPr>
        <w:keepNext/>
        <w:spacing w:after="40"/>
      </w:pPr>
      <w:r>
        <w:rPr>
          <w:rFonts w:ascii="Arial" w:hAnsi="Arial" w:eastAsia="Arial"/>
          <w:b w:val="0"/>
          <w:i/>
          <w:color w:val="595959"/>
          <w:sz w:val="20"/>
        </w:rPr>
        <w:t>Read the passage and complete Tasks A and B.</w:t>
      </w:r>
    </w:p>
    <w:tbl>
      <w:tblPr>
        <w:tblStyle w:val="TableGrid"/>
        <w:tblW w:type="dxa" w:w="10190"/>
        <w:tblLayout w:type="fixed"/>
        <w:tblLook w:firstColumn="1" w:firstRow="1" w:lastColumn="0" w:lastRow="0" w:noHBand="0" w:noVBand="1" w:val="04A0"/>
        <w:tblInd w:w="100" w:type="dxa"/>
      </w:tblPr>
      <w:tblGrid>
        <w:gridCol w:w="10190"/>
      </w:tblGrid>
      <w:tr>
        <w:tc>
          <w:tcPr>
            <w:tcW w:type="dxa" w:w="10190"/>
            <w:tcMar>
              <w:top w:w="80" w:type="dxa"/>
              <w:start w:w="100" w:type="dxa"/>
              <w:bottom w:w="80" w:type="dxa"/>
              <w:end w:w="100" w:type="dxa"/>
            </w:tcMar>
            <w:vAlign w:val="center"/>
            <w:shd w:fill="F2F2F2"/>
          </w:tcPr>
          <w:p>
            <w:pPr>
              <w:spacing w:before="20" w:after="20" w:line="252" w:lineRule="auto"/>
            </w:pPr>
            <w:r>
              <w:rPr>
                <w:rFonts w:ascii="Arial" w:hAnsi="Arial" w:eastAsia="Arial"/>
                <w:b w:val="0"/>
                <w:i w:val="0"/>
                <w:color w:val="000000"/>
                <w:sz w:val="20"/>
              </w:rPr>
              <w:t>Welcome to Green Primary School. The school office and the library are on the ground floor. The computer room is on the first floor, next to class 5A. The art room is opposite the computer room. The music room and the science room are on the second floor. To get to the science room, go upstairs, turn right and go past the music room. The science room is the last room on the left.</w:t>
            </w:r>
          </w:p>
        </w:tc>
      </w:tr>
    </w:tbl>
    <w:p>
      <w:pPr>
        <w:pStyle w:val="Heading2"/>
      </w:pPr>
      <w:r>
        <w:rPr>
          <w:rFonts w:ascii="Arial" w:hAnsi="Arial" w:eastAsia="Arial"/>
          <w:b/>
          <w:i w:val="0"/>
          <w:color w:val="1F4E79"/>
          <w:sz w:val="21"/>
        </w:rPr>
        <w:t>A. Write T (True) or F (False). (5 x 0.3 = 1.5 points)</w:t>
      </w:r>
    </w:p>
    <w:p>
      <w:pPr>
        <w:spacing w:after="20"/>
      </w:pPr>
      <w:r>
        <w:rPr>
          <w:rFonts w:ascii="Arial" w:hAnsi="Arial" w:eastAsia="Arial"/>
          <w:b/>
          <w:i w:val="0"/>
          <w:color w:val="000000"/>
          <w:sz w:val="21"/>
        </w:rPr>
        <w:t xml:space="preserve">1. _____  </w:t>
      </w:r>
      <w:r>
        <w:rPr>
          <w:rFonts w:ascii="Arial" w:hAnsi="Arial" w:eastAsia="Arial"/>
          <w:b w:val="0"/>
          <w:i w:val="0"/>
          <w:color w:val="000000"/>
          <w:sz w:val="21"/>
        </w:rPr>
        <w:t>The music room is on the first floor.</w:t>
      </w:r>
    </w:p>
    <w:p>
      <w:pPr>
        <w:spacing w:after="20"/>
      </w:pPr>
      <w:r>
        <w:rPr>
          <w:rFonts w:ascii="Arial" w:hAnsi="Arial" w:eastAsia="Arial"/>
          <w:b/>
          <w:i w:val="0"/>
          <w:color w:val="000000"/>
          <w:sz w:val="21"/>
        </w:rPr>
        <w:t xml:space="preserve">2. _____  </w:t>
      </w:r>
      <w:r>
        <w:rPr>
          <w:rFonts w:ascii="Arial" w:hAnsi="Arial" w:eastAsia="Arial"/>
          <w:b w:val="0"/>
          <w:i w:val="0"/>
          <w:color w:val="000000"/>
          <w:sz w:val="21"/>
        </w:rPr>
        <w:t>The computer room is next to class 5B.</w:t>
      </w:r>
    </w:p>
    <w:p>
      <w:pPr>
        <w:spacing w:after="20"/>
      </w:pPr>
      <w:r>
        <w:rPr>
          <w:rFonts w:ascii="Arial" w:hAnsi="Arial" w:eastAsia="Arial"/>
          <w:b/>
          <w:i w:val="0"/>
          <w:color w:val="000000"/>
          <w:sz w:val="21"/>
        </w:rPr>
        <w:t xml:space="preserve">3. _____  </w:t>
      </w:r>
      <w:r>
        <w:rPr>
          <w:rFonts w:ascii="Arial" w:hAnsi="Arial" w:eastAsia="Arial"/>
          <w:b w:val="0"/>
          <w:i w:val="0"/>
          <w:color w:val="000000"/>
          <w:sz w:val="21"/>
        </w:rPr>
        <w:t>The art room is opposite the computer room.</w:t>
      </w:r>
    </w:p>
    <w:p>
      <w:pPr>
        <w:spacing w:after="20"/>
      </w:pPr>
      <w:r>
        <w:rPr>
          <w:rFonts w:ascii="Arial" w:hAnsi="Arial" w:eastAsia="Arial"/>
          <w:b/>
          <w:i w:val="0"/>
          <w:color w:val="000000"/>
          <w:sz w:val="21"/>
        </w:rPr>
        <w:t xml:space="preserve">4. _____  </w:t>
      </w:r>
      <w:r>
        <w:rPr>
          <w:rFonts w:ascii="Arial" w:hAnsi="Arial" w:eastAsia="Arial"/>
          <w:b w:val="0"/>
          <w:i w:val="0"/>
          <w:color w:val="000000"/>
          <w:sz w:val="21"/>
        </w:rPr>
        <w:t>The library is on the ground floor.</w:t>
      </w:r>
    </w:p>
    <w:p>
      <w:pPr>
        <w:spacing w:after="20"/>
      </w:pPr>
      <w:r>
        <w:rPr>
          <w:rFonts w:ascii="Arial" w:hAnsi="Arial" w:eastAsia="Arial"/>
          <w:b/>
          <w:i w:val="0"/>
          <w:color w:val="000000"/>
          <w:sz w:val="21"/>
        </w:rPr>
        <w:t xml:space="preserve">5. _____  </w:t>
      </w:r>
      <w:r>
        <w:rPr>
          <w:rFonts w:ascii="Arial" w:hAnsi="Arial" w:eastAsia="Arial"/>
          <w:b w:val="0"/>
          <w:i w:val="0"/>
          <w:color w:val="000000"/>
          <w:sz w:val="21"/>
        </w:rPr>
        <w:t>The science room is the last room on the left.</w:t>
      </w:r>
    </w:p>
    <w:p>
      <w:pPr>
        <w:pStyle w:val="Heading2"/>
      </w:pPr>
      <w:r>
        <w:rPr>
          <w:rFonts w:ascii="Arial" w:hAnsi="Arial" w:eastAsia="Arial"/>
          <w:b/>
          <w:i w:val="0"/>
          <w:color w:val="1F4E79"/>
          <w:sz w:val="21"/>
        </w:rPr>
        <w:t>B. Answer the questions. (5 x 0.3 = 1.5 points)</w:t>
      </w:r>
    </w:p>
    <w:p>
      <w:pPr>
        <w:spacing w:after="20"/>
      </w:pPr>
      <w:r>
        <w:rPr>
          <w:rFonts w:ascii="Arial" w:hAnsi="Arial" w:eastAsia="Arial"/>
          <w:b/>
          <w:i w:val="0"/>
          <w:color w:val="000000"/>
          <w:sz w:val="21"/>
        </w:rPr>
        <w:t xml:space="preserve">1. </w:t>
      </w:r>
      <w:r>
        <w:rPr>
          <w:rFonts w:ascii="Arial" w:hAnsi="Arial" w:eastAsia="Arial"/>
          <w:b w:val="0"/>
          <w:i w:val="0"/>
          <w:color w:val="000000"/>
          <w:sz w:val="21"/>
        </w:rPr>
        <w:t>Where is the school office?</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What room is next to class 5A?</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3. </w:t>
      </w:r>
      <w:r>
        <w:rPr>
          <w:rFonts w:ascii="Arial" w:hAnsi="Arial" w:eastAsia="Arial"/>
          <w:b w:val="0"/>
          <w:i w:val="0"/>
          <w:color w:val="000000"/>
          <w:sz w:val="21"/>
        </w:rPr>
        <w:t>Which rooms are on the second floor?</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4. </w:t>
      </w:r>
      <w:r>
        <w:rPr>
          <w:rFonts w:ascii="Arial" w:hAnsi="Arial" w:eastAsia="Arial"/>
          <w:b w:val="0"/>
          <w:i w:val="0"/>
          <w:color w:val="000000"/>
          <w:sz w:val="21"/>
        </w:rPr>
        <w:t>Which way do you turn for the science room?</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5. </w:t>
      </w:r>
      <w:r>
        <w:rPr>
          <w:rFonts w:ascii="Arial" w:hAnsi="Arial" w:eastAsia="Arial"/>
          <w:b w:val="0"/>
          <w:i w:val="0"/>
          <w:color w:val="000000"/>
          <w:sz w:val="21"/>
        </w:rPr>
        <w:t>What room do you go past?</w:t>
      </w:r>
    </w:p>
    <w:p>
      <w:pPr>
        <w:spacing w:before="0" w:after="20"/>
        <w:ind w:left="255"/>
      </w:pPr>
      <w:r>
        <w:rPr>
          <w:rFonts w:ascii="Arial" w:hAnsi="Arial" w:eastAsia="Arial"/>
          <w:b w:val="0"/>
          <w:i w:val="0"/>
          <w:color w:val="595959"/>
          <w:sz w:val="18"/>
        </w:rPr>
        <w:t>________________________________________________________________________________</w:t>
      </w:r>
    </w:p>
    <w:p>
      <w:pPr>
        <w:pStyle w:val="Heading1"/>
        <w:keepNext/>
      </w:pPr>
      <w:r>
        <w:rPr>
          <w:rFonts w:ascii="Arial" w:hAnsi="Arial" w:eastAsia="Arial"/>
          <w:b/>
          <w:i w:val="0"/>
          <w:color w:val="1F4E79"/>
          <w:sz w:val="23"/>
        </w:rPr>
        <w:t>IV. WRITING</w:t>
      </w:r>
      <w:r>
        <w:rPr>
          <w:rFonts w:ascii="Arial" w:hAnsi="Arial" w:eastAsia="Arial"/>
          <w:b/>
          <w:i w:val="0"/>
          <w:color w:val="595959"/>
          <w:sz w:val="21"/>
        </w:rPr>
        <w:t xml:space="preserve">  (3.0 points)</w:t>
      </w:r>
    </w:p>
    <w:p>
      <w:pPr>
        <w:keepNext/>
        <w:spacing w:after="40"/>
      </w:pPr>
      <w:r>
        <w:rPr>
          <w:rFonts w:ascii="Arial" w:hAnsi="Arial" w:eastAsia="Arial"/>
          <w:b w:val="0"/>
          <w:i/>
          <w:color w:val="595959"/>
          <w:sz w:val="20"/>
        </w:rPr>
        <w:t>A. Put the words in the correct order. (4 x 0.5 = 2.0 points)</w:t>
      </w:r>
    </w:p>
    <w:p>
      <w:pPr>
        <w:spacing w:after="20"/>
      </w:pPr>
      <w:r>
        <w:rPr>
          <w:rFonts w:ascii="Arial" w:hAnsi="Arial" w:eastAsia="Arial"/>
          <w:b/>
          <w:i w:val="0"/>
          <w:color w:val="000000"/>
          <w:sz w:val="21"/>
        </w:rPr>
        <w:t xml:space="preserve">1. </w:t>
      </w:r>
      <w:r>
        <w:rPr>
          <w:rFonts w:ascii="Arial" w:hAnsi="Arial" w:eastAsia="Arial"/>
          <w:b w:val="0"/>
          <w:i w:val="0"/>
          <w:color w:val="000000"/>
          <w:sz w:val="21"/>
        </w:rPr>
        <w:t>is / Where / room / computer / the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floor / on / It / first / the / is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3. </w:t>
      </w:r>
      <w:r>
        <w:rPr>
          <w:rFonts w:ascii="Arial" w:hAnsi="Arial" w:eastAsia="Arial"/>
          <w:b w:val="0"/>
          <w:i w:val="0"/>
          <w:color w:val="000000"/>
          <w:sz w:val="21"/>
        </w:rPr>
        <w:t>along / corridor / Go / this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4. </w:t>
      </w:r>
      <w:r>
        <w:rPr>
          <w:rFonts w:ascii="Arial" w:hAnsi="Arial" w:eastAsia="Arial"/>
          <w:b w:val="0"/>
          <w:i w:val="0"/>
          <w:color w:val="000000"/>
          <w:sz w:val="21"/>
        </w:rPr>
        <w:t>library / past / the / Go / .</w:t>
      </w:r>
    </w:p>
    <w:p>
      <w:pPr>
        <w:spacing w:before="0" w:after="20"/>
        <w:ind w:left="255"/>
      </w:pPr>
      <w:r>
        <w:rPr>
          <w:rFonts w:ascii="Arial" w:hAnsi="Arial" w:eastAsia="Arial"/>
          <w:b w:val="0"/>
          <w:i w:val="0"/>
          <w:color w:val="595959"/>
          <w:sz w:val="18"/>
        </w:rPr>
        <w:t>________________________________________________________________________________</w:t>
      </w:r>
    </w:p>
    <w:p>
      <w:pPr>
        <w:keepNext/>
        <w:spacing w:after="40"/>
      </w:pPr>
      <w:r>
        <w:rPr>
          <w:rFonts w:ascii="Arial" w:hAnsi="Arial" w:eastAsia="Arial"/>
          <w:b w:val="0"/>
          <w:i/>
          <w:color w:val="595959"/>
          <w:sz w:val="20"/>
        </w:rPr>
        <w:t>B. Complete or answer as directed. (2 x 0.5 = 1.0 point)</w:t>
      </w:r>
    </w:p>
    <w:p>
      <w:pPr>
        <w:spacing w:after="20"/>
      </w:pPr>
      <w:r>
        <w:rPr>
          <w:rFonts w:ascii="Arial" w:hAnsi="Arial" w:eastAsia="Arial"/>
          <w:b/>
          <w:i w:val="0"/>
          <w:color w:val="000000"/>
          <w:sz w:val="21"/>
        </w:rPr>
        <w:t xml:space="preserve">1. </w:t>
      </w:r>
      <w:r>
        <w:rPr>
          <w:rFonts w:ascii="Arial" w:hAnsi="Arial" w:eastAsia="Arial"/>
          <w:b w:val="0"/>
          <w:i w:val="0"/>
          <w:color w:val="000000"/>
          <w:sz w:val="21"/>
        </w:rPr>
        <w:t>Complete the direction: Go upstairs and ____ left.</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Answer: Where is your classroom?</w:t>
      </w:r>
    </w:p>
    <w:p>
      <w:pPr>
        <w:spacing w:before="0" w:after="20"/>
        <w:ind w:left="255"/>
      </w:pPr>
      <w:r>
        <w:rPr>
          <w:rFonts w:ascii="Arial" w:hAnsi="Arial" w:eastAsia="Arial"/>
          <w:b w:val="0"/>
          <w:i w:val="0"/>
          <w:color w:val="595959"/>
          <w:sz w:val="18"/>
        </w:rPr>
        <w:t>________________________________________________________________________________</w:t>
      </w:r>
    </w:p>
    <w:sectPr w:rsidR="00FC693F" w:rsidRPr="0006063C" w:rsidSect="00034616">
      <w:headerReference w:type="default" r:id="rId9"/>
      <w:footerReference w:type="default" r:id="rId10"/>
      <w:pgSz w:w="11906" w:h="16838"/>
      <w:pgMar w:top="765" w:right="822" w:bottom="709" w:left="822"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w:b w:val="0"/>
        <w:i w:val="0"/>
        <w:color w:val="595959"/>
        <w:sz w:val="17"/>
      </w:rPr>
      <w:t xml:space="preserve">Page </w:t>
    </w:r>
    <w:r>
      <w:rPr>
        <w:rFonts w:ascii="Arial" w:hAnsi="Arial" w:eastAsia="Arial"/>
        <w:b w:val="0"/>
        <w:i w:val="0"/>
        <w:color w:val="595959"/>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eastAsia="Arial"/>
        <w:b/>
        <w:i w:val="0"/>
        <w:color w:val="595959"/>
        <w:sz w:val="17"/>
      </w:rPr>
      <w:t>ENGLISH 5 - GLOBAL SUCCESS | UNIT TEST | UNIT 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40" w:line="240" w:lineRule="auto"/>
    </w:pPr>
    <w:rPr>
      <w:rFonts w:ascii="Arial" w:hAnsi="Arial" w:eastAsia="Arial"/>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40" w:line="240" w:lineRule="auto"/>
      <w:outlineLvl w:val="0"/>
    </w:pPr>
    <w:rPr>
      <w:rFonts w:asciiTheme="majorHAnsi" w:eastAsiaTheme="majorEastAsia" w:hAnsiTheme="majorHAnsi" w:cstheme="majorBidi" w:ascii="Arial" w:hAnsi="Arial" w:eastAsia="Arial"/>
      <w:b/>
      <w:bCs/>
      <w:color w:val="1F4E79"/>
      <w:sz w:val="23"/>
      <w:szCs w:val="28"/>
    </w:rPr>
  </w:style>
  <w:style w:type="paragraph" w:styleId="Heading2">
    <w:name w:val="heading 2"/>
    <w:basedOn w:val="Normal"/>
    <w:next w:val="Normal"/>
    <w:link w:val="Heading2Char"/>
    <w:uiPriority w:val="9"/>
    <w:unhideWhenUsed/>
    <w:qFormat/>
    <w:rsid w:val="00FC693F"/>
    <w:pPr>
      <w:keepNext/>
      <w:keepLines/>
      <w:spacing w:before="60" w:after="20" w:line="240" w:lineRule="auto"/>
      <w:outlineLvl w:val="1"/>
    </w:pPr>
    <w:rPr>
      <w:rFonts w:asciiTheme="majorHAnsi" w:eastAsiaTheme="majorEastAsia" w:hAnsiTheme="majorHAnsi" w:cstheme="majorBidi" w:ascii="Arial" w:hAnsi="Arial" w:eastAsia="Arial"/>
      <w:b/>
      <w:bCs/>
      <w:color w:val="1F4E79"/>
      <w:sz w:val="21"/>
      <w:szCs w:val="26"/>
    </w:rPr>
  </w:style>
  <w:style w:type="paragraph" w:styleId="Heading3">
    <w:name w:val="heading 3"/>
    <w:basedOn w:val="Normal"/>
    <w:next w:val="Normal"/>
    <w:link w:val="Heading3Char"/>
    <w:uiPriority w:val="9"/>
    <w:unhideWhenUsed/>
    <w:qFormat/>
    <w:rsid w:val="00FC693F"/>
    <w:pPr>
      <w:keepNext/>
      <w:keepLines/>
      <w:spacing w:before="40" w:after="20" w:line="240" w:lineRule="auto"/>
      <w:outlineLvl w:val="2"/>
    </w:pPr>
    <w:rPr>
      <w:rFonts w:asciiTheme="majorHAnsi" w:eastAsiaTheme="majorEastAsia" w:hAnsiTheme="majorHAnsi" w:cstheme="majorBidi" w:ascii="Arial" w:hAnsi="Arial" w:eastAsia="Arial"/>
      <w:b/>
      <w:bCs/>
      <w:color w:val="1F4E7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40" w:line="240" w:lineRule="auto" w:before="0"/>
      <w:contextualSpacing/>
    </w:pPr>
    <w:rPr>
      <w:rFonts w:asciiTheme="majorHAnsi" w:eastAsiaTheme="majorEastAsia" w:hAnsiTheme="majorHAnsi" w:cstheme="majorBidi" w:ascii="Arial" w:hAnsi="Arial" w:eastAsia="Arial"/>
      <w:b/>
      <w:color w:val="000000"/>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5 Global Success - Unit 6</dc:title>
  <dc:subject>Unit test and answer key</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