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60" w:line="240" w:lineRule="auto"/>
        <w:jc w:val="center"/>
      </w:pPr>
      <w:r>
        <w:drawing>
          <wp:inline xmlns:a="http://schemas.openxmlformats.org/drawingml/2006/main" xmlns:pic="http://schemas.openxmlformats.org/drawingml/2006/picture">
            <wp:extent cx="3384000" cy="1175000"/>
            <wp:docPr id="1" name="Picture 1"/>
            <wp:cNvGraphicFramePr>
              <a:graphicFrameLocks noChangeAspect="1"/>
            </wp:cNvGraphicFramePr>
            <a:graphic>
              <a:graphicData uri="http://schemas.openxmlformats.org/drawingml/2006/picture">
                <pic:pic>
                  <pic:nvPicPr>
                    <pic:cNvPr id="0" name="unit_12_title.png"/>
                    <pic:cNvPicPr/>
                  </pic:nvPicPr>
                  <pic:blipFill>
                    <a:blip r:embed="rId10"/>
                    <a:stretch>
                      <a:fillRect/>
                    </a:stretch>
                  </pic:blipFill>
                  <pic:spPr>
                    <a:xfrm>
                      <a:off x="0" y="0"/>
                      <a:ext cx="3384000" cy="1175000"/>
                    </a:xfrm>
                    <a:prstGeom prst="rect"/>
                  </pic:spPr>
                </pic:pic>
              </a:graphicData>
            </a:graphic>
          </wp:inline>
        </w:drawing>
      </w:r>
    </w:p>
    <w:p>
      <w:pPr>
        <w:keepNext/>
        <w:spacing w:before="40" w:after="20" w:line="240" w:lineRule="auto"/>
      </w:pPr>
      <w:r>
        <w:rPr>
          <w:rFonts w:ascii="Bookman Old Style" w:hAnsi="Bookman Old Style" w:eastAsia="Bookman Old Style"/>
          <w:b/>
          <w:color w:val="0033CC"/>
          <w:sz w:val="20"/>
        </w:rPr>
        <w:t>A. VOCABULARY</w:t>
      </w:r>
    </w:p>
    <w:tbl>
      <w:tblPr>
        <w:tblStyle w:val="TableGrid"/>
        <w:tblW w:type="dxa" w:w="10320"/>
        <w:jc w:val="center"/>
        <w:tblLayout w:type="fixed"/>
        <w:tblLook w:firstColumn="1" w:firstRow="1" w:lastColumn="0" w:lastRow="0" w:noHBand="0" w:noVBand="1" w:val="04A0"/>
      </w:tblPr>
      <w:tblGrid>
        <w:gridCol w:w="520"/>
        <w:gridCol w:w="2550"/>
        <w:gridCol w:w="800"/>
        <w:gridCol w:w="2200"/>
        <w:gridCol w:w="4250"/>
      </w:tblGrid>
      <w:tr>
        <w:trPr>
          <w:tblHeader w:val="true"/>
        </w:trPr>
        <w:tc>
          <w:tcPr>
            <w:tcW w:type="dxa" w:w="5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No.</w:t>
            </w:r>
          </w:p>
        </w:tc>
        <w:tc>
          <w:tcPr>
            <w:tcW w:type="dxa" w:w="25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Word / Phrase</w:t>
            </w:r>
          </w:p>
        </w:tc>
        <w:tc>
          <w:tcPr>
            <w:tcW w:type="dxa" w:w="8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Type</w:t>
            </w:r>
          </w:p>
        </w:tc>
        <w:tc>
          <w:tcPr>
            <w:tcW w:type="dxa" w:w="22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IPA</w:t>
            </w:r>
          </w:p>
        </w:tc>
        <w:tc>
          <w:tcPr>
            <w:tcW w:type="dxa" w:w="42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Meaning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English-speaking country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/ˌɪŋɡlɪʃ ˈspiːkɪŋ kʌntri/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quốc gia nói tiếng Anh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official language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/əˌfɪʃl ˈlæŋɡwɪdʒ/</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ngôn ngữ chính thức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native speaker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/ˌneɪtɪv ˈspiːkə(r)/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bản ngữ</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capital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/ˈkæpɪtl/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thủ đô</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population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/ˌpɒpjuˈleɪʃn/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dân số</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attraction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/əˈtrækʃn/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điểm thu hút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landmark</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/ˈlændmɑːk/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địa danh nổi tiếng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symbol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/ˈsɪmbl/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biểu tượng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landscape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/ˈlændskeɪp/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phong cảnh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coastline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/ˈkəʊstlaɪn/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đường bờ biển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island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/ˈaɪlənd/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hòn đảo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valley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/ˈvæli/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thung lũng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beach</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/biːtʃ/</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bãi biển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castle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/ˈkɑːsl/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lâu đài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tower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/ˈtaʊə(r)/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tháp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museum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/mjuˈziːəm/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bảo tàng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kangaroo</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/ˌkæŋɡəˈruː/</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chuột túi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Scottish</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/ˈskɒtɪʃ/</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thuộc Scotland</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Canadian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/kəˈneɪdiən/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thuộc Canada; người Canada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Australian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/ɒˈstreɪliən/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thuộc Úc; người Úc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British</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/ˈbrɪtɪʃ/</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thuộc Anh; người Anh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New Zealander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/ˌnjuː ˈziːləndə(r)/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New Zealand</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local people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/ˈləʊkl piːpl/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dân địa phương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destination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/ˌdestɪˈneɪʃn/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điểm đến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tour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/tʊə(r)/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 tham quan; chuyến tham quan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visit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/ˈvɪzɪt/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thăm; chuyến thăm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attract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/əˈtrækt/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thu hút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discover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/dɪˈskʌvə(r)/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khám phá</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explore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/ɪkˈsplɔː(r)/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thám hiểm, khám phá</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unique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/juˈniːk/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độc đáo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ancient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/ˈeɪnʃənt/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cổ xưa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spectacular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/spekˈtækjələ(r)/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ngoạn mục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continent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/ˈkɒntɪnənt/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châu lục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multicultural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/ˌmʌltiˈkʌltʃərəl/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đa văn hóa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architecture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/ˈɑːkɪtektʃə(r)/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kiến trúc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wildlife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/ˈwaɪldlaɪf/</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động vật hoang dã</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rainforest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/ˈreɪnfɒrɪst/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rừng mưa nhiệt đới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mountain range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/ˈmaʊntən reɪndʒ/</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dãy núi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harbour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/ˈhɑːbə(r)/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bến cảng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waterfall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/ˈwɔːtəfɔːl/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thác nước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souvenir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/ˌsuːvəˈnɪə(r)/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quà lưu niệm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cuisine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/kwɪˈziːn/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ẩm thực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tradition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/trəˈdɪʃn/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truyền thống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heritage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/ˈherɪtɪdʒ/</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 sản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guidebook</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/ˈɡaɪdbʊk/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sách hướng dẫn du lịch</w:t>
            </w:r>
          </w:p>
        </w:tc>
      </w:tr>
    </w:tbl>
    <w:p>
      <w:r>
        <w:br w:type="page"/>
      </w:r>
    </w:p>
    <w:p>
      <w:pPr>
        <w:keepNext/>
        <w:spacing w:before="40" w:after="20" w:line="240" w:lineRule="auto"/>
      </w:pPr>
      <w:r>
        <w:rPr>
          <w:rFonts w:ascii="Bookman Old Style" w:hAnsi="Bookman Old Style" w:eastAsia="Bookman Old Style"/>
          <w:b/>
          <w:color w:val="0033CC"/>
          <w:sz w:val="20"/>
        </w:rPr>
        <w:t>B. WORD FORM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1. attract - attraction - attractive - attractively</w:t>
            </w:r>
          </w:p>
          <w:p>
            <w:pPr>
              <w:keepNext w:val="0"/>
              <w:spacing w:before="0" w:after="20" w:line="240" w:lineRule="auto"/>
            </w:pPr>
            <w:r>
              <w:rPr>
                <w:rFonts w:ascii="Bookman Old Style" w:hAnsi="Bookman Old Style" w:eastAsia="Bookman Old Style"/>
                <w:color w:val="000000"/>
                <w:sz w:val="17"/>
              </w:rPr>
              <w:t>2. populate - population - populated - overpopulated</w:t>
            </w:r>
          </w:p>
          <w:p>
            <w:pPr>
              <w:keepNext w:val="0"/>
              <w:spacing w:before="0" w:after="20" w:line="240" w:lineRule="auto"/>
            </w:pPr>
            <w:r>
              <w:rPr>
                <w:rFonts w:ascii="Bookman Old Style" w:hAnsi="Bookman Old Style" w:eastAsia="Bookman Old Style"/>
                <w:color w:val="000000"/>
                <w:sz w:val="17"/>
              </w:rPr>
              <w:t>3. nation - national - nationality - international</w:t>
            </w:r>
          </w:p>
          <w:p>
            <w:pPr>
              <w:keepNext w:val="0"/>
              <w:spacing w:before="0" w:after="20" w:line="240" w:lineRule="auto"/>
            </w:pPr>
            <w:r>
              <w:rPr>
                <w:rFonts w:ascii="Bookman Old Style" w:hAnsi="Bookman Old Style" w:eastAsia="Bookman Old Style"/>
                <w:color w:val="000000"/>
                <w:sz w:val="17"/>
              </w:rPr>
              <w:t>4. tour - tourist - tourism - touristy</w:t>
            </w:r>
          </w:p>
        </w:tc>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5. visit - visitor - visiting - revisit</w:t>
            </w:r>
          </w:p>
          <w:p>
            <w:pPr>
              <w:keepNext w:val="0"/>
              <w:spacing w:before="0" w:after="20" w:line="240" w:lineRule="auto"/>
            </w:pPr>
            <w:r>
              <w:rPr>
                <w:rFonts w:ascii="Bookman Old Style" w:hAnsi="Bookman Old Style" w:eastAsia="Bookman Old Style"/>
                <w:color w:val="000000"/>
                <w:sz w:val="17"/>
              </w:rPr>
              <w:t>6. explore - explorer - exploration - exploratory</w:t>
            </w:r>
          </w:p>
          <w:p>
            <w:pPr>
              <w:keepNext w:val="0"/>
              <w:spacing w:before="0" w:after="20" w:line="240" w:lineRule="auto"/>
            </w:pPr>
            <w:r>
              <w:rPr>
                <w:rFonts w:ascii="Bookman Old Style" w:hAnsi="Bookman Old Style" w:eastAsia="Bookman Old Style"/>
                <w:color w:val="000000"/>
                <w:sz w:val="17"/>
              </w:rPr>
              <w:t>7. spectacle - spectacular - spectacularly</w:t>
            </w:r>
          </w:p>
          <w:p>
            <w:pPr>
              <w:keepNext w:val="0"/>
              <w:spacing w:before="0" w:after="20" w:line="240" w:lineRule="auto"/>
            </w:pPr>
            <w:r>
              <w:rPr>
                <w:rFonts w:ascii="Bookman Old Style" w:hAnsi="Bookman Old Style" w:eastAsia="Bookman Old Style"/>
                <w:color w:val="000000"/>
                <w:sz w:val="17"/>
              </w:rPr>
              <w:t>8. culture - cultural - culturally - multicultural</w:t>
            </w:r>
          </w:p>
        </w:tc>
      </w:tr>
    </w:tbl>
    <w:p>
      <w:pPr>
        <w:keepNext/>
        <w:spacing w:before="100" w:after="20" w:line="240" w:lineRule="auto"/>
      </w:pPr>
      <w:r>
        <w:rPr>
          <w:rFonts w:ascii="Bookman Old Style" w:hAnsi="Bookman Old Style" w:eastAsia="Bookman Old Style"/>
          <w:b/>
          <w:color w:val="0033CC"/>
          <w:sz w:val="20"/>
        </w:rPr>
        <w:t>Cụm từ trọng tâm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Collocation</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Nghĩa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official language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ngôn ngữ chính thức</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English-speaking country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quốc gia nói tiếng Anh</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famous landmark</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địa danh nổi tiếng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capital city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thủ đô</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natural attraction</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điểm tham quan tự nhiên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island country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quốc đảo</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long coastline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đường bờ biển dài</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national symbol</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biểu tượng quốc gia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native speaker</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người bản ngữ</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spectacular view</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quang cảnh ngoạn mục</w:t>
            </w:r>
          </w:p>
        </w:tc>
      </w:tr>
    </w:tbl>
    <w:p>
      <w:pPr>
        <w:keepNext/>
        <w:spacing w:before="80" w:after="20" w:line="240" w:lineRule="auto"/>
      </w:pPr>
      <w:r>
        <w:rPr>
          <w:rFonts w:ascii="Bookman Old Style" w:hAnsi="Bookman Old Style" w:eastAsia="Bookman Old Style"/>
          <w:b/>
          <w:color w:val="0033CC"/>
          <w:sz w:val="20"/>
        </w:rPr>
        <w:t>C. PRONUNCIATION</w:t>
      </w:r>
    </w:p>
    <w:p>
      <w:pPr>
        <w:keepNext w:val="0"/>
        <w:spacing w:before="0" w:after="40" w:line="240" w:lineRule="auto"/>
      </w:pPr>
      <w:r>
        <w:rPr>
          <w:rFonts w:ascii="Bookman Old Style" w:hAnsi="Bookman Old Style" w:eastAsia="Bookman Old Style"/>
          <w:color w:val="000000"/>
          <w:sz w:val="19"/>
        </w:rPr>
        <w:t>Question intonation: Yes/No questions usually rise; Wh-questions usually fall.</w:t>
      </w:r>
    </w:p>
    <w:p>
      <w:r>
        <w:br w:type="page"/>
      </w:r>
    </w:p>
    <w:p>
      <w:pPr>
        <w:keepNext/>
        <w:spacing w:before="40" w:after="20" w:line="240" w:lineRule="auto"/>
      </w:pPr>
      <w:r>
        <w:rPr>
          <w:rFonts w:ascii="Bookman Old Style" w:hAnsi="Bookman Old Style" w:eastAsia="Bookman Old Style"/>
          <w:b/>
          <w:color w:val="0033CC"/>
          <w:sz w:val="20"/>
        </w:rPr>
        <w:t>D. GRAMMAR</w:t>
      </w:r>
    </w:p>
    <w:p>
      <w:pPr>
        <w:keepNext w:val="0"/>
        <w:spacing w:before="0" w:after="60" w:line="240" w:lineRule="auto"/>
      </w:pPr>
      <w:r>
        <w:rPr>
          <w:rFonts w:ascii="Bookman Old Style" w:hAnsi="Bookman Old Style" w:eastAsia="Bookman Old Style"/>
          <w:b/>
          <w:color w:val="0033CC"/>
          <w:sz w:val="20"/>
        </w:rPr>
        <w:t>ARTICLES: A / AN / THE / ZERO ARTICLE</w:t>
      </w:r>
    </w:p>
    <w:tbl>
      <w:tblPr>
        <w:tblStyle w:val="TableGrid"/>
        <w:tblW w:type="dxa" w:w="10320"/>
        <w:jc w:val="center"/>
        <w:tblLayout w:type="fixed"/>
        <w:tblLook w:firstColumn="1" w:firstRow="1" w:lastColumn="0" w:lastRow="0" w:noHBand="0" w:noVBand="1" w:val="04A0"/>
      </w:tblPr>
      <w:tblGrid>
        <w:gridCol w:w="1900"/>
        <w:gridCol w:w="4100"/>
        <w:gridCol w:w="4320"/>
      </w:tblGrid>
      <w:tr>
        <w:trPr>
          <w:tblHeader w:val="true"/>
        </w:trPr>
        <w:tc>
          <w:tcPr>
            <w:tcW w:type="dxa" w:w="19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Nội dung</w:t>
            </w:r>
          </w:p>
        </w:tc>
        <w:tc>
          <w:tcPr>
            <w:tcW w:type="dxa" w:w="41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Công thức / cách dùng</w:t>
            </w:r>
          </w:p>
        </w:tc>
        <w:tc>
          <w:tcPr>
            <w:tcW w:type="dxa" w:w="43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Ví dụ</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a</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Trước danh từ đếm được số ít bắt đầu bằng âm phụ âm.</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 country, a university</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an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Trước danh từ đếm được số ít bắt đầu bằng âm nguyên âm.</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an island, an hour</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the</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Vật/người đã xác định; duy nhất; tên sông, biển, dãy núi.</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the UK, the Pacific, the Thames</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Không mạo từ</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Tên người, thành phố, phần lớn quốc gia; ngôn ngữ; môn học.</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Australia, London, English</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Tên quốc gia đặc biệt</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Dùng the với tên có States, Kingdom, Republic hoặc dạng số nhiều.</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the USA, the United Kingdom</w:t>
            </w:r>
          </w:p>
        </w:tc>
      </w:tr>
    </w:tbl>
    <w:p>
      <w:pPr>
        <w:keepNext/>
        <w:spacing w:before="100" w:after="20" w:line="240" w:lineRule="auto"/>
      </w:pPr>
      <w:r>
        <w:rPr>
          <w:rFonts w:ascii="Bookman Old Style" w:hAnsi="Bookman Old Style" w:eastAsia="Bookman Old Style"/>
          <w:b/>
          <w:color w:val="0033CC"/>
          <w:sz w:val="20"/>
        </w:rPr>
        <w:t>Lưu ý</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Chọn a/an theo âm đọc, không chỉ theo chữ cái đầu.</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Không dùng the trước tên châu lục và hầu hết tên quốc gia.</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Dùng the trước so sánh nhất: the largest, the most famous.</w:t>
      </w:r>
    </w:p>
    <w:p>
      <w:pPr>
        <w:keepNext/>
        <w:spacing w:before="100" w:after="20" w:line="240" w:lineRule="auto"/>
      </w:pPr>
      <w:r>
        <w:rPr>
          <w:rFonts w:ascii="Bookman Old Style" w:hAnsi="Bookman Old Style" w:eastAsia="Bookman Old Style"/>
          <w:b/>
          <w:color w:val="0033CC"/>
          <w:sz w:val="20"/>
        </w:rPr>
        <w:t>Bảng ghi nhớ nhanh</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Dấu hiệu / từ khóa</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Điểm cần tránh</w:t>
            </w:r>
          </w:p>
        </w:tc>
      </w:tr>
      <w:tr>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a/an/the/Ø; tên nước, sông, biển, dãy núi</w:t>
            </w:r>
          </w:p>
        </w:tc>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Không chọn a/an theo chữ viết; phải dựa vào âm đầu.</w:t>
            </w:r>
          </w:p>
        </w:tc>
      </w:tr>
    </w:tbl>
    <w:p>
      <w:pPr>
        <w:keepNext/>
        <w:spacing w:before="100" w:after="20" w:line="240" w:lineRule="auto"/>
      </w:pPr>
      <w:r>
        <w:rPr>
          <w:rFonts w:ascii="Bookman Old Style" w:hAnsi="Bookman Old Style" w:eastAsia="Bookman Old Style"/>
          <w:b/>
          <w:color w:val="0033CC"/>
          <w:sz w:val="20"/>
        </w:rPr>
        <w:t>Ví dụ bổ sung</w:t>
      </w:r>
    </w:p>
    <w:tbl>
      <w:tblPr>
        <w:tblStyle w:val="TableGrid"/>
        <w:tblW w:type="dxa" w:w="10320"/>
        <w:jc w:val="center"/>
        <w:tblLayout w:type="fixed"/>
        <w:tblLook w:firstColumn="1" w:firstRow="1" w:lastColumn="0" w:lastRow="0" w:noHBand="0" w:noVBand="1" w:val="04A0"/>
      </w:tblPr>
      <w:tblGrid>
        <w:gridCol w:w="6300"/>
        <w:gridCol w:w="4020"/>
      </w:tblGrid>
      <w:tr>
        <w:tc>
          <w:tcPr>
            <w:tcW w:type="dxa" w:w="630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Example</w:t>
            </w:r>
          </w:p>
        </w:tc>
        <w:tc>
          <w:tcPr>
            <w:tcW w:type="dxa" w:w="402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Ghi chú / ý nghĩa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Canada is a large country.</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a + âm phụ âm</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Australia is an island country.</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an + âm nguyên âm</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The UK is in Europe.</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the + United Kingdom</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English is an official language.</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Không mạo từ trước ngôn ngữ</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The Pacific is an ocean.</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the + tên đại dương</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London is the capital of the UK.</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the capital of</w:t>
            </w:r>
          </w:p>
        </w:tc>
      </w:tr>
    </w:tbl>
    <w:p>
      <w:r>
        <w:br w:type="page"/>
      </w:r>
    </w:p>
    <w:p>
      <w:pPr>
        <w:keepNext w:val="0"/>
        <w:spacing w:before="160" w:after="160" w:line="240" w:lineRule="auto"/>
        <w:jc w:val="center"/>
      </w:pPr>
      <w:r>
        <w:drawing>
          <wp:inline xmlns:a="http://schemas.openxmlformats.org/drawingml/2006/main" xmlns:pic="http://schemas.openxmlformats.org/drawingml/2006/picture">
            <wp:extent cx="2592000" cy="1477524"/>
            <wp:docPr id="2" name="Picture 2"/>
            <wp:cNvGraphicFramePr>
              <a:graphicFrameLocks noChangeAspect="1"/>
            </wp:cNvGraphicFramePr>
            <a:graphic>
              <a:graphicData uri="http://schemas.openxmlformats.org/drawingml/2006/picture">
                <pic:pic>
                  <pic:nvPicPr>
                    <pic:cNvPr id="0" name="exercises.png"/>
                    <pic:cNvPicPr/>
                  </pic:nvPicPr>
                  <pic:blipFill>
                    <a:blip r:embed="rId11"/>
                    <a:stretch>
                      <a:fillRect/>
                    </a:stretch>
                  </pic:blipFill>
                  <pic:spPr>
                    <a:xfrm>
                      <a:off x="0" y="0"/>
                      <a:ext cx="2592000" cy="1477524"/>
                    </a:xfrm>
                    <a:prstGeom prst="rect"/>
                  </pic:spPr>
                </pic:pic>
              </a:graphicData>
            </a:graphic>
          </wp:inline>
        </w:drawing>
      </w:r>
    </w:p>
    <w:p>
      <w:pPr>
        <w:keepNext/>
        <w:spacing w:before="60" w:after="20" w:line="240" w:lineRule="auto"/>
      </w:pPr>
      <w:r>
        <w:rPr>
          <w:rFonts w:ascii="Bookman Old Style" w:hAnsi="Bookman Old Style" w:eastAsia="Bookman Old Style"/>
          <w:b/>
          <w:color w:val="0033CC"/>
          <w:sz w:val="19"/>
        </w:rPr>
        <w:t>Exercise 1: Choose the word (A, B, C, or D) whose underlined part is pronounced differently from the others.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island</w:t>
      </w:r>
      <w:r>
        <w:tab/>
      </w:r>
      <w:r>
        <w:rPr>
          <w:rFonts w:ascii="Bookman Old Style" w:hAnsi="Bookman Old Style" w:eastAsia="Bookman Old Style"/>
          <w:color w:val="000000"/>
          <w:sz w:val="18"/>
        </w:rPr>
        <w:t>B. visit</w:t>
      </w:r>
      <w:r>
        <w:tab/>
      </w:r>
      <w:r>
        <w:rPr>
          <w:rFonts w:ascii="Bookman Old Style" w:hAnsi="Bookman Old Style" w:eastAsia="Bookman Old Style"/>
          <w:color w:val="000000"/>
          <w:sz w:val="18"/>
        </w:rPr>
        <w:t>C. capital</w:t>
      </w:r>
      <w:r>
        <w:tab/>
      </w:r>
      <w:r>
        <w:rPr>
          <w:rFonts w:ascii="Bookman Old Style" w:hAnsi="Bookman Old Style" w:eastAsia="Bookman Old Style"/>
          <w:color w:val="000000"/>
          <w:sz w:val="18"/>
        </w:rPr>
        <w:t>D. coastline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beach</w:t>
      </w:r>
      <w:r>
        <w:tab/>
      </w:r>
      <w:r>
        <w:rPr>
          <w:rFonts w:ascii="Bookman Old Style" w:hAnsi="Bookman Old Style" w:eastAsia="Bookman Old Style"/>
          <w:color w:val="000000"/>
          <w:sz w:val="18"/>
        </w:rPr>
        <w:t>B. teacher</w:t>
      </w:r>
      <w:r>
        <w:tab/>
      </w:r>
      <w:r>
        <w:rPr>
          <w:rFonts w:ascii="Bookman Old Style" w:hAnsi="Bookman Old Style" w:eastAsia="Bookman Old Style"/>
          <w:color w:val="000000"/>
          <w:sz w:val="18"/>
        </w:rPr>
        <w:t>C. great</w:t>
      </w:r>
      <w:r>
        <w:tab/>
      </w:r>
      <w:r>
        <w:rPr>
          <w:rFonts w:ascii="Bookman Old Style" w:hAnsi="Bookman Old Style" w:eastAsia="Bookman Old Style"/>
          <w:color w:val="000000"/>
          <w:sz w:val="18"/>
        </w:rPr>
        <w:t>D. speak</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tower</w:t>
      </w:r>
      <w:r>
        <w:tab/>
      </w:r>
      <w:r>
        <w:rPr>
          <w:rFonts w:ascii="Bookman Old Style" w:hAnsi="Bookman Old Style" w:eastAsia="Bookman Old Style"/>
          <w:color w:val="000000"/>
          <w:sz w:val="18"/>
        </w:rPr>
        <w:t>B. flower</w:t>
      </w:r>
      <w:r>
        <w:tab/>
      </w:r>
      <w:r>
        <w:rPr>
          <w:rFonts w:ascii="Bookman Old Style" w:hAnsi="Bookman Old Style" w:eastAsia="Bookman Old Style"/>
          <w:color w:val="000000"/>
          <w:sz w:val="18"/>
        </w:rPr>
        <w:t>C. country</w:t>
      </w:r>
      <w:r>
        <w:tab/>
      </w:r>
      <w:r>
        <w:rPr>
          <w:rFonts w:ascii="Bookman Old Style" w:hAnsi="Bookman Old Style" w:eastAsia="Bookman Old Style"/>
          <w:color w:val="000000"/>
          <w:sz w:val="18"/>
        </w:rPr>
        <w:t>D. mountain</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castle</w:t>
      </w:r>
      <w:r>
        <w:tab/>
      </w:r>
      <w:r>
        <w:rPr>
          <w:rFonts w:ascii="Bookman Old Style" w:hAnsi="Bookman Old Style" w:eastAsia="Bookman Old Style"/>
          <w:color w:val="000000"/>
          <w:sz w:val="18"/>
        </w:rPr>
        <w:t>B. capital</w:t>
      </w:r>
      <w:r>
        <w:tab/>
      </w:r>
      <w:r>
        <w:rPr>
          <w:rFonts w:ascii="Bookman Old Style" w:hAnsi="Bookman Old Style" w:eastAsia="Bookman Old Style"/>
          <w:color w:val="000000"/>
          <w:sz w:val="18"/>
        </w:rPr>
        <w:t>C. kangaroo</w:t>
      </w:r>
      <w:r>
        <w:tab/>
      </w:r>
      <w:r>
        <w:rPr>
          <w:rFonts w:ascii="Bookman Old Style" w:hAnsi="Bookman Old Style" w:eastAsia="Bookman Old Style"/>
          <w:color w:val="000000"/>
          <w:sz w:val="18"/>
        </w:rPr>
        <w:t>D. landscape</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native</w:t>
      </w:r>
      <w:r>
        <w:tab/>
      </w:r>
      <w:r>
        <w:rPr>
          <w:rFonts w:ascii="Bookman Old Style" w:hAnsi="Bookman Old Style" w:eastAsia="Bookman Old Style"/>
          <w:color w:val="000000"/>
          <w:sz w:val="18"/>
        </w:rPr>
        <w:t>B. nation</w:t>
      </w:r>
      <w:r>
        <w:tab/>
      </w:r>
      <w:r>
        <w:rPr>
          <w:rFonts w:ascii="Bookman Old Style" w:hAnsi="Bookman Old Style" w:eastAsia="Bookman Old Style"/>
          <w:color w:val="000000"/>
          <w:sz w:val="18"/>
        </w:rPr>
        <w:t>C. valley</w:t>
      </w:r>
      <w:r>
        <w:tab/>
      </w:r>
      <w:r>
        <w:rPr>
          <w:rFonts w:ascii="Bookman Old Style" w:hAnsi="Bookman Old Style" w:eastAsia="Bookman Old Style"/>
          <w:color w:val="000000"/>
          <w:sz w:val="18"/>
        </w:rPr>
        <w:t>D. ancient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visited</w:t>
      </w:r>
      <w:r>
        <w:tab/>
      </w:r>
      <w:r>
        <w:rPr>
          <w:rFonts w:ascii="Bookman Old Style" w:hAnsi="Bookman Old Style" w:eastAsia="Bookman Old Style"/>
          <w:color w:val="000000"/>
          <w:sz w:val="18"/>
        </w:rPr>
        <w:t>B. attracted</w:t>
      </w:r>
      <w:r>
        <w:tab/>
      </w:r>
      <w:r>
        <w:rPr>
          <w:rFonts w:ascii="Bookman Old Style" w:hAnsi="Bookman Old Style" w:eastAsia="Bookman Old Style"/>
          <w:color w:val="000000"/>
          <w:sz w:val="18"/>
        </w:rPr>
        <w:t>C. toured</w:t>
      </w:r>
      <w:r>
        <w:tab/>
      </w:r>
      <w:r>
        <w:rPr>
          <w:rFonts w:ascii="Bookman Old Style" w:hAnsi="Bookman Old Style" w:eastAsia="Bookman Old Style"/>
          <w:color w:val="000000"/>
          <w:sz w:val="18"/>
        </w:rPr>
        <w:t>D. wanted</w:t>
      </w:r>
    </w:p>
    <w:p>
      <w:pPr>
        <w:keepNext/>
        <w:spacing w:before="60" w:after="20" w:line="240" w:lineRule="auto"/>
      </w:pPr>
      <w:r>
        <w:rPr>
          <w:rFonts w:ascii="Bookman Old Style" w:hAnsi="Bookman Old Style" w:eastAsia="Bookman Old Style"/>
          <w:b/>
          <w:color w:val="0033CC"/>
          <w:sz w:val="19"/>
        </w:rPr>
        <w:t>Exercise 2: Choose the word (A, B, C, or D) whose main stress is different from the others in the group.</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country</w:t>
      </w:r>
      <w:r>
        <w:tab/>
      </w:r>
      <w:r>
        <w:rPr>
          <w:rFonts w:ascii="Bookman Old Style" w:hAnsi="Bookman Old Style" w:eastAsia="Bookman Old Style"/>
          <w:color w:val="000000"/>
          <w:sz w:val="18"/>
        </w:rPr>
        <w:t>B. language</w:t>
      </w:r>
      <w:r>
        <w:tab/>
      </w:r>
      <w:r>
        <w:rPr>
          <w:rFonts w:ascii="Bookman Old Style" w:hAnsi="Bookman Old Style" w:eastAsia="Bookman Old Style"/>
          <w:color w:val="000000"/>
          <w:sz w:val="18"/>
        </w:rPr>
        <w:t>C. attraction</w:t>
      </w:r>
      <w:r>
        <w:tab/>
      </w:r>
      <w:r>
        <w:rPr>
          <w:rFonts w:ascii="Bookman Old Style" w:hAnsi="Bookman Old Style" w:eastAsia="Bookman Old Style"/>
          <w:color w:val="000000"/>
          <w:sz w:val="18"/>
        </w:rPr>
        <w:t>D. island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Canadian</w:t>
      </w:r>
      <w:r>
        <w:tab/>
      </w:r>
      <w:r>
        <w:rPr>
          <w:rFonts w:ascii="Bookman Old Style" w:hAnsi="Bookman Old Style" w:eastAsia="Bookman Old Style"/>
          <w:color w:val="000000"/>
          <w:sz w:val="18"/>
        </w:rPr>
        <w:t>B. Australian</w:t>
      </w:r>
      <w:r>
        <w:tab/>
      </w:r>
      <w:r>
        <w:rPr>
          <w:rFonts w:ascii="Bookman Old Style" w:hAnsi="Bookman Old Style" w:eastAsia="Bookman Old Style"/>
          <w:color w:val="000000"/>
          <w:sz w:val="18"/>
        </w:rPr>
        <w:t>C. Japanese</w:t>
      </w:r>
      <w:r>
        <w:tab/>
      </w:r>
      <w:r>
        <w:rPr>
          <w:rFonts w:ascii="Bookman Old Style" w:hAnsi="Bookman Old Style" w:eastAsia="Bookman Old Style"/>
          <w:color w:val="000000"/>
          <w:sz w:val="18"/>
        </w:rPr>
        <w:t>D. visitor</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population</w:t>
      </w:r>
      <w:r>
        <w:tab/>
      </w:r>
      <w:r>
        <w:rPr>
          <w:rFonts w:ascii="Bookman Old Style" w:hAnsi="Bookman Old Style" w:eastAsia="Bookman Old Style"/>
          <w:color w:val="000000"/>
          <w:sz w:val="18"/>
        </w:rPr>
        <w:t>B. destination</w:t>
      </w:r>
      <w:r>
        <w:tab/>
      </w:r>
      <w:r>
        <w:rPr>
          <w:rFonts w:ascii="Bookman Old Style" w:hAnsi="Bookman Old Style" w:eastAsia="Bookman Old Style"/>
          <w:color w:val="000000"/>
          <w:sz w:val="18"/>
        </w:rPr>
        <w:t>C. spectacular</w:t>
      </w:r>
      <w:r>
        <w:tab/>
      </w:r>
      <w:r>
        <w:rPr>
          <w:rFonts w:ascii="Bookman Old Style" w:hAnsi="Bookman Old Style" w:eastAsia="Bookman Old Style"/>
          <w:color w:val="000000"/>
          <w:sz w:val="18"/>
        </w:rPr>
        <w:t>D. capital</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museum</w:t>
      </w:r>
      <w:r>
        <w:tab/>
      </w:r>
      <w:r>
        <w:rPr>
          <w:rFonts w:ascii="Bookman Old Style" w:hAnsi="Bookman Old Style" w:eastAsia="Bookman Old Style"/>
          <w:color w:val="000000"/>
          <w:sz w:val="18"/>
        </w:rPr>
        <w:t>B. explore</w:t>
      </w:r>
      <w:r>
        <w:tab/>
      </w:r>
      <w:r>
        <w:rPr>
          <w:rFonts w:ascii="Bookman Old Style" w:hAnsi="Bookman Old Style" w:eastAsia="Bookman Old Style"/>
          <w:color w:val="000000"/>
          <w:sz w:val="18"/>
        </w:rPr>
        <w:t>C. native</w:t>
      </w:r>
      <w:r>
        <w:tab/>
      </w:r>
      <w:r>
        <w:rPr>
          <w:rFonts w:ascii="Bookman Old Style" w:hAnsi="Bookman Old Style" w:eastAsia="Bookman Old Style"/>
          <w:color w:val="000000"/>
          <w:sz w:val="18"/>
        </w:rPr>
        <w:t>D. attract</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landscape</w:t>
      </w:r>
      <w:r>
        <w:tab/>
      </w:r>
      <w:r>
        <w:rPr>
          <w:rFonts w:ascii="Bookman Old Style" w:hAnsi="Bookman Old Style" w:eastAsia="Bookman Old Style"/>
          <w:color w:val="000000"/>
          <w:sz w:val="18"/>
        </w:rPr>
        <w:t>B. coastline</w:t>
      </w:r>
      <w:r>
        <w:tab/>
      </w:r>
      <w:r>
        <w:rPr>
          <w:rFonts w:ascii="Bookman Old Style" w:hAnsi="Bookman Old Style" w:eastAsia="Bookman Old Style"/>
          <w:color w:val="000000"/>
          <w:sz w:val="18"/>
        </w:rPr>
        <w:t>C. unique</w:t>
      </w:r>
      <w:r>
        <w:tab/>
      </w:r>
      <w:r>
        <w:rPr>
          <w:rFonts w:ascii="Bookman Old Style" w:hAnsi="Bookman Old Style" w:eastAsia="Bookman Old Style"/>
          <w:color w:val="000000"/>
          <w:sz w:val="18"/>
        </w:rPr>
        <w:t>D. castle</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official</w:t>
      </w:r>
      <w:r>
        <w:tab/>
      </w:r>
      <w:r>
        <w:rPr>
          <w:rFonts w:ascii="Bookman Old Style" w:hAnsi="Bookman Old Style" w:eastAsia="Bookman Old Style"/>
          <w:color w:val="000000"/>
          <w:sz w:val="18"/>
        </w:rPr>
        <w:t>B. national</w:t>
      </w:r>
      <w:r>
        <w:tab/>
      </w:r>
      <w:r>
        <w:rPr>
          <w:rFonts w:ascii="Bookman Old Style" w:hAnsi="Bookman Old Style" w:eastAsia="Bookman Old Style"/>
          <w:color w:val="000000"/>
          <w:sz w:val="18"/>
        </w:rPr>
        <w:t>C. cultural</w:t>
      </w:r>
      <w:r>
        <w:tab/>
      </w:r>
      <w:r>
        <w:rPr>
          <w:rFonts w:ascii="Bookman Old Style" w:hAnsi="Bookman Old Style" w:eastAsia="Bookman Old Style"/>
          <w:color w:val="000000"/>
          <w:sz w:val="18"/>
        </w:rPr>
        <w:t>D. kangaroo</w:t>
      </w:r>
    </w:p>
    <w:p>
      <w:pPr>
        <w:keepNext/>
        <w:spacing w:before="60" w:after="20" w:line="240" w:lineRule="auto"/>
      </w:pPr>
      <w:r>
        <w:rPr>
          <w:rFonts w:ascii="Bookman Old Style" w:hAnsi="Bookman Old Style" w:eastAsia="Bookman Old Style"/>
          <w:b/>
          <w:color w:val="0033CC"/>
          <w:sz w:val="19"/>
        </w:rPr>
        <w:t>Exercise 3: Choose the word/phrase/sentence (A, B, C, or D) that best fits the space in each sentence or best answers the question.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English is an ______ language in Singapore.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official</w:t>
      </w:r>
      <w:r>
        <w:tab/>
      </w:r>
      <w:r>
        <w:rPr>
          <w:rFonts w:ascii="Bookman Old Style" w:hAnsi="Bookman Old Style" w:eastAsia="Bookman Old Style"/>
          <w:color w:val="000000"/>
          <w:sz w:val="18"/>
        </w:rPr>
        <w:t>B. ancient</w:t>
      </w:r>
      <w:r>
        <w:tab/>
      </w:r>
      <w:r>
        <w:rPr>
          <w:rFonts w:ascii="Bookman Old Style" w:hAnsi="Bookman Old Style" w:eastAsia="Bookman Old Style"/>
          <w:color w:val="000000"/>
          <w:sz w:val="18"/>
        </w:rPr>
        <w:t>C. island</w:t>
      </w:r>
      <w:r>
        <w:tab/>
      </w:r>
      <w:r>
        <w:rPr>
          <w:rFonts w:ascii="Bookman Old Style" w:hAnsi="Bookman Old Style" w:eastAsia="Bookman Old Style"/>
          <w:color w:val="000000"/>
          <w:sz w:val="18"/>
        </w:rPr>
        <w:t>D. native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Canberra is the ______ of Australia.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population</w:t>
      </w:r>
      <w:r>
        <w:tab/>
      </w:r>
      <w:r>
        <w:rPr>
          <w:rFonts w:ascii="Bookman Old Style" w:hAnsi="Bookman Old Style" w:eastAsia="Bookman Old Style"/>
          <w:color w:val="000000"/>
          <w:sz w:val="18"/>
        </w:rPr>
        <w:t>B. capital</w:t>
      </w:r>
      <w:r>
        <w:tab/>
      </w:r>
      <w:r>
        <w:rPr>
          <w:rFonts w:ascii="Bookman Old Style" w:hAnsi="Bookman Old Style" w:eastAsia="Bookman Old Style"/>
          <w:color w:val="000000"/>
          <w:sz w:val="18"/>
        </w:rPr>
        <w:t>C. coastline</w:t>
      </w:r>
      <w:r>
        <w:tab/>
      </w:r>
      <w:r>
        <w:rPr>
          <w:rFonts w:ascii="Bookman Old Style" w:hAnsi="Bookman Old Style" w:eastAsia="Bookman Old Style"/>
          <w:color w:val="000000"/>
          <w:sz w:val="18"/>
        </w:rPr>
        <w:t>D. valley</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The Sydney Opera House is a famous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landmark</w:t>
      </w:r>
      <w:r>
        <w:tab/>
      </w:r>
      <w:r>
        <w:rPr>
          <w:rFonts w:ascii="Bookman Old Style" w:hAnsi="Bookman Old Style" w:eastAsia="Bookman Old Style"/>
          <w:color w:val="000000"/>
          <w:sz w:val="18"/>
        </w:rPr>
        <w:t>B. language</w:t>
      </w:r>
      <w:r>
        <w:tab/>
      </w:r>
      <w:r>
        <w:rPr>
          <w:rFonts w:ascii="Bookman Old Style" w:hAnsi="Bookman Old Style" w:eastAsia="Bookman Old Style"/>
          <w:color w:val="000000"/>
          <w:sz w:val="18"/>
        </w:rPr>
        <w:t>C. speaker</w:t>
      </w:r>
      <w:r>
        <w:tab/>
      </w:r>
      <w:r>
        <w:rPr>
          <w:rFonts w:ascii="Bookman Old Style" w:hAnsi="Bookman Old Style" w:eastAsia="Bookman Old Style"/>
          <w:color w:val="000000"/>
          <w:sz w:val="18"/>
        </w:rPr>
        <w:t>D. country</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Canada has a long ______ on three oceans.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costume</w:t>
      </w:r>
      <w:r>
        <w:tab/>
      </w:r>
      <w:r>
        <w:rPr>
          <w:rFonts w:ascii="Bookman Old Style" w:hAnsi="Bookman Old Style" w:eastAsia="Bookman Old Style"/>
          <w:color w:val="000000"/>
          <w:sz w:val="18"/>
        </w:rPr>
        <w:t>B. coastline</w:t>
      </w:r>
      <w:r>
        <w:tab/>
      </w:r>
      <w:r>
        <w:rPr>
          <w:rFonts w:ascii="Bookman Old Style" w:hAnsi="Bookman Old Style" w:eastAsia="Bookman Old Style"/>
          <w:color w:val="000000"/>
          <w:sz w:val="18"/>
        </w:rPr>
        <w:t>C. traffic</w:t>
      </w:r>
      <w:r>
        <w:tab/>
      </w:r>
      <w:r>
        <w:rPr>
          <w:rFonts w:ascii="Bookman Old Style" w:hAnsi="Bookman Old Style" w:eastAsia="Bookman Old Style"/>
          <w:color w:val="000000"/>
          <w:sz w:val="18"/>
        </w:rPr>
        <w:t>D. festival</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A person from Scotland is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Scotland</w:t>
      </w:r>
      <w:r>
        <w:tab/>
      </w:r>
      <w:r>
        <w:rPr>
          <w:rFonts w:ascii="Bookman Old Style" w:hAnsi="Bookman Old Style" w:eastAsia="Bookman Old Style"/>
          <w:color w:val="000000"/>
          <w:sz w:val="18"/>
        </w:rPr>
        <w:t>B. Scottish</w:t>
      </w:r>
      <w:r>
        <w:tab/>
      </w:r>
      <w:r>
        <w:rPr>
          <w:rFonts w:ascii="Bookman Old Style" w:hAnsi="Bookman Old Style" w:eastAsia="Bookman Old Style"/>
          <w:color w:val="000000"/>
          <w:sz w:val="18"/>
        </w:rPr>
        <w:t>C. Scotting</w:t>
      </w:r>
      <w:r>
        <w:tab/>
      </w:r>
      <w:r>
        <w:rPr>
          <w:rFonts w:ascii="Bookman Old Style" w:hAnsi="Bookman Old Style" w:eastAsia="Bookman Old Style"/>
          <w:color w:val="000000"/>
          <w:sz w:val="18"/>
        </w:rPr>
        <w:t>D. Scot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Many tourists visit New Zealand for its spectacular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landscapes</w:t>
      </w:r>
      <w:r>
        <w:tab/>
      </w:r>
      <w:r>
        <w:rPr>
          <w:rFonts w:ascii="Bookman Old Style" w:hAnsi="Bookman Old Style" w:eastAsia="Bookman Old Style"/>
          <w:color w:val="000000"/>
          <w:sz w:val="18"/>
        </w:rPr>
        <w:t>B. populations</w:t>
      </w:r>
      <w:r>
        <w:tab/>
      </w:r>
      <w:r>
        <w:rPr>
          <w:rFonts w:ascii="Bookman Old Style" w:hAnsi="Bookman Old Style" w:eastAsia="Bookman Old Style"/>
          <w:color w:val="000000"/>
          <w:sz w:val="18"/>
        </w:rPr>
        <w:t>C. languages</w:t>
      </w:r>
      <w:r>
        <w:tab/>
      </w:r>
      <w:r>
        <w:rPr>
          <w:rFonts w:ascii="Bookman Old Style" w:hAnsi="Bookman Old Style" w:eastAsia="Bookman Old Style"/>
          <w:color w:val="000000"/>
          <w:sz w:val="18"/>
        </w:rPr>
        <w:t>D. towers only</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Australia is ______ island country.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We visited ______ British Museum in London.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______ Canada is a large country.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The Thames is ______ river in England.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English is ______ useful international language.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They climbed ______ highest tower in the city.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13. </w:t>
      </w:r>
      <w:r>
        <w:rPr>
          <w:rFonts w:ascii="Bookman Old Style" w:hAnsi="Bookman Old Style" w:eastAsia="Bookman Old Style"/>
          <w:color w:val="000000"/>
          <w:sz w:val="18"/>
        </w:rPr>
        <w:t>We saw ______ kangaroo at the wildlife park.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14. </w:t>
      </w:r>
      <w:r>
        <w:rPr>
          <w:rFonts w:ascii="Bookman Old Style" w:hAnsi="Bookman Old Style" w:eastAsia="Bookman Old Style"/>
          <w:color w:val="000000"/>
          <w:sz w:val="18"/>
        </w:rPr>
        <w:t>Edinburgh has ______ ancient castle.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15. </w:t>
      </w:r>
      <w:r>
        <w:rPr>
          <w:rFonts w:ascii="Bookman Old Style" w:hAnsi="Bookman Old Style" w:eastAsia="Bookman Old Style"/>
          <w:color w:val="000000"/>
          <w:sz w:val="18"/>
        </w:rPr>
        <w:t>Millions of visitors are attracted ______ the city each year.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to</w:t>
      </w:r>
      <w:r>
        <w:tab/>
      </w:r>
      <w:r>
        <w:rPr>
          <w:rFonts w:ascii="Bookman Old Style" w:hAnsi="Bookman Old Style" w:eastAsia="Bookman Old Style"/>
          <w:color w:val="000000"/>
          <w:sz w:val="18"/>
        </w:rPr>
        <w:t>B. at</w:t>
      </w:r>
      <w:r>
        <w:tab/>
      </w:r>
      <w:r>
        <w:rPr>
          <w:rFonts w:ascii="Bookman Old Style" w:hAnsi="Bookman Old Style" w:eastAsia="Bookman Old Style"/>
          <w:color w:val="000000"/>
          <w:sz w:val="18"/>
        </w:rPr>
        <w:t>C. on</w:t>
      </w:r>
      <w:r>
        <w:tab/>
      </w:r>
      <w:r>
        <w:rPr>
          <w:rFonts w:ascii="Bookman Old Style" w:hAnsi="Bookman Old Style" w:eastAsia="Bookman Old Style"/>
          <w:color w:val="000000"/>
          <w:sz w:val="18"/>
        </w:rPr>
        <w:t>D. with</w:t>
      </w:r>
    </w:p>
    <w:p>
      <w:pPr>
        <w:keepNext/>
        <w:spacing w:before="0" w:after="0" w:line="240" w:lineRule="auto"/>
      </w:pPr>
      <w:r>
        <w:rPr>
          <w:rFonts w:ascii="Bookman Old Style" w:hAnsi="Bookman Old Style" w:eastAsia="Bookman Old Style"/>
          <w:color w:val="000000"/>
          <w:sz w:val="18"/>
        </w:rPr>
        <w:t xml:space="preserve">16. </w:t>
      </w:r>
      <w:r>
        <w:rPr>
          <w:rFonts w:ascii="Bookman Old Style" w:hAnsi="Bookman Old Style" w:eastAsia="Bookman Old Style"/>
          <w:color w:val="000000"/>
          <w:sz w:val="18"/>
        </w:rPr>
        <w:t>How long does it take ______ from London to Manchester?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drive</w:t>
      </w:r>
      <w:r>
        <w:tab/>
      </w:r>
      <w:r>
        <w:rPr>
          <w:rFonts w:ascii="Bookman Old Style" w:hAnsi="Bookman Old Style" w:eastAsia="Bookman Old Style"/>
          <w:color w:val="000000"/>
          <w:sz w:val="18"/>
        </w:rPr>
        <w:t>B. driving</w:t>
      </w:r>
      <w:r>
        <w:tab/>
      </w:r>
      <w:r>
        <w:rPr>
          <w:rFonts w:ascii="Bookman Old Style" w:hAnsi="Bookman Old Style" w:eastAsia="Bookman Old Style"/>
          <w:color w:val="000000"/>
          <w:sz w:val="18"/>
        </w:rPr>
        <w:t>C. to drive</w:t>
      </w:r>
      <w:r>
        <w:tab/>
      </w:r>
      <w:r>
        <w:rPr>
          <w:rFonts w:ascii="Bookman Old Style" w:hAnsi="Bookman Old Style" w:eastAsia="Bookman Old Style"/>
          <w:color w:val="000000"/>
          <w:sz w:val="18"/>
        </w:rPr>
        <w:t>D. drove</w:t>
      </w:r>
    </w:p>
    <w:p>
      <w:r>
        <w:br w:type="page"/>
      </w:r>
    </w:p>
    <w:p>
      <w:pPr>
        <w:keepNext/>
        <w:spacing w:before="60" w:after="20" w:line="240" w:lineRule="auto"/>
      </w:pPr>
      <w:r>
        <w:rPr>
          <w:rFonts w:ascii="Bookman Old Style" w:hAnsi="Bookman Old Style" w:eastAsia="Bookman Old Style"/>
          <w:b/>
          <w:color w:val="0033CC"/>
          <w:sz w:val="19"/>
        </w:rPr>
        <w:t>Exercise 4: Choose the letter A, B, C, or D to indicate the word(s) CLOSEST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view is </w:t>
      </w:r>
      <w:r>
        <w:rPr>
          <w:rFonts w:ascii="Bookman Old Style" w:hAnsi="Bookman Old Style" w:eastAsia="Bookman Old Style"/>
          <w:b/>
          <w:color w:val="000000"/>
          <w:sz w:val="18"/>
          <w:u w:val="single"/>
        </w:rPr>
        <w:t>spectacular</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amazing</w:t>
      </w:r>
      <w:r>
        <w:tab/>
      </w:r>
      <w:r>
        <w:rPr>
          <w:rFonts w:ascii="Bookman Old Style" w:hAnsi="Bookman Old Style" w:eastAsia="Bookman Old Style"/>
          <w:color w:val="000000"/>
          <w:sz w:val="18"/>
        </w:rPr>
        <w:t>B. ordinary</w:t>
      </w:r>
      <w:r>
        <w:tab/>
      </w:r>
      <w:r>
        <w:rPr>
          <w:rFonts w:ascii="Bookman Old Style" w:hAnsi="Bookman Old Style" w:eastAsia="Bookman Old Style"/>
          <w:color w:val="000000"/>
          <w:sz w:val="18"/>
        </w:rPr>
        <w:t>C. ancient</w:t>
      </w:r>
      <w:r>
        <w:tab/>
      </w:r>
      <w:r>
        <w:rPr>
          <w:rFonts w:ascii="Bookman Old Style" w:hAnsi="Bookman Old Style" w:eastAsia="Bookman Old Style"/>
          <w:color w:val="000000"/>
          <w:sz w:val="18"/>
        </w:rPr>
        <w:t>D. crowded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tower is a famous </w:t>
      </w:r>
      <w:r>
        <w:rPr>
          <w:rFonts w:ascii="Bookman Old Style" w:hAnsi="Bookman Old Style" w:eastAsia="Bookman Old Style"/>
          <w:b/>
          <w:color w:val="000000"/>
          <w:sz w:val="18"/>
          <w:u w:val="single"/>
        </w:rPr>
        <w:t>landmark</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tourist place</w:t>
      </w:r>
      <w:r>
        <w:tab/>
      </w:r>
      <w:r>
        <w:rPr>
          <w:rFonts w:ascii="Bookman Old Style" w:hAnsi="Bookman Old Style" w:eastAsia="Bookman Old Style"/>
          <w:color w:val="000000"/>
          <w:sz w:val="18"/>
        </w:rPr>
        <w:t>B. language</w:t>
      </w:r>
      <w:r>
        <w:tab/>
      </w:r>
      <w:r>
        <w:rPr>
          <w:rFonts w:ascii="Bookman Old Style" w:hAnsi="Bookman Old Style" w:eastAsia="Bookman Old Style"/>
          <w:color w:val="000000"/>
          <w:sz w:val="18"/>
        </w:rPr>
        <w:t>C. coastline</w:t>
      </w:r>
      <w:r>
        <w:tab/>
      </w:r>
      <w:r>
        <w:rPr>
          <w:rFonts w:ascii="Bookman Old Style" w:hAnsi="Bookman Old Style" w:eastAsia="Bookman Old Style"/>
          <w:color w:val="000000"/>
          <w:sz w:val="18"/>
        </w:rPr>
        <w:t>D. population</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We want to </w:t>
      </w:r>
      <w:r>
        <w:rPr>
          <w:rFonts w:ascii="Bookman Old Style" w:hAnsi="Bookman Old Style" w:eastAsia="Bookman Old Style"/>
          <w:b/>
          <w:color w:val="000000"/>
          <w:sz w:val="18"/>
          <w:u w:val="single"/>
        </w:rPr>
        <w:t>explore</w:t>
      </w:r>
      <w:r>
        <w:rPr>
          <w:rFonts w:ascii="Bookman Old Style" w:hAnsi="Bookman Old Style" w:eastAsia="Bookman Old Style"/>
          <w:color w:val="000000"/>
          <w:sz w:val="18"/>
        </w:rPr>
        <w:t xml:space="preserve"> the island.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discover</w:t>
      </w:r>
      <w:r>
        <w:tab/>
      </w:r>
      <w:r>
        <w:rPr>
          <w:rFonts w:ascii="Bookman Old Style" w:hAnsi="Bookman Old Style" w:eastAsia="Bookman Old Style"/>
          <w:color w:val="000000"/>
          <w:sz w:val="18"/>
        </w:rPr>
        <w:t>B. leave</w:t>
      </w:r>
      <w:r>
        <w:tab/>
      </w:r>
      <w:r>
        <w:rPr>
          <w:rFonts w:ascii="Bookman Old Style" w:hAnsi="Bookman Old Style" w:eastAsia="Bookman Old Style"/>
          <w:color w:val="000000"/>
          <w:sz w:val="18"/>
        </w:rPr>
        <w:t>C. decorate</w:t>
      </w:r>
      <w:r>
        <w:tab/>
      </w:r>
      <w:r>
        <w:rPr>
          <w:rFonts w:ascii="Bookman Old Style" w:hAnsi="Bookman Old Style" w:eastAsia="Bookman Old Style"/>
          <w:color w:val="000000"/>
          <w:sz w:val="18"/>
        </w:rPr>
        <w:t>D. celebrate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culture is </w:t>
      </w:r>
      <w:r>
        <w:rPr>
          <w:rFonts w:ascii="Bookman Old Style" w:hAnsi="Bookman Old Style" w:eastAsia="Bookman Old Style"/>
          <w:b/>
          <w:color w:val="000000"/>
          <w:sz w:val="18"/>
          <w:u w:val="single"/>
        </w:rPr>
        <w:t>unique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one of a kind</w:t>
      </w:r>
      <w:r>
        <w:tab/>
      </w:r>
      <w:r>
        <w:rPr>
          <w:rFonts w:ascii="Bookman Old Style" w:hAnsi="Bookman Old Style" w:eastAsia="Bookman Old Style"/>
          <w:color w:val="000000"/>
          <w:sz w:val="18"/>
        </w:rPr>
        <w:t>B. modern</w:t>
      </w:r>
      <w:r>
        <w:tab/>
      </w:r>
      <w:r>
        <w:rPr>
          <w:rFonts w:ascii="Bookman Old Style" w:hAnsi="Bookman Old Style" w:eastAsia="Bookman Old Style"/>
          <w:color w:val="000000"/>
          <w:sz w:val="18"/>
        </w:rPr>
        <w:t>C. popular</w:t>
      </w:r>
      <w:r>
        <w:tab/>
      </w:r>
      <w:r>
        <w:rPr>
          <w:rFonts w:ascii="Bookman Old Style" w:hAnsi="Bookman Old Style" w:eastAsia="Bookman Old Style"/>
          <w:color w:val="000000"/>
          <w:sz w:val="18"/>
        </w:rPr>
        <w:t>D. international</w:t>
      </w:r>
    </w:p>
    <w:p>
      <w:pPr>
        <w:keepNext/>
        <w:spacing w:before="60" w:after="20" w:line="240" w:lineRule="auto"/>
      </w:pPr>
      <w:r>
        <w:rPr>
          <w:rFonts w:ascii="Bookman Old Style" w:hAnsi="Bookman Old Style" w:eastAsia="Bookman Old Style"/>
          <w:b/>
          <w:color w:val="0033CC"/>
          <w:sz w:val="19"/>
        </w:rPr>
        <w:t>Exercise 5: Choose the letter A, B, C, or D to indicate the word(s) OPPOSITE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castle is </w:t>
      </w:r>
      <w:r>
        <w:rPr>
          <w:rFonts w:ascii="Bookman Old Style" w:hAnsi="Bookman Old Style" w:eastAsia="Bookman Old Style"/>
          <w:b/>
          <w:color w:val="000000"/>
          <w:sz w:val="18"/>
          <w:u w:val="single"/>
        </w:rPr>
        <w:t>ancient</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old</w:t>
      </w:r>
      <w:r>
        <w:tab/>
      </w:r>
      <w:r>
        <w:rPr>
          <w:rFonts w:ascii="Bookman Old Style" w:hAnsi="Bookman Old Style" w:eastAsia="Bookman Old Style"/>
          <w:color w:val="000000"/>
          <w:sz w:val="18"/>
        </w:rPr>
        <w:t>B. modern</w:t>
      </w:r>
      <w:r>
        <w:tab/>
      </w:r>
      <w:r>
        <w:rPr>
          <w:rFonts w:ascii="Bookman Old Style" w:hAnsi="Bookman Old Style" w:eastAsia="Bookman Old Style"/>
          <w:color w:val="000000"/>
          <w:sz w:val="18"/>
        </w:rPr>
        <w:t>C. spectacular</w:t>
      </w:r>
      <w:r>
        <w:tab/>
      </w:r>
      <w:r>
        <w:rPr>
          <w:rFonts w:ascii="Bookman Old Style" w:hAnsi="Bookman Old Style" w:eastAsia="Bookman Old Style"/>
          <w:color w:val="000000"/>
          <w:sz w:val="18"/>
        </w:rPr>
        <w:t>D. national</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town is </w:t>
      </w:r>
      <w:r>
        <w:rPr>
          <w:rFonts w:ascii="Bookman Old Style" w:hAnsi="Bookman Old Style" w:eastAsia="Bookman Old Style"/>
          <w:b/>
          <w:color w:val="000000"/>
          <w:sz w:val="18"/>
          <w:u w:val="single"/>
        </w:rPr>
        <w:t>crowded</w:t>
      </w:r>
      <w:r>
        <w:rPr>
          <w:rFonts w:ascii="Bookman Old Style" w:hAnsi="Bookman Old Style" w:eastAsia="Bookman Old Style"/>
          <w:color w:val="000000"/>
          <w:sz w:val="18"/>
        </w:rPr>
        <w:t xml:space="preserve"> in summer.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busy</w:t>
      </w:r>
      <w:r>
        <w:tab/>
      </w:r>
      <w:r>
        <w:rPr>
          <w:rFonts w:ascii="Bookman Old Style" w:hAnsi="Bookman Old Style" w:eastAsia="Bookman Old Style"/>
          <w:color w:val="000000"/>
          <w:sz w:val="18"/>
        </w:rPr>
        <w:t>B. empty</w:t>
      </w:r>
      <w:r>
        <w:tab/>
      </w:r>
      <w:r>
        <w:rPr>
          <w:rFonts w:ascii="Bookman Old Style" w:hAnsi="Bookman Old Style" w:eastAsia="Bookman Old Style"/>
          <w:color w:val="000000"/>
          <w:sz w:val="18"/>
        </w:rPr>
        <w:t>C. popular</w:t>
      </w:r>
      <w:r>
        <w:tab/>
      </w:r>
      <w:r>
        <w:rPr>
          <w:rFonts w:ascii="Bookman Old Style" w:hAnsi="Bookman Old Style" w:eastAsia="Bookman Old Style"/>
          <w:color w:val="000000"/>
          <w:sz w:val="18"/>
        </w:rPr>
        <w:t>D. coastal</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This landscape is </w:t>
      </w:r>
      <w:r>
        <w:rPr>
          <w:rFonts w:ascii="Bookman Old Style" w:hAnsi="Bookman Old Style" w:eastAsia="Bookman Old Style"/>
          <w:b/>
          <w:color w:val="000000"/>
          <w:sz w:val="18"/>
          <w:u w:val="single"/>
        </w:rPr>
        <w:t>unique</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special</w:t>
      </w:r>
      <w:r>
        <w:tab/>
      </w:r>
      <w:r>
        <w:rPr>
          <w:rFonts w:ascii="Bookman Old Style" w:hAnsi="Bookman Old Style" w:eastAsia="Bookman Old Style"/>
          <w:color w:val="000000"/>
          <w:sz w:val="18"/>
        </w:rPr>
        <w:t>B. common</w:t>
      </w:r>
      <w:r>
        <w:tab/>
      </w:r>
      <w:r>
        <w:rPr>
          <w:rFonts w:ascii="Bookman Old Style" w:hAnsi="Bookman Old Style" w:eastAsia="Bookman Old Style"/>
          <w:color w:val="000000"/>
          <w:sz w:val="18"/>
        </w:rPr>
        <w:t>C. natural</w:t>
      </w:r>
      <w:r>
        <w:tab/>
      </w:r>
      <w:r>
        <w:rPr>
          <w:rFonts w:ascii="Bookman Old Style" w:hAnsi="Bookman Old Style" w:eastAsia="Bookman Old Style"/>
          <w:color w:val="000000"/>
          <w:sz w:val="18"/>
        </w:rPr>
        <w:t>D. beautiful</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The beach is </w:t>
      </w:r>
      <w:r>
        <w:rPr>
          <w:rFonts w:ascii="Bookman Old Style" w:hAnsi="Bookman Old Style" w:eastAsia="Bookman Old Style"/>
          <w:b/>
          <w:color w:val="000000"/>
          <w:sz w:val="18"/>
          <w:u w:val="single"/>
        </w:rPr>
        <w:t>near</w:t>
      </w:r>
      <w:r>
        <w:rPr>
          <w:rFonts w:ascii="Bookman Old Style" w:hAnsi="Bookman Old Style" w:eastAsia="Bookman Old Style"/>
          <w:color w:val="000000"/>
          <w:sz w:val="18"/>
        </w:rPr>
        <w:t xml:space="preserve"> the hotel.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far from</w:t>
      </w:r>
      <w:r>
        <w:tab/>
      </w:r>
      <w:r>
        <w:rPr>
          <w:rFonts w:ascii="Bookman Old Style" w:hAnsi="Bookman Old Style" w:eastAsia="Bookman Old Style"/>
          <w:color w:val="000000"/>
          <w:sz w:val="18"/>
        </w:rPr>
        <w:t>B. next to</w:t>
      </w:r>
      <w:r>
        <w:tab/>
      </w:r>
      <w:r>
        <w:rPr>
          <w:rFonts w:ascii="Bookman Old Style" w:hAnsi="Bookman Old Style" w:eastAsia="Bookman Old Style"/>
          <w:color w:val="000000"/>
          <w:sz w:val="18"/>
        </w:rPr>
        <w:t>C. behind</w:t>
      </w:r>
      <w:r>
        <w:tab/>
      </w:r>
      <w:r>
        <w:rPr>
          <w:rFonts w:ascii="Bookman Old Style" w:hAnsi="Bookman Old Style" w:eastAsia="Bookman Old Style"/>
          <w:color w:val="000000"/>
          <w:sz w:val="18"/>
        </w:rPr>
        <w:t>D. opposite</w:t>
      </w:r>
    </w:p>
    <w:p>
      <w:pPr>
        <w:keepNext/>
        <w:spacing w:before="60" w:after="20" w:line="240" w:lineRule="auto"/>
      </w:pPr>
      <w:r>
        <w:rPr>
          <w:rFonts w:ascii="Bookman Old Style" w:hAnsi="Bookman Old Style" w:eastAsia="Bookman Old Style"/>
          <w:b/>
          <w:color w:val="0033CC"/>
          <w:sz w:val="19"/>
        </w:rPr>
        <w:t>Exercise 6: Fill in each blank with the correct word or form.</w:t>
      </w:r>
    </w:p>
    <w:p>
      <w:pPr>
        <w:keepNext w:val="0"/>
        <w:spacing w:before="0" w:after="20" w:line="240" w:lineRule="auto"/>
      </w:pPr>
      <w:r>
        <w:rPr>
          <w:rFonts w:ascii="Bookman Old Style" w:hAnsi="Bookman Old Style" w:eastAsia="Bookman Old Style"/>
          <w:color w:val="000000"/>
          <w:sz w:val="19"/>
        </w:rPr>
        <w:t>1. Australia is ______ English-speaking country.</w:t>
      </w:r>
    </w:p>
    <w:p>
      <w:pPr>
        <w:keepNext w:val="0"/>
        <w:spacing w:before="0" w:after="20" w:line="240" w:lineRule="auto"/>
      </w:pPr>
      <w:r>
        <w:rPr>
          <w:rFonts w:ascii="Bookman Old Style" w:hAnsi="Bookman Old Style" w:eastAsia="Bookman Old Style"/>
          <w:color w:val="000000"/>
          <w:sz w:val="19"/>
        </w:rPr>
        <w:t>2. London is ______ capital of the United Kingdom.</w:t>
      </w:r>
    </w:p>
    <w:p>
      <w:pPr>
        <w:keepNext w:val="0"/>
        <w:spacing w:before="0" w:after="20" w:line="240" w:lineRule="auto"/>
      </w:pPr>
      <w:r>
        <w:rPr>
          <w:rFonts w:ascii="Bookman Old Style" w:hAnsi="Bookman Old Style" w:eastAsia="Bookman Old Style"/>
          <w:color w:val="000000"/>
          <w:sz w:val="19"/>
        </w:rPr>
        <w:t>3. We toured ______ New Zealand last year.</w:t>
      </w:r>
    </w:p>
    <w:p>
      <w:pPr>
        <w:keepNext w:val="0"/>
        <w:spacing w:before="0" w:after="20" w:line="240" w:lineRule="auto"/>
      </w:pPr>
      <w:r>
        <w:rPr>
          <w:rFonts w:ascii="Bookman Old Style" w:hAnsi="Bookman Old Style" w:eastAsia="Bookman Old Style"/>
          <w:color w:val="000000"/>
          <w:sz w:val="19"/>
        </w:rPr>
        <w:t>4. She visited ______ old castle near Edinburgh.</w:t>
      </w:r>
    </w:p>
    <w:p>
      <w:pPr>
        <w:keepNext w:val="0"/>
        <w:spacing w:before="0" w:after="20" w:line="240" w:lineRule="auto"/>
      </w:pPr>
      <w:r>
        <w:rPr>
          <w:rFonts w:ascii="Bookman Old Style" w:hAnsi="Bookman Old Style" w:eastAsia="Bookman Old Style"/>
          <w:color w:val="000000"/>
          <w:sz w:val="19"/>
        </w:rPr>
        <w:t>5. ______ Pacific Ocean lies east of Australia.</w:t>
      </w:r>
    </w:p>
    <w:p>
      <w:pPr>
        <w:keepNext w:val="0"/>
        <w:spacing w:before="0" w:after="20" w:line="240" w:lineRule="auto"/>
      </w:pPr>
      <w:r>
        <w:rPr>
          <w:rFonts w:ascii="Bookman Old Style" w:hAnsi="Bookman Old Style" w:eastAsia="Bookman Old Style"/>
          <w:color w:val="000000"/>
          <w:sz w:val="19"/>
        </w:rPr>
        <w:t>6. English is ______ official language in many countries.</w:t>
      </w:r>
    </w:p>
    <w:p>
      <w:pPr>
        <w:keepNext w:val="0"/>
        <w:spacing w:before="0" w:after="20" w:line="240" w:lineRule="auto"/>
      </w:pPr>
      <w:r>
        <w:rPr>
          <w:rFonts w:ascii="Bookman Old Style" w:hAnsi="Bookman Old Style" w:eastAsia="Bookman Old Style"/>
          <w:color w:val="000000"/>
          <w:sz w:val="19"/>
        </w:rPr>
        <w:t>7. They walked along ______ beautiful beach.</w:t>
      </w:r>
    </w:p>
    <w:p>
      <w:pPr>
        <w:keepNext w:val="0"/>
        <w:spacing w:before="0" w:after="20" w:line="240" w:lineRule="auto"/>
      </w:pPr>
      <w:r>
        <w:rPr>
          <w:rFonts w:ascii="Bookman Old Style" w:hAnsi="Bookman Old Style" w:eastAsia="Bookman Old Style"/>
          <w:color w:val="000000"/>
          <w:sz w:val="19"/>
        </w:rPr>
        <w:t>8. ______ local people were friendly and helpful.</w:t>
      </w:r>
    </w:p>
    <w:p>
      <w:pPr>
        <w:keepNext/>
        <w:spacing w:before="60" w:after="20" w:line="240" w:lineRule="auto"/>
      </w:pPr>
      <w:r>
        <w:rPr>
          <w:rFonts w:ascii="Bookman Old Style" w:hAnsi="Bookman Old Style" w:eastAsia="Bookman Old Style"/>
          <w:b/>
          <w:color w:val="0033CC"/>
          <w:sz w:val="19"/>
        </w:rPr>
        <w:t>Exercise 7: Circle the correct option in brackets.</w:t>
      </w:r>
    </w:p>
    <w:p>
      <w:pPr>
        <w:keepNext w:val="0"/>
        <w:spacing w:before="0" w:after="20" w:line="240" w:lineRule="auto"/>
      </w:pPr>
      <w:r>
        <w:rPr>
          <w:rFonts w:ascii="Bookman Old Style" w:hAnsi="Bookman Old Style" w:eastAsia="Bookman Old Style"/>
          <w:color w:val="000000"/>
          <w:sz w:val="19"/>
        </w:rPr>
        <w:t>1. We visited (a / the) museum you recommended.</w:t>
      </w:r>
    </w:p>
    <w:p>
      <w:pPr>
        <w:keepNext w:val="0"/>
        <w:spacing w:before="0" w:after="20" w:line="240" w:lineRule="auto"/>
      </w:pPr>
      <w:r>
        <w:rPr>
          <w:rFonts w:ascii="Bookman Old Style" w:hAnsi="Bookman Old Style" w:eastAsia="Bookman Old Style"/>
          <w:color w:val="000000"/>
          <w:sz w:val="19"/>
        </w:rPr>
        <w:t>2. Canada is (a / an) large country.</w:t>
      </w:r>
    </w:p>
    <w:p>
      <w:pPr>
        <w:keepNext w:val="0"/>
        <w:spacing w:before="0" w:after="20" w:line="240" w:lineRule="auto"/>
      </w:pPr>
      <w:r>
        <w:rPr>
          <w:rFonts w:ascii="Bookman Old Style" w:hAnsi="Bookman Old Style" w:eastAsia="Bookman Old Style"/>
          <w:color w:val="000000"/>
          <w:sz w:val="19"/>
        </w:rPr>
        <w:t>3. He is (a / an) Australian student.</w:t>
      </w:r>
    </w:p>
    <w:p>
      <w:pPr>
        <w:keepNext w:val="0"/>
        <w:spacing w:before="0" w:after="20" w:line="240" w:lineRule="auto"/>
      </w:pPr>
      <w:r>
        <w:rPr>
          <w:rFonts w:ascii="Bookman Old Style" w:hAnsi="Bookman Old Style" w:eastAsia="Bookman Old Style"/>
          <w:color w:val="000000"/>
          <w:sz w:val="19"/>
        </w:rPr>
        <w:t>4. The / Ø English is widely spoken.</w:t>
      </w:r>
    </w:p>
    <w:p>
      <w:pPr>
        <w:keepNext w:val="0"/>
        <w:spacing w:before="0" w:after="20" w:line="240" w:lineRule="auto"/>
      </w:pPr>
      <w:r>
        <w:rPr>
          <w:rFonts w:ascii="Bookman Old Style" w:hAnsi="Bookman Old Style" w:eastAsia="Bookman Old Style"/>
          <w:color w:val="000000"/>
          <w:sz w:val="19"/>
        </w:rPr>
        <w:t>5. They sailed across (a / the) Atlantic Ocean.</w:t>
      </w:r>
    </w:p>
    <w:p>
      <w:pPr>
        <w:keepNext w:val="0"/>
        <w:spacing w:before="0" w:after="20" w:line="240" w:lineRule="auto"/>
      </w:pPr>
      <w:r>
        <w:rPr>
          <w:rFonts w:ascii="Bookman Old Style" w:hAnsi="Bookman Old Style" w:eastAsia="Bookman Old Style"/>
          <w:color w:val="000000"/>
          <w:sz w:val="19"/>
        </w:rPr>
        <w:t>6. Dublin is (a / the) capital of Ireland.</w:t>
      </w:r>
    </w:p>
    <w:p>
      <w:pPr>
        <w:keepNext w:val="0"/>
        <w:spacing w:before="0" w:after="20" w:line="240" w:lineRule="auto"/>
      </w:pPr>
      <w:r>
        <w:rPr>
          <w:rFonts w:ascii="Bookman Old Style" w:hAnsi="Bookman Old Style" w:eastAsia="Bookman Old Style"/>
          <w:color w:val="000000"/>
          <w:sz w:val="19"/>
        </w:rPr>
        <w:t>7. We saw (a / an) unusual bird.</w:t>
      </w:r>
    </w:p>
    <w:p>
      <w:pPr>
        <w:keepNext w:val="0"/>
        <w:spacing w:before="0" w:after="20" w:line="240" w:lineRule="auto"/>
      </w:pPr>
      <w:r>
        <w:rPr>
          <w:rFonts w:ascii="Bookman Old Style" w:hAnsi="Bookman Old Style" w:eastAsia="Bookman Old Style"/>
          <w:color w:val="000000"/>
          <w:sz w:val="19"/>
        </w:rPr>
        <w:t>8. (The / Ø) Mount Cook is in New Zealand.</w:t>
      </w:r>
    </w:p>
    <w:p>
      <w:pPr>
        <w:keepNext/>
        <w:spacing w:before="60" w:after="20" w:line="240" w:lineRule="auto"/>
      </w:pPr>
      <w:r>
        <w:rPr>
          <w:rFonts w:ascii="Bookman Old Style" w:hAnsi="Bookman Old Style" w:eastAsia="Bookman Old Style"/>
          <w:b/>
          <w:color w:val="0033CC"/>
          <w:sz w:val="19"/>
        </w:rPr>
        <w:t>Exercise 8: Put the words in brackets into the correct form to complete the sentences.</w:t>
      </w:r>
    </w:p>
    <w:p>
      <w:pPr>
        <w:keepNext w:val="0"/>
        <w:spacing w:before="0" w:after="20" w:line="240" w:lineRule="auto"/>
      </w:pPr>
      <w:r>
        <w:rPr>
          <w:rFonts w:ascii="Bookman Old Style" w:hAnsi="Bookman Old Style" w:eastAsia="Bookman Old Style"/>
          <w:color w:val="000000"/>
          <w:sz w:val="19"/>
        </w:rPr>
        <w:t>1. The city has many tourist ______. (ATTRACT)</w:t>
      </w:r>
    </w:p>
    <w:p>
      <w:pPr>
        <w:keepNext w:val="0"/>
        <w:spacing w:before="0" w:after="20" w:line="240" w:lineRule="auto"/>
      </w:pPr>
      <w:r>
        <w:rPr>
          <w:rFonts w:ascii="Bookman Old Style" w:hAnsi="Bookman Old Style" w:eastAsia="Bookman Old Style"/>
          <w:color w:val="000000"/>
          <w:sz w:val="19"/>
        </w:rPr>
        <w:t>2. Canada is a highly ______ country. (DEVELOP)</w:t>
      </w:r>
    </w:p>
    <w:p>
      <w:pPr>
        <w:keepNext w:val="0"/>
        <w:spacing w:before="0" w:after="20" w:line="240" w:lineRule="auto"/>
      </w:pPr>
      <w:r>
        <w:rPr>
          <w:rFonts w:ascii="Bookman Old Style" w:hAnsi="Bookman Old Style" w:eastAsia="Bookman Old Style"/>
          <w:color w:val="000000"/>
          <w:sz w:val="19"/>
        </w:rPr>
        <w:t>3. The island is famous for its ______ beauty. (NATURE)</w:t>
      </w:r>
    </w:p>
    <w:p>
      <w:pPr>
        <w:keepNext w:val="0"/>
        <w:spacing w:before="0" w:after="20" w:line="240" w:lineRule="auto"/>
      </w:pPr>
      <w:r>
        <w:rPr>
          <w:rFonts w:ascii="Bookman Old Style" w:hAnsi="Bookman Old Style" w:eastAsia="Bookman Old Style"/>
          <w:color w:val="000000"/>
          <w:sz w:val="19"/>
        </w:rPr>
        <w:t>4. We learned about Scottish ______. (CULTURAL)</w:t>
      </w:r>
    </w:p>
    <w:p>
      <w:pPr>
        <w:keepNext w:val="0"/>
        <w:spacing w:before="0" w:after="20" w:line="240" w:lineRule="auto"/>
      </w:pPr>
      <w:r>
        <w:rPr>
          <w:rFonts w:ascii="Bookman Old Style" w:hAnsi="Bookman Old Style" w:eastAsia="Bookman Old Style"/>
          <w:color w:val="000000"/>
          <w:sz w:val="19"/>
        </w:rPr>
        <w:t>5. The museum welcomes every ______ warmly. (VISIT)</w:t>
      </w:r>
    </w:p>
    <w:p>
      <w:pPr>
        <w:keepNext w:val="0"/>
        <w:spacing w:before="0" w:after="20" w:line="240" w:lineRule="auto"/>
      </w:pPr>
      <w:r>
        <w:rPr>
          <w:rFonts w:ascii="Bookman Old Style" w:hAnsi="Bookman Old Style" w:eastAsia="Bookman Old Style"/>
          <w:color w:val="000000"/>
          <w:sz w:val="19"/>
        </w:rPr>
        <w:t>6. They began their ______ early in the morning. (EXPLORE)</w:t>
      </w:r>
    </w:p>
    <w:p>
      <w:pPr>
        <w:keepNext w:val="0"/>
        <w:spacing w:before="0" w:after="20" w:line="240" w:lineRule="auto"/>
      </w:pPr>
      <w:r>
        <w:rPr>
          <w:rFonts w:ascii="Bookman Old Style" w:hAnsi="Bookman Old Style" w:eastAsia="Bookman Old Style"/>
          <w:color w:val="000000"/>
          <w:sz w:val="19"/>
        </w:rPr>
        <w:t>7. The view was absolutely ______. (SPECTACLE)</w:t>
      </w:r>
    </w:p>
    <w:p>
      <w:pPr>
        <w:keepNext w:val="0"/>
        <w:spacing w:before="0" w:after="20" w:line="240" w:lineRule="auto"/>
      </w:pPr>
      <w:r>
        <w:rPr>
          <w:rFonts w:ascii="Bookman Old Style" w:hAnsi="Bookman Old Style" w:eastAsia="Bookman Old Style"/>
          <w:color w:val="000000"/>
          <w:sz w:val="19"/>
        </w:rPr>
        <w:t>8. Tourism is important to the ______ economy. (NATION)</w:t>
      </w:r>
    </w:p>
    <w:p>
      <w:pPr>
        <w:keepNext/>
        <w:spacing w:before="60" w:after="20" w:line="240" w:lineRule="auto"/>
      </w:pPr>
      <w:r>
        <w:rPr>
          <w:rFonts w:ascii="Bookman Old Style" w:hAnsi="Bookman Old Style" w:eastAsia="Bookman Old Style"/>
          <w:b/>
          <w:color w:val="0033CC"/>
          <w:sz w:val="19"/>
        </w:rPr>
        <w:t>Exercise 9: Choose the word or phrase (A, B, C, or D) that best completes each of the following exchanges.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What do you think about english-speaking countries?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 think it is useful and interesting.</w:t>
      </w:r>
      <w:r>
        <w:tab/>
      </w:r>
      <w:r>
        <w:rPr>
          <w:rFonts w:ascii="Bookman Old Style" w:hAnsi="Bookman Old Style" w:eastAsia="Bookman Old Style"/>
          <w:color w:val="000000"/>
          <w:sz w:val="18"/>
        </w:rPr>
        <w:t>B. It is at seven o'clock.</w:t>
      </w:r>
      <w:r>
        <w:tab/>
      </w:r>
      <w:r>
        <w:rPr>
          <w:rFonts w:ascii="Bookman Old Style" w:hAnsi="Bookman Old Style" w:eastAsia="Bookman Old Style"/>
          <w:color w:val="000000"/>
          <w:sz w:val="18"/>
        </w:rPr>
        <w:t>C. No, I don't think.</w:t>
      </w:r>
      <w:r>
        <w:tab/>
      </w:r>
      <w:r>
        <w:rPr>
          <w:rFonts w:ascii="Bookman Old Style" w:hAnsi="Bookman Old Style" w:eastAsia="Bookman Old Style"/>
          <w:color w:val="000000"/>
          <w:sz w:val="18"/>
        </w:rPr>
        <w:t>D. By bicycle.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Could you tell me more about it?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Certainly.</w:t>
      </w:r>
      <w:r>
        <w:tab/>
      </w:r>
      <w:r>
        <w:rPr>
          <w:rFonts w:ascii="Bookman Old Style" w:hAnsi="Bookman Old Style" w:eastAsia="Bookman Old Style"/>
          <w:color w:val="000000"/>
          <w:sz w:val="18"/>
        </w:rPr>
        <w:t>B. Never mind it.</w:t>
      </w:r>
      <w:r>
        <w:tab/>
      </w:r>
      <w:r>
        <w:rPr>
          <w:rFonts w:ascii="Bookman Old Style" w:hAnsi="Bookman Old Style" w:eastAsia="Bookman Old Style"/>
          <w:color w:val="000000"/>
          <w:sz w:val="18"/>
        </w:rPr>
        <w:t>C. I am not tell.</w:t>
      </w:r>
      <w:r>
        <w:tab/>
      </w:r>
      <w:r>
        <w:rPr>
          <w:rFonts w:ascii="Bookman Old Style" w:hAnsi="Bookman Old Style" w:eastAsia="Bookman Old Style"/>
          <w:color w:val="000000"/>
          <w:sz w:val="18"/>
        </w:rPr>
        <w:t>D. No, I could.</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Thank you for your help.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You're welcome.</w:t>
      </w:r>
      <w:r>
        <w:tab/>
      </w:r>
      <w:r>
        <w:rPr>
          <w:rFonts w:ascii="Bookman Old Style" w:hAnsi="Bookman Old Style" w:eastAsia="Bookman Old Style"/>
          <w:color w:val="000000"/>
          <w:sz w:val="18"/>
        </w:rPr>
        <w:t>B. That's a question.</w:t>
      </w:r>
      <w:r>
        <w:tab/>
      </w:r>
      <w:r>
        <w:rPr>
          <w:rFonts w:ascii="Bookman Old Style" w:hAnsi="Bookman Old Style" w:eastAsia="Bookman Old Style"/>
          <w:color w:val="000000"/>
          <w:sz w:val="18"/>
        </w:rPr>
        <w:t>C. Here it is not.</w:t>
      </w:r>
      <w:r>
        <w:tab/>
      </w:r>
      <w:r>
        <w:rPr>
          <w:rFonts w:ascii="Bookman Old Style" w:hAnsi="Bookman Old Style" w:eastAsia="Bookman Old Style"/>
          <w:color w:val="000000"/>
          <w:sz w:val="18"/>
        </w:rPr>
        <w:t>D. I disagree.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Shall we join the activity?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 that sounds great.</w:t>
      </w:r>
      <w:r>
        <w:tab/>
      </w:r>
      <w:r>
        <w:rPr>
          <w:rFonts w:ascii="Bookman Old Style" w:hAnsi="Bookman Old Style" w:eastAsia="Bookman Old Style"/>
          <w:color w:val="000000"/>
          <w:sz w:val="18"/>
        </w:rPr>
        <w:t>B. It is joining.</w:t>
      </w:r>
      <w:r>
        <w:tab/>
      </w:r>
      <w:r>
        <w:rPr>
          <w:rFonts w:ascii="Bookman Old Style" w:hAnsi="Bookman Old Style" w:eastAsia="Bookman Old Style"/>
          <w:color w:val="000000"/>
          <w:sz w:val="18"/>
        </w:rPr>
        <w:t>C. No, we shall.</w:t>
      </w:r>
      <w:r>
        <w:tab/>
      </w:r>
      <w:r>
        <w:rPr>
          <w:rFonts w:ascii="Bookman Old Style" w:hAnsi="Bookman Old Style" w:eastAsia="Bookman Old Style"/>
          <w:color w:val="000000"/>
          <w:sz w:val="18"/>
        </w:rPr>
        <w:t>D. I sound it.</w:t>
      </w:r>
    </w:p>
    <w:p>
      <w:pPr>
        <w:keepNext/>
        <w:spacing w:before="60" w:after="20" w:line="240" w:lineRule="auto"/>
      </w:pPr>
      <w:r>
        <w:rPr>
          <w:rFonts w:ascii="Bookman Old Style" w:hAnsi="Bookman Old Style" w:eastAsia="Bookman Old Style"/>
          <w:b/>
          <w:color w:val="0033CC"/>
          <w:sz w:val="19"/>
        </w:rPr>
        <w:t>Exercise 10: Choose the correct answer (A, B, C, or D) to arrange the sentences into a meaningful conversation.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I read about the country yesterday.  b. Really? What did you learn?  c. It was very interesting.  d. Tell me more after class.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c-a-b-d</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Would you like to learn about the landmark?  b. Yes, I'd love to.  c. Let's look at this information.  d. Good idea.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a-c-b-d</w:t>
      </w:r>
      <w:r>
        <w:tab/>
      </w:r>
      <w:r>
        <w:rPr>
          <w:rFonts w:ascii="Bookman Old Style" w:hAnsi="Bookman Old Style" w:eastAsia="Bookman Old Style"/>
          <w:color w:val="000000"/>
          <w:sz w:val="17"/>
        </w:rPr>
        <w:t>D. c-d-a-b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What are you doing this weekend?  b. I am joining the school event.  c. Can I come with you?  d. Of course.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How was the activity?  b. It was excellent.  c. What did you like most?  d. The practical demonstration.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a-d-b-c</w:t>
      </w:r>
    </w:p>
    <w:p>
      <w:r>
        <w:br w:type="page"/>
      </w:r>
    </w:p>
    <w:p>
      <w:pPr>
        <w:keepNext/>
        <w:spacing w:before="60" w:after="20" w:line="240" w:lineRule="auto"/>
      </w:pPr>
      <w:r>
        <w:rPr>
          <w:rFonts w:ascii="Bookman Old Style" w:hAnsi="Bookman Old Style" w:eastAsia="Bookman Old Style"/>
          <w:b/>
          <w:color w:val="0033CC"/>
          <w:sz w:val="19"/>
        </w:rPr>
        <w:t>Exercise 11: Look at the sign or notice. Choose the best answer (A, B, C, or D) for each question.</w:t>
      </w:r>
    </w:p>
    <w:p>
      <w:pPr>
        <w:keepNext w:val="0"/>
        <w:spacing w:before="60" w:after="40" w:line="240" w:lineRule="auto"/>
        <w:jc w:val="center"/>
      </w:pPr>
      <w:r>
        <w:drawing>
          <wp:inline xmlns:a="http://schemas.openxmlformats.org/drawingml/2006/main" xmlns:pic="http://schemas.openxmlformats.org/drawingml/2006/picture">
            <wp:extent cx="1908000" cy="964719"/>
            <wp:docPr id="3" name="Picture 3"/>
            <wp:cNvGraphicFramePr>
              <a:graphicFrameLocks noChangeAspect="1"/>
            </wp:cNvGraphicFramePr>
            <a:graphic>
              <a:graphicData uri="http://schemas.openxmlformats.org/drawingml/2006/picture">
                <pic:pic>
                  <pic:nvPicPr>
                    <pic:cNvPr id="0" name="notice_bag.png"/>
                    <pic:cNvPicPr/>
                  </pic:nvPicPr>
                  <pic:blipFill>
                    <a:blip r:embed="rId12"/>
                    <a:stretch>
                      <a:fillRect/>
                    </a:stretch>
                  </pic:blipFill>
                  <pic:spPr>
                    <a:xfrm>
                      <a:off x="0" y="0"/>
                      <a:ext cx="1908000" cy="964719"/>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1.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The place is permanently closed.</w:t>
      </w:r>
      <w:r>
        <w:tab/>
      </w:r>
      <w:r>
        <w:rPr>
          <w:rFonts w:ascii="Bookman Old Style" w:hAnsi="Bookman Old Style" w:eastAsia="Bookman Old Style"/>
          <w:color w:val="000000"/>
          <w:sz w:val="17"/>
        </w:rPr>
        <w:t>B. Visitors must use another entrance.</w:t>
      </w:r>
      <w:r>
        <w:tab/>
      </w:r>
      <w:r>
        <w:rPr>
          <w:rFonts w:ascii="Bookman Old Style" w:hAnsi="Bookman Old Style" w:eastAsia="Bookman Old Style"/>
          <w:color w:val="000000"/>
          <w:sz w:val="17"/>
        </w:rPr>
        <w:t>C. Only staff may enter.</w:t>
      </w:r>
      <w:r>
        <w:tab/>
      </w:r>
      <w:r>
        <w:rPr>
          <w:rFonts w:ascii="Bookman Old Style" w:hAnsi="Bookman Old Style" w:eastAsia="Bookman Old Style"/>
          <w:color w:val="000000"/>
          <w:sz w:val="17"/>
        </w:rPr>
        <w:t>D. Maintenance starts next year.</w:t>
      </w:r>
    </w:p>
    <w:p>
      <w:pPr>
        <w:keepNext w:val="0"/>
        <w:spacing w:before="60" w:after="40" w:line="240" w:lineRule="auto"/>
        <w:jc w:val="center"/>
      </w:pPr>
      <w:r>
        <w:drawing>
          <wp:inline xmlns:a="http://schemas.openxmlformats.org/drawingml/2006/main" xmlns:pic="http://schemas.openxmlformats.org/drawingml/2006/picture">
            <wp:extent cx="1512000" cy="2018598"/>
            <wp:docPr id="4" name="Picture 4"/>
            <wp:cNvGraphicFramePr>
              <a:graphicFrameLocks noChangeAspect="1"/>
            </wp:cNvGraphicFramePr>
            <a:graphic>
              <a:graphicData uri="http://schemas.openxmlformats.org/drawingml/2006/picture">
                <pic:pic>
                  <pic:nvPicPr>
                    <pic:cNvPr id="0" name="notice_pool.jpg"/>
                    <pic:cNvPicPr/>
                  </pic:nvPicPr>
                  <pic:blipFill>
                    <a:blip r:embed="rId13"/>
                    <a:stretch>
                      <a:fillRect/>
                    </a:stretch>
                  </pic:blipFill>
                  <pic:spPr>
                    <a:xfrm>
                      <a:off x="0" y="0"/>
                      <a:ext cx="1512000" cy="2018598"/>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2.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Everyone can arrive without booking.</w:t>
      </w:r>
      <w:r>
        <w:tab/>
      </w:r>
      <w:r>
        <w:rPr>
          <w:rFonts w:ascii="Bookman Old Style" w:hAnsi="Bookman Old Style" w:eastAsia="Bookman Old Style"/>
          <w:color w:val="000000"/>
          <w:sz w:val="17"/>
        </w:rPr>
        <w:t>B. Bookings close at 6 p.m.</w:t>
      </w:r>
      <w:r>
        <w:tab/>
      </w:r>
      <w:r>
        <w:rPr>
          <w:rFonts w:ascii="Bookman Old Style" w:hAnsi="Bookman Old Style" w:eastAsia="Bookman Old Style"/>
          <w:color w:val="000000"/>
          <w:sz w:val="17"/>
        </w:rPr>
        <w:t>C. The event begins at 6 p.m.</w:t>
      </w:r>
      <w:r>
        <w:tab/>
      </w:r>
      <w:r>
        <w:rPr>
          <w:rFonts w:ascii="Bookman Old Style" w:hAnsi="Bookman Old Style" w:eastAsia="Bookman Old Style"/>
          <w:color w:val="000000"/>
          <w:sz w:val="17"/>
        </w:rPr>
        <w:t>D. There are unlimited places.</w:t>
      </w:r>
    </w:p>
    <w:p>
      <w:pPr>
        <w:keepNext w:val="0"/>
        <w:spacing w:before="60" w:after="40" w:line="240" w:lineRule="auto"/>
        <w:jc w:val="center"/>
      </w:pPr>
      <w:r>
        <w:drawing>
          <wp:inline xmlns:a="http://schemas.openxmlformats.org/drawingml/2006/main" xmlns:pic="http://schemas.openxmlformats.org/drawingml/2006/picture">
            <wp:extent cx="1908000" cy="1359523"/>
            <wp:docPr id="5" name="Picture 5"/>
            <wp:cNvGraphicFramePr>
              <a:graphicFrameLocks noChangeAspect="1"/>
            </wp:cNvGraphicFramePr>
            <a:graphic>
              <a:graphicData uri="http://schemas.openxmlformats.org/drawingml/2006/picture">
                <pic:pic>
                  <pic:nvPicPr>
                    <pic:cNvPr id="0" name="notice_lost.jpeg"/>
                    <pic:cNvPicPr/>
                  </pic:nvPicPr>
                  <pic:blipFill>
                    <a:blip r:embed="rId14"/>
                    <a:stretch>
                      <a:fillRect/>
                    </a:stretch>
                  </pic:blipFill>
                  <pic:spPr>
                    <a:xfrm>
                      <a:off x="0" y="0"/>
                      <a:ext cx="1908000" cy="1359523"/>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3.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People may leave rubbish here.</w:t>
      </w:r>
      <w:r>
        <w:tab/>
      </w:r>
      <w:r>
        <w:rPr>
          <w:rFonts w:ascii="Bookman Old Style" w:hAnsi="Bookman Old Style" w:eastAsia="Bookman Old Style"/>
          <w:color w:val="000000"/>
          <w:sz w:val="17"/>
        </w:rPr>
        <w:t>B. People should not litter here.</w:t>
      </w:r>
      <w:r>
        <w:tab/>
      </w:r>
      <w:r>
        <w:rPr>
          <w:rFonts w:ascii="Bookman Old Style" w:hAnsi="Bookman Old Style" w:eastAsia="Bookman Old Style"/>
          <w:color w:val="000000"/>
          <w:sz w:val="17"/>
        </w:rPr>
        <w:t>C. Only cleaners may enter.</w:t>
      </w:r>
      <w:r>
        <w:tab/>
      </w:r>
      <w:r>
        <w:rPr>
          <w:rFonts w:ascii="Bookman Old Style" w:hAnsi="Bookman Old Style" w:eastAsia="Bookman Old Style"/>
          <w:color w:val="000000"/>
          <w:sz w:val="17"/>
        </w:rPr>
        <w:t>D. Food is free here.</w:t>
      </w:r>
    </w:p>
    <w:p>
      <w:pPr>
        <w:keepNext w:val="0"/>
        <w:spacing w:before="60" w:after="40" w:line="240" w:lineRule="auto"/>
        <w:jc w:val="center"/>
      </w:pPr>
      <w:r>
        <w:drawing>
          <wp:inline xmlns:a="http://schemas.openxmlformats.org/drawingml/2006/main" xmlns:pic="http://schemas.openxmlformats.org/drawingml/2006/picture">
            <wp:extent cx="1908000" cy="1435722"/>
            <wp:docPr id="6" name="Picture 6"/>
            <wp:cNvGraphicFramePr>
              <a:graphicFrameLocks noChangeAspect="1"/>
            </wp:cNvGraphicFramePr>
            <a:graphic>
              <a:graphicData uri="http://schemas.openxmlformats.org/drawingml/2006/picture">
                <pic:pic>
                  <pic:nvPicPr>
                    <pic:cNvPr id="0" name="notice_seatbelt.jpeg"/>
                    <pic:cNvPicPr/>
                  </pic:nvPicPr>
                  <pic:blipFill>
                    <a:blip r:embed="rId15"/>
                    <a:stretch>
                      <a:fillRect/>
                    </a:stretch>
                  </pic:blipFill>
                  <pic:spPr>
                    <a:xfrm>
                      <a:off x="0" y="0"/>
                      <a:ext cx="1908000" cy="1435722"/>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4.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Children under 12 may enter alone.</w:t>
      </w:r>
      <w:r>
        <w:tab/>
      </w:r>
      <w:r>
        <w:rPr>
          <w:rFonts w:ascii="Bookman Old Style" w:hAnsi="Bookman Old Style" w:eastAsia="Bookman Old Style"/>
          <w:color w:val="000000"/>
          <w:sz w:val="17"/>
        </w:rPr>
        <w:t>B. Adults cannot enter.</w:t>
      </w:r>
      <w:r>
        <w:tab/>
      </w:r>
      <w:r>
        <w:rPr>
          <w:rFonts w:ascii="Bookman Old Style" w:hAnsi="Bookman Old Style" w:eastAsia="Bookman Old Style"/>
          <w:color w:val="000000"/>
          <w:sz w:val="17"/>
        </w:rPr>
        <w:t>C. Young children need adult supervision.</w:t>
      </w:r>
      <w:r>
        <w:tab/>
      </w:r>
      <w:r>
        <w:rPr>
          <w:rFonts w:ascii="Bookman Old Style" w:hAnsi="Bookman Old Style" w:eastAsia="Bookman Old Style"/>
          <w:color w:val="000000"/>
          <w:sz w:val="17"/>
        </w:rPr>
        <w:t>D. Only twelve-year-olds may enter.</w:t>
      </w:r>
    </w:p>
    <w:p>
      <w:r>
        <w:br w:type="page"/>
      </w:r>
    </w:p>
    <w:p>
      <w:pPr>
        <w:keepNext/>
        <w:spacing w:before="60" w:after="20" w:line="240" w:lineRule="auto"/>
      </w:pPr>
      <w:r>
        <w:rPr>
          <w:rFonts w:ascii="Bookman Old Style" w:hAnsi="Bookman Old Style" w:eastAsia="Bookman Old Style"/>
          <w:b/>
          <w:color w:val="0033CC"/>
          <w:sz w:val="19"/>
        </w:rPr>
        <w:t>Exercise 12: Read the advertisement/notice/flyer/announcement and choose the correct option for each numbered blank.</w:t>
      </w:r>
    </w:p>
    <w:p>
      <w:pPr>
        <w:keepNext w:val="0"/>
        <w:spacing w:before="0" w:after="40" w:line="245" w:lineRule="auto"/>
      </w:pPr>
      <w:r>
        <w:rPr>
          <w:rFonts w:ascii="Bookman Old Style" w:hAnsi="Bookman Old Style" w:eastAsia="Bookman Old Style"/>
          <w:color w:val="000000"/>
          <w:sz w:val="18"/>
        </w:rPr>
        <w:t>ENGLISH-SPEAKING WORLD DAY</w:t>
        <w:br/>
        <w:t>Explore six English-speaking countries in one afternoon. Each classroom represents (1) ______ country and introduces its food, music, and landmarks. In Room 3, visitors can discover (2) ______ United Kingdom and build a model of Big Ben. There is also (3) ______ Australian wildlife quiz. The event begins at two in (4) ______ afternoon. Admission is free, but please book a place because the number of (5) ______ is limited.</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visits</w:t>
      </w:r>
      <w:r>
        <w:t xml:space="preserve">     </w:t>
      </w:r>
      <w:r>
        <w:rPr>
          <w:rFonts w:ascii="Bookman Old Style" w:hAnsi="Bookman Old Style" w:eastAsia="Bookman Old Style"/>
          <w:color w:val="000000"/>
          <w:sz w:val="17"/>
        </w:rPr>
        <w:t>B. visitors</w:t>
      </w:r>
      <w:r>
        <w:t xml:space="preserve">     </w:t>
      </w:r>
      <w:r>
        <w:rPr>
          <w:rFonts w:ascii="Bookman Old Style" w:hAnsi="Bookman Old Style" w:eastAsia="Bookman Old Style"/>
          <w:color w:val="000000"/>
          <w:sz w:val="17"/>
        </w:rPr>
        <w:t>C. visiting</w:t>
      </w:r>
      <w:r>
        <w:t xml:space="preserve">     </w:t>
      </w:r>
      <w:r>
        <w:rPr>
          <w:rFonts w:ascii="Bookman Old Style" w:hAnsi="Bookman Old Style" w:eastAsia="Bookman Old Style"/>
          <w:color w:val="000000"/>
          <w:sz w:val="17"/>
        </w:rPr>
        <w:t>D. visited</w:t>
      </w:r>
    </w:p>
    <w:p>
      <w:pPr>
        <w:keepNext/>
        <w:spacing w:before="60" w:after="20" w:line="240" w:lineRule="auto"/>
      </w:pPr>
      <w:r>
        <w:rPr>
          <w:rFonts w:ascii="Bookman Old Style" w:hAnsi="Bookman Old Style" w:eastAsia="Bookman Old Style"/>
          <w:b/>
          <w:color w:val="0033CC"/>
          <w:sz w:val="19"/>
        </w:rPr>
        <w:t>Exercise 13: Read the following passage and choose the correct word that best fits each numbered blank.</w:t>
      </w:r>
    </w:p>
    <w:p>
      <w:pPr>
        <w:keepNext w:val="0"/>
        <w:spacing w:before="0" w:after="40" w:line="245" w:lineRule="auto"/>
      </w:pPr>
      <w:r>
        <w:rPr>
          <w:rFonts w:ascii="Bookman Old Style" w:hAnsi="Bookman Old Style" w:eastAsia="Bookman Old Style"/>
          <w:color w:val="000000"/>
          <w:sz w:val="18"/>
        </w:rPr>
        <w:t>Canada is (1) ______ large English-speaking country in North America. English and French are official (2) ______. Visitors can explore modern cities, huge forests, and a very long coastline. Niagara Falls is one of (3) ______ country's best-known attractions. Many tourists also visit national parks to see wildlife and spectacular (4) ______. Because Canada is so large, travelling between destinations can take (5) ______ long time.</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landmarks</w:t>
      </w:r>
      <w:r>
        <w:t xml:space="preserve">     </w:t>
      </w:r>
      <w:r>
        <w:rPr>
          <w:rFonts w:ascii="Bookman Old Style" w:hAnsi="Bookman Old Style" w:eastAsia="Bookman Old Style"/>
          <w:color w:val="000000"/>
          <w:sz w:val="17"/>
        </w:rPr>
        <w:t>B. languages</w:t>
      </w:r>
      <w:r>
        <w:t xml:space="preserve">     </w:t>
      </w:r>
      <w:r>
        <w:rPr>
          <w:rFonts w:ascii="Bookman Old Style" w:hAnsi="Bookman Old Style" w:eastAsia="Bookman Old Style"/>
          <w:color w:val="000000"/>
          <w:sz w:val="17"/>
        </w:rPr>
        <w:t>C. landscapes</w:t>
      </w:r>
      <w:r>
        <w:t xml:space="preserve">     </w:t>
      </w:r>
      <w:r>
        <w:rPr>
          <w:rFonts w:ascii="Bookman Old Style" w:hAnsi="Bookman Old Style" w:eastAsia="Bookman Old Style"/>
          <w:color w:val="000000"/>
          <w:sz w:val="17"/>
        </w:rPr>
        <w:t>D. symbols</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costumes</w:t>
      </w:r>
      <w:r>
        <w:t xml:space="preserve">     </w:t>
      </w:r>
      <w:r>
        <w:rPr>
          <w:rFonts w:ascii="Bookman Old Style" w:hAnsi="Bookman Old Style" w:eastAsia="Bookman Old Style"/>
          <w:color w:val="000000"/>
          <w:sz w:val="17"/>
        </w:rPr>
        <w:t>B. landscapes</w:t>
      </w:r>
      <w:r>
        <w:t xml:space="preserve">     </w:t>
      </w:r>
      <w:r>
        <w:rPr>
          <w:rFonts w:ascii="Bookman Old Style" w:hAnsi="Bookman Old Style" w:eastAsia="Bookman Old Style"/>
          <w:color w:val="000000"/>
          <w:sz w:val="17"/>
        </w:rPr>
        <w:t>C. lanterns</w:t>
      </w:r>
      <w:r>
        <w:t xml:space="preserve">     </w:t>
      </w:r>
      <w:r>
        <w:rPr>
          <w:rFonts w:ascii="Bookman Old Style" w:hAnsi="Bookman Old Style" w:eastAsia="Bookman Old Style"/>
          <w:color w:val="000000"/>
          <w:sz w:val="17"/>
        </w:rPr>
        <w:t>D. lanes</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a</w:t>
      </w:r>
      <w:r>
        <w:t xml:space="preserve">     </w:t>
      </w:r>
      <w:r>
        <w:rPr>
          <w:rFonts w:ascii="Bookman Old Style" w:hAnsi="Bookman Old Style" w:eastAsia="Bookman Old Style"/>
          <w:color w:val="000000"/>
          <w:sz w:val="17"/>
        </w:rPr>
        <w:t>B. an</w:t>
      </w:r>
      <w:r>
        <w:t xml:space="preserve">     </w:t>
      </w:r>
      <w:r>
        <w:rPr>
          <w:rFonts w:ascii="Bookman Old Style" w:hAnsi="Bookman Old Style" w:eastAsia="Bookman Old Style"/>
          <w:color w:val="000000"/>
          <w:sz w:val="17"/>
        </w:rPr>
        <w:t>C. the</w:t>
      </w:r>
      <w:r>
        <w:t xml:space="preserve">     </w:t>
      </w:r>
      <w:r>
        <w:rPr>
          <w:rFonts w:ascii="Bookman Old Style" w:hAnsi="Bookman Old Style" w:eastAsia="Bookman Old Style"/>
          <w:color w:val="000000"/>
          <w:sz w:val="17"/>
        </w:rPr>
        <w:t>D. Ø</w:t>
      </w:r>
    </w:p>
    <w:p>
      <w:r>
        <w:br w:type="page"/>
      </w:r>
    </w:p>
    <w:p>
      <w:pPr>
        <w:keepNext/>
        <w:spacing w:before="60" w:after="20" w:line="240" w:lineRule="auto"/>
      </w:pPr>
      <w:r>
        <w:rPr>
          <w:rFonts w:ascii="Bookman Old Style" w:hAnsi="Bookman Old Style" w:eastAsia="Bookman Old Style"/>
          <w:b/>
          <w:color w:val="0033CC"/>
          <w:sz w:val="19"/>
        </w:rPr>
        <w:t>Exercise 14: Read the following passage and choose the correct answer to each question.</w:t>
      </w:r>
    </w:p>
    <w:p>
      <w:pPr>
        <w:keepNext w:val="0"/>
        <w:spacing w:before="0" w:after="60" w:line="252" w:lineRule="auto"/>
      </w:pPr>
      <w:r>
        <w:rPr>
          <w:rFonts w:ascii="Bookman Old Style" w:hAnsi="Bookman Old Style" w:eastAsia="Bookman Old Style"/>
          <w:color w:val="000000"/>
          <w:sz w:val="19"/>
        </w:rPr>
        <w:t>Wellington, the capital of New Zealand, lies beside a natural harbour. It is smaller than Auckland, but it is an important cultural centre. Visitors can ride a cable car up a hill, explore the national museum, and walk along the waterfront. Strong winds are common, so local people sometimes call it the Windy City. Wellington also attracts film lovers because several well-known films were produced in studios nearby. The city combines beautiful landscapes with lively arts and food scenes.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What country is Wellington in?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Australia</w:t>
      </w:r>
      <w:r>
        <w:tab/>
      </w:r>
      <w:r>
        <w:rPr>
          <w:rFonts w:ascii="Bookman Old Style" w:hAnsi="Bookman Old Style" w:eastAsia="Bookman Old Style"/>
          <w:color w:val="000000"/>
          <w:sz w:val="18"/>
        </w:rPr>
        <w:t>B. New Zealand</w:t>
      </w:r>
      <w:r>
        <w:tab/>
      </w:r>
      <w:r>
        <w:rPr>
          <w:rFonts w:ascii="Bookman Old Style" w:hAnsi="Bookman Old Style" w:eastAsia="Bookman Old Style"/>
          <w:color w:val="000000"/>
          <w:sz w:val="18"/>
        </w:rPr>
        <w:t>C. Canada</w:t>
      </w:r>
      <w:r>
        <w:tab/>
      </w:r>
      <w:r>
        <w:rPr>
          <w:rFonts w:ascii="Bookman Old Style" w:hAnsi="Bookman Old Style" w:eastAsia="Bookman Old Style"/>
          <w:color w:val="000000"/>
          <w:sz w:val="18"/>
        </w:rPr>
        <w:t>D. Scotland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Is Wellington larger than Auckland?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w:t>
      </w:r>
      <w:r>
        <w:tab/>
      </w:r>
      <w:r>
        <w:rPr>
          <w:rFonts w:ascii="Bookman Old Style" w:hAnsi="Bookman Old Style" w:eastAsia="Bookman Old Style"/>
          <w:color w:val="000000"/>
          <w:sz w:val="18"/>
        </w:rPr>
        <w:t>B. No</w:t>
      </w:r>
      <w:r>
        <w:tab/>
      </w:r>
      <w:r>
        <w:rPr>
          <w:rFonts w:ascii="Bookman Old Style" w:hAnsi="Bookman Old Style" w:eastAsia="Bookman Old Style"/>
          <w:color w:val="000000"/>
          <w:sz w:val="18"/>
        </w:rPr>
        <w:t>C. They are equal</w:t>
      </w:r>
      <w:r>
        <w:tab/>
      </w:r>
      <w:r>
        <w:rPr>
          <w:rFonts w:ascii="Bookman Old Style" w:hAnsi="Bookman Old Style" w:eastAsia="Bookman Old Style"/>
          <w:color w:val="000000"/>
          <w:sz w:val="18"/>
        </w:rPr>
        <w:t>D. The text does not say</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What can visitors ride?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cable car</w:t>
      </w:r>
      <w:r>
        <w:tab/>
      </w:r>
      <w:r>
        <w:rPr>
          <w:rFonts w:ascii="Bookman Old Style" w:hAnsi="Bookman Old Style" w:eastAsia="Bookman Old Style"/>
          <w:color w:val="000000"/>
          <w:sz w:val="18"/>
        </w:rPr>
        <w:t>B. A hyperloop</w:t>
      </w:r>
      <w:r>
        <w:tab/>
      </w:r>
      <w:r>
        <w:rPr>
          <w:rFonts w:ascii="Bookman Old Style" w:hAnsi="Bookman Old Style" w:eastAsia="Bookman Old Style"/>
          <w:color w:val="000000"/>
          <w:sz w:val="18"/>
        </w:rPr>
        <w:t>C. A camel</w:t>
      </w:r>
      <w:r>
        <w:tab/>
      </w:r>
      <w:r>
        <w:rPr>
          <w:rFonts w:ascii="Bookman Old Style" w:hAnsi="Bookman Old Style" w:eastAsia="Bookman Old Style"/>
          <w:color w:val="000000"/>
          <w:sz w:val="18"/>
        </w:rPr>
        <w:t>D. A boat only</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Why is it called the Windy City?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It has wind turbines</w:t>
      </w:r>
      <w:r>
        <w:tab/>
      </w:r>
      <w:r>
        <w:rPr>
          <w:rFonts w:ascii="Bookman Old Style" w:hAnsi="Bookman Old Style" w:eastAsia="Bookman Old Style"/>
          <w:color w:val="000000"/>
          <w:sz w:val="18"/>
        </w:rPr>
        <w:t>B. Strong winds are common</w:t>
      </w:r>
      <w:r>
        <w:tab/>
      </w:r>
      <w:r>
        <w:rPr>
          <w:rFonts w:ascii="Bookman Old Style" w:hAnsi="Bookman Old Style" w:eastAsia="Bookman Old Style"/>
          <w:color w:val="000000"/>
          <w:sz w:val="18"/>
        </w:rPr>
        <w:t>C. It has a windy museum</w:t>
      </w:r>
      <w:r>
        <w:tab/>
      </w:r>
      <w:r>
        <w:rPr>
          <w:rFonts w:ascii="Bookman Old Style" w:hAnsi="Bookman Old Style" w:eastAsia="Bookman Old Style"/>
          <w:color w:val="000000"/>
          <w:sz w:val="18"/>
        </w:rPr>
        <w:t>D. Films are made there</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Who may especially like Wellington?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Film lovers</w:t>
      </w:r>
      <w:r>
        <w:tab/>
      </w:r>
      <w:r>
        <w:rPr>
          <w:rFonts w:ascii="Bookman Old Style" w:hAnsi="Bookman Old Style" w:eastAsia="Bookman Old Style"/>
          <w:color w:val="000000"/>
          <w:sz w:val="18"/>
        </w:rPr>
        <w:t>B. Only farmers</w:t>
      </w:r>
      <w:r>
        <w:tab/>
      </w:r>
      <w:r>
        <w:rPr>
          <w:rFonts w:ascii="Bookman Old Style" w:hAnsi="Bookman Old Style" w:eastAsia="Bookman Old Style"/>
          <w:color w:val="000000"/>
          <w:sz w:val="18"/>
        </w:rPr>
        <w:t>C. Drivers</w:t>
      </w:r>
      <w:r>
        <w:tab/>
      </w:r>
      <w:r>
        <w:rPr>
          <w:rFonts w:ascii="Bookman Old Style" w:hAnsi="Bookman Old Style" w:eastAsia="Bookman Old Style"/>
          <w:color w:val="000000"/>
          <w:sz w:val="18"/>
        </w:rPr>
        <w:t>D. Cyclists only</w:t>
      </w:r>
    </w:p>
    <w:p>
      <w:pPr>
        <w:keepNext/>
        <w:spacing w:before="60" w:after="20" w:line="240" w:lineRule="auto"/>
      </w:pPr>
      <w:r>
        <w:rPr>
          <w:rFonts w:ascii="Bookman Old Style" w:hAnsi="Bookman Old Style" w:eastAsia="Bookman Old Style"/>
          <w:b/>
          <w:color w:val="0033CC"/>
          <w:sz w:val="19"/>
        </w:rPr>
        <w:t>Exercise 15: Four phrases/sentences have been removed from the text. Choose the correct answer A-D for each blank.</w:t>
      </w:r>
    </w:p>
    <w:p>
      <w:pPr>
        <w:keepNext w:val="0"/>
        <w:spacing w:before="0" w:after="60" w:line="252" w:lineRule="auto"/>
      </w:pPr>
      <w:r>
        <w:rPr>
          <w:rFonts w:ascii="Bookman Old Style" w:hAnsi="Bookman Old Style" w:eastAsia="Bookman Old Style"/>
          <w:color w:val="000000"/>
          <w:sz w:val="19"/>
        </w:rPr>
        <w:t>Travelling in an English-speaking country is a good chance to practise English. (1) ______. At a museum, read short signs and listen to audio guides. (2) ______. Do not worry if you make a small mistake. (3) ______. You can also keep a notebook of useful expressions. (4) ______.</w:t>
      </w:r>
    </w:p>
    <w:p>
      <w:pPr>
        <w:keepNext w:val="0"/>
        <w:spacing w:before="0" w:after="20" w:line="240" w:lineRule="auto"/>
      </w:pPr>
      <w:r>
        <w:rPr>
          <w:rFonts w:ascii="Bookman Old Style" w:hAnsi="Bookman Old Style" w:eastAsia="Bookman Old Style"/>
          <w:color w:val="000000"/>
          <w:sz w:val="18"/>
        </w:rPr>
        <w:t>A. Begin with simple conversations with local people.</w:t>
      </w:r>
    </w:p>
    <w:p>
      <w:pPr>
        <w:keepNext w:val="0"/>
        <w:spacing w:before="0" w:after="20" w:line="240" w:lineRule="auto"/>
      </w:pPr>
      <w:r>
        <w:rPr>
          <w:rFonts w:ascii="Bookman Old Style" w:hAnsi="Bookman Old Style" w:eastAsia="Bookman Old Style"/>
          <w:color w:val="000000"/>
          <w:sz w:val="18"/>
        </w:rPr>
        <w:t>B. Ask clear questions when you need information.</w:t>
      </w:r>
    </w:p>
    <w:p>
      <w:pPr>
        <w:keepNext w:val="0"/>
        <w:spacing w:before="0" w:after="20" w:line="240" w:lineRule="auto"/>
      </w:pPr>
      <w:r>
        <w:rPr>
          <w:rFonts w:ascii="Bookman Old Style" w:hAnsi="Bookman Old Style" w:eastAsia="Bookman Old Style"/>
          <w:color w:val="000000"/>
          <w:sz w:val="18"/>
        </w:rPr>
        <w:t>C. Most people will appreciate your effort.</w:t>
      </w:r>
    </w:p>
    <w:p>
      <w:pPr>
        <w:keepNext w:val="0"/>
        <w:spacing w:before="0" w:after="20" w:line="240" w:lineRule="auto"/>
      </w:pPr>
      <w:r>
        <w:rPr>
          <w:rFonts w:ascii="Bookman Old Style" w:hAnsi="Bookman Old Style" w:eastAsia="Bookman Old Style"/>
          <w:color w:val="000000"/>
          <w:sz w:val="18"/>
        </w:rPr>
        <w:t>D. Review them at the end of each day.</w:t>
      </w:r>
    </w:p>
    <w:p>
      <w:r>
        <w:br w:type="page"/>
      </w:r>
    </w:p>
    <w:p>
      <w:pPr>
        <w:keepNext/>
        <w:spacing w:before="60" w:after="20" w:line="240" w:lineRule="auto"/>
      </w:pPr>
      <w:r>
        <w:rPr>
          <w:rFonts w:ascii="Bookman Old Style" w:hAnsi="Bookman Old Style" w:eastAsia="Bookman Old Style"/>
          <w:b/>
          <w:color w:val="0033CC"/>
          <w:sz w:val="19"/>
        </w:rPr>
        <w:t>Exercise 16: Reorder the words and phrases to make sentences.</w:t>
      </w:r>
    </w:p>
    <w:p>
      <w:pPr>
        <w:keepNext w:val="0"/>
        <w:spacing w:before="0" w:after="20" w:line="240" w:lineRule="auto"/>
      </w:pPr>
      <w:r>
        <w:rPr>
          <w:rFonts w:ascii="Bookman Old Style" w:hAnsi="Bookman Old Style" w:eastAsia="Bookman Old Style"/>
          <w:color w:val="000000"/>
          <w:sz w:val="19"/>
        </w:rPr>
        <w:t>1. is / an / Australia / country / island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capital / the / Canberra / is / Australia / of</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English / language / official / is / an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visited / museum / we / the / yesterday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has / coastline / Canada / a / long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attracts / landmark / visitors / the / many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7. explore / want / island / to / they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8. kangaroo / saw / wildlife park / a / we / at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17: Write complete sentences using the guided words and phrases.</w:t>
      </w:r>
    </w:p>
    <w:p>
      <w:pPr>
        <w:keepNext w:val="0"/>
        <w:spacing w:before="0" w:after="20" w:line="240" w:lineRule="auto"/>
      </w:pPr>
      <w:r>
        <w:rPr>
          <w:rFonts w:ascii="Bookman Old Style" w:hAnsi="Bookman Old Style" w:eastAsia="Bookman Old Style"/>
          <w:color w:val="000000"/>
          <w:sz w:val="19"/>
        </w:rPr>
        <w:t>1. United Kingdom / English-speaking country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Sydney Opera House / famous / landmark</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We / visit / ancient castle / Scotland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New Zealand / have / spectacular landscapes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English / official language / Canada</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Tourists / explore / island / summer</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r>
        <w:br w:type="page"/>
      </w:r>
    </w:p>
    <w:p>
      <w:pPr>
        <w:keepNext/>
        <w:spacing w:before="60" w:after="20" w:line="240" w:lineRule="auto"/>
      </w:pPr>
      <w:r>
        <w:rPr>
          <w:rFonts w:ascii="Bookman Old Style" w:hAnsi="Bookman Old Style" w:eastAsia="Bookman Old Style"/>
          <w:b/>
          <w:color w:val="0033CC"/>
          <w:sz w:val="19"/>
        </w:rPr>
        <w:t>Exercise 18: Choose the correct arrangement of the sentences to make a meaningful paragraph.</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19: Rewrite the sentences without changing the meaning. Use the target grammar.</w:t>
      </w:r>
    </w:p>
    <w:p>
      <w:pPr>
        <w:keepNext w:val="0"/>
        <w:spacing w:before="0" w:after="20" w:line="240" w:lineRule="auto"/>
      </w:pPr>
      <w:r>
        <w:rPr>
          <w:rFonts w:ascii="Bookman Old Style" w:hAnsi="Bookman Old Style" w:eastAsia="Bookman Old Style"/>
          <w:color w:val="000000"/>
          <w:sz w:val="19"/>
        </w:rPr>
        <w:t>1. Australia is a country. It is an island.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We visited a museum. You recommended the museum.</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Canberra is Australia's capital.</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The view was amazing.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Canada attracts millions of tourists.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They began to discover the valley.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20: Choose (A, B, C, or D) to indicate the correct arrangement of the sentences to make a meaningful paragraph/letter.</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21: Choose (A, B, C, or D) to indicate the correct answer to each of the following questions.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English is an ______ language in Singapore.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official</w:t>
      </w:r>
      <w:r>
        <w:tab/>
      </w:r>
      <w:r>
        <w:rPr>
          <w:rFonts w:ascii="Bookman Old Style" w:hAnsi="Bookman Old Style" w:eastAsia="Bookman Old Style"/>
          <w:color w:val="000000"/>
          <w:sz w:val="18"/>
        </w:rPr>
        <w:t>B. ancient</w:t>
      </w:r>
      <w:r>
        <w:tab/>
      </w:r>
      <w:r>
        <w:rPr>
          <w:rFonts w:ascii="Bookman Old Style" w:hAnsi="Bookman Old Style" w:eastAsia="Bookman Old Style"/>
          <w:color w:val="000000"/>
          <w:sz w:val="18"/>
        </w:rPr>
        <w:t>C. island</w:t>
      </w:r>
      <w:r>
        <w:tab/>
      </w:r>
      <w:r>
        <w:rPr>
          <w:rFonts w:ascii="Bookman Old Style" w:hAnsi="Bookman Old Style" w:eastAsia="Bookman Old Style"/>
          <w:color w:val="000000"/>
          <w:sz w:val="18"/>
        </w:rPr>
        <w:t>D. native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Canberra is the ______ of Australia.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population</w:t>
      </w:r>
      <w:r>
        <w:tab/>
      </w:r>
      <w:r>
        <w:rPr>
          <w:rFonts w:ascii="Bookman Old Style" w:hAnsi="Bookman Old Style" w:eastAsia="Bookman Old Style"/>
          <w:color w:val="000000"/>
          <w:sz w:val="18"/>
        </w:rPr>
        <w:t>B. capital</w:t>
      </w:r>
      <w:r>
        <w:tab/>
      </w:r>
      <w:r>
        <w:rPr>
          <w:rFonts w:ascii="Bookman Old Style" w:hAnsi="Bookman Old Style" w:eastAsia="Bookman Old Style"/>
          <w:color w:val="000000"/>
          <w:sz w:val="18"/>
        </w:rPr>
        <w:t>C. coastline</w:t>
      </w:r>
      <w:r>
        <w:tab/>
      </w:r>
      <w:r>
        <w:rPr>
          <w:rFonts w:ascii="Bookman Old Style" w:hAnsi="Bookman Old Style" w:eastAsia="Bookman Old Style"/>
          <w:color w:val="000000"/>
          <w:sz w:val="18"/>
        </w:rPr>
        <w:t>D. valley</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The Sydney Opera House is a famous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landmark</w:t>
      </w:r>
      <w:r>
        <w:tab/>
      </w:r>
      <w:r>
        <w:rPr>
          <w:rFonts w:ascii="Bookman Old Style" w:hAnsi="Bookman Old Style" w:eastAsia="Bookman Old Style"/>
          <w:color w:val="000000"/>
          <w:sz w:val="18"/>
        </w:rPr>
        <w:t>B. language</w:t>
      </w:r>
      <w:r>
        <w:tab/>
      </w:r>
      <w:r>
        <w:rPr>
          <w:rFonts w:ascii="Bookman Old Style" w:hAnsi="Bookman Old Style" w:eastAsia="Bookman Old Style"/>
          <w:color w:val="000000"/>
          <w:sz w:val="18"/>
        </w:rPr>
        <w:t>C. speaker</w:t>
      </w:r>
      <w:r>
        <w:tab/>
      </w:r>
      <w:r>
        <w:rPr>
          <w:rFonts w:ascii="Bookman Old Style" w:hAnsi="Bookman Old Style" w:eastAsia="Bookman Old Style"/>
          <w:color w:val="000000"/>
          <w:sz w:val="18"/>
        </w:rPr>
        <w:t>D. country</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Canada has a long ______ on three oceans.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costume</w:t>
      </w:r>
      <w:r>
        <w:tab/>
      </w:r>
      <w:r>
        <w:rPr>
          <w:rFonts w:ascii="Bookman Old Style" w:hAnsi="Bookman Old Style" w:eastAsia="Bookman Old Style"/>
          <w:color w:val="000000"/>
          <w:sz w:val="18"/>
        </w:rPr>
        <w:t>B. coastline</w:t>
      </w:r>
      <w:r>
        <w:tab/>
      </w:r>
      <w:r>
        <w:rPr>
          <w:rFonts w:ascii="Bookman Old Style" w:hAnsi="Bookman Old Style" w:eastAsia="Bookman Old Style"/>
          <w:color w:val="000000"/>
          <w:sz w:val="18"/>
        </w:rPr>
        <w:t>C. traffic</w:t>
      </w:r>
      <w:r>
        <w:tab/>
      </w:r>
      <w:r>
        <w:rPr>
          <w:rFonts w:ascii="Bookman Old Style" w:hAnsi="Bookman Old Style" w:eastAsia="Bookman Old Style"/>
          <w:color w:val="000000"/>
          <w:sz w:val="18"/>
        </w:rPr>
        <w:t>D. festival</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A person from Scotland is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Scotland</w:t>
      </w:r>
      <w:r>
        <w:tab/>
      </w:r>
      <w:r>
        <w:rPr>
          <w:rFonts w:ascii="Bookman Old Style" w:hAnsi="Bookman Old Style" w:eastAsia="Bookman Old Style"/>
          <w:color w:val="000000"/>
          <w:sz w:val="18"/>
        </w:rPr>
        <w:t>B. Scottish</w:t>
      </w:r>
      <w:r>
        <w:tab/>
      </w:r>
      <w:r>
        <w:rPr>
          <w:rFonts w:ascii="Bookman Old Style" w:hAnsi="Bookman Old Style" w:eastAsia="Bookman Old Style"/>
          <w:color w:val="000000"/>
          <w:sz w:val="18"/>
        </w:rPr>
        <w:t>C. Scotting</w:t>
      </w:r>
      <w:r>
        <w:tab/>
      </w:r>
      <w:r>
        <w:rPr>
          <w:rFonts w:ascii="Bookman Old Style" w:hAnsi="Bookman Old Style" w:eastAsia="Bookman Old Style"/>
          <w:color w:val="000000"/>
          <w:sz w:val="18"/>
        </w:rPr>
        <w:t>D. Scot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Many tourists visit New Zealand for its spectacular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landscapes</w:t>
      </w:r>
      <w:r>
        <w:tab/>
      </w:r>
      <w:r>
        <w:rPr>
          <w:rFonts w:ascii="Bookman Old Style" w:hAnsi="Bookman Old Style" w:eastAsia="Bookman Old Style"/>
          <w:color w:val="000000"/>
          <w:sz w:val="18"/>
        </w:rPr>
        <w:t>B. populations</w:t>
      </w:r>
      <w:r>
        <w:tab/>
      </w:r>
      <w:r>
        <w:rPr>
          <w:rFonts w:ascii="Bookman Old Style" w:hAnsi="Bookman Old Style" w:eastAsia="Bookman Old Style"/>
          <w:color w:val="000000"/>
          <w:sz w:val="18"/>
        </w:rPr>
        <w:t>C. languages</w:t>
      </w:r>
      <w:r>
        <w:tab/>
      </w:r>
      <w:r>
        <w:rPr>
          <w:rFonts w:ascii="Bookman Old Style" w:hAnsi="Bookman Old Style" w:eastAsia="Bookman Old Style"/>
          <w:color w:val="000000"/>
          <w:sz w:val="18"/>
        </w:rPr>
        <w:t>D. towers only</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Australia is ______ island country.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We visited ______ British Museum in London.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w:t>
      </w:r>
      <w:r>
        <w:tab/>
      </w:r>
      <w:r>
        <w:rPr>
          <w:rFonts w:ascii="Bookman Old Style" w:hAnsi="Bookman Old Style" w:eastAsia="Bookman Old Style"/>
          <w:color w:val="000000"/>
          <w:sz w:val="18"/>
        </w:rPr>
        <w:t>B. an</w:t>
      </w:r>
      <w:r>
        <w:tab/>
      </w:r>
      <w:r>
        <w:rPr>
          <w:rFonts w:ascii="Bookman Old Style" w:hAnsi="Bookman Old Style" w:eastAsia="Bookman Old Style"/>
          <w:color w:val="000000"/>
          <w:sz w:val="18"/>
        </w:rPr>
        <w:t>C. the</w:t>
      </w:r>
      <w:r>
        <w:tab/>
      </w:r>
      <w:r>
        <w:rPr>
          <w:rFonts w:ascii="Bookman Old Style" w:hAnsi="Bookman Old Style" w:eastAsia="Bookman Old Style"/>
          <w:color w:val="000000"/>
          <w:sz w:val="18"/>
        </w:rPr>
        <w:t>D. Ø</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 xml:space="preserve">The view is </w:t>
      </w:r>
      <w:r>
        <w:rPr>
          <w:rFonts w:ascii="Bookman Old Style" w:hAnsi="Bookman Old Style" w:eastAsia="Bookman Old Style"/>
          <w:b/>
          <w:color w:val="000000"/>
          <w:sz w:val="18"/>
          <w:u w:val="single"/>
        </w:rPr>
        <w:t>spectacular</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amazing</w:t>
      </w:r>
      <w:r>
        <w:tab/>
      </w:r>
      <w:r>
        <w:rPr>
          <w:rFonts w:ascii="Bookman Old Style" w:hAnsi="Bookman Old Style" w:eastAsia="Bookman Old Style"/>
          <w:color w:val="000000"/>
          <w:sz w:val="18"/>
        </w:rPr>
        <w:t>B. ordinary</w:t>
      </w:r>
      <w:r>
        <w:tab/>
      </w:r>
      <w:r>
        <w:rPr>
          <w:rFonts w:ascii="Bookman Old Style" w:hAnsi="Bookman Old Style" w:eastAsia="Bookman Old Style"/>
          <w:color w:val="000000"/>
          <w:sz w:val="18"/>
        </w:rPr>
        <w:t>C. ancient</w:t>
      </w:r>
      <w:r>
        <w:tab/>
      </w:r>
      <w:r>
        <w:rPr>
          <w:rFonts w:ascii="Bookman Old Style" w:hAnsi="Bookman Old Style" w:eastAsia="Bookman Old Style"/>
          <w:color w:val="000000"/>
          <w:sz w:val="18"/>
        </w:rPr>
        <w:t>D. crowded</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 xml:space="preserve">The tower is a famous </w:t>
      </w:r>
      <w:r>
        <w:rPr>
          <w:rFonts w:ascii="Bookman Old Style" w:hAnsi="Bookman Old Style" w:eastAsia="Bookman Old Style"/>
          <w:b/>
          <w:color w:val="000000"/>
          <w:sz w:val="18"/>
          <w:u w:val="single"/>
        </w:rPr>
        <w:t>landmark</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tourist place</w:t>
      </w:r>
      <w:r>
        <w:tab/>
      </w:r>
      <w:r>
        <w:rPr>
          <w:rFonts w:ascii="Bookman Old Style" w:hAnsi="Bookman Old Style" w:eastAsia="Bookman Old Style"/>
          <w:color w:val="000000"/>
          <w:sz w:val="18"/>
        </w:rPr>
        <w:t>B. language</w:t>
      </w:r>
      <w:r>
        <w:tab/>
      </w:r>
      <w:r>
        <w:rPr>
          <w:rFonts w:ascii="Bookman Old Style" w:hAnsi="Bookman Old Style" w:eastAsia="Bookman Old Style"/>
          <w:color w:val="000000"/>
          <w:sz w:val="18"/>
        </w:rPr>
        <w:t>C. coastline</w:t>
      </w:r>
      <w:r>
        <w:tab/>
      </w:r>
      <w:r>
        <w:rPr>
          <w:rFonts w:ascii="Bookman Old Style" w:hAnsi="Bookman Old Style" w:eastAsia="Bookman Old Style"/>
          <w:color w:val="000000"/>
          <w:sz w:val="18"/>
        </w:rPr>
        <w:t>D. population</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 xml:space="preserve">The castle is </w:t>
      </w:r>
      <w:r>
        <w:rPr>
          <w:rFonts w:ascii="Bookman Old Style" w:hAnsi="Bookman Old Style" w:eastAsia="Bookman Old Style"/>
          <w:b/>
          <w:color w:val="000000"/>
          <w:sz w:val="18"/>
          <w:u w:val="single"/>
        </w:rPr>
        <w:t>ancient</w:t>
      </w:r>
      <w:r>
        <w:rPr>
          <w:rFonts w:ascii="Bookman Old Style" w:hAnsi="Bookman Old Style" w:eastAsia="Bookman Old Style"/>
          <w:color w:val="000000"/>
          <w:sz w:val="18"/>
        </w:rPr>
        <w: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old</w:t>
      </w:r>
      <w:r>
        <w:tab/>
      </w:r>
      <w:r>
        <w:rPr>
          <w:rFonts w:ascii="Bookman Old Style" w:hAnsi="Bookman Old Style" w:eastAsia="Bookman Old Style"/>
          <w:color w:val="000000"/>
          <w:sz w:val="18"/>
        </w:rPr>
        <w:t>B. modern</w:t>
      </w:r>
      <w:r>
        <w:tab/>
      </w:r>
      <w:r>
        <w:rPr>
          <w:rFonts w:ascii="Bookman Old Style" w:hAnsi="Bookman Old Style" w:eastAsia="Bookman Old Style"/>
          <w:color w:val="000000"/>
          <w:sz w:val="18"/>
        </w:rPr>
        <w:t>C. spectacular</w:t>
      </w:r>
      <w:r>
        <w:tab/>
      </w:r>
      <w:r>
        <w:rPr>
          <w:rFonts w:ascii="Bookman Old Style" w:hAnsi="Bookman Old Style" w:eastAsia="Bookman Old Style"/>
          <w:color w:val="000000"/>
          <w:sz w:val="18"/>
        </w:rPr>
        <w:t>D. national</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 xml:space="preserve">The town is </w:t>
      </w:r>
      <w:r>
        <w:rPr>
          <w:rFonts w:ascii="Bookman Old Style" w:hAnsi="Bookman Old Style" w:eastAsia="Bookman Old Style"/>
          <w:b/>
          <w:color w:val="000000"/>
          <w:sz w:val="18"/>
          <w:u w:val="single"/>
        </w:rPr>
        <w:t>crowded</w:t>
      </w:r>
      <w:r>
        <w:rPr>
          <w:rFonts w:ascii="Bookman Old Style" w:hAnsi="Bookman Old Style" w:eastAsia="Bookman Old Style"/>
          <w:color w:val="000000"/>
          <w:sz w:val="18"/>
        </w:rPr>
        <w:t xml:space="preserve"> in summer.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busy</w:t>
      </w:r>
      <w:r>
        <w:tab/>
      </w:r>
      <w:r>
        <w:rPr>
          <w:rFonts w:ascii="Bookman Old Style" w:hAnsi="Bookman Old Style" w:eastAsia="Bookman Old Style"/>
          <w:color w:val="000000"/>
          <w:sz w:val="18"/>
        </w:rPr>
        <w:t>B. empty</w:t>
      </w:r>
      <w:r>
        <w:tab/>
      </w:r>
      <w:r>
        <w:rPr>
          <w:rFonts w:ascii="Bookman Old Style" w:hAnsi="Bookman Old Style" w:eastAsia="Bookman Old Style"/>
          <w:color w:val="000000"/>
          <w:sz w:val="18"/>
        </w:rPr>
        <w:t>C. popular</w:t>
      </w:r>
      <w:r>
        <w:tab/>
      </w:r>
      <w:r>
        <w:rPr>
          <w:rFonts w:ascii="Bookman Old Style" w:hAnsi="Bookman Old Style" w:eastAsia="Bookman Old Style"/>
          <w:color w:val="000000"/>
          <w:sz w:val="18"/>
        </w:rPr>
        <w:t>D. coastal</w:t>
      </w:r>
    </w:p>
    <w:p>
      <w:r>
        <w:br w:type="page"/>
      </w:r>
    </w:p>
    <w:p>
      <w:pPr>
        <w:keepNext/>
        <w:spacing w:before="60" w:after="20" w:line="240" w:lineRule="auto"/>
      </w:pPr>
      <w:r>
        <w:rPr>
          <w:rFonts w:ascii="Bookman Old Style" w:hAnsi="Bookman Old Style" w:eastAsia="Bookman Old Style"/>
          <w:b/>
          <w:color w:val="0033CC"/>
          <w:sz w:val="19"/>
        </w:rPr>
        <w:t>Exercise 22: Listen to the short talk twice and circle the correct answer to each of the following questions.</w:t>
      </w:r>
    </w:p>
    <w:p>
      <w:pPr>
        <w:keepNext/>
        <w:spacing w:before="0" w:after="0" w:line="240" w:lineRule="auto"/>
      </w:pPr>
      <w:r>
        <w:rPr>
          <w:rFonts w:ascii="Bookman Old Style" w:hAnsi="Bookman Old Style" w:eastAsia="Bookman Old Style"/>
          <w:color w:val="000000"/>
          <w:sz w:val="19"/>
        </w:rPr>
        <w:t xml:space="preserve">1. </w:t>
      </w:r>
      <w:r>
        <w:rPr>
          <w:rFonts w:ascii="Bookman Old Style" w:hAnsi="Bookman Old Style" w:eastAsia="Bookman Old Style"/>
          <w:color w:val="000000"/>
          <w:sz w:val="19"/>
        </w:rPr>
        <w:t>What is the event about?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Canada</w:t>
      </w:r>
      <w:r>
        <w:tab/>
      </w:r>
      <w:r>
        <w:rPr>
          <w:rFonts w:ascii="Bookman Old Style" w:hAnsi="Bookman Old Style" w:eastAsia="Bookman Old Style"/>
          <w:color w:val="000000"/>
          <w:sz w:val="18"/>
        </w:rPr>
        <w:t>B. Australia</w:t>
      </w:r>
      <w:r>
        <w:tab/>
      </w:r>
      <w:r>
        <w:rPr>
          <w:rFonts w:ascii="Bookman Old Style" w:hAnsi="Bookman Old Style" w:eastAsia="Bookman Old Style"/>
          <w:color w:val="000000"/>
          <w:sz w:val="18"/>
        </w:rPr>
        <w:t>C. New Zealand</w:t>
      </w:r>
      <w:r>
        <w:tab/>
      </w:r>
      <w:r>
        <w:rPr>
          <w:rFonts w:ascii="Bookman Old Style" w:hAnsi="Bookman Old Style" w:eastAsia="Bookman Old Style"/>
          <w:color w:val="000000"/>
          <w:sz w:val="18"/>
        </w:rPr>
        <w:t>D. Scotland</w:t>
      </w:r>
    </w:p>
    <w:p>
      <w:pPr>
        <w:keepNext/>
        <w:spacing w:before="0" w:after="0" w:line="240" w:lineRule="auto"/>
      </w:pPr>
      <w:r>
        <w:rPr>
          <w:rFonts w:ascii="Bookman Old Style" w:hAnsi="Bookman Old Style" w:eastAsia="Bookman Old Style"/>
          <w:color w:val="000000"/>
          <w:sz w:val="19"/>
        </w:rPr>
        <w:t xml:space="preserve">2. </w:t>
      </w:r>
      <w:r>
        <w:rPr>
          <w:rFonts w:ascii="Bookman Old Style" w:hAnsi="Bookman Old Style" w:eastAsia="Bookman Old Style"/>
          <w:color w:val="000000"/>
          <w:sz w:val="19"/>
        </w:rPr>
        <w:t>When is the first talk?</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Nine</w:t>
      </w:r>
      <w:r>
        <w:tab/>
      </w:r>
      <w:r>
        <w:rPr>
          <w:rFonts w:ascii="Bookman Old Style" w:hAnsi="Bookman Old Style" w:eastAsia="Bookman Old Style"/>
          <w:color w:val="000000"/>
          <w:sz w:val="18"/>
        </w:rPr>
        <w:t>B. Nine thirty</w:t>
      </w:r>
      <w:r>
        <w:tab/>
      </w:r>
      <w:r>
        <w:rPr>
          <w:rFonts w:ascii="Bookman Old Style" w:hAnsi="Bookman Old Style" w:eastAsia="Bookman Old Style"/>
          <w:color w:val="000000"/>
          <w:sz w:val="18"/>
        </w:rPr>
        <w:t>C. Ten</w:t>
      </w:r>
      <w:r>
        <w:tab/>
      </w:r>
      <w:r>
        <w:rPr>
          <w:rFonts w:ascii="Bookman Old Style" w:hAnsi="Bookman Old Style" w:eastAsia="Bookman Old Style"/>
          <w:color w:val="000000"/>
          <w:sz w:val="18"/>
        </w:rPr>
        <w:t>D. Eleven</w:t>
      </w:r>
    </w:p>
    <w:p>
      <w:pPr>
        <w:keepNext/>
        <w:spacing w:before="0" w:after="0" w:line="240" w:lineRule="auto"/>
      </w:pPr>
      <w:r>
        <w:rPr>
          <w:rFonts w:ascii="Bookman Old Style" w:hAnsi="Bookman Old Style" w:eastAsia="Bookman Old Style"/>
          <w:color w:val="000000"/>
          <w:sz w:val="19"/>
        </w:rPr>
        <w:t xml:space="preserve">3. </w:t>
      </w:r>
      <w:r>
        <w:rPr>
          <w:rFonts w:ascii="Bookman Old Style" w:hAnsi="Bookman Old Style" w:eastAsia="Bookman Old Style"/>
          <w:color w:val="000000"/>
          <w:sz w:val="19"/>
        </w:rPr>
        <w:t>Who speaks at eleven?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film director</w:t>
      </w:r>
      <w:r>
        <w:tab/>
      </w:r>
      <w:r>
        <w:rPr>
          <w:rFonts w:ascii="Bookman Old Style" w:hAnsi="Bookman Old Style" w:eastAsia="Bookman Old Style"/>
          <w:color w:val="000000"/>
          <w:sz w:val="18"/>
        </w:rPr>
        <w:t>B. A wildlife expert</w:t>
      </w:r>
      <w:r>
        <w:tab/>
      </w:r>
      <w:r>
        <w:rPr>
          <w:rFonts w:ascii="Bookman Old Style" w:hAnsi="Bookman Old Style" w:eastAsia="Bookman Old Style"/>
          <w:color w:val="000000"/>
          <w:sz w:val="18"/>
        </w:rPr>
        <w:t>C. A teacher</w:t>
      </w:r>
      <w:r>
        <w:tab/>
      </w:r>
      <w:r>
        <w:rPr>
          <w:rFonts w:ascii="Bookman Old Style" w:hAnsi="Bookman Old Style" w:eastAsia="Bookman Old Style"/>
          <w:color w:val="000000"/>
          <w:sz w:val="18"/>
        </w:rPr>
        <w:t>D. A tourist</w:t>
      </w:r>
    </w:p>
    <w:p>
      <w:pPr>
        <w:keepNext/>
        <w:spacing w:before="0" w:after="0" w:line="240" w:lineRule="auto"/>
      </w:pPr>
      <w:r>
        <w:rPr>
          <w:rFonts w:ascii="Bookman Old Style" w:hAnsi="Bookman Old Style" w:eastAsia="Bookman Old Style"/>
          <w:color w:val="000000"/>
          <w:sz w:val="19"/>
        </w:rPr>
        <w:t xml:space="preserve">4. </w:t>
      </w:r>
      <w:r>
        <w:rPr>
          <w:rFonts w:ascii="Bookman Old Style" w:hAnsi="Bookman Old Style" w:eastAsia="Bookman Old Style"/>
          <w:color w:val="000000"/>
          <w:sz w:val="19"/>
        </w:rPr>
        <w:t>Where is the event?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 a museum</w:t>
      </w:r>
      <w:r>
        <w:tab/>
      </w:r>
      <w:r>
        <w:rPr>
          <w:rFonts w:ascii="Bookman Old Style" w:hAnsi="Bookman Old Style" w:eastAsia="Bookman Old Style"/>
          <w:color w:val="000000"/>
          <w:sz w:val="18"/>
        </w:rPr>
        <w:t>B. At the city library</w:t>
      </w:r>
      <w:r>
        <w:tab/>
      </w:r>
      <w:r>
        <w:rPr>
          <w:rFonts w:ascii="Bookman Old Style" w:hAnsi="Bookman Old Style" w:eastAsia="Bookman Old Style"/>
          <w:color w:val="000000"/>
          <w:sz w:val="18"/>
        </w:rPr>
        <w:t>C. At a school</w:t>
      </w:r>
      <w:r>
        <w:tab/>
      </w:r>
      <w:r>
        <w:rPr>
          <w:rFonts w:ascii="Bookman Old Style" w:hAnsi="Bookman Old Style" w:eastAsia="Bookman Old Style"/>
          <w:color w:val="000000"/>
          <w:sz w:val="18"/>
        </w:rPr>
        <w:t>D. At a zoo</w:t>
      </w:r>
    </w:p>
    <w:p>
      <w:pPr>
        <w:keepNext w:val="0"/>
        <w:spacing w:before="60" w:after="40" w:line="240" w:lineRule="auto"/>
      </w:pPr>
      <w:r>
        <w:rPr>
          <w:rFonts w:ascii="Bookman Old Style" w:hAnsi="Bookman Old Style" w:eastAsia="Bookman Old Style"/>
          <w:b/>
          <w:color w:val="0033CC"/>
          <w:sz w:val="18"/>
        </w:rPr>
        <w:t>Audio file: G7 - U12 - Ex22.mp3</w:t>
      </w:r>
    </w:p>
    <w:p>
      <w:r>
        <w:br w:type="page"/>
      </w:r>
    </w:p>
    <w:p>
      <w:pPr>
        <w:keepNext/>
        <w:spacing w:before="60" w:after="20" w:line="240" w:lineRule="auto"/>
      </w:pPr>
      <w:r>
        <w:rPr>
          <w:rFonts w:ascii="Bookman Old Style" w:hAnsi="Bookman Old Style" w:eastAsia="Bookman Old Style"/>
          <w:b/>
          <w:color w:val="0033CC"/>
          <w:sz w:val="19"/>
        </w:rPr>
        <w:t>Exercise 23: Listen to the conversation twice and decide whether the following sentences are True or False.</w:t>
      </w:r>
    </w:p>
    <w:tbl>
      <w:tblPr>
        <w:tblStyle w:val="TableGrid"/>
        <w:tblW w:type="dxa" w:w="10320"/>
        <w:jc w:val="center"/>
        <w:tblLayout w:type="fixed"/>
        <w:tblLook w:firstColumn="1" w:firstRow="1" w:lastColumn="0" w:lastRow="0" w:noHBand="0" w:noVBand="1" w:val="04A0"/>
      </w:tblPr>
      <w:tblGrid>
        <w:gridCol w:w="600"/>
        <w:gridCol w:w="8420"/>
        <w:gridCol w:w="650"/>
        <w:gridCol w:w="650"/>
      </w:tblGrid>
      <w:tr>
        <w:tc>
          <w:tcPr>
            <w:tcW w:type="dxa" w:w="60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No.</w:t>
            </w:r>
          </w:p>
        </w:tc>
        <w:tc>
          <w:tcPr>
            <w:tcW w:type="dxa" w:w="842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Statements</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T</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F</w:t>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1</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Minh wants to visit Canada.</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2</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Minh is interested only in cities.</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3</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Anna wants to explore an ancient castle.</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4</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Anna plans to go in winter.</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bl>
    <w:p>
      <w:pPr>
        <w:keepNext w:val="0"/>
        <w:spacing w:before="60" w:after="40" w:line="240" w:lineRule="auto"/>
      </w:pPr>
      <w:r>
        <w:rPr>
          <w:rFonts w:ascii="Bookman Old Style" w:hAnsi="Bookman Old Style" w:eastAsia="Bookman Old Style"/>
          <w:b/>
          <w:color w:val="0033CC"/>
          <w:sz w:val="18"/>
        </w:rPr>
        <w:t>Audio file: G7 - U12 - Ex23.mp3</w:t>
      </w:r>
    </w:p>
    <w:p>
      <w:r>
        <w:br w:type="page"/>
      </w:r>
    </w:p>
    <w:p>
      <w:pPr>
        <w:keepNext/>
        <w:spacing w:before="40" w:after="100" w:line="240" w:lineRule="auto"/>
      </w:pPr>
      <w:r>
        <w:rPr>
          <w:rFonts w:ascii="Bookman Old Style" w:hAnsi="Bookman Old Style" w:eastAsia="Bookman Old Style"/>
          <w:b/>
          <w:color w:val="0033CC"/>
          <w:sz w:val="22"/>
        </w:rPr>
        <w:t>E. LISTENING SCRIPTS</w:t>
      </w:r>
    </w:p>
    <w:p>
      <w:pPr>
        <w:keepNext/>
        <w:spacing w:before="40" w:after="20" w:line="240" w:lineRule="auto"/>
      </w:pPr>
      <w:r>
        <w:rPr>
          <w:rFonts w:ascii="Bookman Old Style" w:hAnsi="Bookman Old Style" w:eastAsia="Bookman Old Style"/>
          <w:b/>
          <w:color w:val="0033CC"/>
          <w:sz w:val="20"/>
        </w:rPr>
        <w:t>Exercise 22 - Short talk</w:t>
      </w:r>
    </w:p>
    <w:p>
      <w:pPr>
        <w:keepNext w:val="0"/>
        <w:spacing w:before="0" w:after="80" w:line="240" w:lineRule="auto"/>
      </w:pPr>
      <w:r>
        <w:rPr>
          <w:rFonts w:ascii="Bookman Old Style" w:hAnsi="Bookman Old Style" w:eastAsia="Bookman Old Style"/>
          <w:b/>
          <w:color w:val="0033CC"/>
          <w:sz w:val="18"/>
        </w:rPr>
        <w:t>Audio file: G7 - U12 - Ex22.mp3</w:t>
      </w:r>
    </w:p>
    <w:p>
      <w:pPr>
        <w:keepNext w:val="0"/>
        <w:spacing w:before="0" w:after="140" w:line="259" w:lineRule="auto"/>
        <w:ind w:left="227" w:right="227"/>
      </w:pPr>
      <w:r>
        <w:rPr>
          <w:rFonts w:ascii="Bookman Old Style" w:hAnsi="Bookman Old Style" w:eastAsia="Bookman Old Style"/>
          <w:color w:val="000000"/>
          <w:sz w:val="18"/>
        </w:rPr>
        <w:t>Welcome to our Australia information day. The first talk begins at nine thirty and introduces Sydney's famous landmarks. At eleven, a wildlife expert will speak about kangaroos and koalas. After lunch, visitors can learn simple Australian English expressions. The event is in Room Four of the city library, and entry is free.</w:t>
      </w:r>
    </w:p>
    <w:p>
      <w:pPr>
        <w:keepNext/>
        <w:spacing w:before="60" w:after="20" w:line="240" w:lineRule="auto"/>
      </w:pPr>
      <w:r>
        <w:rPr>
          <w:rFonts w:ascii="Bookman Old Style" w:hAnsi="Bookman Old Style" w:eastAsia="Bookman Old Style"/>
          <w:b/>
          <w:color w:val="0033CC"/>
          <w:sz w:val="20"/>
        </w:rPr>
        <w:t>Exercise 23 - Conversation</w:t>
      </w:r>
    </w:p>
    <w:p>
      <w:pPr>
        <w:keepNext w:val="0"/>
        <w:spacing w:before="0" w:after="80" w:line="240" w:lineRule="auto"/>
      </w:pPr>
      <w:r>
        <w:rPr>
          <w:rFonts w:ascii="Bookman Old Style" w:hAnsi="Bookman Old Style" w:eastAsia="Bookman Old Style"/>
          <w:b/>
          <w:color w:val="0033CC"/>
          <w:sz w:val="18"/>
        </w:rPr>
        <w:t>Audio file: G7 - U12 - Ex23.mp3</w:t>
      </w:r>
    </w:p>
    <w:p>
      <w:pPr>
        <w:keepNext w:val="0"/>
        <w:spacing w:before="0" w:after="40" w:line="252" w:lineRule="auto"/>
        <w:ind w:left="227"/>
      </w:pPr>
      <w:r>
        <w:rPr>
          <w:rFonts w:ascii="Bookman Old Style" w:hAnsi="Bookman Old Style" w:eastAsia="Bookman Old Style"/>
          <w:b/>
          <w:color w:val="0033CC"/>
          <w:sz w:val="18"/>
        </w:rPr>
        <w:t xml:space="preserve">Anna: </w:t>
      </w:r>
      <w:r>
        <w:rPr>
          <w:rFonts w:ascii="Bookman Old Style" w:hAnsi="Bookman Old Style" w:eastAsia="Bookman Old Style"/>
          <w:color w:val="000000"/>
          <w:sz w:val="18"/>
        </w:rPr>
        <w:t>Which English-speaking country would you like to visit, Minh?</w:t>
      </w:r>
    </w:p>
    <w:p>
      <w:pPr>
        <w:keepNext w:val="0"/>
        <w:spacing w:before="0" w:after="40" w:line="252" w:lineRule="auto"/>
        <w:ind w:left="227"/>
      </w:pPr>
      <w:r>
        <w:rPr>
          <w:rFonts w:ascii="Bookman Old Style" w:hAnsi="Bookman Old Style" w:eastAsia="Bookman Old Style"/>
          <w:b/>
          <w:color w:val="0033CC"/>
          <w:sz w:val="18"/>
        </w:rPr>
        <w:t xml:space="preserve">Minh: </w:t>
      </w:r>
      <w:r>
        <w:rPr>
          <w:rFonts w:ascii="Bookman Old Style" w:hAnsi="Bookman Old Style" w:eastAsia="Bookman Old Style"/>
          <w:color w:val="000000"/>
          <w:sz w:val="18"/>
        </w:rPr>
        <w:t>Canada. I want to see its lakes and mountains. What about you?</w:t>
      </w:r>
    </w:p>
    <w:p>
      <w:pPr>
        <w:keepNext w:val="0"/>
        <w:spacing w:before="0" w:after="40" w:line="252" w:lineRule="auto"/>
        <w:ind w:left="227"/>
      </w:pPr>
      <w:r>
        <w:rPr>
          <w:rFonts w:ascii="Bookman Old Style" w:hAnsi="Bookman Old Style" w:eastAsia="Bookman Old Style"/>
          <w:b/>
          <w:color w:val="0033CC"/>
          <w:sz w:val="18"/>
        </w:rPr>
        <w:t xml:space="preserve">Anna: </w:t>
      </w:r>
      <w:r>
        <w:rPr>
          <w:rFonts w:ascii="Bookman Old Style" w:hAnsi="Bookman Old Style" w:eastAsia="Bookman Old Style"/>
          <w:color w:val="000000"/>
          <w:sz w:val="18"/>
        </w:rPr>
        <w:t>I'd like to visit Scotland and explore an ancient castle.</w:t>
      </w:r>
    </w:p>
    <w:p>
      <w:pPr>
        <w:keepNext w:val="0"/>
        <w:spacing w:before="0" w:after="40" w:line="252" w:lineRule="auto"/>
        <w:ind w:left="227"/>
      </w:pPr>
      <w:r>
        <w:rPr>
          <w:rFonts w:ascii="Bookman Old Style" w:hAnsi="Bookman Old Style" w:eastAsia="Bookman Old Style"/>
          <w:b/>
          <w:color w:val="0033CC"/>
          <w:sz w:val="18"/>
        </w:rPr>
        <w:t xml:space="preserve">Minh: </w:t>
      </w:r>
      <w:r>
        <w:rPr>
          <w:rFonts w:ascii="Bookman Old Style" w:hAnsi="Bookman Old Style" w:eastAsia="Bookman Old Style"/>
          <w:color w:val="000000"/>
          <w:sz w:val="18"/>
        </w:rPr>
        <w:t>Would you go in winter?</w:t>
      </w:r>
    </w:p>
    <w:p>
      <w:pPr>
        <w:keepNext w:val="0"/>
        <w:spacing w:before="0" w:after="40" w:line="252" w:lineRule="auto"/>
        <w:ind w:left="227"/>
      </w:pPr>
      <w:r>
        <w:rPr>
          <w:rFonts w:ascii="Bookman Old Style" w:hAnsi="Bookman Old Style" w:eastAsia="Bookman Old Style"/>
          <w:b/>
          <w:color w:val="0033CC"/>
          <w:sz w:val="18"/>
        </w:rPr>
        <w:t xml:space="preserve">Anna: </w:t>
      </w:r>
      <w:r>
        <w:rPr>
          <w:rFonts w:ascii="Bookman Old Style" w:hAnsi="Bookman Old Style" w:eastAsia="Bookman Old Style"/>
          <w:color w:val="000000"/>
          <w:sz w:val="18"/>
        </w:rPr>
        <w:t>No. I would go in summer because the days are longer.</w:t>
      </w:r>
    </w:p>
    <w:p>
      <w:pPr>
        <w:keepNext w:val="0"/>
        <w:spacing w:before="160" w:after="0" w:line="240" w:lineRule="auto"/>
        <w:jc w:val="center"/>
      </w:pPr>
      <w:r>
        <w:rPr>
          <w:rFonts w:ascii="Bookman Old Style" w:hAnsi="Bookman Old Style" w:eastAsia="Bookman Old Style"/>
          <w:b/>
          <w:color w:val="000000"/>
          <w:sz w:val="21"/>
        </w:rPr>
        <w:t>--- THE END ---</w:t>
      </w:r>
    </w:p>
    <w:sectPr w:rsidR="00FC693F" w:rsidRPr="0006063C" w:rsidSect="00034616">
      <w:footerReference w:type="default" r:id="rId9"/>
      <w:pgSz w:w="11906" w:h="16838"/>
      <w:pgMar w:top="720" w:right="720" w:bottom="720" w:left="7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tabs>
        <w:tab w:pos="10205" w:val="left"/>
      </w:tabs>
      <w:spacing w:before="0" w:after="0" w:line="240" w:lineRule="auto"/>
      <w:jc w:val="left"/>
    </w:pPr>
    <w:r>
      <w:rPr>
        <w:rFonts w:ascii="Bookman Old Style" w:hAnsi="Bookman Old Style" w:eastAsia="Bookman Old Style"/>
        <w:b/>
        <w:color w:val="2E75B6"/>
        <w:sz w:val="20"/>
      </w:rPr>
      <w:t>Bài tập Tiếng Anh 7 (Global Success)</w:t>
    </w:r>
    <w:r>
      <w:tab/>
    </w:r>
    <w:r>
      <w:rPr>
        <w:rFonts w:ascii="Bookman Old Style" w:hAnsi="Bookman Old Style" w:eastAsia="Bookman Old Style"/>
        <w:b/>
        <w:color w:val="2E75B6"/>
        <w:sz w:val="20"/>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Bookman Old Style" w:hAnsi="Bookman Old Style" w:eastAsia="Bookman Old Styl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