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8</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SPORTS AND GAMES</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aerobics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/eəˈrəʊbɪks/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thể dục nhịp điệu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athlete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/ˈæθliːt/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vận động viên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badminton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/ˈbædmɪntən/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cầu lông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basketball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/ˈbɑːskɪtbɔːl/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bóng rổ</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boxing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/ˈbɒksɪŋ/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quyền anh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champion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/ˈtʃæmpiən/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nhà vô địch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competition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/ˌkɒmpəˈtɪʃn/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cuộc thi đấu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court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/kɔːt/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sân thi đấu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cycling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/ˈsaɪklɪŋ/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môn đạp xe</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equipment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/ɪˈkwɪpmənt/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thiết bị, dụng cụ</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fit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/fɪt/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cân đối, khỏe mạnh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football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/ˈfʊtbɔːl/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bóng đá</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goggles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/ˈɡɒɡlz/</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kính bơi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gym</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/dʒɪm/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phòng tập thể dục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karate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/kəˈrɑːti/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võ karate</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marathon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/ˈmærəθən/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cuộc chạy ma-ra-tông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match</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/mætʃ/</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trận đấu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racket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/ˈrækɪt/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vợt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referee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/ˌrefəˈriː/</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trọng tài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score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/skɔː(r)/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ghi bàn; tỉ số</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skiing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/ˈskiːɪŋ/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môn trượt tuyết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stadium</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/ˈsteɪdiəm/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sân vận động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swimsuit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/ˈswɪmsuːt/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đồ bơi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tournament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/ˈtʊənəmənt/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giải đấu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volleyball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/ˈvɒlibɔːl/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bóng chuyền</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sport (n): thể thao; sporty (adj): yêu thể thao; sportsman / sportswoman (n): vận động viên</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compete (v): thi đấu; competition (n): cuộc thi; competitor (n): người thi đấu; competitive (adj)</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act (v): hành động; action (n): hành động; active (adj): năng động; activity (n): hoạt động; actively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win (v): chiến thắng; winner (n): người thắng; winning (adj): giành chiến thắng</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health (n): sức khỏe; healthy (adj): khỏe mạnh; unhealthy (adj); healthily (adv)</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1. The past simple</w:t>
      </w:r>
    </w:p>
    <w:p>
      <w:pPr>
        <w:spacing w:after="0"/>
        <w:ind w:left="227" w:hanging="170"/>
      </w:pPr>
      <w:r>
        <w:rPr>
          <w:rFonts w:ascii="Times New Roman" w:hAnsi="Times New Roman" w:eastAsia="Times New Roman"/>
          <w:color w:val="000000"/>
          <w:sz w:val="20"/>
        </w:rPr>
        <w:t>• Dùng để diễn tả hành động đã xảy ra và kết thúc trong quá khứ. Dấu hiệu: yesterday, last ..., ... ago.</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 S + V2 / V-ed.   (-) S + did not + V.   (?) Did + S + V?</w:t>
            </w:r>
          </w:p>
        </w:tc>
      </w:tr>
    </w:tbl>
    <w:p>
      <w:pPr>
        <w:spacing w:after="0"/>
        <w:ind w:left="227" w:hanging="170"/>
      </w:pPr>
      <w:r>
        <w:rPr>
          <w:rFonts w:ascii="Times New Roman" w:hAnsi="Times New Roman" w:eastAsia="Times New Roman"/>
          <w:color w:val="000000"/>
          <w:sz w:val="20"/>
        </w:rPr>
        <w:t>• Với động từ be: I/he/she/it was; we/you/they were.</w:t>
      </w:r>
    </w:p>
    <w:p>
      <w:pPr>
        <w:keepNext/>
        <w:keepLines/>
        <w:spacing w:before="60" w:after="20"/>
      </w:pPr>
      <w:r>
        <w:rPr>
          <w:rFonts w:ascii="Times New Roman" w:hAnsi="Times New Roman" w:eastAsia="Times New Roman"/>
          <w:b/>
          <w:color w:val="1254B7"/>
          <w:sz w:val="23"/>
        </w:rPr>
        <w:t>2. Imperatives</w:t>
      </w:r>
    </w:p>
    <w:p>
      <w:pPr>
        <w:spacing w:after="0"/>
        <w:ind w:left="227" w:hanging="170"/>
      </w:pPr>
      <w:r>
        <w:rPr>
          <w:rFonts w:ascii="Times New Roman" w:hAnsi="Times New Roman" w:eastAsia="Times New Roman"/>
          <w:color w:val="000000"/>
          <w:sz w:val="20"/>
        </w:rPr>
        <w:t>• Dùng động từ nguyên mẫu để ra lệnh hoặc hướng dẫn; thêm Don't trước động từ để tạo mệnh lệnh phủ định.</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V-inf ...! / Don't + V-inf ...!</w:t>
            </w:r>
          </w:p>
        </w:tc>
      </w:tr>
    </w:tbl>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word whose underlined vowel sound is pronounced differently (/e/ or /æ/).</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tennis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exercise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match</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racket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marathon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active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member</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helmet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track</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badminton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medal</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send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event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left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stadium</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captain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fantastic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racket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tennis</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medal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exercise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basket</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champion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help</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step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member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match</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swam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went</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football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tennis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boxing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karate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racket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stadium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referee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marathon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volleyball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basketball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competition</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active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healthy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famous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event</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winner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cycling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swimming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complete</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'thể dục nhịp điệu'?</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aerobics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badminton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basketball</w:t>
            </w:r>
          </w:p>
        </w:tc>
      </w:tr>
    </w:tbl>
    <w:p>
      <w:pPr>
        <w:spacing w:after="0"/>
        <w:ind w:left="0" w:firstLine="0"/>
      </w:pPr>
      <w:r>
        <w:rPr>
          <w:rFonts w:ascii="Times New Roman" w:hAnsi="Times New Roman" w:eastAsia="Times New Roman"/>
          <w:b w:val="0"/>
          <w:i w:val="0"/>
          <w:color w:val="000000"/>
          <w:sz w:val="21"/>
        </w:rPr>
        <w:t>2. Which word or phrase means 'vận động viên'?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boxing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champion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competition</w:t>
            </w:r>
          </w:p>
        </w:tc>
      </w:tr>
    </w:tbl>
    <w:p>
      <w:pPr>
        <w:spacing w:after="0"/>
        <w:ind w:left="0" w:firstLine="0"/>
      </w:pPr>
      <w:r>
        <w:rPr>
          <w:rFonts w:ascii="Times New Roman" w:hAnsi="Times New Roman" w:eastAsia="Times New Roman"/>
          <w:b w:val="0"/>
          <w:i w:val="0"/>
          <w:color w:val="000000"/>
          <w:sz w:val="21"/>
        </w:rPr>
        <w:t>3. Which word or phrase means 'cầu lông'?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court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cycling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badminton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equipment</w:t>
            </w:r>
          </w:p>
        </w:tc>
      </w:tr>
    </w:tbl>
    <w:p>
      <w:pPr>
        <w:spacing w:after="0"/>
        <w:ind w:left="0" w:firstLine="0"/>
      </w:pPr>
      <w:r>
        <w:rPr>
          <w:rFonts w:ascii="Times New Roman" w:hAnsi="Times New Roman" w:eastAsia="Times New Roman"/>
          <w:b w:val="0"/>
          <w:i w:val="0"/>
          <w:color w:val="000000"/>
          <w:sz w:val="21"/>
        </w:rPr>
        <w:t>4. Which word or phrase means 'bóng rổ'?</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football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goggles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basketball</w:t>
            </w:r>
          </w:p>
        </w:tc>
      </w:tr>
    </w:tbl>
    <w:p>
      <w:pPr>
        <w:spacing w:after="0"/>
        <w:ind w:left="0" w:firstLine="0"/>
      </w:pPr>
      <w:r>
        <w:rPr>
          <w:rFonts w:ascii="Times New Roman" w:hAnsi="Times New Roman" w:eastAsia="Times New Roman"/>
          <w:b w:val="0"/>
          <w:i w:val="0"/>
          <w:color w:val="000000"/>
          <w:sz w:val="21"/>
        </w:rPr>
        <w:t>5. Which word or phrase means 'quyền anh'?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boxing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gym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karate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marathon</w:t>
            </w:r>
          </w:p>
        </w:tc>
      </w:tr>
    </w:tbl>
    <w:p>
      <w:pPr>
        <w:spacing w:after="0"/>
        <w:ind w:left="0" w:firstLine="0"/>
      </w:pPr>
      <w:r>
        <w:rPr>
          <w:rFonts w:ascii="Times New Roman" w:hAnsi="Times New Roman" w:eastAsia="Times New Roman"/>
          <w:b w:val="0"/>
          <w:i w:val="0"/>
          <w:color w:val="000000"/>
          <w:sz w:val="21"/>
        </w:rPr>
        <w:t>6. Which word or phrase means 'nhà vô địch'?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champion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racket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referee</w:t>
            </w:r>
          </w:p>
        </w:tc>
      </w:tr>
    </w:tbl>
    <w:p>
      <w:pPr>
        <w:spacing w:after="0"/>
        <w:ind w:left="0" w:firstLine="0"/>
      </w:pPr>
      <w:r>
        <w:rPr>
          <w:rFonts w:ascii="Times New Roman" w:hAnsi="Times New Roman" w:eastAsia="Times New Roman"/>
          <w:b w:val="0"/>
          <w:i w:val="0"/>
          <w:color w:val="000000"/>
          <w:sz w:val="21"/>
        </w:rPr>
        <w:t>7. Which word or phrase means 'cuộc thi đấu'?</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skiing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competition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stadium</w:t>
            </w:r>
          </w:p>
        </w:tc>
      </w:tr>
    </w:tbl>
    <w:p>
      <w:pPr>
        <w:spacing w:after="0"/>
        <w:ind w:left="0" w:firstLine="0"/>
      </w:pPr>
      <w:r>
        <w:rPr>
          <w:rFonts w:ascii="Times New Roman" w:hAnsi="Times New Roman" w:eastAsia="Times New Roman"/>
          <w:b w:val="0"/>
          <w:i w:val="0"/>
          <w:color w:val="000000"/>
          <w:sz w:val="21"/>
        </w:rPr>
        <w:t>8. You need a _____ to play tennis or badminton.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swimsuit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tournament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volleyball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racket</w:t>
            </w:r>
          </w:p>
        </w:tc>
      </w:tr>
    </w:tbl>
    <w:p>
      <w:pPr>
        <w:spacing w:after="0"/>
        <w:ind w:left="0" w:firstLine="0"/>
      </w:pPr>
      <w:r>
        <w:rPr>
          <w:rFonts w:ascii="Times New Roman" w:hAnsi="Times New Roman" w:eastAsia="Times New Roman"/>
          <w:b w:val="0"/>
          <w:i w:val="0"/>
          <w:color w:val="000000"/>
          <w:sz w:val="21"/>
        </w:rPr>
        <w:t>9. The _____ blew his whistle and stopped the match.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referee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aerobics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badminton</w:t>
            </w:r>
          </w:p>
        </w:tc>
      </w:tr>
    </w:tbl>
    <w:p>
      <w:pPr>
        <w:spacing w:after="0"/>
        <w:ind w:left="0" w:firstLine="0"/>
      </w:pPr>
      <w:r>
        <w:rPr>
          <w:rFonts w:ascii="Times New Roman" w:hAnsi="Times New Roman" w:eastAsia="Times New Roman"/>
          <w:b w:val="0"/>
          <w:i w:val="0"/>
          <w:color w:val="000000"/>
          <w:sz w:val="21"/>
        </w:rPr>
        <w:t>10. Thousands of fans cheered inside the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basketball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stadium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boxing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champion</w:t>
            </w:r>
          </w:p>
        </w:tc>
      </w:tr>
    </w:tbl>
    <w:p>
      <w:pPr>
        <w:spacing w:after="0"/>
        <w:ind w:left="0" w:firstLine="0"/>
      </w:pPr>
      <w:r>
        <w:rPr>
          <w:rFonts w:ascii="Times New Roman" w:hAnsi="Times New Roman" w:eastAsia="Times New Roman"/>
          <w:b w:val="0"/>
          <w:i w:val="0"/>
          <w:color w:val="000000"/>
          <w:sz w:val="21"/>
        </w:rPr>
        <w:t>11. Wear _____ to protect your eyes when you swim.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competition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court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goggles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cycling</w:t>
            </w:r>
          </w:p>
        </w:tc>
      </w:tr>
    </w:tbl>
    <w:p>
      <w:pPr>
        <w:spacing w:after="0"/>
        <w:ind w:left="0" w:firstLine="0"/>
      </w:pPr>
      <w:r>
        <w:rPr>
          <w:rFonts w:ascii="Times New Roman" w:hAnsi="Times New Roman" w:eastAsia="Times New Roman"/>
          <w:b w:val="0"/>
          <w:i w:val="0"/>
          <w:color w:val="000000"/>
          <w:sz w:val="21"/>
        </w:rPr>
        <w:t>12. The final _____ was 2-1 to our school.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equipment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football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score</w:t>
            </w:r>
          </w:p>
        </w:tc>
      </w:tr>
    </w:tbl>
    <w:p>
      <w:pPr>
        <w:spacing w:after="0"/>
        <w:ind w:left="0" w:firstLine="0"/>
      </w:pPr>
      <w:r>
        <w:rPr>
          <w:rFonts w:ascii="Times New Roman" w:hAnsi="Times New Roman" w:eastAsia="Times New Roman"/>
          <w:b w:val="0"/>
          <w:i w:val="0"/>
          <w:color w:val="000000"/>
          <w:sz w:val="21"/>
        </w:rPr>
        <w:t>13. Mai does _____ to music every morning.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aerobics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gym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karate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marathon</w:t>
            </w:r>
          </w:p>
        </w:tc>
      </w:tr>
    </w:tbl>
    <w:p>
      <w:pPr>
        <w:spacing w:after="0"/>
        <w:ind w:left="0" w:firstLine="0"/>
      </w:pPr>
      <w:r>
        <w:rPr>
          <w:rFonts w:ascii="Times New Roman" w:hAnsi="Times New Roman" w:eastAsia="Times New Roman"/>
          <w:b w:val="0"/>
          <w:i w:val="0"/>
          <w:color w:val="000000"/>
          <w:sz w:val="21"/>
        </w:rPr>
        <w:t>14. The school bought new sports _____ for the gym.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equipment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racket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referee</w:t>
            </w:r>
          </w:p>
        </w:tc>
      </w:tr>
    </w:tbl>
    <w:p>
      <w:pPr>
        <w:spacing w:after="0"/>
        <w:ind w:left="0" w:firstLine="0"/>
      </w:pPr>
      <w:r>
        <w:rPr>
          <w:rFonts w:ascii="Times New Roman" w:hAnsi="Times New Roman" w:eastAsia="Times New Roman"/>
          <w:b w:val="0"/>
          <w:i w:val="0"/>
          <w:color w:val="000000"/>
          <w:sz w:val="21"/>
        </w:rPr>
        <w:t>15. After months of training, he became the national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skiing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champion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stadium</w:t>
            </w:r>
          </w:p>
        </w:tc>
      </w:tr>
    </w:tbl>
    <w:p>
      <w:pPr>
        <w:spacing w:after="0"/>
        <w:ind w:left="0" w:firstLine="0"/>
      </w:pPr>
      <w:r>
        <w:rPr>
          <w:rFonts w:ascii="Times New Roman" w:hAnsi="Times New Roman" w:eastAsia="Times New Roman"/>
          <w:b w:val="0"/>
          <w:i w:val="0"/>
          <w:color w:val="000000"/>
          <w:sz w:val="21"/>
        </w:rPr>
        <w:t>16. We _____ basketball after school yesterday.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play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played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plays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 playing</w:t>
            </w:r>
          </w:p>
        </w:tc>
      </w:tr>
    </w:tbl>
    <w:p>
      <w:pPr>
        <w:spacing w:after="0"/>
        <w:ind w:left="0" w:firstLine="0"/>
      </w:pPr>
      <w:r>
        <w:rPr>
          <w:rFonts w:ascii="Times New Roman" w:hAnsi="Times New Roman" w:eastAsia="Times New Roman"/>
          <w:b w:val="0"/>
          <w:i w:val="0"/>
          <w:color w:val="000000"/>
          <w:sz w:val="21"/>
        </w:rPr>
        <w:t>17. Lan _____ to the gym last Sunday.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going</w:t>
            </w:r>
          </w:p>
        </w:tc>
      </w:tr>
    </w:tbl>
    <w:p>
      <w:pPr>
        <w:spacing w:after="0"/>
        <w:ind w:left="0" w:firstLine="0"/>
      </w:pPr>
      <w:r>
        <w:rPr>
          <w:rFonts w:ascii="Times New Roman" w:hAnsi="Times New Roman" w:eastAsia="Times New Roman"/>
          <w:b w:val="0"/>
          <w:i w:val="0"/>
          <w:color w:val="000000"/>
          <w:sz w:val="21"/>
        </w:rPr>
        <w:t>18. They _____ the match because it rained.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didn't finish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don't finish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weren't finish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not finished</w:t>
            </w:r>
          </w:p>
        </w:tc>
      </w:tr>
    </w:tbl>
    <w:p>
      <w:pPr>
        <w:spacing w:after="0"/>
        <w:ind w:left="0" w:firstLine="0"/>
      </w:pPr>
      <w:r>
        <w:rPr>
          <w:rFonts w:ascii="Times New Roman" w:hAnsi="Times New Roman" w:eastAsia="Times New Roman"/>
          <w:b w:val="0"/>
          <w:i w:val="0"/>
          <w:color w:val="000000"/>
          <w:sz w:val="21"/>
        </w:rPr>
        <w:t>19. _____ you watch the final last night?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w:t>
            </w:r>
          </w:p>
        </w:tc>
      </w:tr>
    </w:tbl>
    <w:p>
      <w:pPr>
        <w:spacing w:after="0"/>
        <w:ind w:left="0" w:firstLine="0"/>
      </w:pPr>
      <w:r>
        <w:rPr>
          <w:rFonts w:ascii="Times New Roman" w:hAnsi="Times New Roman" w:eastAsia="Times New Roman"/>
          <w:b w:val="0"/>
          <w:i w:val="0"/>
          <w:color w:val="000000"/>
          <w:sz w:val="21"/>
        </w:rPr>
        <w:t>20. Our team _____ very happy after the victory.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w:t>
            </w:r>
          </w:p>
        </w:tc>
      </w:tr>
    </w:tbl>
    <w:p>
      <w:pPr>
        <w:spacing w:after="0"/>
        <w:ind w:left="0" w:firstLine="0"/>
      </w:pPr>
      <w:r>
        <w:rPr>
          <w:rFonts w:ascii="Times New Roman" w:hAnsi="Times New Roman" w:eastAsia="Times New Roman"/>
          <w:b w:val="0"/>
          <w:i w:val="0"/>
          <w:color w:val="000000"/>
          <w:sz w:val="21"/>
        </w:rPr>
        <w:t>21. The players _____ tired after the marathon.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w:t>
            </w:r>
          </w:p>
        </w:tc>
      </w:tr>
    </w:tbl>
    <w:p>
      <w:pPr>
        <w:spacing w:after="0"/>
        <w:ind w:left="0" w:firstLine="0"/>
      </w:pPr>
      <w:r>
        <w:rPr>
          <w:rFonts w:ascii="Times New Roman" w:hAnsi="Times New Roman" w:eastAsia="Times New Roman"/>
          <w:b w:val="0"/>
          <w:i w:val="0"/>
          <w:color w:val="000000"/>
          <w:sz w:val="21"/>
        </w:rPr>
        <w:t>22. _____ your shoes before entering the gym.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Changing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Changed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Change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Changes</w:t>
            </w:r>
          </w:p>
        </w:tc>
      </w:tr>
    </w:tbl>
    <w:p>
      <w:pPr>
        <w:spacing w:after="0"/>
        <w:ind w:left="0" w:firstLine="0"/>
      </w:pPr>
      <w:r>
        <w:rPr>
          <w:rFonts w:ascii="Times New Roman" w:hAnsi="Times New Roman" w:eastAsia="Times New Roman"/>
          <w:b w:val="0"/>
          <w:i w:val="0"/>
          <w:color w:val="000000"/>
          <w:sz w:val="21"/>
        </w:rPr>
        <w:t>23. _____ run near the swimming pool.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Doesn't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Didn't</w:t>
            </w:r>
          </w:p>
        </w:tc>
      </w:tr>
    </w:tbl>
    <w:p>
      <w:pPr>
        <w:spacing w:after="0"/>
        <w:ind w:left="0" w:firstLine="0"/>
      </w:pPr>
      <w:r>
        <w:rPr>
          <w:rFonts w:ascii="Times New Roman" w:hAnsi="Times New Roman" w:eastAsia="Times New Roman"/>
          <w:b w:val="0"/>
          <w:i w:val="0"/>
          <w:color w:val="000000"/>
          <w:sz w:val="21"/>
        </w:rPr>
        <w:t>24. Please _____ the ball to your teammate.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passed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passes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passing</w:t>
            </w:r>
          </w:p>
        </w:tc>
      </w:tr>
    </w:tbl>
    <w:p>
      <w:pPr>
        <w:spacing w:after="0"/>
        <w:ind w:left="0" w:firstLine="0"/>
      </w:pPr>
      <w:r>
        <w:rPr>
          <w:rFonts w:ascii="Times New Roman" w:hAnsi="Times New Roman" w:eastAsia="Times New Roman"/>
          <w:b w:val="0"/>
          <w:i w:val="0"/>
          <w:color w:val="000000"/>
          <w:sz w:val="21"/>
        </w:rPr>
        <w:t>25. My brother _____ three goals two days ago.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scores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scored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scoring</w:t>
            </w:r>
          </w:p>
        </w:tc>
      </w:tr>
    </w:tbl>
    <w:p>
      <w:pPr>
        <w:spacing w:after="0"/>
        <w:ind w:left="0" w:firstLine="0"/>
      </w:pPr>
      <w:r>
        <w:rPr>
          <w:rFonts w:ascii="Times New Roman" w:hAnsi="Times New Roman" w:eastAsia="Times New Roman"/>
          <w:b w:val="0"/>
          <w:i w:val="0"/>
          <w:color w:val="000000"/>
          <w:sz w:val="21"/>
        </w:rPr>
        <w:t>26. Where _____ you play badminton yesterday?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w:t>
            </w:r>
          </w:p>
        </w:tc>
      </w:tr>
    </w:tbl>
    <w:p>
      <w:pPr>
        <w:spacing w:after="0"/>
        <w:ind w:left="0" w:firstLine="0"/>
      </w:pPr>
      <w:r>
        <w:rPr>
          <w:rFonts w:ascii="Times New Roman" w:hAnsi="Times New Roman" w:eastAsia="Times New Roman"/>
          <w:b w:val="0"/>
          <w:i w:val="0"/>
          <w:color w:val="000000"/>
          <w:sz w:val="21"/>
        </w:rPr>
        <w:t>27. The tournament _____ at nine o'clock last Saturday.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start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started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starts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starting</w:t>
            </w:r>
          </w:p>
        </w:tc>
      </w:tr>
    </w:tbl>
    <w:p>
      <w:pPr>
        <w:spacing w:after="0"/>
        <w:ind w:left="0" w:firstLine="0"/>
      </w:pPr>
      <w:r>
        <w:rPr>
          <w:rFonts w:ascii="Times New Roman" w:hAnsi="Times New Roman" w:eastAsia="Times New Roman"/>
          <w:b w:val="0"/>
          <w:i w:val="0"/>
          <w:color w:val="000000"/>
          <w:sz w:val="21"/>
        </w:rPr>
        <w:t>28. _____ careful when you use this equipment.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Was</w:t>
            </w:r>
          </w:p>
        </w:tc>
      </w:tr>
    </w:tbl>
    <w:p>
      <w:pPr>
        <w:spacing w:after="0"/>
        <w:ind w:left="0" w:firstLine="0"/>
      </w:pPr>
      <w:r>
        <w:rPr>
          <w:rFonts w:ascii="Times New Roman" w:hAnsi="Times New Roman" w:eastAsia="Times New Roman"/>
          <w:b w:val="0"/>
          <w:i w:val="0"/>
          <w:color w:val="000000"/>
          <w:sz w:val="21"/>
        </w:rPr>
        <w:t>29. The athlete _____ a new record last year.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sets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setting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was set</w:t>
            </w:r>
          </w:p>
        </w:tc>
      </w:tr>
    </w:tbl>
    <w:p>
      <w:pPr>
        <w:spacing w:after="0"/>
        <w:ind w:left="0" w:firstLine="0"/>
      </w:pPr>
      <w:r>
        <w:rPr>
          <w:rFonts w:ascii="Times New Roman" w:hAnsi="Times New Roman" w:eastAsia="Times New Roman"/>
          <w:b w:val="0"/>
          <w:i w:val="0"/>
          <w:color w:val="000000"/>
          <w:sz w:val="21"/>
        </w:rPr>
        <w:t>30. We _____ any medals in the competition.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didn't win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don't won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weren't win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not win</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The athlete was fit and strong.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healthy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slow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tired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weak</w:t>
            </w:r>
          </w:p>
        </w:tc>
      </w:tr>
    </w:tbl>
    <w:p>
      <w:pPr>
        <w:spacing w:after="0"/>
        <w:ind w:left="0" w:firstLine="0"/>
      </w:pPr>
      <w:r>
        <w:rPr>
          <w:rFonts w:ascii="Times New Roman" w:hAnsi="Times New Roman" w:eastAsia="Times New Roman"/>
          <w:b w:val="0"/>
          <w:i w:val="0"/>
          <w:color w:val="000000"/>
          <w:sz w:val="21"/>
        </w:rPr>
        <w:t>2. Our team won the final match.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last game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first lesson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training plan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sports club</w:t>
            </w:r>
          </w:p>
        </w:tc>
      </w:tr>
    </w:tbl>
    <w:p>
      <w:pPr>
        <w:spacing w:after="0"/>
        <w:ind w:left="0" w:firstLine="0"/>
      </w:pPr>
      <w:r>
        <w:rPr>
          <w:rFonts w:ascii="Times New Roman" w:hAnsi="Times New Roman" w:eastAsia="Times New Roman"/>
          <w:b w:val="0"/>
          <w:i w:val="0"/>
          <w:color w:val="000000"/>
          <w:sz w:val="21"/>
        </w:rPr>
        <w:t>3. The stadium was crowded.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full of people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very quiet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quite small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closed</w:t>
            </w:r>
          </w:p>
        </w:tc>
      </w:tr>
    </w:tbl>
    <w:p>
      <w:pPr>
        <w:spacing w:after="0"/>
        <w:ind w:left="0" w:firstLine="0"/>
      </w:pPr>
      <w:r>
        <w:rPr>
          <w:rFonts w:ascii="Times New Roman" w:hAnsi="Times New Roman" w:eastAsia="Times New Roman"/>
          <w:b w:val="0"/>
          <w:i w:val="0"/>
          <w:color w:val="000000"/>
          <w:sz w:val="21"/>
        </w:rPr>
        <w:t>4. He takes part in a cycling competition.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watches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joins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leaves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organises</w:t>
            </w:r>
          </w:p>
        </w:tc>
      </w:tr>
    </w:tbl>
    <w:p>
      <w:pPr>
        <w:spacing w:after="0"/>
        <w:ind w:left="0" w:firstLine="0"/>
      </w:pPr>
      <w:r>
        <w:rPr>
          <w:rFonts w:ascii="Times New Roman" w:hAnsi="Times New Roman" w:eastAsia="Times New Roman"/>
          <w:b w:val="0"/>
          <w:i w:val="0"/>
          <w:color w:val="000000"/>
          <w:sz w:val="21"/>
        </w:rPr>
        <w:t>5. The referee stopped the game.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player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official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coach</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Our team won the match.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played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started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watched</w:t>
            </w:r>
          </w:p>
        </w:tc>
      </w:tr>
    </w:tbl>
    <w:p>
      <w:pPr>
        <w:spacing w:after="0"/>
        <w:ind w:left="0" w:firstLine="0"/>
      </w:pPr>
      <w:r>
        <w:rPr>
          <w:rFonts w:ascii="Times New Roman" w:hAnsi="Times New Roman" w:eastAsia="Times New Roman"/>
          <w:b w:val="0"/>
          <w:i w:val="0"/>
          <w:color w:val="000000"/>
          <w:sz w:val="21"/>
        </w:rPr>
        <w:t>2. She is a strong swimmer.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weak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active</w:t>
            </w:r>
          </w:p>
        </w:tc>
      </w:tr>
    </w:tbl>
    <w:p>
      <w:pPr>
        <w:spacing w:after="0"/>
        <w:ind w:left="0" w:firstLine="0"/>
      </w:pPr>
      <w:r>
        <w:rPr>
          <w:rFonts w:ascii="Times New Roman" w:hAnsi="Times New Roman" w:eastAsia="Times New Roman"/>
          <w:b w:val="0"/>
          <w:i w:val="0"/>
          <w:color w:val="000000"/>
          <w:sz w:val="21"/>
        </w:rPr>
        <w:t>3. The gym is open today.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closed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clean</w:t>
            </w:r>
          </w:p>
        </w:tc>
      </w:tr>
    </w:tbl>
    <w:p>
      <w:pPr>
        <w:spacing w:after="0"/>
        <w:ind w:left="0" w:firstLine="0"/>
      </w:pPr>
      <w:r>
        <w:rPr>
          <w:rFonts w:ascii="Times New Roman" w:hAnsi="Times New Roman" w:eastAsia="Times New Roman"/>
          <w:b w:val="0"/>
          <w:i w:val="0"/>
          <w:color w:val="000000"/>
          <w:sz w:val="21"/>
        </w:rPr>
        <w:t>4. This sport is dangerous.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safe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popular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exciting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difficult</w:t>
            </w:r>
          </w:p>
        </w:tc>
      </w:tr>
    </w:tbl>
    <w:p>
      <w:pPr>
        <w:spacing w:after="0"/>
        <w:ind w:left="0" w:firstLine="0"/>
      </w:pPr>
      <w:r>
        <w:rPr>
          <w:rFonts w:ascii="Times New Roman" w:hAnsi="Times New Roman" w:eastAsia="Times New Roman"/>
          <w:b w:val="0"/>
          <w:i w:val="0"/>
          <w:color w:val="000000"/>
          <w:sz w:val="21"/>
        </w:rPr>
        <w:t>5. The runners moved quickly.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carefully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slowly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quietly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happily</w:t>
            </w:r>
          </w:p>
        </w:tc>
      </w:tr>
    </w:tbl>
    <w:p>
      <w:pPr>
        <w:keepNext/>
        <w:keepLines/>
        <w:spacing w:before="40" w:after="20"/>
      </w:pPr>
      <w:r>
        <w:rPr>
          <w:rFonts w:ascii="Times New Roman" w:hAnsi="Times New Roman" w:eastAsia="Times New Roman"/>
          <w:b/>
          <w:color w:val="1254B7"/>
          <w:sz w:val="22"/>
        </w:rPr>
        <w:t>Exercise 6: Put the verbs in brackets in the past simple or complete the imperative.</w:t>
      </w:r>
    </w:p>
    <w:p>
      <w:pPr>
        <w:spacing w:after="0"/>
      </w:pPr>
      <w:r>
        <w:rPr>
          <w:rFonts w:ascii="Times New Roman" w:hAnsi="Times New Roman" w:eastAsia="Times New Roman"/>
          <w:color w:val="000000"/>
          <w:sz w:val="20"/>
        </w:rPr>
        <w:t xml:space="preserve">1. We _____ football in the park yesterday. (PLAY) </w:t>
      </w:r>
    </w:p>
    <w:p>
      <w:pPr>
        <w:spacing w:after="0"/>
      </w:pPr>
      <w:r>
        <w:rPr>
          <w:rFonts w:ascii="Times New Roman" w:hAnsi="Times New Roman" w:eastAsia="Times New Roman"/>
          <w:color w:val="000000"/>
          <w:sz w:val="20"/>
        </w:rPr>
        <w:t xml:space="preserve">2. My father _____ me a new racket last week. (BUY) </w:t>
      </w:r>
    </w:p>
    <w:p>
      <w:pPr>
        <w:spacing w:after="0"/>
      </w:pPr>
      <w:r>
        <w:rPr>
          <w:rFonts w:ascii="Times New Roman" w:hAnsi="Times New Roman" w:eastAsia="Times New Roman"/>
          <w:color w:val="000000"/>
          <w:sz w:val="20"/>
        </w:rPr>
        <w:t xml:space="preserve">3. Lan _____ swimming because the water was cold. (NOT GO) </w:t>
      </w:r>
    </w:p>
    <w:p>
      <w:pPr>
        <w:spacing w:after="0"/>
      </w:pPr>
      <w:r>
        <w:rPr>
          <w:rFonts w:ascii="Times New Roman" w:hAnsi="Times New Roman" w:eastAsia="Times New Roman"/>
          <w:color w:val="000000"/>
          <w:sz w:val="20"/>
        </w:rPr>
        <w:t xml:space="preserve">4. _____ Nam _____ the cycling race? (WIN) </w:t>
      </w:r>
    </w:p>
    <w:p>
      <w:pPr>
        <w:spacing w:after="0"/>
      </w:pPr>
      <w:r>
        <w:rPr>
          <w:rFonts w:ascii="Times New Roman" w:hAnsi="Times New Roman" w:eastAsia="Times New Roman"/>
          <w:color w:val="000000"/>
          <w:sz w:val="20"/>
        </w:rPr>
        <w:t xml:space="preserve">5. The match _____ at 5 p.m. (FINISH) </w:t>
      </w:r>
    </w:p>
    <w:p>
      <w:pPr>
        <w:spacing w:after="0"/>
      </w:pPr>
      <w:r>
        <w:rPr>
          <w:rFonts w:ascii="Times New Roman" w:hAnsi="Times New Roman" w:eastAsia="Times New Roman"/>
          <w:color w:val="000000"/>
          <w:sz w:val="20"/>
        </w:rPr>
        <w:t xml:space="preserve">6. They _____ at the stadium on Sunday. (BE) </w:t>
      </w:r>
    </w:p>
    <w:p>
      <w:pPr>
        <w:spacing w:after="0"/>
      </w:pPr>
      <w:r>
        <w:rPr>
          <w:rFonts w:ascii="Times New Roman" w:hAnsi="Times New Roman" w:eastAsia="Times New Roman"/>
          <w:color w:val="000000"/>
          <w:sz w:val="20"/>
        </w:rPr>
        <w:t xml:space="preserve">7. I _____ very tired after the run. (BE) </w:t>
      </w:r>
    </w:p>
    <w:p>
      <w:pPr>
        <w:spacing w:after="0"/>
      </w:pPr>
      <w:r>
        <w:rPr>
          <w:rFonts w:ascii="Times New Roman" w:hAnsi="Times New Roman" w:eastAsia="Times New Roman"/>
          <w:color w:val="000000"/>
          <w:sz w:val="20"/>
        </w:rPr>
        <w:t xml:space="preserve">8. The referee _____ the game for ten minutes. (STOP) </w:t>
      </w:r>
    </w:p>
    <w:p>
      <w:pPr>
        <w:spacing w:after="0"/>
      </w:pPr>
      <w:r>
        <w:rPr>
          <w:rFonts w:ascii="Times New Roman" w:hAnsi="Times New Roman" w:eastAsia="Times New Roman"/>
          <w:color w:val="000000"/>
          <w:sz w:val="20"/>
        </w:rPr>
        <w:t xml:space="preserve">9. Our class _____ three medals. (GET) </w:t>
      </w:r>
    </w:p>
    <w:p>
      <w:pPr>
        <w:spacing w:after="0"/>
      </w:pPr>
      <w:r>
        <w:rPr>
          <w:rFonts w:ascii="Times New Roman" w:hAnsi="Times New Roman" w:eastAsia="Times New Roman"/>
          <w:color w:val="000000"/>
          <w:sz w:val="20"/>
        </w:rPr>
        <w:t xml:space="preserve">10. Hoa _____ a volleyball match on TV. (WATCH) </w:t>
      </w:r>
    </w:p>
    <w:p>
      <w:pPr>
        <w:spacing w:after="0"/>
      </w:pPr>
      <w:r>
        <w:rPr>
          <w:rFonts w:ascii="Times New Roman" w:hAnsi="Times New Roman" w:eastAsia="Times New Roman"/>
          <w:color w:val="000000"/>
          <w:sz w:val="20"/>
        </w:rPr>
        <w:t xml:space="preserve">11. _____ your helmet before cycling. (WEAR) </w:t>
      </w:r>
    </w:p>
    <w:p>
      <w:pPr>
        <w:spacing w:after="0"/>
      </w:pPr>
      <w:r>
        <w:rPr>
          <w:rFonts w:ascii="Times New Roman" w:hAnsi="Times New Roman" w:eastAsia="Times New Roman"/>
          <w:color w:val="000000"/>
          <w:sz w:val="20"/>
        </w:rPr>
        <w:t xml:space="preserve">12. _____ the ball with your hands in football. (NOT TOUCH) </w:t>
      </w:r>
    </w:p>
    <w:p>
      <w:pPr>
        <w:spacing w:after="0"/>
      </w:pPr>
      <w:r>
        <w:rPr>
          <w:rFonts w:ascii="Times New Roman" w:hAnsi="Times New Roman" w:eastAsia="Times New Roman"/>
          <w:color w:val="000000"/>
          <w:sz w:val="20"/>
        </w:rPr>
        <w:t xml:space="preserve">13. _____ water after exercise. (DRINK) </w:t>
      </w:r>
    </w:p>
    <w:p>
      <w:pPr>
        <w:spacing w:after="0"/>
      </w:pPr>
      <w:r>
        <w:rPr>
          <w:rFonts w:ascii="Times New Roman" w:hAnsi="Times New Roman" w:eastAsia="Times New Roman"/>
          <w:color w:val="000000"/>
          <w:sz w:val="20"/>
        </w:rPr>
        <w:t xml:space="preserve">14. _____ late for the competition. (NOT BE) </w:t>
      </w:r>
    </w:p>
    <w:p>
      <w:pPr>
        <w:spacing w:after="0"/>
      </w:pPr>
      <w:r>
        <w:rPr>
          <w:rFonts w:ascii="Times New Roman" w:hAnsi="Times New Roman" w:eastAsia="Times New Roman"/>
          <w:color w:val="000000"/>
          <w:sz w:val="20"/>
        </w:rPr>
        <w:t xml:space="preserve">15. _____ the instructions carefully. (READ) </w:t>
      </w:r>
    </w:p>
    <w:p>
      <w:pPr>
        <w:keepNext/>
        <w:keepLines/>
        <w:spacing w:before="40" w:after="20"/>
      </w:pPr>
      <w:r>
        <w:rPr>
          <w:rFonts w:ascii="Times New Roman" w:hAnsi="Times New Roman" w:eastAsia="Times New Roman"/>
          <w:b/>
          <w:color w:val="1254B7"/>
          <w:sz w:val="22"/>
        </w:rPr>
        <w:t>Exercise 7: Rewrite the sentences in the past simple or as imperatives.</w:t>
      </w:r>
    </w:p>
    <w:p>
      <w:pPr>
        <w:spacing w:after="0"/>
      </w:pPr>
      <w:r>
        <w:rPr>
          <w:rFonts w:ascii="Times New Roman" w:hAnsi="Times New Roman" w:eastAsia="Times New Roman"/>
          <w:color w:val="000000"/>
          <w:sz w:val="20"/>
        </w:rPr>
        <w:t>1. We play basketball every Friday. (last Friday)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Nam does not go cycling today. (yesterday)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Does Mai win the race? (last week)</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The players are tired. (after the match yesterday)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You should wear a helmet.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You must not run by the pool.</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It is necessary to warm up before exercise.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You should not use broken equipment.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My sister is very _____. She plays three sports. (SPORT) </w:t>
      </w:r>
    </w:p>
    <w:p>
      <w:pPr>
        <w:spacing w:after="0"/>
      </w:pPr>
      <w:r>
        <w:rPr>
          <w:rFonts w:ascii="Times New Roman" w:hAnsi="Times New Roman" w:eastAsia="Times New Roman"/>
          <w:color w:val="000000"/>
          <w:sz w:val="20"/>
        </w:rPr>
        <w:t xml:space="preserve">2. The school football _____ begins next Monday. (COMPETE) </w:t>
      </w:r>
    </w:p>
    <w:p>
      <w:pPr>
        <w:spacing w:after="0"/>
      </w:pPr>
      <w:r>
        <w:rPr>
          <w:rFonts w:ascii="Times New Roman" w:hAnsi="Times New Roman" w:eastAsia="Times New Roman"/>
          <w:color w:val="000000"/>
          <w:sz w:val="20"/>
        </w:rPr>
        <w:t xml:space="preserve">3. All the _____ trained hard for the race. (COMPETE) </w:t>
      </w:r>
    </w:p>
    <w:p>
      <w:pPr>
        <w:spacing w:after="0"/>
      </w:pPr>
      <w:r>
        <w:rPr>
          <w:rFonts w:ascii="Times New Roman" w:hAnsi="Times New Roman" w:eastAsia="Times New Roman"/>
          <w:color w:val="000000"/>
          <w:sz w:val="20"/>
        </w:rPr>
        <w:t xml:space="preserve">4. Regular exercise keeps us _____. (HEALTH) </w:t>
      </w:r>
    </w:p>
    <w:p>
      <w:pPr>
        <w:spacing w:after="0"/>
      </w:pPr>
      <w:r>
        <w:rPr>
          <w:rFonts w:ascii="Times New Roman" w:hAnsi="Times New Roman" w:eastAsia="Times New Roman"/>
          <w:color w:val="000000"/>
          <w:sz w:val="20"/>
        </w:rPr>
        <w:t xml:space="preserve">5. Walking is a simple physical _____. (ACT) </w:t>
      </w:r>
    </w:p>
    <w:p>
      <w:pPr>
        <w:spacing w:after="0"/>
      </w:pPr>
      <w:r>
        <w:rPr>
          <w:rFonts w:ascii="Times New Roman" w:hAnsi="Times New Roman" w:eastAsia="Times New Roman"/>
          <w:color w:val="000000"/>
          <w:sz w:val="20"/>
        </w:rPr>
        <w:t xml:space="preserve">6. The _____ received a gold medal. (WIN) </w:t>
      </w:r>
    </w:p>
    <w:p>
      <w:pPr>
        <w:spacing w:after="0"/>
      </w:pPr>
      <w:r>
        <w:rPr>
          <w:rFonts w:ascii="Times New Roman" w:hAnsi="Times New Roman" w:eastAsia="Times New Roman"/>
          <w:color w:val="000000"/>
          <w:sz w:val="20"/>
        </w:rPr>
        <w:t xml:space="preserve">7. The children played _____. (ACTIVE) </w:t>
      </w:r>
    </w:p>
    <w:p>
      <w:pPr>
        <w:spacing w:after="0"/>
      </w:pPr>
      <w:r>
        <w:rPr>
          <w:rFonts w:ascii="Times New Roman" w:hAnsi="Times New Roman" w:eastAsia="Times New Roman"/>
          <w:color w:val="000000"/>
          <w:sz w:val="20"/>
        </w:rPr>
        <w:t xml:space="preserve">8. Swimming helps build your _____. (STRONG) </w:t>
      </w:r>
    </w:p>
    <w:p>
      <w:pPr>
        <w:spacing w:after="0"/>
      </w:pPr>
      <w:r>
        <w:rPr>
          <w:rFonts w:ascii="Times New Roman" w:hAnsi="Times New Roman" w:eastAsia="Times New Roman"/>
          <w:color w:val="000000"/>
          <w:sz w:val="20"/>
        </w:rPr>
        <w:t xml:space="preserve">9. The event was a great _____. (SUCCEED) </w:t>
      </w:r>
    </w:p>
    <w:p>
      <w:pPr>
        <w:spacing w:after="0"/>
      </w:pPr>
      <w:r>
        <w:rPr>
          <w:rFonts w:ascii="Times New Roman" w:hAnsi="Times New Roman" w:eastAsia="Times New Roman"/>
          <w:color w:val="000000"/>
          <w:sz w:val="20"/>
        </w:rPr>
        <w:t xml:space="preserve">10. The team celebrated their _____. (VICTORIOUS)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'What sport do you play?'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Badminton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school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Yesterday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 Nam</w:t>
            </w:r>
          </w:p>
        </w:tc>
      </w:tr>
    </w:tbl>
    <w:p>
      <w:pPr>
        <w:spacing w:after="0"/>
        <w:ind w:left="0" w:firstLine="0"/>
      </w:pPr>
      <w:r>
        <w:rPr>
          <w:rFonts w:ascii="Times New Roman" w:hAnsi="Times New Roman" w:eastAsia="Times New Roman"/>
          <w:b w:val="0"/>
          <w:i w:val="0"/>
          <w:color w:val="000000"/>
          <w:sz w:val="21"/>
        </w:rPr>
        <w:t>2. 'Did your team win?'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Yes, we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Yes, we do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we aren't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4 p.m.</w:t>
            </w:r>
          </w:p>
        </w:tc>
      </w:tr>
    </w:tbl>
    <w:p>
      <w:pPr>
        <w:spacing w:after="0"/>
        <w:ind w:left="0" w:firstLine="0"/>
      </w:pPr>
      <w:r>
        <w:rPr>
          <w:rFonts w:ascii="Times New Roman" w:hAnsi="Times New Roman" w:eastAsia="Times New Roman"/>
          <w:b w:val="0"/>
          <w:i w:val="0"/>
          <w:color w:val="000000"/>
          <w:sz w:val="21"/>
        </w:rPr>
        <w:t>3. 'Don't run near the pool.'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You're welcome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Sorry, I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Yes, I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it isn't</w:t>
            </w:r>
          </w:p>
        </w:tc>
      </w:tr>
    </w:tbl>
    <w:p>
      <w:pPr>
        <w:spacing w:after="0"/>
        <w:ind w:left="0" w:firstLine="0"/>
      </w:pPr>
      <w:r>
        <w:rPr>
          <w:rFonts w:ascii="Times New Roman" w:hAnsi="Times New Roman" w:eastAsia="Times New Roman"/>
          <w:b w:val="0"/>
          <w:i w:val="0"/>
          <w:color w:val="000000"/>
          <w:sz w:val="21"/>
        </w:rPr>
        <w:t>4. 'How was the match?'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was exciting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the stadium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Two hours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Our teacher</w:t>
            </w:r>
          </w:p>
        </w:tc>
      </w:tr>
    </w:tbl>
    <w:p>
      <w:pPr>
        <w:spacing w:after="0"/>
        <w:ind w:left="0" w:firstLine="0"/>
      </w:pPr>
      <w:r>
        <w:rPr>
          <w:rFonts w:ascii="Times New Roman" w:hAnsi="Times New Roman" w:eastAsia="Times New Roman"/>
          <w:b w:val="0"/>
          <w:i w:val="0"/>
          <w:color w:val="000000"/>
          <w:sz w:val="21"/>
        </w:rPr>
        <w:t>5. 'Let's play volleyball.'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Great idea!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was yesterday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 am a referee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score</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Did you watch the match last night?</w:t>
      </w:r>
    </w:p>
    <w:p>
      <w:pPr>
        <w:ind w:left="255"/>
      </w:pPr>
      <w:r>
        <w:rPr>
          <w:rFonts w:ascii="Times New Roman" w:hAnsi="Times New Roman" w:eastAsia="Times New Roman"/>
          <w:color w:val="000000"/>
          <w:sz w:val="20"/>
        </w:rPr>
        <w:t>b. Yes. Our school won 2-0.</w:t>
      </w:r>
    </w:p>
    <w:p>
      <w:pPr>
        <w:ind w:left="255"/>
      </w:pPr>
      <w:r>
        <w:rPr>
          <w:rFonts w:ascii="Times New Roman" w:hAnsi="Times New Roman" w:eastAsia="Times New Roman"/>
          <w:color w:val="000000"/>
          <w:sz w:val="20"/>
        </w:rPr>
        <w:t>c. That's wonderful!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b-c-a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What sport do you like?</w:t>
      </w:r>
    </w:p>
    <w:p>
      <w:pPr>
        <w:ind w:left="255"/>
      </w:pPr>
      <w:r>
        <w:rPr>
          <w:rFonts w:ascii="Times New Roman" w:hAnsi="Times New Roman" w:eastAsia="Times New Roman"/>
          <w:color w:val="000000"/>
          <w:sz w:val="20"/>
        </w:rPr>
        <w:t>b. I like badminton.</w:t>
      </w:r>
    </w:p>
    <w:p>
      <w:pPr>
        <w:ind w:left="255"/>
      </w:pPr>
      <w:r>
        <w:rPr>
          <w:rFonts w:ascii="Times New Roman" w:hAnsi="Times New Roman" w:eastAsia="Times New Roman"/>
          <w:color w:val="000000"/>
          <w:sz w:val="20"/>
        </w:rPr>
        <w:t>c. How often do you play it?</w:t>
      </w:r>
    </w:p>
    <w:p>
      <w:pPr>
        <w:ind w:left="255"/>
      </w:pPr>
      <w:r>
        <w:rPr>
          <w:rFonts w:ascii="Times New Roman" w:hAnsi="Times New Roman" w:eastAsia="Times New Roman"/>
          <w:color w:val="000000"/>
          <w:sz w:val="20"/>
        </w:rPr>
        <w:t>d. Three times a week.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c-d-a-b</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Please wear your helmet.</w:t>
      </w:r>
    </w:p>
    <w:p>
      <w:pPr>
        <w:ind w:left="255"/>
      </w:pPr>
      <w:r>
        <w:rPr>
          <w:rFonts w:ascii="Times New Roman" w:hAnsi="Times New Roman" w:eastAsia="Times New Roman"/>
          <w:color w:val="000000"/>
          <w:sz w:val="20"/>
        </w:rPr>
        <w:t>b. I left it at home.</w:t>
      </w:r>
    </w:p>
    <w:p>
      <w:pPr>
        <w:ind w:left="255"/>
      </w:pPr>
      <w:r>
        <w:rPr>
          <w:rFonts w:ascii="Times New Roman" w:hAnsi="Times New Roman" w:eastAsia="Times New Roman"/>
          <w:color w:val="000000"/>
          <w:sz w:val="20"/>
        </w:rPr>
        <w:t>c. Then you should not ride your bike.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8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does the sign mean?</w:t>
            </w:r>
          </w:p>
          <w:p>
            <w:r>
              <w:rPr>
                <w:rFonts w:ascii="Times New Roman" w:hAnsi="Times New Roman" w:eastAsia="Times New Roman"/>
                <w:b w:val="0"/>
                <w:i w:val="0"/>
                <w:color w:val="000000"/>
                <w:sz w:val="19"/>
              </w:rPr>
              <w:t>A. You can play football here.</w:t>
            </w:r>
          </w:p>
          <w:p>
            <w:r>
              <w:rPr>
                <w:rFonts w:ascii="Times New Roman" w:hAnsi="Times New Roman" w:eastAsia="Times New Roman"/>
                <w:b w:val="0"/>
                <w:i w:val="0"/>
                <w:color w:val="000000"/>
                <w:sz w:val="19"/>
              </w:rPr>
              <w:t>B. Ball games are not allowed.</w:t>
            </w:r>
          </w:p>
          <w:p>
            <w:r>
              <w:rPr>
                <w:rFonts w:ascii="Times New Roman" w:hAnsi="Times New Roman" w:eastAsia="Times New Roman"/>
                <w:b w:val="0"/>
                <w:i w:val="0"/>
                <w:color w:val="000000"/>
                <w:sz w:val="19"/>
              </w:rPr>
              <w:t>C. Only tennis is allowed.</w:t>
            </w:r>
          </w:p>
          <w:p>
            <w:r>
              <w:rPr>
                <w:rFonts w:ascii="Times New Roman" w:hAnsi="Times New Roman" w:eastAsia="Times New Roman"/>
                <w:b w:val="0"/>
                <w:i w:val="0"/>
                <w:color w:val="000000"/>
                <w:sz w:val="19"/>
              </w:rPr>
              <w:t>D. Buy a ball here.</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8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can people do here?</w:t>
            </w:r>
          </w:p>
          <w:p>
            <w:r>
              <w:rPr>
                <w:rFonts w:ascii="Times New Roman" w:hAnsi="Times New Roman" w:eastAsia="Times New Roman"/>
                <w:b w:val="0"/>
                <w:i w:val="0"/>
                <w:color w:val="000000"/>
                <w:sz w:val="19"/>
              </w:rPr>
              <w:t>A. Go swimming</w:t>
            </w:r>
          </w:p>
          <w:p>
            <w:r>
              <w:rPr>
                <w:rFonts w:ascii="Times New Roman" w:hAnsi="Times New Roman" w:eastAsia="Times New Roman"/>
                <w:b w:val="0"/>
                <w:i w:val="0"/>
                <w:color w:val="000000"/>
                <w:sz w:val="19"/>
              </w:rPr>
              <w:t>B. Play chess</w:t>
            </w:r>
          </w:p>
          <w:p>
            <w:r>
              <w:rPr>
                <w:rFonts w:ascii="Times New Roman" w:hAnsi="Times New Roman" w:eastAsia="Times New Roman"/>
                <w:b w:val="0"/>
                <w:i w:val="0"/>
                <w:color w:val="000000"/>
                <w:sz w:val="19"/>
              </w:rPr>
              <w:t>C. Go skiing</w:t>
            </w:r>
          </w:p>
          <w:p>
            <w:r>
              <w:rPr>
                <w:rFonts w:ascii="Times New Roman" w:hAnsi="Times New Roman" w:eastAsia="Times New Roman"/>
                <w:b w:val="0"/>
                <w:i w:val="0"/>
                <w:color w:val="000000"/>
                <w:sz w:val="19"/>
              </w:rPr>
              <w:t>D. Play basketball</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8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What must cyclists do?</w:t>
            </w:r>
          </w:p>
          <w:p>
            <w:r>
              <w:rPr>
                <w:rFonts w:ascii="Times New Roman" w:hAnsi="Times New Roman" w:eastAsia="Times New Roman"/>
                <w:b w:val="0"/>
                <w:i w:val="0"/>
                <w:color w:val="000000"/>
                <w:sz w:val="19"/>
              </w:rPr>
              <w:t>A. Ride faster</w:t>
            </w:r>
          </w:p>
          <w:p>
            <w:r>
              <w:rPr>
                <w:rFonts w:ascii="Times New Roman" w:hAnsi="Times New Roman" w:eastAsia="Times New Roman"/>
                <w:b w:val="0"/>
                <w:i w:val="0"/>
                <w:color w:val="000000"/>
                <w:sz w:val="19"/>
              </w:rPr>
              <w:t>B. Wear a helmet</w:t>
            </w:r>
          </w:p>
          <w:p>
            <w:r>
              <w:rPr>
                <w:rFonts w:ascii="Times New Roman" w:hAnsi="Times New Roman" w:eastAsia="Times New Roman"/>
                <w:b w:val="0"/>
                <w:i w:val="0"/>
                <w:color w:val="000000"/>
                <w:sz w:val="19"/>
              </w:rPr>
              <w:t>C. Carry a racket</w:t>
            </w:r>
          </w:p>
          <w:p>
            <w:r>
              <w:rPr>
                <w:rFonts w:ascii="Times New Roman" w:hAnsi="Times New Roman" w:eastAsia="Times New Roman"/>
                <w:b w:val="0"/>
                <w:i w:val="0"/>
                <w:color w:val="000000"/>
                <w:sz w:val="19"/>
              </w:rPr>
              <w:t>D. Stop cycling</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8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What does this sign show?</w:t>
            </w:r>
          </w:p>
          <w:p>
            <w:r>
              <w:rPr>
                <w:rFonts w:ascii="Times New Roman" w:hAnsi="Times New Roman" w:eastAsia="Times New Roman"/>
                <w:b w:val="0"/>
                <w:i w:val="0"/>
                <w:color w:val="000000"/>
                <w:sz w:val="19"/>
              </w:rPr>
              <w:t>A. The finishing point</w:t>
            </w:r>
          </w:p>
          <w:p>
            <w:r>
              <w:rPr>
                <w:rFonts w:ascii="Times New Roman" w:hAnsi="Times New Roman" w:eastAsia="Times New Roman"/>
                <w:b w:val="0"/>
                <w:i w:val="0"/>
                <w:color w:val="000000"/>
                <w:sz w:val="19"/>
              </w:rPr>
              <w:t>B. The changing room</w:t>
            </w:r>
          </w:p>
          <w:p>
            <w:r>
              <w:rPr>
                <w:rFonts w:ascii="Times New Roman" w:hAnsi="Times New Roman" w:eastAsia="Times New Roman"/>
                <w:b w:val="0"/>
                <w:i w:val="0"/>
                <w:color w:val="000000"/>
                <w:sz w:val="19"/>
              </w:rPr>
              <w:t>C. The starting point</w:t>
            </w:r>
          </w:p>
          <w:p>
            <w:r>
              <w:rPr>
                <w:rFonts w:ascii="Times New Roman" w:hAnsi="Times New Roman" w:eastAsia="Times New Roman"/>
                <w:b w:val="0"/>
                <w:i w:val="0"/>
                <w:color w:val="000000"/>
                <w:sz w:val="19"/>
              </w:rPr>
              <w:t>D. The ticket office</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8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Where can an injured player get help?</w:t>
            </w:r>
          </w:p>
          <w:p>
            <w:r>
              <w:rPr>
                <w:rFonts w:ascii="Times New Roman" w:hAnsi="Times New Roman" w:eastAsia="Times New Roman"/>
                <w:b w:val="0"/>
                <w:i w:val="0"/>
                <w:color w:val="000000"/>
                <w:sz w:val="19"/>
              </w:rPr>
              <w:t>A. At this point</w:t>
            </w:r>
          </w:p>
          <w:p>
            <w:r>
              <w:rPr>
                <w:rFonts w:ascii="Times New Roman" w:hAnsi="Times New Roman" w:eastAsia="Times New Roman"/>
                <w:b w:val="0"/>
                <w:i w:val="0"/>
                <w:color w:val="000000"/>
                <w:sz w:val="19"/>
              </w:rPr>
              <w:t>B. At the scoreboard</w:t>
            </w:r>
          </w:p>
          <w:p>
            <w:r>
              <w:rPr>
                <w:rFonts w:ascii="Times New Roman" w:hAnsi="Times New Roman" w:eastAsia="Times New Roman"/>
                <w:b w:val="0"/>
                <w:i w:val="0"/>
                <w:color w:val="000000"/>
                <w:sz w:val="19"/>
              </w:rPr>
              <w:t>C. At the car park</w:t>
            </w:r>
          </w:p>
          <w:p>
            <w:r>
              <w:rPr>
                <w:rFonts w:ascii="Times New Roman" w:hAnsi="Times New Roman" w:eastAsia="Times New Roman"/>
                <w:b w:val="0"/>
                <w:i w:val="0"/>
                <w:color w:val="000000"/>
                <w:sz w:val="19"/>
              </w:rPr>
              <w:t>D. At the café</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SCHOOL SPORTS DAY</w:t>
            </w:r>
          </w:p>
          <w:p>
            <w:pPr>
              <w:jc w:val="both"/>
            </w:pPr>
            <w:r>
              <w:rPr>
                <w:rFonts w:ascii="Times New Roman" w:hAnsi="Times New Roman" w:eastAsia="Times New Roman"/>
                <w:color w:val="000000"/>
                <w:sz w:val="20"/>
              </w:rPr>
              <w:t>Come to our Sports Day (1) _____ Saturday, 18 March. Students can join running, badminton and basketball events. Please (2) _____ sports shoes and bring water. Each event begins (3) _____ time, so arrive early. Register with your PE teacher (4) _____ Thursday.</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for</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wearing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wears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after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before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during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between</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BEGINNER BADMINTON CLUB</w:t>
            </w:r>
          </w:p>
          <w:p>
            <w:pPr>
              <w:jc w:val="both"/>
            </w:pPr>
            <w:r>
              <w:rPr>
                <w:rFonts w:ascii="Times New Roman" w:hAnsi="Times New Roman" w:eastAsia="Times New Roman"/>
                <w:color w:val="000000"/>
                <w:sz w:val="20"/>
              </w:rPr>
              <w:t>Would you like to learn badminton? Our friendly coach (1) _____ beginners every Tuesday. You do not need your own racket because the club (2) _____ all equipment. Sessions start at 4 p.m. and (3) _____ one hour. Join us and become fitter (4) _____ stronger!</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teach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teaches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taught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teaching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provides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provided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provide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providing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lasts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lasting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lasted</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MY FIRST MARATHON</w:t>
            </w:r>
          </w:p>
          <w:p>
            <w:pPr>
              <w:jc w:val="both"/>
            </w:pPr>
            <w:r>
              <w:rPr>
                <w:rFonts w:ascii="Times New Roman" w:hAnsi="Times New Roman" w:eastAsia="Times New Roman"/>
                <w:color w:val="000000"/>
                <w:sz w:val="20"/>
              </w:rPr>
              <w:t>Last Sunday, I (1) _____ in a five-kilometre race with my father. We arrived early and (2) _____ up carefully. At nine o'clock, the race (3) _____. My father ran faster than me, (4) _____ he waited near the finish. I was tired but very happy when I (5) _____ the line.</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join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joined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joins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joining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warm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warms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warmed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warming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start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starts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started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starting</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cross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crossed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crosses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crossing</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VOLLEYBALL FINAL</w:t>
            </w:r>
          </w:p>
          <w:p>
            <w:pPr>
              <w:jc w:val="both"/>
            </w:pPr>
            <w:r>
              <w:rPr>
                <w:rFonts w:ascii="Times New Roman" w:hAnsi="Times New Roman" w:eastAsia="Times New Roman"/>
                <w:color w:val="000000"/>
                <w:sz w:val="20"/>
              </w:rPr>
              <w:t>Our school volleyball team played the final yesterday. The players (1) _____ nervous at first, but their coach told them to stay calm. They (2) _____ the first set and won the next two. In the last set, Mai (3) _____ five points. The crowd cheered loudly when our team (4) _____. After the match, the captain thanked everyone (5) _____ their support.</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lose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losing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scored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scores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scoring</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winning</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A MEMORABLE SPORTS DAY</w:t>
      </w:r>
    </w:p>
    <w:p>
      <w:pPr>
        <w:spacing w:after="20"/>
        <w:jc w:val="both"/>
      </w:pPr>
      <w:r>
        <w:rPr>
          <w:rFonts w:ascii="Times New Roman" w:hAnsi="Times New Roman" w:eastAsia="Times New Roman"/>
          <w:color w:val="000000"/>
          <w:sz w:val="20"/>
        </w:rPr>
        <w:t>Last Friday, Green Hill School held its annual Sports Day. The morning began with a 100-metre race. Hoa finished first, only one second ahead of Mai. After that, students took part in long jump, basketball and tug of war. It rained briefly at noon, so the teachers moved badminton matches into the gym. Class 6B won the most medals, but every class received a prize for teamwork. The head teacher said good sportsmanship was more important than winning. Students ended the day by cleaning the field together.</w:t>
      </w:r>
    </w:p>
    <w:p>
      <w:pPr>
        <w:spacing w:after="0"/>
        <w:ind w:left="0" w:firstLine="0"/>
      </w:pPr>
      <w:r>
        <w:rPr>
          <w:rFonts w:ascii="Times New Roman" w:hAnsi="Times New Roman" w:eastAsia="Times New Roman"/>
          <w:b w:val="0"/>
          <w:i w:val="0"/>
          <w:color w:val="000000"/>
          <w:sz w:val="21"/>
        </w:rPr>
        <w:t>1. When was Sports Day held?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Thursday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Friday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Saturday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Sunday</w:t>
            </w:r>
          </w:p>
        </w:tc>
      </w:tr>
    </w:tbl>
    <w:p>
      <w:pPr>
        <w:spacing w:after="0"/>
        <w:ind w:left="0" w:firstLine="0"/>
      </w:pPr>
      <w:r>
        <w:rPr>
          <w:rFonts w:ascii="Times New Roman" w:hAnsi="Times New Roman" w:eastAsia="Times New Roman"/>
          <w:b w:val="0"/>
          <w:i w:val="0"/>
          <w:color w:val="000000"/>
          <w:sz w:val="21"/>
        </w:rPr>
        <w:t>2. Who won the 100-metre race?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Mai</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teacher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Class 6B</w:t>
            </w:r>
          </w:p>
        </w:tc>
      </w:tr>
    </w:tbl>
    <w:p>
      <w:pPr>
        <w:spacing w:after="0"/>
        <w:ind w:left="0" w:firstLine="0"/>
      </w:pPr>
      <w:r>
        <w:rPr>
          <w:rFonts w:ascii="Times New Roman" w:hAnsi="Times New Roman" w:eastAsia="Times New Roman"/>
          <w:b w:val="0"/>
          <w:i w:val="0"/>
          <w:color w:val="000000"/>
          <w:sz w:val="21"/>
        </w:rPr>
        <w:t>3. Why did badminton move indoors?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was too hot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rained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gym was new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Students were tired</w:t>
            </w:r>
          </w:p>
        </w:tc>
      </w:tr>
    </w:tbl>
    <w:p>
      <w:pPr>
        <w:spacing w:after="0"/>
        <w:ind w:left="0" w:firstLine="0"/>
      </w:pPr>
      <w:r>
        <w:rPr>
          <w:rFonts w:ascii="Times New Roman" w:hAnsi="Times New Roman" w:eastAsia="Times New Roman"/>
          <w:b w:val="0"/>
          <w:i w:val="0"/>
          <w:color w:val="000000"/>
          <w:sz w:val="21"/>
        </w:rPr>
        <w:t>4. What prize did every class receive?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gold medal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teamwork prize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trophy</w:t>
            </w:r>
          </w:p>
        </w:tc>
      </w:tr>
    </w:tbl>
    <w:p>
      <w:pPr>
        <w:spacing w:after="0"/>
        <w:ind w:left="0" w:firstLine="0"/>
      </w:pPr>
      <w:r>
        <w:rPr>
          <w:rFonts w:ascii="Times New Roman" w:hAnsi="Times New Roman" w:eastAsia="Times New Roman"/>
          <w:b w:val="0"/>
          <w:i w:val="0"/>
          <w:color w:val="000000"/>
          <w:sz w:val="21"/>
        </w:rPr>
        <w:t>5. What lesson did the head teacher stress?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Winning is everything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Team spirit matters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Only running is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Clean fields are expensive</w:t>
            </w:r>
          </w:p>
        </w:tc>
      </w:tr>
    </w:tbl>
    <w:p>
      <w:r>
        <w:rPr>
          <w:rFonts w:ascii="Times New Roman" w:hAnsi="Times New Roman" w:eastAsia="Times New Roman"/>
          <w:b/>
          <w:color w:val="000000"/>
          <w:sz w:val="21"/>
        </w:rPr>
        <w:t>2. MINH'S NEW SPORT</w:t>
      </w:r>
    </w:p>
    <w:p>
      <w:pPr>
        <w:spacing w:after="20"/>
        <w:jc w:val="both"/>
      </w:pPr>
      <w:r>
        <w:rPr>
          <w:rFonts w:ascii="Times New Roman" w:hAnsi="Times New Roman" w:eastAsia="Times New Roman"/>
          <w:color w:val="000000"/>
          <w:sz w:val="20"/>
        </w:rPr>
        <w:t>Minh used to think table tennis was easy until he joined the school club. In his first lesson, he learned how to hold the racket and serve the ball. At first, he missed many shots. The coach told him to watch the ball carefully and bend his knees. Minh practised twice a week and played short games with older students. After two months, he entered a beginners' tournament. He did not win the final, but he reached the semi-final and made several new friends. Now table tennis is his favourite sport.</w:t>
      </w:r>
    </w:p>
    <w:p>
      <w:pPr>
        <w:spacing w:after="0"/>
        <w:ind w:left="0" w:firstLine="0"/>
      </w:pPr>
      <w:r>
        <w:rPr>
          <w:rFonts w:ascii="Times New Roman" w:hAnsi="Times New Roman" w:eastAsia="Times New Roman"/>
          <w:b w:val="0"/>
          <w:i w:val="0"/>
          <w:color w:val="000000"/>
          <w:sz w:val="21"/>
        </w:rPr>
        <w:t>1. What did Minh think at first?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Table tennis was easy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club was closed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 could not exercise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coach was old</w:t>
            </w:r>
          </w:p>
        </w:tc>
      </w:tr>
    </w:tbl>
    <w:p>
      <w:pPr>
        <w:spacing w:after="0"/>
        <w:ind w:left="0" w:firstLine="0"/>
      </w:pPr>
      <w:r>
        <w:rPr>
          <w:rFonts w:ascii="Times New Roman" w:hAnsi="Times New Roman" w:eastAsia="Times New Roman"/>
          <w:b w:val="0"/>
          <w:i w:val="0"/>
          <w:color w:val="000000"/>
          <w:sz w:val="21"/>
        </w:rPr>
        <w:t>2. What did he learn in his first lesson?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 to swim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How to hold a racket and serve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How to be a referee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How to run a marathon</w:t>
            </w:r>
          </w:p>
        </w:tc>
      </w:tr>
    </w:tbl>
    <w:p>
      <w:pPr>
        <w:spacing w:after="0"/>
        <w:ind w:left="0" w:firstLine="0"/>
      </w:pPr>
      <w:r>
        <w:rPr>
          <w:rFonts w:ascii="Times New Roman" w:hAnsi="Times New Roman" w:eastAsia="Times New Roman"/>
          <w:b w:val="0"/>
          <w:i w:val="0"/>
          <w:color w:val="000000"/>
          <w:sz w:val="21"/>
        </w:rPr>
        <w:t>3. How often did Minh practise?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Every 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Once a month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Twice a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weekends only</w:t>
            </w:r>
          </w:p>
        </w:tc>
      </w:tr>
    </w:tbl>
    <w:p>
      <w:pPr>
        <w:spacing w:after="0"/>
        <w:ind w:left="0" w:firstLine="0"/>
      </w:pPr>
      <w:r>
        <w:rPr>
          <w:rFonts w:ascii="Times New Roman" w:hAnsi="Times New Roman" w:eastAsia="Times New Roman"/>
          <w:b w:val="0"/>
          <w:i w:val="0"/>
          <w:color w:val="000000"/>
          <w:sz w:val="21"/>
        </w:rPr>
        <w:t>4. How far did he go in the tournament?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First round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Quarter-final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Semi-final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 won</w:t>
            </w:r>
          </w:p>
        </w:tc>
      </w:tr>
    </w:tbl>
    <w:p>
      <w:pPr>
        <w:spacing w:after="0"/>
        <w:ind w:left="0" w:firstLine="0"/>
      </w:pPr>
      <w:r>
        <w:rPr>
          <w:rFonts w:ascii="Times New Roman" w:hAnsi="Times New Roman" w:eastAsia="Times New Roman"/>
          <w:b w:val="0"/>
          <w:i w:val="0"/>
          <w:color w:val="000000"/>
          <w:sz w:val="21"/>
        </w:rPr>
        <w:t>5. What was an important result for Minh?</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 stopped playing</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 made friends and enjoyed the sport</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 bought a stadium</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 became a coach</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Our basketball team prepared for the district tournament. (1) _____. We practised passing and shooting after school. (2) _____. On match day, everyone arrived early. (3) _____. We lost the first game but won the next two. (4) _____.</w:t>
      </w:r>
    </w:p>
    <w:p>
      <w:pPr>
        <w:ind w:left="255"/>
      </w:pPr>
      <w:r>
        <w:rPr>
          <w:rFonts w:ascii="Times New Roman" w:hAnsi="Times New Roman" w:eastAsia="Times New Roman"/>
          <w:b w:val="0"/>
          <w:i w:val="0"/>
          <w:color w:val="000000"/>
          <w:sz w:val="20"/>
        </w:rPr>
        <w:t>A. The coach made a clear training plan.</w:t>
      </w:r>
    </w:p>
    <w:p>
      <w:pPr>
        <w:ind w:left="255"/>
      </w:pPr>
      <w:r>
        <w:rPr>
          <w:rFonts w:ascii="Times New Roman" w:hAnsi="Times New Roman" w:eastAsia="Times New Roman"/>
          <w:b w:val="0"/>
          <w:i w:val="0"/>
          <w:color w:val="000000"/>
          <w:sz w:val="20"/>
        </w:rPr>
        <w:t>B. He also taught us to work as a team.</w:t>
      </w:r>
    </w:p>
    <w:p>
      <w:pPr>
        <w:ind w:left="255"/>
      </w:pPr>
      <w:r>
        <w:rPr>
          <w:rFonts w:ascii="Times New Roman" w:hAnsi="Times New Roman" w:eastAsia="Times New Roman"/>
          <w:b w:val="0"/>
          <w:i w:val="0"/>
          <w:color w:val="000000"/>
          <w:sz w:val="20"/>
        </w:rPr>
        <w:t>C. We warmed up before entering the court.</w:t>
      </w:r>
    </w:p>
    <w:p>
      <w:pPr>
        <w:ind w:left="255"/>
      </w:pPr>
      <w:r>
        <w:rPr>
          <w:rFonts w:ascii="Times New Roman" w:hAnsi="Times New Roman" w:eastAsia="Times New Roman"/>
          <w:b w:val="0"/>
          <w:i w:val="0"/>
          <w:color w:val="000000"/>
          <w:sz w:val="20"/>
        </w:rPr>
        <w:t>D. The experience made us more confident.</w:t>
      </w:r>
    </w:p>
    <w:p>
      <w:pPr>
        <w:jc w:val="both"/>
      </w:pPr>
      <w:r>
        <w:rPr>
          <w:rFonts w:ascii="Times New Roman" w:hAnsi="Times New Roman" w:eastAsia="Times New Roman"/>
          <w:color w:val="000000"/>
          <w:sz w:val="20"/>
        </w:rPr>
        <w:t>2. Last summer, Lan learned to swim. (1) _____. At first, she was afraid to put her face in the water. (2) _____. Soon she could float and kick well. (3) _____. At the end of the course, she swam across the small pool. (4) _____.</w:t>
      </w:r>
    </w:p>
    <w:p>
      <w:pPr>
        <w:ind w:left="255"/>
      </w:pPr>
      <w:r>
        <w:rPr>
          <w:rFonts w:ascii="Times New Roman" w:hAnsi="Times New Roman" w:eastAsia="Times New Roman"/>
          <w:b w:val="0"/>
          <w:i w:val="0"/>
          <w:color w:val="000000"/>
          <w:sz w:val="20"/>
        </w:rPr>
        <w:t>A. She joined a beginners' class at the community pool.</w:t>
      </w:r>
    </w:p>
    <w:p>
      <w:pPr>
        <w:ind w:left="255"/>
      </w:pPr>
      <w:r>
        <w:rPr>
          <w:rFonts w:ascii="Times New Roman" w:hAnsi="Times New Roman" w:eastAsia="Times New Roman"/>
          <w:b w:val="0"/>
          <w:i w:val="0"/>
          <w:color w:val="000000"/>
          <w:sz w:val="20"/>
        </w:rPr>
        <w:t>B. Her instructor encouraged her patiently.</w:t>
      </w:r>
    </w:p>
    <w:p>
      <w:pPr>
        <w:ind w:left="255"/>
      </w:pPr>
      <w:r>
        <w:rPr>
          <w:rFonts w:ascii="Times New Roman" w:hAnsi="Times New Roman" w:eastAsia="Times New Roman"/>
          <w:b w:val="0"/>
          <w:i w:val="0"/>
          <w:color w:val="000000"/>
          <w:sz w:val="20"/>
        </w:rPr>
        <w:t>C. Then she practised breathing with a board.</w:t>
      </w:r>
    </w:p>
    <w:p>
      <w:pPr>
        <w:ind w:left="255"/>
      </w:pPr>
      <w:r>
        <w:rPr>
          <w:rFonts w:ascii="Times New Roman" w:hAnsi="Times New Roman" w:eastAsia="Times New Roman"/>
          <w:b w:val="0"/>
          <w:i w:val="0"/>
          <w:color w:val="000000"/>
          <w:sz w:val="20"/>
        </w:rPr>
        <w:t>D. Her parents were very proud of her.</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we / play / football / school yard / yesterday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Nam / not go / swimming / last Sunday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did / your team / win / match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wear / helmet / when / cycle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not run / swimming pool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played / we / yesterday / badminton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did / where / the match / watch / you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won / our school / three / medals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careful / be / equipment / with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near / don't / pool / run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was / final / exciting / the / very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last week / Lan / a new racket / bought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were / after / tired / runners / the race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didn't / the team / first game / win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warm up / exercise / before / always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I go jogging every morning. (yesterday)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She does not play tennis today. (last Sunday)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Do they practise after school? (yesterday)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The match is exciting. (last night)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You should drink water after running.</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You must not touch this machine.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Nam began playing football at 4 p.m.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Our team defeated Class 6A.</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The tournament took place two days ago.</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How was the football match?</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Playing sports is good for young people.</w:t>
      </w:r>
    </w:p>
    <w:p>
      <w:pPr>
        <w:ind w:left="255"/>
      </w:pPr>
      <w:r>
        <w:rPr>
          <w:rFonts w:ascii="Times New Roman" w:hAnsi="Times New Roman" w:eastAsia="Times New Roman"/>
          <w:color w:val="000000"/>
          <w:sz w:val="20"/>
        </w:rPr>
        <w:t>b. First, regular exercise keeps the body strong.</w:t>
      </w:r>
    </w:p>
    <w:p>
      <w:pPr>
        <w:ind w:left="255"/>
      </w:pPr>
      <w:r>
        <w:rPr>
          <w:rFonts w:ascii="Times New Roman" w:hAnsi="Times New Roman" w:eastAsia="Times New Roman"/>
          <w:color w:val="000000"/>
          <w:sz w:val="20"/>
        </w:rPr>
        <w:t>c. Second, team sports teach cooperation.</w:t>
      </w:r>
    </w:p>
    <w:p>
      <w:pPr>
        <w:ind w:left="255"/>
      </w:pPr>
      <w:r>
        <w:rPr>
          <w:rFonts w:ascii="Times New Roman" w:hAnsi="Times New Roman" w:eastAsia="Times New Roman"/>
          <w:color w:val="000000"/>
          <w:sz w:val="20"/>
        </w:rPr>
        <w:t>d. They also help students relax after lessons.</w:t>
      </w:r>
    </w:p>
    <w:p>
      <w:pPr>
        <w:ind w:left="255"/>
      </w:pPr>
      <w:r>
        <w:rPr>
          <w:rFonts w:ascii="Times New Roman" w:hAnsi="Times New Roman" w:eastAsia="Times New Roman"/>
          <w:color w:val="000000"/>
          <w:sz w:val="20"/>
        </w:rPr>
        <w:t>e. For these reasons, everyone should choose a suitable sport.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Hoa,</w:t>
      </w:r>
    </w:p>
    <w:p>
      <w:pPr>
        <w:ind w:left="255"/>
      </w:pPr>
      <w:r>
        <w:rPr>
          <w:rFonts w:ascii="Times New Roman" w:hAnsi="Times New Roman" w:eastAsia="Times New Roman"/>
          <w:color w:val="000000"/>
          <w:sz w:val="20"/>
        </w:rPr>
        <w:t>b. Our school held a Sports Day last Friday.</w:t>
      </w:r>
    </w:p>
    <w:p>
      <w:pPr>
        <w:ind w:left="255"/>
      </w:pPr>
      <w:r>
        <w:rPr>
          <w:rFonts w:ascii="Times New Roman" w:hAnsi="Times New Roman" w:eastAsia="Times New Roman"/>
          <w:color w:val="000000"/>
          <w:sz w:val="20"/>
        </w:rPr>
        <w:t>c. I joined the 200-metre race and finished second.</w:t>
      </w:r>
    </w:p>
    <w:p>
      <w:pPr>
        <w:ind w:left="255"/>
      </w:pPr>
      <w:r>
        <w:rPr>
          <w:rFonts w:ascii="Times New Roman" w:hAnsi="Times New Roman" w:eastAsia="Times New Roman"/>
          <w:color w:val="000000"/>
          <w:sz w:val="20"/>
        </w:rPr>
        <w:t>d. My classmates cheered loudly, so I felt very happy.</w:t>
      </w:r>
    </w:p>
    <w:p>
      <w:pPr>
        <w:ind w:left="255"/>
      </w:pPr>
      <w:r>
        <w:rPr>
          <w:rFonts w:ascii="Times New Roman" w:hAnsi="Times New Roman" w:eastAsia="Times New Roman"/>
          <w:color w:val="000000"/>
          <w:sz w:val="20"/>
        </w:rPr>
        <w:t>e. Best, Mai</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BEFORE A MATCH</w:t>
            </w:r>
          </w:p>
          <w:p>
            <w:pPr>
              <w:jc w:val="both"/>
            </w:pPr>
            <w:r>
              <w:rPr>
                <w:rFonts w:ascii="Times New Roman" w:hAnsi="Times New Roman" w:eastAsia="Times New Roman"/>
                <w:color w:val="000000"/>
                <w:sz w:val="20"/>
              </w:rPr>
              <w:t>Arrive early, change into suitable sports clothes and warm up carefully. Listen to your coach's final instructions.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Then you will be ready to play safely and confidently.</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stadium sells many drinks.</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Yesterday was a school day.</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Badminton uses a racket.</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TRY A NEW SPORT</w:t>
            </w:r>
          </w:p>
          <w:p>
            <w:pPr>
              <w:jc w:val="both"/>
            </w:pPr>
            <w:r>
              <w:rPr>
                <w:rFonts w:ascii="Times New Roman" w:hAnsi="Times New Roman" w:eastAsia="Times New Roman"/>
                <w:color w:val="000000"/>
                <w:sz w:val="20"/>
              </w:rPr>
              <w:t>Mai wanted a new weekend activity, so she tried badminton at the community centre. The coach lent her a racket and showed her the basic rules. (1) _____.</w:t>
            </w:r>
          </w:p>
        </w:tc>
      </w:tr>
    </w:tbl>
    <w:p>
      <w:pPr>
        <w:spacing w:after="0"/>
        <w:ind w:left="0" w:firstLine="0"/>
      </w:pPr>
      <w:r>
        <w:rPr>
          <w:rFonts w:ascii="Times New Roman" w:hAnsi="Times New Roman" w:eastAsia="Times New Roman"/>
          <w:b w:val="0"/>
          <w:i w:val="0"/>
          <w:color w:val="000000"/>
          <w:sz w:val="21"/>
        </w:rPr>
        <w:t>1. Which sentence best completes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After one lesson, she decided to join the club.</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She never visited the centre.</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football stadium was far away.</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Her television was broken.</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How often does the club practise?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Once a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Twice a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Three times a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Every day</w:t>
            </w:r>
          </w:p>
        </w:tc>
      </w:tr>
    </w:tbl>
    <w:p>
      <w:pPr>
        <w:spacing w:after="0"/>
        <w:ind w:left="0" w:firstLine="0"/>
      </w:pPr>
      <w:r>
        <w:rPr>
          <w:rFonts w:ascii="Times New Roman" w:hAnsi="Times New Roman" w:eastAsia="Times New Roman"/>
          <w:b w:val="0"/>
          <w:i w:val="0"/>
          <w:color w:val="000000"/>
          <w:sz w:val="21"/>
        </w:rPr>
        <w:t>2. Where should new members meet Coach Long?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Beside the gym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the gate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In the library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 the bus</w:t>
            </w:r>
          </w:p>
        </w:tc>
      </w:tr>
    </w:tbl>
    <w:p>
      <w:pPr>
        <w:spacing w:after="0"/>
        <w:ind w:left="0" w:firstLine="0"/>
      </w:pPr>
      <w:r>
        <w:rPr>
          <w:rFonts w:ascii="Times New Roman" w:hAnsi="Times New Roman" w:eastAsia="Times New Roman"/>
          <w:b w:val="0"/>
          <w:i w:val="0"/>
          <w:color w:val="000000"/>
          <w:sz w:val="21"/>
        </w:rPr>
        <w:t>3. What must students bring?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football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whistle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Water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racket</w:t>
            </w:r>
          </w:p>
        </w:tc>
      </w:tr>
    </w:tbl>
    <w:p>
      <w:pPr>
        <w:spacing w:after="0"/>
        <w:ind w:left="0" w:firstLine="0"/>
      </w:pPr>
      <w:r>
        <w:rPr>
          <w:rFonts w:ascii="Times New Roman" w:hAnsi="Times New Roman" w:eastAsia="Times New Roman"/>
          <w:b w:val="0"/>
          <w:i w:val="0"/>
          <w:color w:val="000000"/>
          <w:sz w:val="21"/>
        </w:rPr>
        <w:t>4. Who will the school play against?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Blue School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Green School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City Club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Class 6A</w:t>
            </w:r>
          </w:p>
        </w:tc>
      </w:tr>
    </w:tbl>
    <w:p>
      <w:pPr>
        <w:spacing w:after="0"/>
        <w:ind w:left="0" w:firstLine="0"/>
      </w:pPr>
      <w:r>
        <w:rPr>
          <w:rFonts w:ascii="Times New Roman" w:hAnsi="Times New Roman" w:eastAsia="Times New Roman"/>
          <w:b w:val="0"/>
          <w:i w:val="0"/>
          <w:color w:val="000000"/>
          <w:sz w:val="21"/>
        </w:rPr>
        <w:t>5. What time should students arrive for the bus?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7:30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7:45</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8:00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8:15</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The sports festival was held on Sunday.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Phong's sister played table tennis.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The field was wet because it rained on Saturday.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Phong won the final.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Both children enjoyed the festival.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