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C7ABE" w14:textId="77777777" w:rsidR="00290244" w:rsidRPr="005A5A40" w:rsidRDefault="002220DA">
      <w:pPr>
        <w:spacing w:after="160" w:line="240" w:lineRule="auto"/>
        <w:jc w:val="center"/>
        <w:rPr>
          <w:sz w:val="40"/>
          <w:szCs w:val="40"/>
        </w:rPr>
      </w:pPr>
      <w:r w:rsidRPr="005A5A40">
        <w:rPr>
          <w:b/>
          <w:color w:val="1F4E79"/>
          <w:sz w:val="40"/>
          <w:szCs w:val="40"/>
        </w:rPr>
        <w:t>Unit 6 Test</w:t>
      </w:r>
    </w:p>
    <w:p w14:paraId="604D791A" w14:textId="77777777" w:rsidR="00290244" w:rsidRPr="005A5A40" w:rsidRDefault="002220DA">
      <w:pPr>
        <w:spacing w:after="60" w:line="240" w:lineRule="auto"/>
        <w:rPr>
          <w:sz w:val="28"/>
          <w:szCs w:val="28"/>
        </w:rPr>
      </w:pPr>
      <w:r w:rsidRPr="005A5A40">
        <w:rPr>
          <w:b/>
          <w:sz w:val="28"/>
          <w:szCs w:val="28"/>
        </w:rPr>
        <w:t>I. Listening</w:t>
      </w:r>
    </w:p>
    <w:p w14:paraId="172BCF7C" w14:textId="77777777" w:rsidR="00290244" w:rsidRPr="005A5A40" w:rsidRDefault="002220DA">
      <w:pPr>
        <w:spacing w:after="60" w:line="240" w:lineRule="auto"/>
        <w:rPr>
          <w:sz w:val="28"/>
          <w:szCs w:val="28"/>
        </w:rPr>
      </w:pPr>
      <w:r w:rsidRPr="005A5A40">
        <w:rPr>
          <w:b/>
          <w:sz w:val="28"/>
          <w:szCs w:val="28"/>
        </w:rPr>
        <w:t>Listen to the Tet plan and fill in each blank with ONE word or a number.</w:t>
      </w:r>
    </w:p>
    <w:tbl>
      <w:tblPr>
        <w:tblStyle w:val="TableGrid"/>
        <w:tblW w:w="0" w:type="auto"/>
        <w:jc w:val="center"/>
        <w:tblLook w:val="04A0" w:firstRow="1" w:lastRow="0" w:firstColumn="1" w:lastColumn="0" w:noHBand="0" w:noVBand="1"/>
      </w:tblPr>
      <w:tblGrid>
        <w:gridCol w:w="1560"/>
        <w:gridCol w:w="2551"/>
        <w:gridCol w:w="6545"/>
      </w:tblGrid>
      <w:tr w:rsidR="00290244" w:rsidRPr="005A5A40" w14:paraId="0C3D403F" w14:textId="77777777" w:rsidTr="005A5A40">
        <w:trPr>
          <w:jc w:val="center"/>
        </w:trPr>
        <w:tc>
          <w:tcPr>
            <w:tcW w:w="1560" w:type="dxa"/>
            <w:shd w:val="clear" w:color="auto" w:fill="D9EAF7"/>
          </w:tcPr>
          <w:p w14:paraId="06C39740" w14:textId="77777777" w:rsidR="00290244" w:rsidRPr="005A5A40" w:rsidRDefault="002220DA">
            <w:pPr>
              <w:rPr>
                <w:sz w:val="28"/>
                <w:szCs w:val="28"/>
              </w:rPr>
            </w:pPr>
            <w:r w:rsidRPr="005A5A40">
              <w:rPr>
                <w:b/>
                <w:sz w:val="28"/>
                <w:szCs w:val="28"/>
              </w:rPr>
              <w:t>Time</w:t>
            </w:r>
          </w:p>
        </w:tc>
        <w:tc>
          <w:tcPr>
            <w:tcW w:w="2551" w:type="dxa"/>
            <w:shd w:val="clear" w:color="auto" w:fill="D9EAF7"/>
          </w:tcPr>
          <w:p w14:paraId="188E2581" w14:textId="77777777" w:rsidR="00290244" w:rsidRPr="005A5A40" w:rsidRDefault="002220DA">
            <w:pPr>
              <w:rPr>
                <w:sz w:val="28"/>
                <w:szCs w:val="28"/>
              </w:rPr>
            </w:pPr>
            <w:r w:rsidRPr="005A5A40">
              <w:rPr>
                <w:b/>
                <w:sz w:val="28"/>
                <w:szCs w:val="28"/>
              </w:rPr>
              <w:t>Activity</w:t>
            </w:r>
          </w:p>
        </w:tc>
        <w:tc>
          <w:tcPr>
            <w:tcW w:w="6545" w:type="dxa"/>
            <w:shd w:val="clear" w:color="auto" w:fill="D9EAF7"/>
          </w:tcPr>
          <w:p w14:paraId="204182A2" w14:textId="77777777" w:rsidR="00290244" w:rsidRPr="005A5A40" w:rsidRDefault="002220DA">
            <w:pPr>
              <w:rPr>
                <w:sz w:val="28"/>
                <w:szCs w:val="28"/>
              </w:rPr>
            </w:pPr>
            <w:r w:rsidRPr="005A5A40">
              <w:rPr>
                <w:b/>
                <w:sz w:val="28"/>
                <w:szCs w:val="28"/>
              </w:rPr>
              <w:t>Details</w:t>
            </w:r>
          </w:p>
        </w:tc>
      </w:tr>
      <w:tr w:rsidR="00290244" w:rsidRPr="005A5A40" w14:paraId="70BF96F2" w14:textId="77777777" w:rsidTr="005A5A40">
        <w:trPr>
          <w:jc w:val="center"/>
        </w:trPr>
        <w:tc>
          <w:tcPr>
            <w:tcW w:w="1560" w:type="dxa"/>
          </w:tcPr>
          <w:p w14:paraId="24D657A0" w14:textId="77777777" w:rsidR="00290244" w:rsidRPr="005A5A40" w:rsidRDefault="002220DA">
            <w:pPr>
              <w:rPr>
                <w:sz w:val="28"/>
                <w:szCs w:val="28"/>
              </w:rPr>
            </w:pPr>
            <w:r w:rsidRPr="005A5A40">
              <w:rPr>
                <w:sz w:val="28"/>
                <w:szCs w:val="28"/>
              </w:rPr>
              <w:t>8:00</w:t>
            </w:r>
          </w:p>
        </w:tc>
        <w:tc>
          <w:tcPr>
            <w:tcW w:w="2551" w:type="dxa"/>
          </w:tcPr>
          <w:p w14:paraId="4DEC6B71" w14:textId="77777777" w:rsidR="00290244" w:rsidRPr="005A5A40" w:rsidRDefault="002220DA">
            <w:pPr>
              <w:rPr>
                <w:sz w:val="28"/>
                <w:szCs w:val="28"/>
              </w:rPr>
            </w:pPr>
            <w:r w:rsidRPr="005A5A40">
              <w:rPr>
                <w:sz w:val="28"/>
                <w:szCs w:val="28"/>
              </w:rPr>
              <w:t>Clean the house</w:t>
            </w:r>
          </w:p>
        </w:tc>
        <w:tc>
          <w:tcPr>
            <w:tcW w:w="6545" w:type="dxa"/>
          </w:tcPr>
          <w:p w14:paraId="01E2B17C" w14:textId="77777777" w:rsidR="00290244" w:rsidRPr="005A5A40" w:rsidRDefault="002220DA">
            <w:pPr>
              <w:rPr>
                <w:sz w:val="28"/>
                <w:szCs w:val="28"/>
              </w:rPr>
            </w:pPr>
            <w:r w:rsidRPr="005A5A40">
              <w:rPr>
                <w:sz w:val="28"/>
                <w:szCs w:val="28"/>
              </w:rPr>
              <w:t>Mai helps her family clean the (1) __________.</w:t>
            </w:r>
          </w:p>
        </w:tc>
      </w:tr>
      <w:tr w:rsidR="00290244" w:rsidRPr="005A5A40" w14:paraId="02074F0C" w14:textId="77777777" w:rsidTr="005A5A40">
        <w:trPr>
          <w:jc w:val="center"/>
        </w:trPr>
        <w:tc>
          <w:tcPr>
            <w:tcW w:w="1560" w:type="dxa"/>
          </w:tcPr>
          <w:p w14:paraId="010EA4E7" w14:textId="77777777" w:rsidR="00290244" w:rsidRPr="005A5A40" w:rsidRDefault="002220DA">
            <w:pPr>
              <w:rPr>
                <w:sz w:val="28"/>
                <w:szCs w:val="28"/>
              </w:rPr>
            </w:pPr>
            <w:r w:rsidRPr="005A5A40">
              <w:rPr>
                <w:sz w:val="28"/>
                <w:szCs w:val="28"/>
              </w:rPr>
              <w:t>9:30</w:t>
            </w:r>
          </w:p>
        </w:tc>
        <w:tc>
          <w:tcPr>
            <w:tcW w:w="2551" w:type="dxa"/>
          </w:tcPr>
          <w:p w14:paraId="29D8D403" w14:textId="77777777" w:rsidR="00290244" w:rsidRPr="005A5A40" w:rsidRDefault="002220DA">
            <w:pPr>
              <w:rPr>
                <w:sz w:val="28"/>
                <w:szCs w:val="28"/>
              </w:rPr>
            </w:pPr>
            <w:r w:rsidRPr="005A5A40">
              <w:rPr>
                <w:sz w:val="28"/>
                <w:szCs w:val="28"/>
              </w:rPr>
              <w:t>Go shopping</w:t>
            </w:r>
          </w:p>
        </w:tc>
        <w:tc>
          <w:tcPr>
            <w:tcW w:w="6545" w:type="dxa"/>
          </w:tcPr>
          <w:p w14:paraId="7E4A435D" w14:textId="6D6B2BE2" w:rsidR="00290244" w:rsidRPr="005A5A40" w:rsidRDefault="002220DA">
            <w:pPr>
              <w:rPr>
                <w:sz w:val="28"/>
                <w:szCs w:val="28"/>
              </w:rPr>
            </w:pPr>
            <w:r w:rsidRPr="005A5A40">
              <w:rPr>
                <w:sz w:val="28"/>
                <w:szCs w:val="28"/>
              </w:rPr>
              <w:t xml:space="preserve">They buy peach flowers and a kumquat (2) </w:t>
            </w:r>
            <w:r w:rsidRPr="005A5A40">
              <w:rPr>
                <w:sz w:val="28"/>
                <w:szCs w:val="28"/>
              </w:rPr>
              <w:t>_________.</w:t>
            </w:r>
          </w:p>
        </w:tc>
      </w:tr>
      <w:tr w:rsidR="00290244" w:rsidRPr="005A5A40" w14:paraId="5CE74EE3" w14:textId="77777777" w:rsidTr="005A5A40">
        <w:trPr>
          <w:jc w:val="center"/>
        </w:trPr>
        <w:tc>
          <w:tcPr>
            <w:tcW w:w="1560" w:type="dxa"/>
          </w:tcPr>
          <w:p w14:paraId="6D702BCA" w14:textId="77777777" w:rsidR="00290244" w:rsidRPr="005A5A40" w:rsidRDefault="002220DA">
            <w:pPr>
              <w:rPr>
                <w:sz w:val="28"/>
                <w:szCs w:val="28"/>
              </w:rPr>
            </w:pPr>
            <w:r w:rsidRPr="005A5A40">
              <w:rPr>
                <w:sz w:val="28"/>
                <w:szCs w:val="28"/>
              </w:rPr>
              <w:t>11:00</w:t>
            </w:r>
          </w:p>
        </w:tc>
        <w:tc>
          <w:tcPr>
            <w:tcW w:w="2551" w:type="dxa"/>
          </w:tcPr>
          <w:p w14:paraId="034CD994" w14:textId="77777777" w:rsidR="00290244" w:rsidRPr="005A5A40" w:rsidRDefault="002220DA">
            <w:pPr>
              <w:rPr>
                <w:sz w:val="28"/>
                <w:szCs w:val="28"/>
              </w:rPr>
            </w:pPr>
            <w:r w:rsidRPr="005A5A40">
              <w:rPr>
                <w:sz w:val="28"/>
                <w:szCs w:val="28"/>
              </w:rPr>
              <w:t>Cook special food</w:t>
            </w:r>
          </w:p>
        </w:tc>
        <w:tc>
          <w:tcPr>
            <w:tcW w:w="6545" w:type="dxa"/>
          </w:tcPr>
          <w:p w14:paraId="3643AA41" w14:textId="2AC63B6B" w:rsidR="00290244" w:rsidRPr="005A5A40" w:rsidRDefault="002220DA">
            <w:pPr>
              <w:rPr>
                <w:sz w:val="28"/>
                <w:szCs w:val="28"/>
              </w:rPr>
            </w:pPr>
            <w:r w:rsidRPr="005A5A40">
              <w:rPr>
                <w:sz w:val="28"/>
                <w:szCs w:val="28"/>
              </w:rPr>
              <w:t xml:space="preserve">Her mother makes (3) __________ </w:t>
            </w:r>
            <w:r w:rsidR="005B3128">
              <w:rPr>
                <w:sz w:val="28"/>
                <w:szCs w:val="28"/>
              </w:rPr>
              <w:t>rolls</w:t>
            </w:r>
            <w:r w:rsidRPr="005A5A40">
              <w:rPr>
                <w:sz w:val="28"/>
                <w:szCs w:val="28"/>
              </w:rPr>
              <w:t>.</w:t>
            </w:r>
          </w:p>
        </w:tc>
      </w:tr>
      <w:tr w:rsidR="00290244" w:rsidRPr="005A5A40" w14:paraId="249F91A0" w14:textId="77777777" w:rsidTr="005A5A40">
        <w:trPr>
          <w:jc w:val="center"/>
        </w:trPr>
        <w:tc>
          <w:tcPr>
            <w:tcW w:w="1560" w:type="dxa"/>
          </w:tcPr>
          <w:p w14:paraId="30CA520D" w14:textId="77777777" w:rsidR="00290244" w:rsidRPr="005A5A40" w:rsidRDefault="002220DA">
            <w:pPr>
              <w:rPr>
                <w:sz w:val="28"/>
                <w:szCs w:val="28"/>
              </w:rPr>
            </w:pPr>
            <w:r w:rsidRPr="005A5A40">
              <w:rPr>
                <w:sz w:val="28"/>
                <w:szCs w:val="28"/>
              </w:rPr>
              <w:t>15:00</w:t>
            </w:r>
          </w:p>
        </w:tc>
        <w:tc>
          <w:tcPr>
            <w:tcW w:w="2551" w:type="dxa"/>
          </w:tcPr>
          <w:p w14:paraId="5CBA92AA" w14:textId="77777777" w:rsidR="00290244" w:rsidRPr="005A5A40" w:rsidRDefault="002220DA">
            <w:pPr>
              <w:rPr>
                <w:sz w:val="28"/>
                <w:szCs w:val="28"/>
              </w:rPr>
            </w:pPr>
            <w:r w:rsidRPr="005A5A40">
              <w:rPr>
                <w:sz w:val="28"/>
                <w:szCs w:val="28"/>
              </w:rPr>
              <w:t>Visit grandparents</w:t>
            </w:r>
          </w:p>
        </w:tc>
        <w:tc>
          <w:tcPr>
            <w:tcW w:w="6545" w:type="dxa"/>
          </w:tcPr>
          <w:p w14:paraId="7C996AB5" w14:textId="77777777" w:rsidR="00290244" w:rsidRPr="005A5A40" w:rsidRDefault="002220DA">
            <w:pPr>
              <w:rPr>
                <w:sz w:val="28"/>
                <w:szCs w:val="28"/>
              </w:rPr>
            </w:pPr>
            <w:r w:rsidRPr="005A5A40">
              <w:rPr>
                <w:sz w:val="28"/>
                <w:szCs w:val="28"/>
              </w:rPr>
              <w:t>Mai says New Year (4) __________ to them.</w:t>
            </w:r>
          </w:p>
        </w:tc>
      </w:tr>
      <w:tr w:rsidR="00290244" w:rsidRPr="005A5A40" w14:paraId="5046047A" w14:textId="77777777" w:rsidTr="005A5A40">
        <w:trPr>
          <w:jc w:val="center"/>
        </w:trPr>
        <w:tc>
          <w:tcPr>
            <w:tcW w:w="1560" w:type="dxa"/>
          </w:tcPr>
          <w:p w14:paraId="18A261F2" w14:textId="77777777" w:rsidR="00290244" w:rsidRPr="005A5A40" w:rsidRDefault="002220DA">
            <w:pPr>
              <w:rPr>
                <w:sz w:val="28"/>
                <w:szCs w:val="28"/>
              </w:rPr>
            </w:pPr>
            <w:r w:rsidRPr="005A5A40">
              <w:rPr>
                <w:sz w:val="28"/>
                <w:szCs w:val="28"/>
              </w:rPr>
              <w:t>20:00</w:t>
            </w:r>
          </w:p>
        </w:tc>
        <w:tc>
          <w:tcPr>
            <w:tcW w:w="2551" w:type="dxa"/>
          </w:tcPr>
          <w:p w14:paraId="28944AF2" w14:textId="77777777" w:rsidR="00290244" w:rsidRPr="005A5A40" w:rsidRDefault="002220DA">
            <w:pPr>
              <w:rPr>
                <w:sz w:val="28"/>
                <w:szCs w:val="28"/>
              </w:rPr>
            </w:pPr>
            <w:r w:rsidRPr="005A5A40">
              <w:rPr>
                <w:sz w:val="28"/>
                <w:szCs w:val="28"/>
              </w:rPr>
              <w:t>Watch fireworks</w:t>
            </w:r>
          </w:p>
        </w:tc>
        <w:tc>
          <w:tcPr>
            <w:tcW w:w="6545" w:type="dxa"/>
          </w:tcPr>
          <w:p w14:paraId="5C0BEB12" w14:textId="1DCADBD5" w:rsidR="00290244" w:rsidRPr="005A5A40" w:rsidRDefault="002220DA">
            <w:pPr>
              <w:rPr>
                <w:sz w:val="28"/>
                <w:szCs w:val="28"/>
              </w:rPr>
            </w:pPr>
            <w:r w:rsidRPr="005A5A40">
              <w:rPr>
                <w:sz w:val="28"/>
                <w:szCs w:val="28"/>
              </w:rPr>
              <w:t xml:space="preserve">Children must not play with (5) </w:t>
            </w:r>
            <w:r w:rsidR="005A5A40">
              <w:rPr>
                <w:sz w:val="28"/>
                <w:szCs w:val="28"/>
              </w:rPr>
              <w:t>………</w:t>
            </w:r>
            <w:proofErr w:type="gramStart"/>
            <w:r w:rsidR="005A5A40">
              <w:rPr>
                <w:sz w:val="28"/>
                <w:szCs w:val="28"/>
              </w:rPr>
              <w:t>….</w:t>
            </w:r>
            <w:r w:rsidRPr="005A5A40">
              <w:rPr>
                <w:sz w:val="28"/>
                <w:szCs w:val="28"/>
              </w:rPr>
              <w:t>.</w:t>
            </w:r>
            <w:proofErr w:type="gramEnd"/>
          </w:p>
        </w:tc>
      </w:tr>
    </w:tbl>
    <w:p w14:paraId="398AAF6F" w14:textId="77777777" w:rsidR="005A5A40" w:rsidRDefault="005A5A40">
      <w:pPr>
        <w:spacing w:after="40" w:line="240" w:lineRule="auto"/>
        <w:rPr>
          <w:b/>
          <w:sz w:val="28"/>
          <w:szCs w:val="28"/>
        </w:rPr>
      </w:pPr>
    </w:p>
    <w:p w14:paraId="2926AE96" w14:textId="10842BA2" w:rsidR="00290244" w:rsidRPr="005A5A40" w:rsidRDefault="002220DA">
      <w:pPr>
        <w:spacing w:after="40" w:line="240" w:lineRule="auto"/>
        <w:rPr>
          <w:sz w:val="28"/>
          <w:szCs w:val="28"/>
        </w:rPr>
      </w:pPr>
      <w:r w:rsidRPr="005A5A40">
        <w:rPr>
          <w:b/>
          <w:sz w:val="28"/>
          <w:szCs w:val="28"/>
        </w:rPr>
        <w:t>II. Pronunciation</w:t>
      </w:r>
    </w:p>
    <w:p w14:paraId="4C048A68" w14:textId="77777777" w:rsidR="00290244" w:rsidRPr="005A5A40" w:rsidRDefault="002220DA">
      <w:pPr>
        <w:spacing w:after="60" w:line="240" w:lineRule="auto"/>
        <w:rPr>
          <w:sz w:val="28"/>
          <w:szCs w:val="28"/>
        </w:rPr>
      </w:pPr>
      <w:r w:rsidRPr="005A5A40">
        <w:rPr>
          <w:b/>
          <w:sz w:val="28"/>
          <w:szCs w:val="28"/>
        </w:rPr>
        <w:t>A. Choose the word whose bold p</w:t>
      </w:r>
      <w:r w:rsidRPr="005A5A40">
        <w:rPr>
          <w:b/>
          <w:sz w:val="28"/>
          <w:szCs w:val="28"/>
        </w:rPr>
        <w:t>art is pronounced differently.</w:t>
      </w:r>
    </w:p>
    <w:p w14:paraId="2C375481" w14:textId="2D37AE48" w:rsidR="00290244" w:rsidRPr="005A5A40" w:rsidRDefault="002220DA">
      <w:pPr>
        <w:spacing w:after="60" w:line="240" w:lineRule="auto"/>
        <w:rPr>
          <w:sz w:val="28"/>
          <w:szCs w:val="28"/>
        </w:rPr>
      </w:pPr>
      <w:r w:rsidRPr="005A5A40">
        <w:rPr>
          <w:b/>
          <w:sz w:val="28"/>
          <w:szCs w:val="28"/>
        </w:rPr>
        <w:t>6.</w:t>
      </w:r>
      <w:r w:rsidR="005A5A40">
        <w:rPr>
          <w:b/>
          <w:sz w:val="28"/>
          <w:szCs w:val="28"/>
        </w:rPr>
        <w:t xml:space="preserve"> </w:t>
      </w:r>
      <w:r w:rsidRPr="005A5A40">
        <w:rPr>
          <w:sz w:val="28"/>
          <w:szCs w:val="28"/>
        </w:rPr>
        <w:t xml:space="preserve">A. </w:t>
      </w:r>
      <w:r w:rsidRPr="005A5A40">
        <w:rPr>
          <w:b/>
          <w:sz w:val="28"/>
          <w:szCs w:val="28"/>
        </w:rPr>
        <w:t>s</w:t>
      </w:r>
      <w:r w:rsidRPr="005A5A40">
        <w:rPr>
          <w:sz w:val="28"/>
          <w:szCs w:val="28"/>
        </w:rPr>
        <w:t xml:space="preserve">ugar    </w:t>
      </w:r>
      <w:r w:rsidR="005A5A40">
        <w:rPr>
          <w:sz w:val="28"/>
          <w:szCs w:val="28"/>
        </w:rPr>
        <w:tab/>
      </w:r>
      <w:r w:rsidRPr="005A5A40">
        <w:rPr>
          <w:sz w:val="28"/>
          <w:szCs w:val="28"/>
        </w:rPr>
        <w:t xml:space="preserve">B. </w:t>
      </w:r>
      <w:r w:rsidRPr="005A5A40">
        <w:rPr>
          <w:b/>
          <w:sz w:val="28"/>
          <w:szCs w:val="28"/>
        </w:rPr>
        <w:t>s</w:t>
      </w:r>
      <w:r w:rsidRPr="005A5A40">
        <w:rPr>
          <w:sz w:val="28"/>
          <w:szCs w:val="28"/>
        </w:rPr>
        <w:t xml:space="preserve">ure    </w:t>
      </w:r>
      <w:r w:rsidR="005A5A40">
        <w:rPr>
          <w:sz w:val="28"/>
          <w:szCs w:val="28"/>
        </w:rPr>
        <w:tab/>
      </w:r>
      <w:r w:rsidRPr="005A5A40">
        <w:rPr>
          <w:sz w:val="28"/>
          <w:szCs w:val="28"/>
        </w:rPr>
        <w:t xml:space="preserve">C. </w:t>
      </w:r>
      <w:r w:rsidRPr="005A5A40">
        <w:rPr>
          <w:b/>
          <w:sz w:val="28"/>
          <w:szCs w:val="28"/>
        </w:rPr>
        <w:t>sh</w:t>
      </w:r>
      <w:r w:rsidRPr="005A5A40">
        <w:rPr>
          <w:sz w:val="28"/>
          <w:szCs w:val="28"/>
        </w:rPr>
        <w:t xml:space="preserve">ould    </w:t>
      </w:r>
      <w:r w:rsidR="005A5A40">
        <w:rPr>
          <w:sz w:val="28"/>
          <w:szCs w:val="28"/>
        </w:rPr>
        <w:tab/>
      </w:r>
      <w:r w:rsidR="005A5A40">
        <w:rPr>
          <w:sz w:val="28"/>
          <w:szCs w:val="28"/>
        </w:rPr>
        <w:tab/>
      </w:r>
      <w:r w:rsidRPr="005A5A40">
        <w:rPr>
          <w:sz w:val="28"/>
          <w:szCs w:val="28"/>
        </w:rPr>
        <w:t xml:space="preserve">D. </w:t>
      </w:r>
      <w:r w:rsidRPr="005A5A40">
        <w:rPr>
          <w:b/>
          <w:sz w:val="28"/>
          <w:szCs w:val="28"/>
        </w:rPr>
        <w:t>s</w:t>
      </w:r>
      <w:r w:rsidRPr="005A5A40">
        <w:rPr>
          <w:sz w:val="28"/>
          <w:szCs w:val="28"/>
        </w:rPr>
        <w:t>weets</w:t>
      </w:r>
    </w:p>
    <w:p w14:paraId="77724875" w14:textId="4C25B97A" w:rsidR="00290244" w:rsidRPr="005A5A40" w:rsidRDefault="002220DA">
      <w:pPr>
        <w:spacing w:after="60" w:line="240" w:lineRule="auto"/>
        <w:rPr>
          <w:sz w:val="28"/>
          <w:szCs w:val="28"/>
        </w:rPr>
      </w:pPr>
      <w:r w:rsidRPr="005A5A40">
        <w:rPr>
          <w:b/>
          <w:sz w:val="28"/>
          <w:szCs w:val="28"/>
        </w:rPr>
        <w:t>7.</w:t>
      </w:r>
      <w:r w:rsidR="005A5A40">
        <w:rPr>
          <w:b/>
          <w:sz w:val="28"/>
          <w:szCs w:val="28"/>
        </w:rPr>
        <w:t xml:space="preserve"> </w:t>
      </w:r>
      <w:r w:rsidRPr="005A5A40">
        <w:rPr>
          <w:sz w:val="28"/>
          <w:szCs w:val="28"/>
        </w:rPr>
        <w:t>A. ri</w:t>
      </w:r>
      <w:r w:rsidRPr="005A5A40">
        <w:rPr>
          <w:b/>
          <w:sz w:val="28"/>
          <w:szCs w:val="28"/>
        </w:rPr>
        <w:t>c</w:t>
      </w:r>
      <w:r w:rsidRPr="005A5A40">
        <w:rPr>
          <w:sz w:val="28"/>
          <w:szCs w:val="28"/>
        </w:rPr>
        <w:t xml:space="preserve">e    </w:t>
      </w:r>
      <w:r w:rsidR="005A5A40">
        <w:rPr>
          <w:sz w:val="28"/>
          <w:szCs w:val="28"/>
        </w:rPr>
        <w:tab/>
      </w:r>
      <w:r w:rsidR="005A5A40">
        <w:rPr>
          <w:sz w:val="28"/>
          <w:szCs w:val="28"/>
        </w:rPr>
        <w:tab/>
      </w:r>
      <w:r w:rsidRPr="005A5A40">
        <w:rPr>
          <w:sz w:val="28"/>
          <w:szCs w:val="28"/>
        </w:rPr>
        <w:t xml:space="preserve">B. </w:t>
      </w:r>
      <w:r w:rsidRPr="005A5A40">
        <w:rPr>
          <w:b/>
          <w:sz w:val="28"/>
          <w:szCs w:val="28"/>
        </w:rPr>
        <w:t>c</w:t>
      </w:r>
      <w:r w:rsidRPr="005A5A40">
        <w:rPr>
          <w:sz w:val="28"/>
          <w:szCs w:val="28"/>
        </w:rPr>
        <w:t xml:space="preserve">ity    </w:t>
      </w:r>
      <w:r w:rsidR="005A5A40">
        <w:rPr>
          <w:sz w:val="28"/>
          <w:szCs w:val="28"/>
        </w:rPr>
        <w:tab/>
      </w:r>
      <w:r w:rsidRPr="005A5A40">
        <w:rPr>
          <w:sz w:val="28"/>
          <w:szCs w:val="28"/>
        </w:rPr>
        <w:t xml:space="preserve">C. </w:t>
      </w:r>
      <w:r w:rsidRPr="005A5A40">
        <w:rPr>
          <w:b/>
          <w:sz w:val="28"/>
          <w:szCs w:val="28"/>
        </w:rPr>
        <w:t>c</w:t>
      </w:r>
      <w:r w:rsidRPr="005A5A40">
        <w:rPr>
          <w:sz w:val="28"/>
          <w:szCs w:val="28"/>
        </w:rPr>
        <w:t xml:space="preserve">elebrate    </w:t>
      </w:r>
      <w:r w:rsidR="005A5A40">
        <w:rPr>
          <w:sz w:val="28"/>
          <w:szCs w:val="28"/>
        </w:rPr>
        <w:tab/>
      </w:r>
      <w:r w:rsidRPr="005A5A40">
        <w:rPr>
          <w:sz w:val="28"/>
          <w:szCs w:val="28"/>
        </w:rPr>
        <w:t xml:space="preserve">D. </w:t>
      </w:r>
      <w:r w:rsidRPr="005A5A40">
        <w:rPr>
          <w:b/>
          <w:sz w:val="28"/>
          <w:szCs w:val="28"/>
        </w:rPr>
        <w:t>sh</w:t>
      </w:r>
      <w:r w:rsidRPr="005A5A40">
        <w:rPr>
          <w:sz w:val="28"/>
          <w:szCs w:val="28"/>
        </w:rPr>
        <w:t>opping</w:t>
      </w:r>
    </w:p>
    <w:p w14:paraId="7652B499" w14:textId="77777777" w:rsidR="00290244" w:rsidRPr="005A5A40" w:rsidRDefault="002220DA">
      <w:pPr>
        <w:spacing w:after="60" w:line="240" w:lineRule="auto"/>
        <w:rPr>
          <w:sz w:val="28"/>
          <w:szCs w:val="28"/>
        </w:rPr>
      </w:pPr>
      <w:r w:rsidRPr="005A5A40">
        <w:rPr>
          <w:b/>
          <w:sz w:val="28"/>
          <w:szCs w:val="28"/>
        </w:rPr>
        <w:t>B. Choose the word that has a different stress pattern from the others.</w:t>
      </w:r>
    </w:p>
    <w:p w14:paraId="0F924E40" w14:textId="70A3C2BC" w:rsidR="00290244" w:rsidRPr="005A5A40" w:rsidRDefault="002220DA" w:rsidP="005A5A40">
      <w:pPr>
        <w:spacing w:after="40" w:line="240" w:lineRule="auto"/>
        <w:rPr>
          <w:sz w:val="28"/>
          <w:szCs w:val="28"/>
        </w:rPr>
      </w:pPr>
      <w:r w:rsidRPr="005A5A40">
        <w:rPr>
          <w:b/>
          <w:sz w:val="28"/>
          <w:szCs w:val="28"/>
        </w:rPr>
        <w:t xml:space="preserve">8. </w:t>
      </w:r>
      <w:r w:rsidRPr="005A5A40">
        <w:rPr>
          <w:sz w:val="28"/>
          <w:szCs w:val="28"/>
        </w:rPr>
        <w:t xml:space="preserve">A. decorate    </w:t>
      </w:r>
      <w:r w:rsidR="005A5A40">
        <w:rPr>
          <w:sz w:val="28"/>
          <w:szCs w:val="28"/>
        </w:rPr>
        <w:tab/>
      </w:r>
      <w:r w:rsidRPr="005A5A40">
        <w:rPr>
          <w:sz w:val="28"/>
          <w:szCs w:val="28"/>
        </w:rPr>
        <w:t xml:space="preserve">B. family    </w:t>
      </w:r>
      <w:r w:rsidR="005A5A40">
        <w:rPr>
          <w:sz w:val="28"/>
          <w:szCs w:val="28"/>
        </w:rPr>
        <w:tab/>
      </w:r>
      <w:r w:rsidRPr="005A5A40">
        <w:rPr>
          <w:sz w:val="28"/>
          <w:szCs w:val="28"/>
        </w:rPr>
        <w:t xml:space="preserve">C. relative    </w:t>
      </w:r>
      <w:r w:rsidR="005A5A40">
        <w:rPr>
          <w:sz w:val="28"/>
          <w:szCs w:val="28"/>
        </w:rPr>
        <w:tab/>
      </w:r>
      <w:r w:rsidRPr="005A5A40">
        <w:rPr>
          <w:sz w:val="28"/>
          <w:szCs w:val="28"/>
        </w:rPr>
        <w:t>D. tradition</w:t>
      </w:r>
    </w:p>
    <w:p w14:paraId="324DDEC0" w14:textId="4B86E175" w:rsidR="00290244" w:rsidRPr="005A5A40" w:rsidRDefault="002220DA" w:rsidP="005A5A40">
      <w:pPr>
        <w:spacing w:after="40" w:line="240" w:lineRule="auto"/>
        <w:rPr>
          <w:sz w:val="28"/>
          <w:szCs w:val="28"/>
        </w:rPr>
      </w:pPr>
      <w:r w:rsidRPr="005A5A40">
        <w:rPr>
          <w:b/>
          <w:sz w:val="28"/>
          <w:szCs w:val="28"/>
        </w:rPr>
        <w:t xml:space="preserve">9. </w:t>
      </w:r>
      <w:r w:rsidRPr="005A5A40">
        <w:rPr>
          <w:sz w:val="28"/>
          <w:szCs w:val="28"/>
        </w:rPr>
        <w:t xml:space="preserve">A. furniture    </w:t>
      </w:r>
      <w:r w:rsidR="005A5A40">
        <w:rPr>
          <w:sz w:val="28"/>
          <w:szCs w:val="28"/>
        </w:rPr>
        <w:tab/>
      </w:r>
      <w:r w:rsidRPr="005A5A40">
        <w:rPr>
          <w:sz w:val="28"/>
          <w:szCs w:val="28"/>
        </w:rPr>
        <w:t xml:space="preserve">B. holiday    C. behaviour    </w:t>
      </w:r>
      <w:r w:rsidR="005A5A40">
        <w:rPr>
          <w:sz w:val="28"/>
          <w:szCs w:val="28"/>
        </w:rPr>
        <w:tab/>
      </w:r>
      <w:r w:rsidRPr="005A5A40">
        <w:rPr>
          <w:sz w:val="28"/>
          <w:szCs w:val="28"/>
        </w:rPr>
        <w:t>D. festival</w:t>
      </w:r>
    </w:p>
    <w:p w14:paraId="73A9F992" w14:textId="77777777" w:rsidR="005A5A40" w:rsidRDefault="005A5A40">
      <w:pPr>
        <w:spacing w:after="60" w:line="240" w:lineRule="auto"/>
        <w:rPr>
          <w:b/>
          <w:sz w:val="28"/>
          <w:szCs w:val="28"/>
        </w:rPr>
      </w:pPr>
    </w:p>
    <w:p w14:paraId="7067375A" w14:textId="1878F70A" w:rsidR="00290244" w:rsidRPr="005A5A40" w:rsidRDefault="002220DA">
      <w:pPr>
        <w:spacing w:after="60" w:line="240" w:lineRule="auto"/>
        <w:rPr>
          <w:sz w:val="28"/>
          <w:szCs w:val="28"/>
        </w:rPr>
      </w:pPr>
      <w:r w:rsidRPr="005A5A40">
        <w:rPr>
          <w:b/>
          <w:sz w:val="28"/>
          <w:szCs w:val="28"/>
        </w:rPr>
        <w:t>III. Language use</w:t>
      </w:r>
    </w:p>
    <w:p w14:paraId="42C35C19" w14:textId="5977D94B" w:rsidR="00290244" w:rsidRPr="005A5A40" w:rsidRDefault="002220DA">
      <w:pPr>
        <w:spacing w:after="60" w:line="240" w:lineRule="auto"/>
        <w:rPr>
          <w:sz w:val="28"/>
          <w:szCs w:val="28"/>
        </w:rPr>
      </w:pPr>
      <w:r w:rsidRPr="005A5A40">
        <w:rPr>
          <w:b/>
          <w:sz w:val="28"/>
          <w:szCs w:val="28"/>
        </w:rPr>
        <w:t>Choose the best answer A, B, C or D.</w:t>
      </w:r>
    </w:p>
    <w:p w14:paraId="5BB11434" w14:textId="77777777" w:rsidR="00290244" w:rsidRPr="005A5A40" w:rsidRDefault="002220DA">
      <w:pPr>
        <w:spacing w:after="40" w:line="240" w:lineRule="auto"/>
        <w:rPr>
          <w:sz w:val="28"/>
          <w:szCs w:val="28"/>
        </w:rPr>
      </w:pPr>
      <w:r w:rsidRPr="005A5A40">
        <w:rPr>
          <w:b/>
          <w:sz w:val="28"/>
          <w:szCs w:val="28"/>
        </w:rPr>
        <w:t>10. At Tet, children often get __________ from adults.</w:t>
      </w:r>
    </w:p>
    <w:p w14:paraId="33610906" w14:textId="77777777" w:rsidR="00290244" w:rsidRPr="005A5A40" w:rsidRDefault="002220DA">
      <w:pPr>
        <w:spacing w:after="60" w:line="240" w:lineRule="auto"/>
        <w:rPr>
          <w:sz w:val="28"/>
          <w:szCs w:val="28"/>
        </w:rPr>
      </w:pPr>
      <w:r w:rsidRPr="005A5A40">
        <w:rPr>
          <w:sz w:val="28"/>
          <w:szCs w:val="28"/>
        </w:rPr>
        <w:t>A. lucky money    B. homework    C. fur</w:t>
      </w:r>
      <w:r w:rsidRPr="005A5A40">
        <w:rPr>
          <w:sz w:val="28"/>
          <w:szCs w:val="28"/>
        </w:rPr>
        <w:t>niture    D. rain</w:t>
      </w:r>
    </w:p>
    <w:p w14:paraId="2CA407DE" w14:textId="77777777" w:rsidR="00290244" w:rsidRPr="005A5A40" w:rsidRDefault="002220DA">
      <w:pPr>
        <w:spacing w:after="40" w:line="240" w:lineRule="auto"/>
        <w:rPr>
          <w:sz w:val="28"/>
          <w:szCs w:val="28"/>
        </w:rPr>
      </w:pPr>
      <w:r w:rsidRPr="005A5A40">
        <w:rPr>
          <w:b/>
          <w:sz w:val="28"/>
          <w:szCs w:val="28"/>
        </w:rPr>
        <w:t>11. Children __________ behave well when they visit relatives.</w:t>
      </w:r>
    </w:p>
    <w:p w14:paraId="2BCE9D93" w14:textId="77777777" w:rsidR="00290244" w:rsidRPr="005A5A40" w:rsidRDefault="002220DA">
      <w:pPr>
        <w:spacing w:after="60" w:line="240" w:lineRule="auto"/>
        <w:rPr>
          <w:sz w:val="28"/>
          <w:szCs w:val="28"/>
        </w:rPr>
      </w:pPr>
      <w:r w:rsidRPr="005A5A40">
        <w:rPr>
          <w:sz w:val="28"/>
          <w:szCs w:val="28"/>
        </w:rPr>
        <w:t>A. should    B. shouldn't    C. are    D. does</w:t>
      </w:r>
    </w:p>
    <w:p w14:paraId="307FE6A5" w14:textId="77777777" w:rsidR="00290244" w:rsidRPr="005A5A40" w:rsidRDefault="002220DA">
      <w:pPr>
        <w:spacing w:after="40" w:line="240" w:lineRule="auto"/>
        <w:rPr>
          <w:sz w:val="28"/>
          <w:szCs w:val="28"/>
        </w:rPr>
      </w:pPr>
      <w:r w:rsidRPr="005A5A40">
        <w:rPr>
          <w:b/>
          <w:sz w:val="28"/>
          <w:szCs w:val="28"/>
        </w:rPr>
        <w:t>12. There is not __________ milk in the fridge.</w:t>
      </w:r>
    </w:p>
    <w:p w14:paraId="35C02467" w14:textId="77777777" w:rsidR="00290244" w:rsidRPr="005A5A40" w:rsidRDefault="002220DA">
      <w:pPr>
        <w:spacing w:after="60" w:line="240" w:lineRule="auto"/>
        <w:rPr>
          <w:sz w:val="28"/>
          <w:szCs w:val="28"/>
        </w:rPr>
      </w:pPr>
      <w:r w:rsidRPr="005A5A40">
        <w:rPr>
          <w:sz w:val="28"/>
          <w:szCs w:val="28"/>
        </w:rPr>
        <w:t>A. some    B. any    C. many    D. a few</w:t>
      </w:r>
    </w:p>
    <w:p w14:paraId="274162CE" w14:textId="77777777" w:rsidR="00290244" w:rsidRPr="005A5A40" w:rsidRDefault="002220DA">
      <w:pPr>
        <w:spacing w:after="40" w:line="240" w:lineRule="auto"/>
        <w:rPr>
          <w:sz w:val="28"/>
          <w:szCs w:val="28"/>
        </w:rPr>
      </w:pPr>
      <w:r w:rsidRPr="005A5A40">
        <w:rPr>
          <w:b/>
          <w:sz w:val="28"/>
          <w:szCs w:val="28"/>
        </w:rPr>
        <w:t xml:space="preserve">13. You __________ break things during </w:t>
      </w:r>
      <w:r w:rsidRPr="005A5A40">
        <w:rPr>
          <w:b/>
          <w:sz w:val="28"/>
          <w:szCs w:val="28"/>
        </w:rPr>
        <w:t>Tet.</w:t>
      </w:r>
    </w:p>
    <w:p w14:paraId="12783515" w14:textId="77777777" w:rsidR="00290244" w:rsidRPr="005A5A40" w:rsidRDefault="002220DA">
      <w:pPr>
        <w:spacing w:after="60" w:line="240" w:lineRule="auto"/>
        <w:rPr>
          <w:sz w:val="28"/>
          <w:szCs w:val="28"/>
        </w:rPr>
      </w:pPr>
      <w:r w:rsidRPr="005A5A40">
        <w:rPr>
          <w:sz w:val="28"/>
          <w:szCs w:val="28"/>
        </w:rPr>
        <w:t>A. should    B. shouldn't    C. do    D. are</w:t>
      </w:r>
    </w:p>
    <w:p w14:paraId="28991B9B" w14:textId="77777777" w:rsidR="00290244" w:rsidRPr="005A5A40" w:rsidRDefault="002220DA">
      <w:pPr>
        <w:spacing w:after="40" w:line="240" w:lineRule="auto"/>
        <w:rPr>
          <w:sz w:val="28"/>
          <w:szCs w:val="28"/>
        </w:rPr>
      </w:pPr>
      <w:r w:rsidRPr="005A5A40">
        <w:rPr>
          <w:b/>
          <w:sz w:val="28"/>
          <w:szCs w:val="28"/>
        </w:rPr>
        <w:t>14. My mother buys __________ peach flowers before Tet.</w:t>
      </w:r>
    </w:p>
    <w:p w14:paraId="14C4CCE6" w14:textId="77777777" w:rsidR="00290244" w:rsidRPr="005A5A40" w:rsidRDefault="002220DA">
      <w:pPr>
        <w:spacing w:after="60" w:line="240" w:lineRule="auto"/>
        <w:rPr>
          <w:sz w:val="28"/>
          <w:szCs w:val="28"/>
        </w:rPr>
      </w:pPr>
      <w:r w:rsidRPr="005A5A40">
        <w:rPr>
          <w:sz w:val="28"/>
          <w:szCs w:val="28"/>
        </w:rPr>
        <w:t>A. some    B. any    C. much    D. a little</w:t>
      </w:r>
    </w:p>
    <w:p w14:paraId="5CF540E3" w14:textId="77777777" w:rsidR="00290244" w:rsidRPr="005A5A40" w:rsidRDefault="002220DA">
      <w:pPr>
        <w:spacing w:after="40" w:line="240" w:lineRule="auto"/>
        <w:rPr>
          <w:sz w:val="28"/>
          <w:szCs w:val="28"/>
        </w:rPr>
      </w:pPr>
      <w:r w:rsidRPr="005A5A40">
        <w:rPr>
          <w:b/>
          <w:sz w:val="28"/>
          <w:szCs w:val="28"/>
        </w:rPr>
        <w:t>15. Tet is a time for family __________.</w:t>
      </w:r>
    </w:p>
    <w:p w14:paraId="47C71A2F" w14:textId="77777777" w:rsidR="00290244" w:rsidRPr="005A5A40" w:rsidRDefault="002220DA">
      <w:pPr>
        <w:spacing w:after="60" w:line="240" w:lineRule="auto"/>
        <w:rPr>
          <w:sz w:val="28"/>
          <w:szCs w:val="28"/>
        </w:rPr>
      </w:pPr>
      <w:r w:rsidRPr="005A5A40">
        <w:rPr>
          <w:sz w:val="28"/>
          <w:szCs w:val="28"/>
        </w:rPr>
        <w:t>A. gatherings    B. waterfalls    C. channels    D. cartoons</w:t>
      </w:r>
    </w:p>
    <w:p w14:paraId="36047635" w14:textId="77777777" w:rsidR="005A5A40" w:rsidRDefault="005A5A40">
      <w:pPr>
        <w:spacing w:after="60" w:line="240" w:lineRule="auto"/>
        <w:rPr>
          <w:b/>
          <w:sz w:val="28"/>
          <w:szCs w:val="28"/>
        </w:rPr>
      </w:pPr>
    </w:p>
    <w:p w14:paraId="3C444F1F" w14:textId="5AD8460E" w:rsidR="00290244" w:rsidRPr="005A5A40" w:rsidRDefault="002220DA">
      <w:pPr>
        <w:spacing w:after="60" w:line="240" w:lineRule="auto"/>
        <w:rPr>
          <w:sz w:val="28"/>
          <w:szCs w:val="28"/>
        </w:rPr>
      </w:pPr>
      <w:r w:rsidRPr="005A5A40">
        <w:rPr>
          <w:b/>
          <w:sz w:val="28"/>
          <w:szCs w:val="28"/>
        </w:rPr>
        <w:t>IV.</w:t>
      </w:r>
      <w:r w:rsidRPr="005A5A40">
        <w:rPr>
          <w:b/>
          <w:sz w:val="28"/>
          <w:szCs w:val="28"/>
        </w:rPr>
        <w:t xml:space="preserve"> Signs &amp; Notices</w:t>
      </w:r>
    </w:p>
    <w:p w14:paraId="239C2E22" w14:textId="77777777" w:rsidR="00290244" w:rsidRDefault="002220DA">
      <w:pPr>
        <w:spacing w:after="60" w:line="240" w:lineRule="auto"/>
        <w:rPr>
          <w:b/>
          <w:sz w:val="28"/>
          <w:szCs w:val="28"/>
        </w:rPr>
      </w:pPr>
      <w:r w:rsidRPr="005A5A40">
        <w:rPr>
          <w:b/>
          <w:sz w:val="28"/>
          <w:szCs w:val="28"/>
        </w:rPr>
        <w:t>Look at the signs and choose the best explanation.</w:t>
      </w:r>
    </w:p>
    <w:p w14:paraId="5BD71CAC" w14:textId="77777777" w:rsidR="005B3128" w:rsidRDefault="005B3128">
      <w:pPr>
        <w:spacing w:after="60" w:line="240" w:lineRule="auto"/>
        <w:rPr>
          <w:b/>
          <w:sz w:val="28"/>
          <w:szCs w:val="28"/>
        </w:rPr>
      </w:pPr>
    </w:p>
    <w:p w14:paraId="2E275B5B" w14:textId="77777777" w:rsidR="005B3128" w:rsidRDefault="005B3128">
      <w:pPr>
        <w:spacing w:after="60" w:line="240" w:lineRule="auto"/>
        <w:rPr>
          <w:b/>
          <w:sz w:val="28"/>
          <w:szCs w:val="28"/>
        </w:rPr>
      </w:pPr>
    </w:p>
    <w:p w14:paraId="0D6F203A" w14:textId="77777777" w:rsidR="005B3128" w:rsidRPr="005A5A40" w:rsidRDefault="005B3128">
      <w:pPr>
        <w:spacing w:after="60" w:line="240" w:lineRule="auto"/>
        <w:rPr>
          <w:sz w:val="28"/>
          <w:szCs w:val="28"/>
        </w:rPr>
      </w:pPr>
    </w:p>
    <w:tbl>
      <w:tblPr>
        <w:tblStyle w:val="TableGrid"/>
        <w:tblW w:w="0" w:type="auto"/>
        <w:tblLook w:val="04A0" w:firstRow="1" w:lastRow="0" w:firstColumn="1" w:lastColumn="0" w:noHBand="0" w:noVBand="1"/>
      </w:tblPr>
      <w:tblGrid>
        <w:gridCol w:w="3227"/>
        <w:gridCol w:w="7429"/>
      </w:tblGrid>
      <w:tr w:rsidR="00290244" w:rsidRPr="005A5A40" w14:paraId="25FA627D" w14:textId="77777777" w:rsidTr="00811416">
        <w:tc>
          <w:tcPr>
            <w:tcW w:w="3227" w:type="dxa"/>
            <w:vAlign w:val="center"/>
          </w:tcPr>
          <w:p w14:paraId="39A287F9" w14:textId="6DF7FD3E" w:rsidR="00290244" w:rsidRPr="005A5A40" w:rsidRDefault="005B3128">
            <w:pPr>
              <w:jc w:val="center"/>
              <w:rPr>
                <w:sz w:val="28"/>
                <w:szCs w:val="28"/>
              </w:rPr>
            </w:pPr>
            <w:r>
              <w:rPr>
                <w:noProof/>
              </w:rPr>
              <w:lastRenderedPageBreak/>
              <w:drawing>
                <wp:anchor distT="0" distB="0" distL="114300" distR="114300" simplePos="0" relativeHeight="251658240" behindDoc="0" locked="0" layoutInCell="1" allowOverlap="1" wp14:anchorId="049DC9A4" wp14:editId="76B13691">
                  <wp:simplePos x="0" y="0"/>
                  <wp:positionH relativeFrom="column">
                    <wp:posOffset>679450</wp:posOffset>
                  </wp:positionH>
                  <wp:positionV relativeFrom="paragraph">
                    <wp:posOffset>16510</wp:posOffset>
                  </wp:positionV>
                  <wp:extent cx="777240" cy="1162050"/>
                  <wp:effectExtent l="0" t="0" r="3810" b="0"/>
                  <wp:wrapNone/>
                  <wp:docPr id="1794237927" name="Picture 1" descr="No Fireworks Campground Sign - In Stock, Ships 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Fireworks Campground Sign - In Stock, Ships Fa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29" w:type="dxa"/>
          </w:tcPr>
          <w:p w14:paraId="2B472916" w14:textId="77777777" w:rsidR="00290244" w:rsidRPr="005A5A40" w:rsidRDefault="002220DA">
            <w:pPr>
              <w:rPr>
                <w:sz w:val="28"/>
                <w:szCs w:val="28"/>
              </w:rPr>
            </w:pPr>
            <w:r w:rsidRPr="005A5A40">
              <w:rPr>
                <w:b/>
                <w:sz w:val="28"/>
                <w:szCs w:val="28"/>
              </w:rPr>
              <w:t>16. What does this sign mean?</w:t>
            </w:r>
          </w:p>
          <w:p w14:paraId="4E6DBD9A" w14:textId="77777777" w:rsidR="005B3128" w:rsidRDefault="005B3128">
            <w:pPr>
              <w:rPr>
                <w:sz w:val="28"/>
                <w:szCs w:val="28"/>
              </w:rPr>
            </w:pPr>
            <w:r w:rsidRPr="005B3128">
              <w:rPr>
                <w:sz w:val="28"/>
                <w:szCs w:val="28"/>
              </w:rPr>
              <w:t xml:space="preserve">A. You can buy colorful toy rockets at this place. </w:t>
            </w:r>
          </w:p>
          <w:p w14:paraId="6740D864" w14:textId="77777777" w:rsidR="005B3128" w:rsidRDefault="005B3128">
            <w:pPr>
              <w:rPr>
                <w:sz w:val="28"/>
                <w:szCs w:val="28"/>
              </w:rPr>
            </w:pPr>
            <w:r w:rsidRPr="005B3128">
              <w:rPr>
                <w:sz w:val="28"/>
                <w:szCs w:val="28"/>
              </w:rPr>
              <w:t xml:space="preserve">B. You should look at the beautiful lights in the sky. </w:t>
            </w:r>
          </w:p>
          <w:p w14:paraId="2F97B652" w14:textId="77777777" w:rsidR="005B3128" w:rsidRDefault="005B3128">
            <w:pPr>
              <w:rPr>
                <w:sz w:val="28"/>
                <w:szCs w:val="28"/>
              </w:rPr>
            </w:pPr>
            <w:r w:rsidRPr="005B3128">
              <w:rPr>
                <w:sz w:val="28"/>
                <w:szCs w:val="28"/>
              </w:rPr>
              <w:t xml:space="preserve">C. You must not light or use fireworks in this area. </w:t>
            </w:r>
          </w:p>
          <w:p w14:paraId="552E8F1A" w14:textId="77777777" w:rsidR="00290244" w:rsidRDefault="005B3128">
            <w:pPr>
              <w:rPr>
                <w:sz w:val="28"/>
                <w:szCs w:val="28"/>
              </w:rPr>
            </w:pPr>
            <w:r w:rsidRPr="005B3128">
              <w:rPr>
                <w:sz w:val="28"/>
                <w:szCs w:val="28"/>
              </w:rPr>
              <w:t>D. You need to call the firefighters if you see a fire.</w:t>
            </w:r>
          </w:p>
          <w:p w14:paraId="52FF44AC" w14:textId="3DBA4FE4" w:rsidR="005B3128" w:rsidRPr="005A5A40" w:rsidRDefault="005B3128">
            <w:pPr>
              <w:rPr>
                <w:sz w:val="28"/>
                <w:szCs w:val="28"/>
              </w:rPr>
            </w:pPr>
          </w:p>
        </w:tc>
      </w:tr>
      <w:tr w:rsidR="00290244" w:rsidRPr="005A5A40" w14:paraId="16915FAF" w14:textId="77777777" w:rsidTr="00811416">
        <w:tc>
          <w:tcPr>
            <w:tcW w:w="3227" w:type="dxa"/>
            <w:vAlign w:val="center"/>
          </w:tcPr>
          <w:p w14:paraId="11A10D62" w14:textId="6509072F" w:rsidR="00290244" w:rsidRPr="005A5A40" w:rsidRDefault="003576B6">
            <w:pPr>
              <w:jc w:val="center"/>
              <w:rPr>
                <w:sz w:val="28"/>
                <w:szCs w:val="28"/>
              </w:rPr>
            </w:pPr>
            <w:r>
              <w:rPr>
                <w:noProof/>
              </w:rPr>
              <w:drawing>
                <wp:inline distT="0" distB="0" distL="0" distR="0" wp14:anchorId="65503765" wp14:editId="1DFEA49C">
                  <wp:extent cx="1220560" cy="1314450"/>
                  <wp:effectExtent l="0" t="0" r="0" b="0"/>
                  <wp:docPr id="1531176752" name="Picture 2" descr="Free Holiday Closure Templates for Your Business | Business holiday closure  ideas, Christmas shop closed sign, Closed for holiday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Holiday Closure Templates for Your Business | Business holiday closure  ideas, Christmas shop closed sign, Closed for holidays sig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171" cy="1315108"/>
                          </a:xfrm>
                          <a:prstGeom prst="rect">
                            <a:avLst/>
                          </a:prstGeom>
                          <a:noFill/>
                          <a:ln>
                            <a:noFill/>
                          </a:ln>
                        </pic:spPr>
                      </pic:pic>
                    </a:graphicData>
                  </a:graphic>
                </wp:inline>
              </w:drawing>
            </w:r>
          </w:p>
        </w:tc>
        <w:tc>
          <w:tcPr>
            <w:tcW w:w="7429" w:type="dxa"/>
          </w:tcPr>
          <w:p w14:paraId="6A8B3660" w14:textId="023AAD42" w:rsidR="00290244" w:rsidRPr="005A5A40" w:rsidRDefault="002220DA">
            <w:pPr>
              <w:rPr>
                <w:sz w:val="28"/>
                <w:szCs w:val="28"/>
              </w:rPr>
            </w:pPr>
            <w:r w:rsidRPr="005A5A40">
              <w:rPr>
                <w:b/>
                <w:sz w:val="28"/>
                <w:szCs w:val="28"/>
              </w:rPr>
              <w:t xml:space="preserve">17. </w:t>
            </w:r>
            <w:r w:rsidR="003576B6" w:rsidRPr="005A5A40">
              <w:rPr>
                <w:b/>
                <w:sz w:val="28"/>
                <w:szCs w:val="28"/>
              </w:rPr>
              <w:t>Read the notice. What is TRUE?</w:t>
            </w:r>
          </w:p>
          <w:p w14:paraId="7311B218" w14:textId="77777777" w:rsidR="003576B6" w:rsidRDefault="003576B6">
            <w:pPr>
              <w:rPr>
                <w:sz w:val="28"/>
                <w:szCs w:val="28"/>
              </w:rPr>
            </w:pPr>
            <w:r w:rsidRPr="003576B6">
              <w:rPr>
                <w:sz w:val="28"/>
                <w:szCs w:val="28"/>
              </w:rPr>
              <w:t xml:space="preserve">A. This shop is open all day to sell decorations for the festive season. </w:t>
            </w:r>
          </w:p>
          <w:p w14:paraId="1D587205" w14:textId="77777777" w:rsidR="003576B6" w:rsidRDefault="003576B6">
            <w:pPr>
              <w:rPr>
                <w:sz w:val="28"/>
                <w:szCs w:val="28"/>
              </w:rPr>
            </w:pPr>
            <w:r w:rsidRPr="003576B6">
              <w:rPr>
                <w:sz w:val="28"/>
                <w:szCs w:val="28"/>
              </w:rPr>
              <w:t xml:space="preserve">B. You should wrap your holiday gifts with a red and white ribbon. </w:t>
            </w:r>
          </w:p>
          <w:p w14:paraId="0A6BAF15" w14:textId="77777777" w:rsidR="00811416" w:rsidRDefault="003576B6">
            <w:pPr>
              <w:rPr>
                <w:sz w:val="28"/>
                <w:szCs w:val="28"/>
              </w:rPr>
            </w:pPr>
            <w:r w:rsidRPr="003576B6">
              <w:rPr>
                <w:sz w:val="28"/>
                <w:szCs w:val="28"/>
              </w:rPr>
              <w:t xml:space="preserve">C. You can only come into this place if you are on vacation. </w:t>
            </w:r>
          </w:p>
          <w:p w14:paraId="1739918C" w14:textId="1CC69C6C" w:rsidR="00290244" w:rsidRPr="005A5A40" w:rsidRDefault="003576B6">
            <w:pPr>
              <w:rPr>
                <w:sz w:val="28"/>
                <w:szCs w:val="28"/>
              </w:rPr>
            </w:pPr>
            <w:r w:rsidRPr="003576B6">
              <w:rPr>
                <w:sz w:val="28"/>
                <w:szCs w:val="28"/>
              </w:rPr>
              <w:t>D. You cannot go inside this place right now because it is a holiday.</w:t>
            </w:r>
          </w:p>
        </w:tc>
      </w:tr>
      <w:tr w:rsidR="00290244" w:rsidRPr="005A5A40" w14:paraId="01996301" w14:textId="77777777" w:rsidTr="00811416">
        <w:tc>
          <w:tcPr>
            <w:tcW w:w="3227" w:type="dxa"/>
            <w:vAlign w:val="center"/>
          </w:tcPr>
          <w:p w14:paraId="62107C69" w14:textId="266579CE" w:rsidR="00290244" w:rsidRPr="005A5A40" w:rsidRDefault="00811416">
            <w:pPr>
              <w:jc w:val="center"/>
              <w:rPr>
                <w:sz w:val="28"/>
                <w:szCs w:val="28"/>
              </w:rPr>
            </w:pPr>
            <w:r>
              <w:rPr>
                <w:noProof/>
              </w:rPr>
              <w:drawing>
                <wp:anchor distT="0" distB="0" distL="114300" distR="114300" simplePos="0" relativeHeight="251663360" behindDoc="0" locked="0" layoutInCell="1" allowOverlap="1" wp14:anchorId="570CE663" wp14:editId="08C1A5D0">
                  <wp:simplePos x="0" y="0"/>
                  <wp:positionH relativeFrom="column">
                    <wp:posOffset>290195</wp:posOffset>
                  </wp:positionH>
                  <wp:positionV relativeFrom="paragraph">
                    <wp:posOffset>-2540</wp:posOffset>
                  </wp:positionV>
                  <wp:extent cx="1377315" cy="971550"/>
                  <wp:effectExtent l="0" t="0" r="0" b="0"/>
                  <wp:wrapNone/>
                  <wp:docPr id="1793820348" name="Picture 3" descr="No Drinking Notice Signs | SignsToYo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Drinking Notice Signs | SignsToYou.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7315"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29" w:type="dxa"/>
          </w:tcPr>
          <w:p w14:paraId="2D81BF0F" w14:textId="1CCFD8E6" w:rsidR="00290244" w:rsidRPr="005A5A40" w:rsidRDefault="002220DA">
            <w:pPr>
              <w:rPr>
                <w:sz w:val="28"/>
                <w:szCs w:val="28"/>
              </w:rPr>
            </w:pPr>
            <w:r w:rsidRPr="005A5A40">
              <w:rPr>
                <w:b/>
                <w:sz w:val="28"/>
                <w:szCs w:val="28"/>
              </w:rPr>
              <w:t xml:space="preserve">18. </w:t>
            </w:r>
            <w:r w:rsidR="003576B6">
              <w:rPr>
                <w:b/>
                <w:sz w:val="28"/>
                <w:szCs w:val="28"/>
              </w:rPr>
              <w:t>What does this sign mean?</w:t>
            </w:r>
          </w:p>
          <w:p w14:paraId="0CA841D2" w14:textId="7F98FE34" w:rsidR="00811416" w:rsidRDefault="00811416">
            <w:pPr>
              <w:rPr>
                <w:sz w:val="28"/>
                <w:szCs w:val="28"/>
              </w:rPr>
            </w:pPr>
            <w:r w:rsidRPr="00811416">
              <w:rPr>
                <w:sz w:val="28"/>
                <w:szCs w:val="28"/>
              </w:rPr>
              <w:t xml:space="preserve">A. You must not drink alcohol or wine in this area. </w:t>
            </w:r>
          </w:p>
          <w:p w14:paraId="301FF3D5" w14:textId="77777777" w:rsidR="00811416" w:rsidRDefault="00811416">
            <w:pPr>
              <w:rPr>
                <w:sz w:val="28"/>
                <w:szCs w:val="28"/>
              </w:rPr>
            </w:pPr>
            <w:r w:rsidRPr="00811416">
              <w:rPr>
                <w:sz w:val="28"/>
                <w:szCs w:val="28"/>
              </w:rPr>
              <w:t xml:space="preserve">B. You should wash your glasses before you leave. </w:t>
            </w:r>
          </w:p>
          <w:p w14:paraId="4AEB7F56" w14:textId="77777777" w:rsidR="00811416" w:rsidRDefault="00811416">
            <w:pPr>
              <w:rPr>
                <w:sz w:val="28"/>
                <w:szCs w:val="28"/>
              </w:rPr>
            </w:pPr>
            <w:r w:rsidRPr="00811416">
              <w:rPr>
                <w:sz w:val="28"/>
                <w:szCs w:val="28"/>
              </w:rPr>
              <w:t xml:space="preserve">C. You need to open the bottles before entering this room. </w:t>
            </w:r>
          </w:p>
          <w:p w14:paraId="589C5C9A" w14:textId="2B5D1AFC" w:rsidR="00290244" w:rsidRPr="005A5A40" w:rsidRDefault="00811416">
            <w:pPr>
              <w:rPr>
                <w:sz w:val="28"/>
                <w:szCs w:val="28"/>
              </w:rPr>
            </w:pPr>
            <w:r w:rsidRPr="00811416">
              <w:rPr>
                <w:sz w:val="28"/>
                <w:szCs w:val="28"/>
              </w:rPr>
              <w:t>D. You can buy fruit juice and cold water here.</w:t>
            </w:r>
          </w:p>
        </w:tc>
      </w:tr>
      <w:tr w:rsidR="00290244" w:rsidRPr="005A5A40" w14:paraId="71033642" w14:textId="77777777" w:rsidTr="00811416">
        <w:tc>
          <w:tcPr>
            <w:tcW w:w="3227" w:type="dxa"/>
            <w:vAlign w:val="center"/>
          </w:tcPr>
          <w:p w14:paraId="7477D5C8" w14:textId="612B84CB" w:rsidR="00290244" w:rsidRPr="005A5A40" w:rsidRDefault="00811416">
            <w:pPr>
              <w:jc w:val="center"/>
              <w:rPr>
                <w:sz w:val="28"/>
                <w:szCs w:val="28"/>
              </w:rPr>
            </w:pPr>
            <w:r>
              <w:rPr>
                <w:noProof/>
              </w:rPr>
              <w:drawing>
                <wp:inline distT="0" distB="0" distL="0" distR="0" wp14:anchorId="30843AE5" wp14:editId="7CBAAC22">
                  <wp:extent cx="895214" cy="1176159"/>
                  <wp:effectExtent l="0" t="0" r="635" b="5080"/>
                  <wp:docPr id="1289018870" name="Picture 4" descr="No Gambling Vector Icon Which Can Stock Vector (Royalty Free) 2711988877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Gambling Vector Icon Which Can Stock Vector (Royalty Free) 2711988877 |  Shutterstock"/>
                          <pic:cNvPicPr>
                            <a:picLocks noChangeAspect="1" noChangeArrowheads="1"/>
                          </pic:cNvPicPr>
                        </pic:nvPicPr>
                        <pic:blipFill rotWithShape="1">
                          <a:blip r:embed="rId11">
                            <a:extLst>
                              <a:ext uri="{28A0092B-C50C-407E-A947-70E740481C1C}">
                                <a14:useLocalDpi xmlns:a14="http://schemas.microsoft.com/office/drawing/2010/main" val="0"/>
                              </a:ext>
                            </a:extLst>
                          </a:blip>
                          <a:srcRect l="15770" r="11923" b="11785"/>
                          <a:stretch>
                            <a:fillRect/>
                          </a:stretch>
                        </pic:blipFill>
                        <pic:spPr bwMode="auto">
                          <a:xfrm>
                            <a:off x="0" y="0"/>
                            <a:ext cx="895606" cy="1176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429" w:type="dxa"/>
          </w:tcPr>
          <w:p w14:paraId="3451513E" w14:textId="46337591" w:rsidR="00290244" w:rsidRPr="005A5A40" w:rsidRDefault="002220DA">
            <w:pPr>
              <w:rPr>
                <w:sz w:val="28"/>
                <w:szCs w:val="28"/>
              </w:rPr>
            </w:pPr>
            <w:r w:rsidRPr="005A5A40">
              <w:rPr>
                <w:b/>
                <w:sz w:val="28"/>
                <w:szCs w:val="28"/>
              </w:rPr>
              <w:t>19. What can</w:t>
            </w:r>
            <w:r w:rsidR="00811416">
              <w:rPr>
                <w:b/>
                <w:sz w:val="28"/>
                <w:szCs w:val="28"/>
              </w:rPr>
              <w:t>’t</w:t>
            </w:r>
            <w:r w:rsidRPr="005A5A40">
              <w:rPr>
                <w:b/>
                <w:sz w:val="28"/>
                <w:szCs w:val="28"/>
              </w:rPr>
              <w:t xml:space="preserve"> people do here?</w:t>
            </w:r>
          </w:p>
          <w:p w14:paraId="7F05DF68" w14:textId="77777777" w:rsidR="00811416" w:rsidRDefault="00811416">
            <w:pPr>
              <w:rPr>
                <w:sz w:val="28"/>
                <w:szCs w:val="28"/>
              </w:rPr>
            </w:pPr>
            <w:r w:rsidRPr="00811416">
              <w:rPr>
                <w:sz w:val="28"/>
                <w:szCs w:val="28"/>
              </w:rPr>
              <w:t xml:space="preserve">A. You can buy new playing cards and dice at this shop. </w:t>
            </w:r>
          </w:p>
          <w:p w14:paraId="24BB2FAE" w14:textId="77777777" w:rsidR="00811416" w:rsidRDefault="00811416">
            <w:pPr>
              <w:rPr>
                <w:sz w:val="28"/>
                <w:szCs w:val="28"/>
              </w:rPr>
            </w:pPr>
            <w:r w:rsidRPr="00811416">
              <w:rPr>
                <w:sz w:val="28"/>
                <w:szCs w:val="28"/>
              </w:rPr>
              <w:t xml:space="preserve">B. You should practice playing board games before you go home. </w:t>
            </w:r>
          </w:p>
          <w:p w14:paraId="537724AB" w14:textId="77777777" w:rsidR="00811416" w:rsidRDefault="00811416">
            <w:pPr>
              <w:rPr>
                <w:sz w:val="28"/>
                <w:szCs w:val="28"/>
              </w:rPr>
            </w:pPr>
            <w:r w:rsidRPr="00811416">
              <w:rPr>
                <w:sz w:val="28"/>
                <w:szCs w:val="28"/>
              </w:rPr>
              <w:t xml:space="preserve">C. You need to bring your own games to this room. </w:t>
            </w:r>
          </w:p>
          <w:p w14:paraId="5D0DAF19" w14:textId="3C20DAD0" w:rsidR="00290244" w:rsidRPr="005A5A40" w:rsidRDefault="00811416">
            <w:pPr>
              <w:rPr>
                <w:sz w:val="28"/>
                <w:szCs w:val="28"/>
              </w:rPr>
            </w:pPr>
            <w:r w:rsidRPr="00811416">
              <w:rPr>
                <w:sz w:val="28"/>
                <w:szCs w:val="28"/>
              </w:rPr>
              <w:t>D. You must not play card or dice games for money in this area.</w:t>
            </w:r>
          </w:p>
        </w:tc>
      </w:tr>
    </w:tbl>
    <w:p w14:paraId="23457C90" w14:textId="77777777" w:rsidR="00290244" w:rsidRPr="005A5A40" w:rsidRDefault="002220DA">
      <w:pPr>
        <w:spacing w:after="60" w:line="240" w:lineRule="auto"/>
        <w:rPr>
          <w:sz w:val="28"/>
          <w:szCs w:val="28"/>
        </w:rPr>
      </w:pPr>
      <w:r w:rsidRPr="005A5A40">
        <w:rPr>
          <w:b/>
          <w:sz w:val="28"/>
          <w:szCs w:val="28"/>
        </w:rPr>
        <w:t>V:</w:t>
      </w:r>
      <w:r w:rsidRPr="005A5A40">
        <w:rPr>
          <w:b/>
          <w:sz w:val="28"/>
          <w:szCs w:val="28"/>
        </w:rPr>
        <w:t xml:space="preserve"> LOGIC</w:t>
      </w:r>
    </w:p>
    <w:p w14:paraId="3BC85A15" w14:textId="77777777" w:rsidR="00290244" w:rsidRPr="005A5A40" w:rsidRDefault="002220DA">
      <w:pPr>
        <w:spacing w:after="60" w:line="240" w:lineRule="auto"/>
        <w:rPr>
          <w:sz w:val="28"/>
          <w:szCs w:val="28"/>
        </w:rPr>
      </w:pPr>
      <w:r w:rsidRPr="005A5A40">
        <w:rPr>
          <w:b/>
          <w:sz w:val="28"/>
          <w:szCs w:val="28"/>
        </w:rPr>
        <w:t>Rearrange the sentences (a-d) to make a complete conversation.</w:t>
      </w:r>
    </w:p>
    <w:p w14:paraId="1034B332" w14:textId="77777777" w:rsidR="00290244" w:rsidRPr="005A5A40" w:rsidRDefault="002220DA">
      <w:pPr>
        <w:spacing w:after="60" w:line="240" w:lineRule="auto"/>
        <w:rPr>
          <w:sz w:val="28"/>
          <w:szCs w:val="28"/>
        </w:rPr>
      </w:pPr>
      <w:r w:rsidRPr="005A5A40">
        <w:rPr>
          <w:b/>
          <w:sz w:val="28"/>
          <w:szCs w:val="28"/>
        </w:rPr>
        <w:t>20.</w:t>
      </w:r>
    </w:p>
    <w:p w14:paraId="79E07102" w14:textId="77777777" w:rsidR="00DE3610" w:rsidRPr="00DE3610" w:rsidRDefault="002220DA" w:rsidP="00DE3610">
      <w:pPr>
        <w:spacing w:after="0" w:line="240" w:lineRule="auto"/>
        <w:rPr>
          <w:sz w:val="28"/>
          <w:szCs w:val="28"/>
        </w:rPr>
      </w:pPr>
      <w:r w:rsidRPr="005A5A40">
        <w:rPr>
          <w:sz w:val="28"/>
          <w:szCs w:val="28"/>
        </w:rPr>
        <w:t xml:space="preserve">   </w:t>
      </w:r>
      <w:r w:rsidR="00DE3610" w:rsidRPr="00DE3610">
        <w:rPr>
          <w:sz w:val="28"/>
          <w:szCs w:val="28"/>
        </w:rPr>
        <w:t>a. Phong: I love it because it is a special time for family gatherings.</w:t>
      </w:r>
    </w:p>
    <w:p w14:paraId="325C4E3E" w14:textId="30E75AD0" w:rsidR="00DE3610" w:rsidRPr="00DE3610" w:rsidRDefault="00E92433" w:rsidP="00E92433">
      <w:pPr>
        <w:spacing w:after="0" w:line="240" w:lineRule="auto"/>
        <w:rPr>
          <w:sz w:val="28"/>
          <w:szCs w:val="28"/>
        </w:rPr>
      </w:pPr>
      <w:r>
        <w:rPr>
          <w:sz w:val="28"/>
          <w:szCs w:val="28"/>
        </w:rPr>
        <w:t xml:space="preserve">   </w:t>
      </w:r>
      <w:r w:rsidR="00DE3610" w:rsidRPr="00DE3610">
        <w:rPr>
          <w:sz w:val="28"/>
          <w:szCs w:val="28"/>
        </w:rPr>
        <w:t>b. Vy: What do you like most about Tet, Phong?</w:t>
      </w:r>
    </w:p>
    <w:p w14:paraId="1A326563" w14:textId="607865C7" w:rsidR="00DE3610" w:rsidRPr="00DE3610" w:rsidRDefault="00E92433" w:rsidP="00DE3610">
      <w:pPr>
        <w:spacing w:after="0" w:line="240" w:lineRule="auto"/>
        <w:rPr>
          <w:sz w:val="28"/>
          <w:szCs w:val="28"/>
        </w:rPr>
      </w:pPr>
      <w:r>
        <w:rPr>
          <w:sz w:val="28"/>
          <w:szCs w:val="28"/>
        </w:rPr>
        <w:t xml:space="preserve">   </w:t>
      </w:r>
      <w:r w:rsidR="00DE3610" w:rsidRPr="00DE3610">
        <w:rPr>
          <w:sz w:val="28"/>
          <w:szCs w:val="28"/>
        </w:rPr>
        <w:t>c. Phong: Yes, they do. They usually get lots of lucky money from adults.</w:t>
      </w:r>
    </w:p>
    <w:p w14:paraId="1A6837AC" w14:textId="50C3CFC6" w:rsidR="00DE3610" w:rsidRPr="00DE3610" w:rsidRDefault="00E92433" w:rsidP="00DE3610">
      <w:pPr>
        <w:spacing w:after="0" w:line="240" w:lineRule="auto"/>
        <w:rPr>
          <w:sz w:val="28"/>
          <w:szCs w:val="28"/>
        </w:rPr>
      </w:pPr>
      <w:r>
        <w:rPr>
          <w:sz w:val="28"/>
          <w:szCs w:val="28"/>
        </w:rPr>
        <w:t xml:space="preserve">   </w:t>
      </w:r>
      <w:r w:rsidR="00DE3610" w:rsidRPr="00DE3610">
        <w:rPr>
          <w:sz w:val="28"/>
          <w:szCs w:val="28"/>
        </w:rPr>
        <w:t>d. Vy: Me too! Do children enjoy this traditional holiday as well?</w:t>
      </w:r>
    </w:p>
    <w:p w14:paraId="293863F3" w14:textId="2B2C7782" w:rsidR="00290244" w:rsidRPr="005A5A40" w:rsidRDefault="002220DA" w:rsidP="00E92433">
      <w:pPr>
        <w:spacing w:after="0" w:line="240" w:lineRule="auto"/>
        <w:ind w:firstLine="720"/>
        <w:rPr>
          <w:sz w:val="28"/>
          <w:szCs w:val="28"/>
        </w:rPr>
      </w:pPr>
      <w:r w:rsidRPr="005A5A40">
        <w:rPr>
          <w:sz w:val="28"/>
          <w:szCs w:val="28"/>
        </w:rPr>
        <w:t>A. b - d - a - c    B. b - a - d - c    C. d - b - c - a    D. c - d - a - b</w:t>
      </w:r>
    </w:p>
    <w:p w14:paraId="735F2084" w14:textId="77777777" w:rsidR="00290244" w:rsidRPr="005A5A40" w:rsidRDefault="002220DA">
      <w:pPr>
        <w:spacing w:after="60" w:line="240" w:lineRule="auto"/>
        <w:rPr>
          <w:sz w:val="28"/>
          <w:szCs w:val="28"/>
        </w:rPr>
      </w:pPr>
      <w:r w:rsidRPr="005A5A40">
        <w:rPr>
          <w:b/>
          <w:sz w:val="28"/>
          <w:szCs w:val="28"/>
        </w:rPr>
        <w:t>21.</w:t>
      </w:r>
    </w:p>
    <w:p w14:paraId="49A3E672" w14:textId="77777777" w:rsidR="00DB0E9D" w:rsidRPr="00DB0E9D" w:rsidRDefault="002220DA" w:rsidP="00DB0E9D">
      <w:pPr>
        <w:spacing w:after="0" w:line="240" w:lineRule="auto"/>
        <w:rPr>
          <w:sz w:val="28"/>
          <w:szCs w:val="28"/>
        </w:rPr>
      </w:pPr>
      <w:r w:rsidRPr="005A5A40">
        <w:rPr>
          <w:sz w:val="28"/>
          <w:szCs w:val="28"/>
        </w:rPr>
        <w:t xml:space="preserve">   </w:t>
      </w:r>
      <w:r w:rsidR="00DB0E9D" w:rsidRPr="00DB0E9D">
        <w:rPr>
          <w:sz w:val="28"/>
          <w:szCs w:val="28"/>
        </w:rPr>
        <w:t>a. Tom: That's true. But should we eat too many sweets and drink soda?</w:t>
      </w:r>
    </w:p>
    <w:p w14:paraId="2FCC7ED4" w14:textId="7611F394" w:rsidR="00DB0E9D" w:rsidRPr="00DB0E9D" w:rsidRDefault="00DB0E9D" w:rsidP="00DB0E9D">
      <w:pPr>
        <w:spacing w:after="0" w:line="240" w:lineRule="auto"/>
        <w:rPr>
          <w:sz w:val="28"/>
          <w:szCs w:val="28"/>
        </w:rPr>
      </w:pPr>
      <w:r w:rsidRPr="00DB0E9D">
        <w:rPr>
          <w:sz w:val="28"/>
          <w:szCs w:val="28"/>
        </w:rPr>
        <w:t xml:space="preserve">   b. Anna: What should children do to prepare for Tet, Tom?</w:t>
      </w:r>
    </w:p>
    <w:p w14:paraId="532A5592" w14:textId="0A47C99B" w:rsidR="00DB0E9D" w:rsidRPr="00DB0E9D" w:rsidRDefault="00DB0E9D" w:rsidP="00DB0E9D">
      <w:pPr>
        <w:spacing w:after="0" w:line="240" w:lineRule="auto"/>
        <w:rPr>
          <w:sz w:val="28"/>
          <w:szCs w:val="28"/>
        </w:rPr>
      </w:pPr>
      <w:r w:rsidRPr="00DB0E9D">
        <w:rPr>
          <w:sz w:val="28"/>
          <w:szCs w:val="28"/>
        </w:rPr>
        <w:t xml:space="preserve">   c. Tom: We should help our parents clean the house and behave well.</w:t>
      </w:r>
    </w:p>
    <w:p w14:paraId="1A21919E" w14:textId="00E35EA8" w:rsidR="00DB0E9D" w:rsidRPr="00DB0E9D" w:rsidRDefault="00DB0E9D" w:rsidP="00DB0E9D">
      <w:pPr>
        <w:spacing w:after="0" w:line="240" w:lineRule="auto"/>
        <w:rPr>
          <w:sz w:val="28"/>
          <w:szCs w:val="28"/>
        </w:rPr>
      </w:pPr>
      <w:r w:rsidRPr="00DB0E9D">
        <w:rPr>
          <w:sz w:val="28"/>
          <w:szCs w:val="28"/>
        </w:rPr>
        <w:t xml:space="preserve">   d. Anna: No, we shouldn't. It's not good for our teeth.</w:t>
      </w:r>
    </w:p>
    <w:p w14:paraId="05D6FFF1" w14:textId="77777777" w:rsidR="00290244" w:rsidRPr="005A5A40" w:rsidRDefault="002220DA" w:rsidP="00DB0E9D">
      <w:pPr>
        <w:spacing w:after="60" w:line="240" w:lineRule="auto"/>
        <w:ind w:firstLine="720"/>
        <w:rPr>
          <w:sz w:val="28"/>
          <w:szCs w:val="28"/>
        </w:rPr>
      </w:pPr>
      <w:r w:rsidRPr="005A5A40">
        <w:rPr>
          <w:sz w:val="28"/>
          <w:szCs w:val="28"/>
        </w:rPr>
        <w:t xml:space="preserve">A. b - a - c - d    B. a - b - c - d    C. c - d - b - a    D. b - c - </w:t>
      </w:r>
      <w:r w:rsidRPr="005A5A40">
        <w:rPr>
          <w:sz w:val="28"/>
          <w:szCs w:val="28"/>
        </w:rPr>
        <w:t>a - d</w:t>
      </w:r>
    </w:p>
    <w:p w14:paraId="2425627F" w14:textId="77777777" w:rsidR="00290244" w:rsidRPr="005A5A40" w:rsidRDefault="002220DA">
      <w:pPr>
        <w:spacing w:after="60" w:line="240" w:lineRule="auto"/>
        <w:rPr>
          <w:sz w:val="28"/>
          <w:szCs w:val="28"/>
        </w:rPr>
      </w:pPr>
      <w:r w:rsidRPr="005A5A40">
        <w:rPr>
          <w:b/>
          <w:sz w:val="28"/>
          <w:szCs w:val="28"/>
        </w:rPr>
        <w:t>22.</w:t>
      </w:r>
    </w:p>
    <w:p w14:paraId="2B001FE9" w14:textId="77777777" w:rsidR="0043603A" w:rsidRPr="0043603A" w:rsidRDefault="002220DA" w:rsidP="0043603A">
      <w:pPr>
        <w:spacing w:after="0" w:line="240" w:lineRule="auto"/>
        <w:rPr>
          <w:sz w:val="28"/>
          <w:szCs w:val="28"/>
        </w:rPr>
      </w:pPr>
      <w:r w:rsidRPr="005A5A40">
        <w:rPr>
          <w:sz w:val="28"/>
          <w:szCs w:val="28"/>
        </w:rPr>
        <w:t xml:space="preserve">   </w:t>
      </w:r>
      <w:r w:rsidR="0043603A" w:rsidRPr="0043603A">
        <w:rPr>
          <w:sz w:val="28"/>
          <w:szCs w:val="28"/>
        </w:rPr>
        <w:t>a. Mai: Great idea! What time shall we meet?</w:t>
      </w:r>
    </w:p>
    <w:p w14:paraId="3ED502C3" w14:textId="68D00CD3" w:rsidR="0043603A" w:rsidRPr="0043603A" w:rsidRDefault="0043603A" w:rsidP="0043603A">
      <w:pPr>
        <w:spacing w:after="0" w:line="240" w:lineRule="auto"/>
        <w:rPr>
          <w:sz w:val="28"/>
          <w:szCs w:val="28"/>
        </w:rPr>
      </w:pPr>
      <w:r w:rsidRPr="0043603A">
        <w:rPr>
          <w:sz w:val="28"/>
          <w:szCs w:val="28"/>
        </w:rPr>
        <w:t xml:space="preserve">    b. Tom: Let's visit our English teacher this afternoon.</w:t>
      </w:r>
    </w:p>
    <w:p w14:paraId="0CD7D9DF" w14:textId="791D2197" w:rsidR="0043603A" w:rsidRPr="0043603A" w:rsidRDefault="0043603A" w:rsidP="0043603A">
      <w:pPr>
        <w:spacing w:after="0" w:line="240" w:lineRule="auto"/>
        <w:rPr>
          <w:sz w:val="28"/>
          <w:szCs w:val="28"/>
        </w:rPr>
      </w:pPr>
      <w:r w:rsidRPr="0043603A">
        <w:rPr>
          <w:sz w:val="28"/>
          <w:szCs w:val="28"/>
        </w:rPr>
        <w:t xml:space="preserve">   c. Mai: Sure, see you then. I will bring a beautiful flower pot.</w:t>
      </w:r>
    </w:p>
    <w:p w14:paraId="4FCDEA1F" w14:textId="3FCB6A71" w:rsidR="0043603A" w:rsidRPr="0043603A" w:rsidRDefault="0043603A" w:rsidP="0043603A">
      <w:pPr>
        <w:spacing w:after="0" w:line="240" w:lineRule="auto"/>
        <w:rPr>
          <w:sz w:val="28"/>
          <w:szCs w:val="28"/>
        </w:rPr>
      </w:pPr>
      <w:r>
        <w:rPr>
          <w:sz w:val="28"/>
          <w:szCs w:val="28"/>
        </w:rPr>
        <w:lastRenderedPageBreak/>
        <w:t xml:space="preserve">    </w:t>
      </w:r>
      <w:r w:rsidRPr="0043603A">
        <w:rPr>
          <w:sz w:val="28"/>
          <w:szCs w:val="28"/>
        </w:rPr>
        <w:t>d. Tom: How about three o'clock at the school gate?</w:t>
      </w:r>
    </w:p>
    <w:p w14:paraId="4B865B61" w14:textId="5D835765" w:rsidR="00290244" w:rsidRPr="005A5A40" w:rsidRDefault="002220DA" w:rsidP="0043603A">
      <w:pPr>
        <w:spacing w:after="60" w:line="240" w:lineRule="auto"/>
        <w:ind w:firstLine="720"/>
        <w:rPr>
          <w:sz w:val="28"/>
          <w:szCs w:val="28"/>
        </w:rPr>
      </w:pPr>
      <w:r w:rsidRPr="005A5A40">
        <w:rPr>
          <w:sz w:val="28"/>
          <w:szCs w:val="28"/>
        </w:rPr>
        <w:t xml:space="preserve">A. b - </w:t>
      </w:r>
      <w:r w:rsidR="0043603A">
        <w:rPr>
          <w:sz w:val="28"/>
          <w:szCs w:val="28"/>
        </w:rPr>
        <w:t>a</w:t>
      </w:r>
      <w:r w:rsidRPr="005A5A40">
        <w:rPr>
          <w:sz w:val="28"/>
          <w:szCs w:val="28"/>
        </w:rPr>
        <w:t xml:space="preserve"> - d - </w:t>
      </w:r>
      <w:r w:rsidR="0043603A">
        <w:rPr>
          <w:sz w:val="28"/>
          <w:szCs w:val="28"/>
        </w:rPr>
        <w:t>c</w:t>
      </w:r>
      <w:r w:rsidRPr="005A5A40">
        <w:rPr>
          <w:sz w:val="28"/>
          <w:szCs w:val="28"/>
        </w:rPr>
        <w:t xml:space="preserve">    B. b - d - c - a    C. c - d - b - a    D. a - b - c - d</w:t>
      </w:r>
    </w:p>
    <w:p w14:paraId="7C6C68C8" w14:textId="77777777" w:rsidR="00290244" w:rsidRPr="005A5A40" w:rsidRDefault="002220DA">
      <w:pPr>
        <w:spacing w:after="60" w:line="240" w:lineRule="auto"/>
        <w:rPr>
          <w:sz w:val="28"/>
          <w:szCs w:val="28"/>
        </w:rPr>
      </w:pPr>
      <w:r w:rsidRPr="005A5A40">
        <w:rPr>
          <w:b/>
          <w:sz w:val="28"/>
          <w:szCs w:val="28"/>
        </w:rPr>
        <w:t>23.</w:t>
      </w:r>
    </w:p>
    <w:p w14:paraId="448038F1" w14:textId="77777777" w:rsidR="00C91662" w:rsidRPr="00C91662" w:rsidRDefault="002220DA" w:rsidP="00C91662">
      <w:pPr>
        <w:spacing w:after="0" w:line="240" w:lineRule="auto"/>
        <w:rPr>
          <w:sz w:val="28"/>
          <w:szCs w:val="28"/>
        </w:rPr>
      </w:pPr>
      <w:r w:rsidRPr="005A5A40">
        <w:rPr>
          <w:sz w:val="28"/>
          <w:szCs w:val="28"/>
        </w:rPr>
        <w:t xml:space="preserve">   </w:t>
      </w:r>
      <w:r w:rsidR="00C91662" w:rsidRPr="00C91662">
        <w:rPr>
          <w:sz w:val="28"/>
          <w:szCs w:val="28"/>
        </w:rPr>
        <w:t xml:space="preserve">a. Phong: Yes, my family always cooks </w:t>
      </w:r>
      <w:r w:rsidR="00C91662" w:rsidRPr="00C91662">
        <w:rPr>
          <w:i/>
          <w:iCs/>
          <w:sz w:val="28"/>
          <w:szCs w:val="28"/>
        </w:rPr>
        <w:t>banh chung</w:t>
      </w:r>
      <w:r w:rsidR="00C91662" w:rsidRPr="00C91662">
        <w:rPr>
          <w:sz w:val="28"/>
          <w:szCs w:val="28"/>
        </w:rPr>
        <w:t xml:space="preserve"> and boiled chicken.</w:t>
      </w:r>
    </w:p>
    <w:p w14:paraId="06155922" w14:textId="19CCEEF7" w:rsidR="00C91662" w:rsidRPr="00C91662" w:rsidRDefault="00C91662" w:rsidP="00C91662">
      <w:pPr>
        <w:spacing w:after="0" w:line="240" w:lineRule="auto"/>
        <w:rPr>
          <w:sz w:val="28"/>
          <w:szCs w:val="28"/>
        </w:rPr>
      </w:pPr>
      <w:r>
        <w:rPr>
          <w:sz w:val="28"/>
          <w:szCs w:val="28"/>
        </w:rPr>
        <w:t xml:space="preserve">   </w:t>
      </w:r>
      <w:r w:rsidRPr="00C91662">
        <w:rPr>
          <w:sz w:val="28"/>
          <w:szCs w:val="28"/>
        </w:rPr>
        <w:t>b. Vy: Does your family have any special food for Tet?</w:t>
      </w:r>
    </w:p>
    <w:p w14:paraId="7C09302F" w14:textId="5E12B5B7" w:rsidR="00C91662" w:rsidRPr="00C91662" w:rsidRDefault="00C91662" w:rsidP="00C91662">
      <w:pPr>
        <w:spacing w:after="0" w:line="240" w:lineRule="auto"/>
        <w:rPr>
          <w:sz w:val="28"/>
          <w:szCs w:val="28"/>
        </w:rPr>
      </w:pPr>
      <w:r>
        <w:rPr>
          <w:sz w:val="28"/>
          <w:szCs w:val="28"/>
        </w:rPr>
        <w:t xml:space="preserve">   </w:t>
      </w:r>
      <w:r w:rsidRPr="00C91662">
        <w:rPr>
          <w:sz w:val="28"/>
          <w:szCs w:val="28"/>
        </w:rPr>
        <w:t>c. Vy: That sounds delicious! Do you have any traditional desserts?</w:t>
      </w:r>
    </w:p>
    <w:p w14:paraId="078A7C2E" w14:textId="2515A389" w:rsidR="00C91662" w:rsidRPr="00C91662" w:rsidRDefault="00C91662" w:rsidP="00C91662">
      <w:pPr>
        <w:spacing w:after="0" w:line="240" w:lineRule="auto"/>
        <w:rPr>
          <w:sz w:val="28"/>
          <w:szCs w:val="28"/>
        </w:rPr>
      </w:pPr>
      <w:r>
        <w:rPr>
          <w:sz w:val="28"/>
          <w:szCs w:val="28"/>
        </w:rPr>
        <w:t xml:space="preserve">   </w:t>
      </w:r>
      <w:r w:rsidRPr="00C91662">
        <w:rPr>
          <w:sz w:val="28"/>
          <w:szCs w:val="28"/>
        </w:rPr>
        <w:t>d. Phong: We also have some dried candied fruits and melon seeds.</w:t>
      </w:r>
    </w:p>
    <w:p w14:paraId="44307987" w14:textId="6953D723" w:rsidR="00290244" w:rsidRPr="005A5A40" w:rsidRDefault="002220DA" w:rsidP="00C91662">
      <w:pPr>
        <w:spacing w:after="0" w:line="240" w:lineRule="auto"/>
        <w:ind w:firstLine="720"/>
        <w:rPr>
          <w:sz w:val="28"/>
          <w:szCs w:val="28"/>
        </w:rPr>
      </w:pPr>
      <w:r w:rsidRPr="005A5A40">
        <w:rPr>
          <w:sz w:val="28"/>
          <w:szCs w:val="28"/>
        </w:rPr>
        <w:t xml:space="preserve">A. b - a - d - c    B. a - b - c - d    C. b - </w:t>
      </w:r>
      <w:r w:rsidR="00C91662">
        <w:rPr>
          <w:sz w:val="28"/>
          <w:szCs w:val="28"/>
        </w:rPr>
        <w:t>a</w:t>
      </w:r>
      <w:r w:rsidRPr="005A5A40">
        <w:rPr>
          <w:sz w:val="28"/>
          <w:szCs w:val="28"/>
        </w:rPr>
        <w:t xml:space="preserve"> - </w:t>
      </w:r>
      <w:r w:rsidR="00C91662">
        <w:rPr>
          <w:sz w:val="28"/>
          <w:szCs w:val="28"/>
        </w:rPr>
        <w:t>c</w:t>
      </w:r>
      <w:r w:rsidRPr="005A5A40">
        <w:rPr>
          <w:sz w:val="28"/>
          <w:szCs w:val="28"/>
        </w:rPr>
        <w:t xml:space="preserve"> - </w:t>
      </w:r>
      <w:r w:rsidR="00C91662">
        <w:rPr>
          <w:sz w:val="28"/>
          <w:szCs w:val="28"/>
        </w:rPr>
        <w:t>d</w:t>
      </w:r>
      <w:r w:rsidRPr="005A5A40">
        <w:rPr>
          <w:sz w:val="28"/>
          <w:szCs w:val="28"/>
        </w:rPr>
        <w:t xml:space="preserve">    D. d - c - b - a</w:t>
      </w:r>
    </w:p>
    <w:p w14:paraId="12B307C9" w14:textId="77777777" w:rsidR="00290244" w:rsidRPr="005A5A40" w:rsidRDefault="002220DA">
      <w:pPr>
        <w:spacing w:after="60" w:line="240" w:lineRule="auto"/>
        <w:rPr>
          <w:sz w:val="28"/>
          <w:szCs w:val="28"/>
        </w:rPr>
      </w:pPr>
      <w:r w:rsidRPr="005A5A40">
        <w:rPr>
          <w:b/>
          <w:sz w:val="28"/>
          <w:szCs w:val="28"/>
        </w:rPr>
        <w:t>VI: READING</w:t>
      </w:r>
    </w:p>
    <w:p w14:paraId="793E7864" w14:textId="77777777" w:rsidR="00290244" w:rsidRPr="005A5A40" w:rsidRDefault="002220DA">
      <w:pPr>
        <w:spacing w:after="60" w:line="240" w:lineRule="auto"/>
        <w:rPr>
          <w:sz w:val="28"/>
          <w:szCs w:val="28"/>
        </w:rPr>
      </w:pPr>
      <w:r w:rsidRPr="005A5A40">
        <w:rPr>
          <w:b/>
          <w:sz w:val="28"/>
          <w:szCs w:val="28"/>
        </w:rPr>
        <w:t>A. Read and choose the correct word for each blank.</w:t>
      </w:r>
    </w:p>
    <w:p w14:paraId="6C9D9461" w14:textId="77777777" w:rsidR="00290244" w:rsidRPr="005A5A40" w:rsidRDefault="002220DA">
      <w:pPr>
        <w:spacing w:after="60" w:line="240" w:lineRule="auto"/>
        <w:rPr>
          <w:sz w:val="28"/>
          <w:szCs w:val="28"/>
        </w:rPr>
      </w:pPr>
      <w:r w:rsidRPr="005A5A40">
        <w:rPr>
          <w:sz w:val="28"/>
          <w:szCs w:val="28"/>
        </w:rPr>
        <w:t>Tet is the most important ho</w:t>
      </w:r>
      <w:r w:rsidRPr="005A5A40">
        <w:rPr>
          <w:sz w:val="28"/>
          <w:szCs w:val="28"/>
        </w:rPr>
        <w:t>liday in Viet Nam. Before Tet, families clean their houses and decorate them with peach flowers. Children often get (24) _________ from adults. They should say New Year (25) _________ and behave well. People need (26) _________ food for family meals, but c</w:t>
      </w:r>
      <w:r w:rsidRPr="005A5A40">
        <w:rPr>
          <w:sz w:val="28"/>
          <w:szCs w:val="28"/>
        </w:rPr>
        <w:t>hildren should not eat too many sweets. They (27) _________ break things or fight during Tet.</w:t>
      </w:r>
    </w:p>
    <w:p w14:paraId="74523769" w14:textId="77777777" w:rsidR="00290244" w:rsidRPr="005A5A40" w:rsidRDefault="002220DA">
      <w:pPr>
        <w:spacing w:after="40" w:line="240" w:lineRule="auto"/>
        <w:rPr>
          <w:sz w:val="28"/>
          <w:szCs w:val="28"/>
        </w:rPr>
      </w:pPr>
      <w:r w:rsidRPr="005A5A40">
        <w:rPr>
          <w:b/>
          <w:sz w:val="28"/>
          <w:szCs w:val="28"/>
        </w:rPr>
        <w:t xml:space="preserve">24. </w:t>
      </w:r>
    </w:p>
    <w:p w14:paraId="11249FD3" w14:textId="77777777" w:rsidR="00290244" w:rsidRPr="005A5A40" w:rsidRDefault="002220DA">
      <w:pPr>
        <w:spacing w:after="60" w:line="240" w:lineRule="auto"/>
        <w:rPr>
          <w:sz w:val="28"/>
          <w:szCs w:val="28"/>
        </w:rPr>
      </w:pPr>
      <w:r w:rsidRPr="005A5A40">
        <w:rPr>
          <w:sz w:val="28"/>
          <w:szCs w:val="28"/>
        </w:rPr>
        <w:t>A. lucky money    B. homework    C. furniture    D. sunscreen</w:t>
      </w:r>
    </w:p>
    <w:p w14:paraId="45140BB0" w14:textId="77777777" w:rsidR="00290244" w:rsidRPr="005A5A40" w:rsidRDefault="002220DA">
      <w:pPr>
        <w:spacing w:after="40" w:line="240" w:lineRule="auto"/>
        <w:rPr>
          <w:sz w:val="28"/>
          <w:szCs w:val="28"/>
        </w:rPr>
      </w:pPr>
      <w:r w:rsidRPr="005A5A40">
        <w:rPr>
          <w:b/>
          <w:sz w:val="28"/>
          <w:szCs w:val="28"/>
        </w:rPr>
        <w:t xml:space="preserve">25. </w:t>
      </w:r>
    </w:p>
    <w:p w14:paraId="2D1134F5" w14:textId="77777777" w:rsidR="00290244" w:rsidRPr="005A5A40" w:rsidRDefault="002220DA">
      <w:pPr>
        <w:spacing w:after="60" w:line="240" w:lineRule="auto"/>
        <w:rPr>
          <w:sz w:val="28"/>
          <w:szCs w:val="28"/>
        </w:rPr>
      </w:pPr>
      <w:r w:rsidRPr="005A5A40">
        <w:rPr>
          <w:sz w:val="28"/>
          <w:szCs w:val="28"/>
        </w:rPr>
        <w:t>A. wishes    B. caves    C. rivers    D. channels</w:t>
      </w:r>
    </w:p>
    <w:p w14:paraId="08296290" w14:textId="77777777" w:rsidR="00290244" w:rsidRPr="005A5A40" w:rsidRDefault="002220DA">
      <w:pPr>
        <w:spacing w:after="40" w:line="240" w:lineRule="auto"/>
        <w:rPr>
          <w:sz w:val="28"/>
          <w:szCs w:val="28"/>
        </w:rPr>
      </w:pPr>
      <w:r w:rsidRPr="005A5A40">
        <w:rPr>
          <w:b/>
          <w:sz w:val="28"/>
          <w:szCs w:val="28"/>
        </w:rPr>
        <w:t xml:space="preserve">26. </w:t>
      </w:r>
    </w:p>
    <w:p w14:paraId="36B6F3B2" w14:textId="77777777" w:rsidR="00290244" w:rsidRPr="005A5A40" w:rsidRDefault="002220DA">
      <w:pPr>
        <w:spacing w:after="60" w:line="240" w:lineRule="auto"/>
        <w:rPr>
          <w:sz w:val="28"/>
          <w:szCs w:val="28"/>
        </w:rPr>
      </w:pPr>
      <w:r w:rsidRPr="005A5A40">
        <w:rPr>
          <w:sz w:val="28"/>
          <w:szCs w:val="28"/>
        </w:rPr>
        <w:t xml:space="preserve">A. any    B. some    C. many    </w:t>
      </w:r>
      <w:r w:rsidRPr="005A5A40">
        <w:rPr>
          <w:sz w:val="28"/>
          <w:szCs w:val="28"/>
        </w:rPr>
        <w:t>D. a few</w:t>
      </w:r>
    </w:p>
    <w:p w14:paraId="23AFD526" w14:textId="77777777" w:rsidR="00290244" w:rsidRPr="005A5A40" w:rsidRDefault="002220DA">
      <w:pPr>
        <w:spacing w:after="40" w:line="240" w:lineRule="auto"/>
        <w:rPr>
          <w:sz w:val="28"/>
          <w:szCs w:val="28"/>
        </w:rPr>
      </w:pPr>
      <w:r w:rsidRPr="005A5A40">
        <w:rPr>
          <w:b/>
          <w:sz w:val="28"/>
          <w:szCs w:val="28"/>
        </w:rPr>
        <w:t xml:space="preserve">27. </w:t>
      </w:r>
    </w:p>
    <w:p w14:paraId="2B90D258" w14:textId="77777777" w:rsidR="00290244" w:rsidRPr="005A5A40" w:rsidRDefault="002220DA">
      <w:pPr>
        <w:spacing w:after="60" w:line="240" w:lineRule="auto"/>
        <w:rPr>
          <w:sz w:val="28"/>
          <w:szCs w:val="28"/>
        </w:rPr>
      </w:pPr>
      <w:r w:rsidRPr="005A5A40">
        <w:rPr>
          <w:sz w:val="28"/>
          <w:szCs w:val="28"/>
        </w:rPr>
        <w:t>A. should    B. must    C. shouldn't    D. can</w:t>
      </w:r>
    </w:p>
    <w:p w14:paraId="6DE25501" w14:textId="77777777" w:rsidR="00290244" w:rsidRPr="005A5A40" w:rsidRDefault="002220DA">
      <w:pPr>
        <w:spacing w:after="60" w:line="240" w:lineRule="auto"/>
        <w:rPr>
          <w:sz w:val="28"/>
          <w:szCs w:val="28"/>
        </w:rPr>
      </w:pPr>
      <w:r w:rsidRPr="005A5A40">
        <w:rPr>
          <w:b/>
          <w:sz w:val="28"/>
          <w:szCs w:val="28"/>
        </w:rPr>
        <w:t>B. Read the text and choose the best answer A, B, C or D.</w:t>
      </w:r>
    </w:p>
    <w:p w14:paraId="1EE3FBCE" w14:textId="77777777" w:rsidR="00290244" w:rsidRPr="005A5A40" w:rsidRDefault="002220DA">
      <w:pPr>
        <w:spacing w:after="60" w:line="240" w:lineRule="auto"/>
        <w:rPr>
          <w:sz w:val="28"/>
          <w:szCs w:val="28"/>
        </w:rPr>
      </w:pPr>
      <w:r w:rsidRPr="005A5A40">
        <w:rPr>
          <w:sz w:val="28"/>
          <w:szCs w:val="28"/>
        </w:rPr>
        <w:t>My name is Linh. I love Tet because it is a special time for my family. A week before Tet, we clean our house and decorate the living roo</w:t>
      </w:r>
      <w:r w:rsidRPr="005A5A40">
        <w:rPr>
          <w:sz w:val="28"/>
          <w:szCs w:val="28"/>
        </w:rPr>
        <w:t xml:space="preserve">m with peach flowers and a kumquat tree. My mother cooks banh chung and other special food. My father buys some sweets and fruit. On the first day of Tet, we visit our grandparents. They give me lucky money in a red envelope. I always say wishes for their </w:t>
      </w:r>
      <w:r w:rsidRPr="005A5A40">
        <w:rPr>
          <w:sz w:val="28"/>
          <w:szCs w:val="28"/>
        </w:rPr>
        <w:t>health and happiness. My parents say children should behave well, help with housework and say polite words. We should not break things, fight or eat too many sweets. In the evening, my family often watches fireworks together.</w:t>
      </w:r>
    </w:p>
    <w:p w14:paraId="2B3FCBCE" w14:textId="77777777" w:rsidR="00290244" w:rsidRPr="005A5A40" w:rsidRDefault="002220DA">
      <w:pPr>
        <w:spacing w:after="40" w:line="240" w:lineRule="auto"/>
        <w:rPr>
          <w:sz w:val="28"/>
          <w:szCs w:val="28"/>
        </w:rPr>
      </w:pPr>
      <w:r w:rsidRPr="005A5A40">
        <w:rPr>
          <w:b/>
          <w:sz w:val="28"/>
          <w:szCs w:val="28"/>
        </w:rPr>
        <w:t>28. What is the text mainly ab</w:t>
      </w:r>
      <w:r w:rsidRPr="005A5A40">
        <w:rPr>
          <w:b/>
          <w:sz w:val="28"/>
          <w:szCs w:val="28"/>
        </w:rPr>
        <w:t>out?</w:t>
      </w:r>
    </w:p>
    <w:p w14:paraId="497A59A1" w14:textId="77777777" w:rsidR="00290244" w:rsidRPr="005A5A40" w:rsidRDefault="002220DA">
      <w:pPr>
        <w:spacing w:after="60" w:line="240" w:lineRule="auto"/>
        <w:rPr>
          <w:sz w:val="28"/>
          <w:szCs w:val="28"/>
        </w:rPr>
      </w:pPr>
      <w:r w:rsidRPr="005A5A40">
        <w:rPr>
          <w:sz w:val="28"/>
          <w:szCs w:val="28"/>
        </w:rPr>
        <w:t>A. Linh's Tet holiday    B. Linh's school    C. A natural wonder    D. A TV programme</w:t>
      </w:r>
    </w:p>
    <w:p w14:paraId="75CD4D60" w14:textId="77777777" w:rsidR="00290244" w:rsidRPr="005A5A40" w:rsidRDefault="002220DA">
      <w:pPr>
        <w:spacing w:after="40" w:line="240" w:lineRule="auto"/>
        <w:rPr>
          <w:sz w:val="28"/>
          <w:szCs w:val="28"/>
        </w:rPr>
      </w:pPr>
      <w:r w:rsidRPr="005A5A40">
        <w:rPr>
          <w:b/>
          <w:sz w:val="28"/>
          <w:szCs w:val="28"/>
        </w:rPr>
        <w:t>29. What does Linh's family decorate the living room with?</w:t>
      </w:r>
    </w:p>
    <w:p w14:paraId="342C1F7D" w14:textId="24ABE35F" w:rsidR="0025775D" w:rsidRDefault="002220DA">
      <w:pPr>
        <w:spacing w:after="60" w:line="240" w:lineRule="auto"/>
        <w:rPr>
          <w:sz w:val="28"/>
          <w:szCs w:val="28"/>
        </w:rPr>
      </w:pPr>
      <w:r w:rsidRPr="005A5A40">
        <w:rPr>
          <w:sz w:val="28"/>
          <w:szCs w:val="28"/>
        </w:rPr>
        <w:t>A.</w:t>
      </w:r>
      <w:r w:rsidR="00D203F5">
        <w:rPr>
          <w:sz w:val="28"/>
          <w:szCs w:val="28"/>
        </w:rPr>
        <w:t xml:space="preserve"> </w:t>
      </w:r>
      <w:r w:rsidR="00D203F5" w:rsidRPr="005A5A40">
        <w:rPr>
          <w:sz w:val="28"/>
          <w:szCs w:val="28"/>
        </w:rPr>
        <w:t>Books and notebooks</w:t>
      </w:r>
      <w:r w:rsidRPr="005A5A40">
        <w:rPr>
          <w:sz w:val="28"/>
          <w:szCs w:val="28"/>
        </w:rPr>
        <w:t xml:space="preserve">    </w:t>
      </w:r>
      <w:r w:rsidR="00D203F5">
        <w:rPr>
          <w:sz w:val="28"/>
          <w:szCs w:val="28"/>
        </w:rPr>
        <w:tab/>
      </w:r>
      <w:r w:rsidR="00D203F5">
        <w:rPr>
          <w:sz w:val="28"/>
          <w:szCs w:val="28"/>
        </w:rPr>
        <w:tab/>
        <w:t xml:space="preserve"> </w:t>
      </w:r>
      <w:r w:rsidRPr="005A5A40">
        <w:rPr>
          <w:sz w:val="28"/>
          <w:szCs w:val="28"/>
        </w:rPr>
        <w:t xml:space="preserve">B. A compass and a map    </w:t>
      </w:r>
    </w:p>
    <w:p w14:paraId="601E5E8C" w14:textId="3CC7CD6E" w:rsidR="00290244" w:rsidRPr="005A5A40" w:rsidRDefault="002220DA">
      <w:pPr>
        <w:spacing w:after="60" w:line="240" w:lineRule="auto"/>
        <w:rPr>
          <w:sz w:val="28"/>
          <w:szCs w:val="28"/>
        </w:rPr>
      </w:pPr>
      <w:r w:rsidRPr="005A5A40">
        <w:rPr>
          <w:sz w:val="28"/>
          <w:szCs w:val="28"/>
        </w:rPr>
        <w:t xml:space="preserve">C. A tent and a torch    </w:t>
      </w:r>
      <w:r w:rsidR="0025775D">
        <w:rPr>
          <w:sz w:val="28"/>
          <w:szCs w:val="28"/>
        </w:rPr>
        <w:tab/>
      </w:r>
      <w:r w:rsidR="0025775D">
        <w:rPr>
          <w:sz w:val="28"/>
          <w:szCs w:val="28"/>
        </w:rPr>
        <w:tab/>
      </w:r>
      <w:r w:rsidR="0025775D">
        <w:rPr>
          <w:sz w:val="28"/>
          <w:szCs w:val="28"/>
        </w:rPr>
        <w:tab/>
        <w:t xml:space="preserve"> </w:t>
      </w:r>
      <w:r w:rsidRPr="005A5A40">
        <w:rPr>
          <w:sz w:val="28"/>
          <w:szCs w:val="28"/>
        </w:rPr>
        <w:t xml:space="preserve">D. </w:t>
      </w:r>
      <w:r w:rsidR="00D203F5" w:rsidRPr="005A5A40">
        <w:rPr>
          <w:sz w:val="28"/>
          <w:szCs w:val="28"/>
        </w:rPr>
        <w:t xml:space="preserve">Peach flowers and a kumquat tree </w:t>
      </w:r>
    </w:p>
    <w:p w14:paraId="081E18AC" w14:textId="77777777" w:rsidR="00290244" w:rsidRPr="005A5A40" w:rsidRDefault="002220DA">
      <w:pPr>
        <w:spacing w:after="40" w:line="240" w:lineRule="auto"/>
        <w:rPr>
          <w:sz w:val="28"/>
          <w:szCs w:val="28"/>
        </w:rPr>
      </w:pPr>
      <w:r w:rsidRPr="005A5A40">
        <w:rPr>
          <w:b/>
          <w:sz w:val="28"/>
          <w:szCs w:val="28"/>
        </w:rPr>
        <w:t>30. What does Linh's mother cook?</w:t>
      </w:r>
    </w:p>
    <w:p w14:paraId="05A542F9" w14:textId="05B840C4" w:rsidR="00290244" w:rsidRPr="005A5A40" w:rsidRDefault="002220DA">
      <w:pPr>
        <w:spacing w:after="60" w:line="240" w:lineRule="auto"/>
        <w:rPr>
          <w:sz w:val="28"/>
          <w:szCs w:val="28"/>
        </w:rPr>
      </w:pPr>
      <w:r w:rsidRPr="005A5A40">
        <w:rPr>
          <w:sz w:val="28"/>
          <w:szCs w:val="28"/>
        </w:rPr>
        <w:t>A.</w:t>
      </w:r>
      <w:r w:rsidR="00D203F5">
        <w:rPr>
          <w:sz w:val="28"/>
          <w:szCs w:val="28"/>
        </w:rPr>
        <w:t xml:space="preserve"> </w:t>
      </w:r>
      <w:r w:rsidR="00D203F5" w:rsidRPr="005A5A40">
        <w:rPr>
          <w:sz w:val="28"/>
          <w:szCs w:val="28"/>
        </w:rPr>
        <w:t>Sandwiches only</w:t>
      </w:r>
      <w:r w:rsidRPr="005A5A40">
        <w:rPr>
          <w:sz w:val="28"/>
          <w:szCs w:val="28"/>
        </w:rPr>
        <w:t xml:space="preserve">    B. Pizza    C. </w:t>
      </w:r>
      <w:r w:rsidR="00D203F5" w:rsidRPr="005A5A40">
        <w:rPr>
          <w:sz w:val="28"/>
          <w:szCs w:val="28"/>
        </w:rPr>
        <w:t>Banh chung and special food</w:t>
      </w:r>
      <w:r w:rsidRPr="005A5A40">
        <w:rPr>
          <w:sz w:val="28"/>
          <w:szCs w:val="28"/>
        </w:rPr>
        <w:t xml:space="preserve">    D. </w:t>
      </w:r>
      <w:r w:rsidR="00D203F5">
        <w:rPr>
          <w:sz w:val="28"/>
          <w:szCs w:val="28"/>
        </w:rPr>
        <w:t>Banh chung</w:t>
      </w:r>
    </w:p>
    <w:p w14:paraId="3006FEAF" w14:textId="77777777" w:rsidR="00290244" w:rsidRPr="005A5A40" w:rsidRDefault="002220DA">
      <w:pPr>
        <w:spacing w:after="40" w:line="240" w:lineRule="auto"/>
        <w:rPr>
          <w:sz w:val="28"/>
          <w:szCs w:val="28"/>
        </w:rPr>
      </w:pPr>
      <w:r w:rsidRPr="005A5A40">
        <w:rPr>
          <w:b/>
          <w:sz w:val="28"/>
          <w:szCs w:val="28"/>
        </w:rPr>
        <w:t>31. Who gives Linh lucky money?</w:t>
      </w:r>
    </w:p>
    <w:p w14:paraId="17654A35" w14:textId="6E33FA26" w:rsidR="00290244" w:rsidRPr="005A5A40" w:rsidRDefault="002220DA">
      <w:pPr>
        <w:spacing w:after="60" w:line="240" w:lineRule="auto"/>
        <w:rPr>
          <w:sz w:val="28"/>
          <w:szCs w:val="28"/>
        </w:rPr>
      </w:pPr>
      <w:r w:rsidRPr="005A5A40">
        <w:rPr>
          <w:sz w:val="28"/>
          <w:szCs w:val="28"/>
        </w:rPr>
        <w:t xml:space="preserve">A. </w:t>
      </w:r>
      <w:r w:rsidR="00D203F5" w:rsidRPr="005A5A40">
        <w:rPr>
          <w:sz w:val="28"/>
          <w:szCs w:val="28"/>
        </w:rPr>
        <w:t>Her teachers</w:t>
      </w:r>
      <w:r w:rsidR="00D203F5">
        <w:rPr>
          <w:sz w:val="28"/>
          <w:szCs w:val="28"/>
        </w:rPr>
        <w:tab/>
      </w:r>
      <w:r w:rsidRPr="005A5A40">
        <w:rPr>
          <w:sz w:val="28"/>
          <w:szCs w:val="28"/>
        </w:rPr>
        <w:t xml:space="preserve">   B. </w:t>
      </w:r>
      <w:r w:rsidR="00D203F5" w:rsidRPr="005A5A40">
        <w:rPr>
          <w:sz w:val="28"/>
          <w:szCs w:val="28"/>
        </w:rPr>
        <w:t>Her grandparents</w:t>
      </w:r>
      <w:r w:rsidRPr="005A5A40">
        <w:rPr>
          <w:sz w:val="28"/>
          <w:szCs w:val="28"/>
        </w:rPr>
        <w:t xml:space="preserve">    C. Tourists    D. Guides</w:t>
      </w:r>
    </w:p>
    <w:p w14:paraId="23DC836F" w14:textId="77777777" w:rsidR="00290244" w:rsidRPr="005A5A40" w:rsidRDefault="002220DA">
      <w:pPr>
        <w:spacing w:after="40" w:line="240" w:lineRule="auto"/>
        <w:rPr>
          <w:sz w:val="28"/>
          <w:szCs w:val="28"/>
        </w:rPr>
      </w:pPr>
      <w:r w:rsidRPr="005A5A40">
        <w:rPr>
          <w:b/>
          <w:sz w:val="28"/>
          <w:szCs w:val="28"/>
        </w:rPr>
        <w:lastRenderedPageBreak/>
        <w:t>32. What does</w:t>
      </w:r>
      <w:r w:rsidRPr="005A5A40">
        <w:rPr>
          <w:b/>
          <w:sz w:val="28"/>
          <w:szCs w:val="28"/>
        </w:rPr>
        <w:t xml:space="preserve"> Linh say to her grandparents?</w:t>
      </w:r>
    </w:p>
    <w:p w14:paraId="696F9B96" w14:textId="77777777" w:rsidR="00981224" w:rsidRDefault="002220DA">
      <w:pPr>
        <w:spacing w:after="60" w:line="240" w:lineRule="auto"/>
        <w:rPr>
          <w:sz w:val="28"/>
          <w:szCs w:val="28"/>
        </w:rPr>
      </w:pPr>
      <w:r w:rsidRPr="005A5A40">
        <w:rPr>
          <w:sz w:val="28"/>
          <w:szCs w:val="28"/>
        </w:rPr>
        <w:t xml:space="preserve">A. Wishes for health and happiness    </w:t>
      </w:r>
      <w:r w:rsidR="00981224">
        <w:rPr>
          <w:sz w:val="28"/>
          <w:szCs w:val="28"/>
        </w:rPr>
        <w:tab/>
      </w:r>
      <w:r w:rsidR="00981224">
        <w:rPr>
          <w:sz w:val="28"/>
          <w:szCs w:val="28"/>
        </w:rPr>
        <w:tab/>
      </w:r>
      <w:r w:rsidR="00981224">
        <w:rPr>
          <w:sz w:val="28"/>
          <w:szCs w:val="28"/>
        </w:rPr>
        <w:tab/>
      </w:r>
      <w:r w:rsidRPr="005A5A40">
        <w:rPr>
          <w:sz w:val="28"/>
          <w:szCs w:val="28"/>
        </w:rPr>
        <w:t xml:space="preserve">B. Directions to a market    </w:t>
      </w:r>
    </w:p>
    <w:p w14:paraId="5DAB0B4B" w14:textId="26841FA3" w:rsidR="00290244" w:rsidRPr="005A5A40" w:rsidRDefault="002220DA">
      <w:pPr>
        <w:spacing w:after="60" w:line="240" w:lineRule="auto"/>
        <w:rPr>
          <w:sz w:val="28"/>
          <w:szCs w:val="28"/>
        </w:rPr>
      </w:pPr>
      <w:r w:rsidRPr="005A5A40">
        <w:rPr>
          <w:sz w:val="28"/>
          <w:szCs w:val="28"/>
        </w:rPr>
        <w:t xml:space="preserve">C. Rules in a museum    </w:t>
      </w:r>
      <w:r w:rsidR="00981224">
        <w:rPr>
          <w:sz w:val="28"/>
          <w:szCs w:val="28"/>
        </w:rPr>
        <w:tab/>
      </w:r>
      <w:r w:rsidR="00981224">
        <w:rPr>
          <w:sz w:val="28"/>
          <w:szCs w:val="28"/>
        </w:rPr>
        <w:tab/>
      </w:r>
      <w:r w:rsidR="00981224">
        <w:rPr>
          <w:sz w:val="28"/>
          <w:szCs w:val="28"/>
        </w:rPr>
        <w:tab/>
      </w:r>
      <w:r w:rsidR="00981224">
        <w:rPr>
          <w:sz w:val="28"/>
          <w:szCs w:val="28"/>
        </w:rPr>
        <w:tab/>
      </w:r>
      <w:r w:rsidR="00981224">
        <w:rPr>
          <w:sz w:val="28"/>
          <w:szCs w:val="28"/>
        </w:rPr>
        <w:tab/>
      </w:r>
      <w:r w:rsidRPr="005A5A40">
        <w:rPr>
          <w:sz w:val="28"/>
          <w:szCs w:val="28"/>
        </w:rPr>
        <w:t xml:space="preserve">D. A shopping </w:t>
      </w:r>
      <w:proofErr w:type="gramStart"/>
      <w:r w:rsidRPr="005A5A40">
        <w:rPr>
          <w:sz w:val="28"/>
          <w:szCs w:val="28"/>
        </w:rPr>
        <w:t>list</w:t>
      </w:r>
      <w:proofErr w:type="gramEnd"/>
    </w:p>
    <w:p w14:paraId="05DD3183" w14:textId="77777777" w:rsidR="00290244" w:rsidRPr="005A5A40" w:rsidRDefault="002220DA">
      <w:pPr>
        <w:spacing w:after="40" w:line="240" w:lineRule="auto"/>
        <w:rPr>
          <w:sz w:val="28"/>
          <w:szCs w:val="28"/>
        </w:rPr>
      </w:pPr>
      <w:r w:rsidRPr="005A5A40">
        <w:rPr>
          <w:b/>
          <w:sz w:val="28"/>
          <w:szCs w:val="28"/>
        </w:rPr>
        <w:t>33. What should children do at Tet?</w:t>
      </w:r>
    </w:p>
    <w:p w14:paraId="0A4D46A4" w14:textId="77777777" w:rsidR="00861ECE" w:rsidRDefault="002220DA">
      <w:pPr>
        <w:spacing w:after="60" w:line="240" w:lineRule="auto"/>
        <w:rPr>
          <w:sz w:val="28"/>
          <w:szCs w:val="28"/>
        </w:rPr>
      </w:pPr>
      <w:r w:rsidRPr="005A5A40">
        <w:rPr>
          <w:sz w:val="28"/>
          <w:szCs w:val="28"/>
        </w:rPr>
        <w:t xml:space="preserve">A. </w:t>
      </w:r>
      <w:r w:rsidR="00861ECE" w:rsidRPr="005A5A40">
        <w:rPr>
          <w:sz w:val="28"/>
          <w:szCs w:val="28"/>
        </w:rPr>
        <w:t>Eat too many sweets</w:t>
      </w:r>
      <w:r w:rsidRPr="005A5A40">
        <w:rPr>
          <w:sz w:val="28"/>
          <w:szCs w:val="28"/>
        </w:rPr>
        <w:t xml:space="preserve">   </w:t>
      </w:r>
      <w:r w:rsidR="00861ECE">
        <w:rPr>
          <w:sz w:val="28"/>
          <w:szCs w:val="28"/>
        </w:rPr>
        <w:tab/>
      </w:r>
      <w:r w:rsidR="00861ECE">
        <w:rPr>
          <w:sz w:val="28"/>
          <w:szCs w:val="28"/>
        </w:rPr>
        <w:tab/>
      </w:r>
      <w:r w:rsidR="00861ECE">
        <w:rPr>
          <w:sz w:val="28"/>
          <w:szCs w:val="28"/>
        </w:rPr>
        <w:tab/>
      </w:r>
      <w:r w:rsidRPr="005A5A40">
        <w:rPr>
          <w:sz w:val="28"/>
          <w:szCs w:val="28"/>
        </w:rPr>
        <w:t xml:space="preserve">B. Break things    </w:t>
      </w:r>
    </w:p>
    <w:p w14:paraId="11C12C55" w14:textId="4EBA691A" w:rsidR="00290244" w:rsidRPr="005A5A40" w:rsidRDefault="002220DA">
      <w:pPr>
        <w:spacing w:after="60" w:line="240" w:lineRule="auto"/>
        <w:rPr>
          <w:sz w:val="28"/>
          <w:szCs w:val="28"/>
        </w:rPr>
      </w:pPr>
      <w:r w:rsidRPr="005A5A40">
        <w:rPr>
          <w:sz w:val="28"/>
          <w:szCs w:val="28"/>
        </w:rPr>
        <w:t xml:space="preserve">C. Fight with friends </w:t>
      </w:r>
      <w:r w:rsidRPr="005A5A40">
        <w:rPr>
          <w:sz w:val="28"/>
          <w:szCs w:val="28"/>
        </w:rPr>
        <w:t xml:space="preserve">   </w:t>
      </w:r>
      <w:r w:rsidR="00861ECE">
        <w:rPr>
          <w:sz w:val="28"/>
          <w:szCs w:val="28"/>
        </w:rPr>
        <w:tab/>
      </w:r>
      <w:r w:rsidR="00861ECE">
        <w:rPr>
          <w:sz w:val="28"/>
          <w:szCs w:val="28"/>
        </w:rPr>
        <w:tab/>
      </w:r>
      <w:r w:rsidR="00861ECE">
        <w:rPr>
          <w:sz w:val="28"/>
          <w:szCs w:val="28"/>
        </w:rPr>
        <w:tab/>
      </w:r>
      <w:r w:rsidRPr="005A5A40">
        <w:rPr>
          <w:sz w:val="28"/>
          <w:szCs w:val="28"/>
        </w:rPr>
        <w:t xml:space="preserve">D. </w:t>
      </w:r>
      <w:r w:rsidR="00861ECE" w:rsidRPr="005A5A40">
        <w:rPr>
          <w:sz w:val="28"/>
          <w:szCs w:val="28"/>
        </w:rPr>
        <w:t xml:space="preserve">Behave well and help with housework </w:t>
      </w:r>
    </w:p>
    <w:p w14:paraId="3ACE8621" w14:textId="77777777" w:rsidR="00290244" w:rsidRPr="005A5A40" w:rsidRDefault="002220DA">
      <w:pPr>
        <w:spacing w:after="40" w:line="240" w:lineRule="auto"/>
        <w:rPr>
          <w:sz w:val="28"/>
          <w:szCs w:val="28"/>
        </w:rPr>
      </w:pPr>
      <w:r w:rsidRPr="005A5A40">
        <w:rPr>
          <w:b/>
          <w:sz w:val="28"/>
          <w:szCs w:val="28"/>
        </w:rPr>
        <w:t>34. What should children not do?</w:t>
      </w:r>
    </w:p>
    <w:p w14:paraId="1FFC843F" w14:textId="77777777" w:rsidR="00290244" w:rsidRPr="005A5A40" w:rsidRDefault="002220DA">
      <w:pPr>
        <w:spacing w:after="60" w:line="240" w:lineRule="auto"/>
        <w:rPr>
          <w:sz w:val="28"/>
          <w:szCs w:val="28"/>
        </w:rPr>
      </w:pPr>
      <w:r w:rsidRPr="005A5A40">
        <w:rPr>
          <w:sz w:val="28"/>
          <w:szCs w:val="28"/>
        </w:rPr>
        <w:t>A. Break things or fight    B. Say polite words    C. Visit grandparents    D. Help parents</w:t>
      </w:r>
    </w:p>
    <w:p w14:paraId="356A19B6" w14:textId="77777777" w:rsidR="00290244" w:rsidRPr="005A5A40" w:rsidRDefault="002220DA">
      <w:pPr>
        <w:spacing w:after="40" w:line="240" w:lineRule="auto"/>
        <w:rPr>
          <w:sz w:val="28"/>
          <w:szCs w:val="28"/>
        </w:rPr>
      </w:pPr>
      <w:r w:rsidRPr="005A5A40">
        <w:rPr>
          <w:b/>
          <w:sz w:val="28"/>
          <w:szCs w:val="28"/>
        </w:rPr>
        <w:t>35. What does Linh's family often watch in the evening?</w:t>
      </w:r>
    </w:p>
    <w:p w14:paraId="42693721" w14:textId="15BB7256" w:rsidR="00290244" w:rsidRPr="005A5A40" w:rsidRDefault="002220DA">
      <w:pPr>
        <w:spacing w:after="60" w:line="240" w:lineRule="auto"/>
        <w:rPr>
          <w:sz w:val="28"/>
          <w:szCs w:val="28"/>
        </w:rPr>
      </w:pPr>
      <w:r w:rsidRPr="005A5A40">
        <w:rPr>
          <w:sz w:val="28"/>
          <w:szCs w:val="28"/>
        </w:rPr>
        <w:t xml:space="preserve">A. </w:t>
      </w:r>
      <w:r w:rsidR="00861ECE" w:rsidRPr="005A5A40">
        <w:rPr>
          <w:sz w:val="28"/>
          <w:szCs w:val="28"/>
        </w:rPr>
        <w:t>Football</w:t>
      </w:r>
      <w:r w:rsidRPr="005A5A40">
        <w:rPr>
          <w:sz w:val="28"/>
          <w:szCs w:val="28"/>
        </w:rPr>
        <w:t xml:space="preserve">    B. </w:t>
      </w:r>
      <w:r w:rsidR="00861ECE" w:rsidRPr="005A5A40">
        <w:rPr>
          <w:sz w:val="28"/>
          <w:szCs w:val="28"/>
        </w:rPr>
        <w:t>Fireworks</w:t>
      </w:r>
      <w:r w:rsidRPr="005A5A40">
        <w:rPr>
          <w:sz w:val="28"/>
          <w:szCs w:val="28"/>
        </w:rPr>
        <w:t xml:space="preserve">    C. A cartoon    D. A weather forecast</w:t>
      </w:r>
    </w:p>
    <w:p w14:paraId="5974C8ED" w14:textId="3EC73350" w:rsidR="00290244" w:rsidRPr="005A5A40" w:rsidRDefault="00290244">
      <w:pPr>
        <w:spacing w:after="40" w:line="240" w:lineRule="auto"/>
        <w:rPr>
          <w:sz w:val="28"/>
          <w:szCs w:val="28"/>
        </w:rPr>
      </w:pPr>
    </w:p>
    <w:p w14:paraId="704D0110" w14:textId="77777777" w:rsidR="00290244" w:rsidRPr="005A5A40" w:rsidRDefault="002220DA">
      <w:pPr>
        <w:spacing w:after="60" w:line="240" w:lineRule="auto"/>
        <w:rPr>
          <w:sz w:val="28"/>
          <w:szCs w:val="28"/>
        </w:rPr>
      </w:pPr>
      <w:r w:rsidRPr="005A5A40">
        <w:rPr>
          <w:b/>
          <w:sz w:val="28"/>
          <w:szCs w:val="28"/>
        </w:rPr>
        <w:t>VII: WRITING</w:t>
      </w:r>
    </w:p>
    <w:p w14:paraId="552EC244" w14:textId="77777777" w:rsidR="00290244" w:rsidRPr="005A5A40" w:rsidRDefault="002220DA">
      <w:pPr>
        <w:spacing w:after="60" w:line="240" w:lineRule="auto"/>
        <w:rPr>
          <w:sz w:val="28"/>
          <w:szCs w:val="28"/>
        </w:rPr>
      </w:pPr>
      <w:r w:rsidRPr="005A5A40">
        <w:rPr>
          <w:b/>
          <w:sz w:val="28"/>
          <w:szCs w:val="28"/>
        </w:rPr>
        <w:t>A. Rearrange the words to make complete sentences.</w:t>
      </w:r>
    </w:p>
    <w:p w14:paraId="7DDF837D" w14:textId="77777777" w:rsidR="00290244" w:rsidRPr="004812BE" w:rsidRDefault="002220DA">
      <w:pPr>
        <w:spacing w:after="60" w:line="240" w:lineRule="auto"/>
        <w:rPr>
          <w:bCs/>
          <w:sz w:val="28"/>
          <w:szCs w:val="28"/>
        </w:rPr>
      </w:pPr>
      <w:r w:rsidRPr="004812BE">
        <w:rPr>
          <w:bCs/>
          <w:sz w:val="28"/>
          <w:szCs w:val="28"/>
        </w:rPr>
        <w:t>36. do / What / people / before Tet / do /?</w:t>
      </w:r>
    </w:p>
    <w:p w14:paraId="02C45BFC" w14:textId="77777777" w:rsidR="00290244" w:rsidRPr="004812BE" w:rsidRDefault="002220DA">
      <w:pPr>
        <w:spacing w:after="60" w:line="240" w:lineRule="auto"/>
        <w:rPr>
          <w:bCs/>
          <w:sz w:val="28"/>
          <w:szCs w:val="28"/>
        </w:rPr>
      </w:pPr>
      <w:r w:rsidRPr="004812BE">
        <w:rPr>
          <w:bCs/>
          <w:sz w:val="28"/>
          <w:szCs w:val="28"/>
        </w:rPr>
        <w:t>______________________________________________________________________</w:t>
      </w:r>
    </w:p>
    <w:p w14:paraId="4209728B" w14:textId="77777777" w:rsidR="00290244" w:rsidRPr="004812BE" w:rsidRDefault="002220DA">
      <w:pPr>
        <w:spacing w:after="60" w:line="240" w:lineRule="auto"/>
        <w:rPr>
          <w:bCs/>
          <w:sz w:val="28"/>
          <w:szCs w:val="28"/>
        </w:rPr>
      </w:pPr>
      <w:r w:rsidRPr="004812BE">
        <w:rPr>
          <w:bCs/>
          <w:sz w:val="28"/>
          <w:szCs w:val="28"/>
        </w:rPr>
        <w:t>37. should / Children / behave well / during Tet /.</w:t>
      </w:r>
    </w:p>
    <w:p w14:paraId="7F7C077A" w14:textId="77777777" w:rsidR="00290244" w:rsidRPr="005A5A40" w:rsidRDefault="002220DA">
      <w:pPr>
        <w:spacing w:after="60" w:line="240" w:lineRule="auto"/>
        <w:rPr>
          <w:sz w:val="28"/>
          <w:szCs w:val="28"/>
        </w:rPr>
      </w:pPr>
      <w:r w:rsidRPr="005A5A40">
        <w:rPr>
          <w:sz w:val="28"/>
          <w:szCs w:val="28"/>
        </w:rPr>
        <w:t>______________________________________________________________________</w:t>
      </w:r>
    </w:p>
    <w:p w14:paraId="5437C104" w14:textId="77777777" w:rsidR="00290244" w:rsidRPr="005A5A40" w:rsidRDefault="002220DA">
      <w:pPr>
        <w:spacing w:after="60" w:line="240" w:lineRule="auto"/>
        <w:rPr>
          <w:sz w:val="28"/>
          <w:szCs w:val="28"/>
        </w:rPr>
      </w:pPr>
      <w:r w:rsidRPr="005A5A40">
        <w:rPr>
          <w:b/>
          <w:sz w:val="28"/>
          <w:szCs w:val="28"/>
        </w:rPr>
        <w:t>B. Rewrite the sentences without changing their meanings.</w:t>
      </w:r>
    </w:p>
    <w:p w14:paraId="79F48D4B" w14:textId="2B70363A" w:rsidR="00290244" w:rsidRPr="004812BE" w:rsidRDefault="002220DA">
      <w:pPr>
        <w:spacing w:after="60" w:line="240" w:lineRule="auto"/>
        <w:rPr>
          <w:bCs/>
          <w:sz w:val="28"/>
          <w:szCs w:val="28"/>
        </w:rPr>
      </w:pPr>
      <w:r w:rsidRPr="004812BE">
        <w:rPr>
          <w:bCs/>
          <w:sz w:val="28"/>
          <w:szCs w:val="28"/>
        </w:rPr>
        <w:t xml:space="preserve">38. </w:t>
      </w:r>
      <w:r w:rsidRPr="004812BE">
        <w:rPr>
          <w:bCs/>
          <w:sz w:val="28"/>
          <w:szCs w:val="28"/>
        </w:rPr>
        <w:t>It is not good for children to break things</w:t>
      </w:r>
      <w:r w:rsidR="001E5CA1">
        <w:rPr>
          <w:bCs/>
          <w:sz w:val="28"/>
          <w:szCs w:val="28"/>
        </w:rPr>
        <w:t xml:space="preserve"> during Tet</w:t>
      </w:r>
      <w:r w:rsidRPr="004812BE">
        <w:rPr>
          <w:bCs/>
          <w:sz w:val="28"/>
          <w:szCs w:val="28"/>
        </w:rPr>
        <w:t xml:space="preserve">. </w:t>
      </w:r>
    </w:p>
    <w:p w14:paraId="35DD6418" w14:textId="77777777" w:rsidR="00290244" w:rsidRPr="004812BE" w:rsidRDefault="002220DA">
      <w:pPr>
        <w:spacing w:after="60" w:line="240" w:lineRule="auto"/>
        <w:rPr>
          <w:bCs/>
          <w:sz w:val="28"/>
          <w:szCs w:val="28"/>
        </w:rPr>
      </w:pPr>
      <w:r w:rsidRPr="004812BE">
        <w:rPr>
          <w:bCs/>
          <w:sz w:val="28"/>
          <w:szCs w:val="28"/>
        </w:rPr>
        <w:t>Children ________________________________________________________________.</w:t>
      </w:r>
    </w:p>
    <w:p w14:paraId="0955AB4A" w14:textId="7B084DF0" w:rsidR="00290244" w:rsidRPr="004812BE" w:rsidRDefault="002220DA">
      <w:pPr>
        <w:spacing w:after="60" w:line="240" w:lineRule="auto"/>
        <w:rPr>
          <w:bCs/>
          <w:sz w:val="28"/>
          <w:szCs w:val="28"/>
        </w:rPr>
      </w:pPr>
      <w:r w:rsidRPr="004812BE">
        <w:rPr>
          <w:bCs/>
          <w:sz w:val="28"/>
          <w:szCs w:val="28"/>
        </w:rPr>
        <w:t xml:space="preserve">39. We need colour paper for the decorations. </w:t>
      </w:r>
    </w:p>
    <w:p w14:paraId="3698DCB2" w14:textId="77777777" w:rsidR="00290244" w:rsidRPr="004812BE" w:rsidRDefault="002220DA">
      <w:pPr>
        <w:spacing w:after="60" w:line="240" w:lineRule="auto"/>
        <w:rPr>
          <w:bCs/>
          <w:sz w:val="28"/>
          <w:szCs w:val="28"/>
        </w:rPr>
      </w:pPr>
      <w:r w:rsidRPr="004812BE">
        <w:rPr>
          <w:bCs/>
          <w:sz w:val="28"/>
          <w:szCs w:val="28"/>
        </w:rPr>
        <w:t>We need ________________________________________________________________.</w:t>
      </w:r>
    </w:p>
    <w:p w14:paraId="215775F4" w14:textId="08A2F424" w:rsidR="00290244" w:rsidRPr="004812BE" w:rsidRDefault="002220DA">
      <w:pPr>
        <w:spacing w:after="60" w:line="240" w:lineRule="auto"/>
        <w:rPr>
          <w:bCs/>
          <w:sz w:val="28"/>
          <w:szCs w:val="28"/>
        </w:rPr>
      </w:pPr>
      <w:r w:rsidRPr="004812BE">
        <w:rPr>
          <w:bCs/>
          <w:sz w:val="28"/>
          <w:szCs w:val="28"/>
        </w:rPr>
        <w:t>40.</w:t>
      </w:r>
      <w:r w:rsidRPr="004812BE">
        <w:rPr>
          <w:bCs/>
          <w:sz w:val="28"/>
          <w:szCs w:val="28"/>
        </w:rPr>
        <w:t xml:space="preserve"> There isn't any milk in the fridge. </w:t>
      </w:r>
    </w:p>
    <w:p w14:paraId="3354CA96" w14:textId="77777777" w:rsidR="00290244" w:rsidRPr="004812BE" w:rsidRDefault="002220DA">
      <w:pPr>
        <w:spacing w:after="60" w:line="240" w:lineRule="auto"/>
        <w:rPr>
          <w:bCs/>
          <w:sz w:val="28"/>
          <w:szCs w:val="28"/>
        </w:rPr>
      </w:pPr>
      <w:r w:rsidRPr="004812BE">
        <w:rPr>
          <w:bCs/>
          <w:sz w:val="28"/>
          <w:szCs w:val="28"/>
        </w:rPr>
        <w:t>There is ________________________________________________________________.</w:t>
      </w:r>
    </w:p>
    <w:p w14:paraId="56ECB821" w14:textId="77777777" w:rsidR="00290244" w:rsidRPr="005A5A40" w:rsidRDefault="002220DA">
      <w:pPr>
        <w:spacing w:after="40" w:line="240" w:lineRule="auto"/>
        <w:rPr>
          <w:sz w:val="28"/>
          <w:szCs w:val="28"/>
        </w:rPr>
      </w:pPr>
      <w:r w:rsidRPr="005A5A40">
        <w:rPr>
          <w:sz w:val="28"/>
          <w:szCs w:val="28"/>
        </w:rPr>
        <w:br w:type="page"/>
      </w:r>
    </w:p>
    <w:p w14:paraId="5260A972" w14:textId="77777777" w:rsidR="00290244" w:rsidRPr="005A5A40" w:rsidRDefault="002220DA">
      <w:pPr>
        <w:spacing w:after="60" w:line="240" w:lineRule="auto"/>
        <w:rPr>
          <w:sz w:val="28"/>
          <w:szCs w:val="28"/>
        </w:rPr>
      </w:pPr>
      <w:r w:rsidRPr="005A5A40">
        <w:rPr>
          <w:b/>
          <w:sz w:val="28"/>
          <w:szCs w:val="28"/>
        </w:rPr>
        <w:lastRenderedPageBreak/>
        <w:t>AUDIO SCRIPT (PHẦN I: LISTENING)</w:t>
      </w:r>
    </w:p>
    <w:p w14:paraId="615163FC" w14:textId="77355D94" w:rsidR="00290244" w:rsidRPr="005A5A40" w:rsidRDefault="002220DA">
      <w:pPr>
        <w:spacing w:after="60" w:line="240" w:lineRule="auto"/>
        <w:rPr>
          <w:sz w:val="28"/>
          <w:szCs w:val="28"/>
        </w:rPr>
      </w:pPr>
      <w:r w:rsidRPr="005A5A40">
        <w:rPr>
          <w:sz w:val="28"/>
          <w:szCs w:val="28"/>
        </w:rPr>
        <w:t>Hello, everyone. This is Mai. Today I want to tell you about my family's Tet plan. At eight o'clock in the m</w:t>
      </w:r>
      <w:r w:rsidRPr="005A5A40">
        <w:rPr>
          <w:sz w:val="28"/>
          <w:szCs w:val="28"/>
        </w:rPr>
        <w:t xml:space="preserve">orning, I help my parents clean the house. We want our home to be nice and tidy before Tet. At nine-thirty, we go shopping. We buy peach flowers and a kumquat tree for the living room. At eleven o'clock, my mother makes </w:t>
      </w:r>
      <w:r w:rsidR="005B3128">
        <w:rPr>
          <w:sz w:val="28"/>
          <w:szCs w:val="28"/>
        </w:rPr>
        <w:t>spring rolls</w:t>
      </w:r>
      <w:r w:rsidRPr="005A5A40">
        <w:rPr>
          <w:sz w:val="28"/>
          <w:szCs w:val="28"/>
        </w:rPr>
        <w:t xml:space="preserve">, our traditional food. </w:t>
      </w:r>
      <w:r w:rsidRPr="005A5A40">
        <w:rPr>
          <w:sz w:val="28"/>
          <w:szCs w:val="28"/>
        </w:rPr>
        <w:t>In the afternoon, at three o'clock, we visit my grandparents. I say New Year wishes to them and wish them good health. In the evening, at eight o'clock, my family watches fireworks together. They are beautiful, but children must not play with fireworks bec</w:t>
      </w:r>
      <w:r w:rsidRPr="005A5A40">
        <w:rPr>
          <w:sz w:val="28"/>
          <w:szCs w:val="28"/>
        </w:rPr>
        <w:t>ause it is dangerous.</w:t>
      </w:r>
    </w:p>
    <w:p w14:paraId="0A75B821" w14:textId="77777777" w:rsidR="00290244" w:rsidRPr="005A5A40" w:rsidRDefault="002220DA">
      <w:pPr>
        <w:spacing w:after="60" w:line="240" w:lineRule="auto"/>
        <w:jc w:val="center"/>
        <w:rPr>
          <w:sz w:val="28"/>
          <w:szCs w:val="28"/>
        </w:rPr>
      </w:pPr>
      <w:r w:rsidRPr="005A5A40">
        <w:rPr>
          <w:sz w:val="28"/>
          <w:szCs w:val="28"/>
        </w:rPr>
        <w:t>*************************************</w:t>
      </w:r>
    </w:p>
    <w:p w14:paraId="61258DF2" w14:textId="77777777" w:rsidR="00290244" w:rsidRPr="005A5A40" w:rsidRDefault="002220DA">
      <w:pPr>
        <w:spacing w:after="60" w:line="240" w:lineRule="auto"/>
        <w:rPr>
          <w:sz w:val="28"/>
          <w:szCs w:val="28"/>
        </w:rPr>
      </w:pPr>
      <w:r w:rsidRPr="005A5A40">
        <w:rPr>
          <w:b/>
          <w:sz w:val="28"/>
          <w:szCs w:val="28"/>
        </w:rPr>
        <w:t>Đáp án tham khảo</w:t>
      </w:r>
    </w:p>
    <w:p w14:paraId="78C37373" w14:textId="77777777" w:rsidR="00290244" w:rsidRPr="005A5A40" w:rsidRDefault="002220DA">
      <w:pPr>
        <w:spacing w:after="60" w:line="240" w:lineRule="auto"/>
        <w:rPr>
          <w:sz w:val="28"/>
          <w:szCs w:val="28"/>
        </w:rPr>
      </w:pPr>
      <w:r w:rsidRPr="005A5A40">
        <w:rPr>
          <w:sz w:val="28"/>
          <w:szCs w:val="28"/>
        </w:rPr>
        <w:t>Listening: 1. house | 2. tree | 3. banh | 4. wishes | 5. fireworks</w:t>
      </w:r>
    </w:p>
    <w:p w14:paraId="7D30EA40" w14:textId="77777777" w:rsidR="00290244" w:rsidRPr="005A5A40" w:rsidRDefault="002220DA">
      <w:pPr>
        <w:spacing w:after="60" w:line="240" w:lineRule="auto"/>
        <w:rPr>
          <w:sz w:val="28"/>
          <w:szCs w:val="28"/>
        </w:rPr>
      </w:pPr>
      <w:r w:rsidRPr="005A5A40">
        <w:rPr>
          <w:sz w:val="28"/>
          <w:szCs w:val="28"/>
        </w:rPr>
        <w:t>II. Pronunciation: 6. D | 7. D | 8. D | 9. C</w:t>
      </w:r>
    </w:p>
    <w:p w14:paraId="5897939B" w14:textId="77777777" w:rsidR="00290244" w:rsidRPr="005A5A40" w:rsidRDefault="002220DA">
      <w:pPr>
        <w:spacing w:after="60" w:line="240" w:lineRule="auto"/>
        <w:rPr>
          <w:sz w:val="28"/>
          <w:szCs w:val="28"/>
        </w:rPr>
      </w:pPr>
      <w:r w:rsidRPr="005A5A40">
        <w:rPr>
          <w:sz w:val="28"/>
          <w:szCs w:val="28"/>
        </w:rPr>
        <w:t>III. Language use: 10. A | 11. A | 12. B | 13. B | 14. A | 15. A</w:t>
      </w:r>
    </w:p>
    <w:p w14:paraId="4A0692F9" w14:textId="0DA3A835" w:rsidR="00290244" w:rsidRPr="005A5A40" w:rsidRDefault="002220DA">
      <w:pPr>
        <w:spacing w:after="60" w:line="240" w:lineRule="auto"/>
        <w:rPr>
          <w:sz w:val="28"/>
          <w:szCs w:val="28"/>
        </w:rPr>
      </w:pPr>
      <w:r w:rsidRPr="005A5A40">
        <w:rPr>
          <w:sz w:val="28"/>
          <w:szCs w:val="28"/>
        </w:rPr>
        <w:t>IV</w:t>
      </w:r>
      <w:r w:rsidRPr="005A5A40">
        <w:rPr>
          <w:sz w:val="28"/>
          <w:szCs w:val="28"/>
        </w:rPr>
        <w:t xml:space="preserve">. Signs &amp; Notices: 16. </w:t>
      </w:r>
      <w:r w:rsidR="0001080C">
        <w:rPr>
          <w:sz w:val="28"/>
          <w:szCs w:val="28"/>
        </w:rPr>
        <w:t>C</w:t>
      </w:r>
      <w:r w:rsidRPr="005A5A40">
        <w:rPr>
          <w:sz w:val="28"/>
          <w:szCs w:val="28"/>
        </w:rPr>
        <w:t xml:space="preserve"> | 17. </w:t>
      </w:r>
      <w:r w:rsidR="0001080C">
        <w:rPr>
          <w:sz w:val="28"/>
          <w:szCs w:val="28"/>
        </w:rPr>
        <w:t>D</w:t>
      </w:r>
      <w:r w:rsidRPr="005A5A40">
        <w:rPr>
          <w:sz w:val="28"/>
          <w:szCs w:val="28"/>
        </w:rPr>
        <w:t xml:space="preserve"> | 18. A | 19. </w:t>
      </w:r>
      <w:r w:rsidR="0001080C">
        <w:rPr>
          <w:sz w:val="28"/>
          <w:szCs w:val="28"/>
        </w:rPr>
        <w:t>D</w:t>
      </w:r>
    </w:p>
    <w:p w14:paraId="79414959" w14:textId="4E51A246" w:rsidR="00290244" w:rsidRPr="005A5A40" w:rsidRDefault="002220DA">
      <w:pPr>
        <w:spacing w:after="60" w:line="240" w:lineRule="auto"/>
        <w:rPr>
          <w:sz w:val="28"/>
          <w:szCs w:val="28"/>
        </w:rPr>
      </w:pPr>
      <w:r w:rsidRPr="005A5A40">
        <w:rPr>
          <w:sz w:val="28"/>
          <w:szCs w:val="28"/>
        </w:rPr>
        <w:t xml:space="preserve">V. Logic: 20. </w:t>
      </w:r>
      <w:r w:rsidR="00E92433">
        <w:rPr>
          <w:sz w:val="28"/>
          <w:szCs w:val="28"/>
        </w:rPr>
        <w:t>B</w:t>
      </w:r>
      <w:r w:rsidRPr="005A5A40">
        <w:rPr>
          <w:sz w:val="28"/>
          <w:szCs w:val="28"/>
        </w:rPr>
        <w:t xml:space="preserve"> | 21. </w:t>
      </w:r>
      <w:r w:rsidR="00DB0E9D">
        <w:rPr>
          <w:sz w:val="28"/>
          <w:szCs w:val="28"/>
        </w:rPr>
        <w:t>D</w:t>
      </w:r>
      <w:r w:rsidRPr="005A5A40">
        <w:rPr>
          <w:sz w:val="28"/>
          <w:szCs w:val="28"/>
        </w:rPr>
        <w:t xml:space="preserve"> | 22. A | 23. </w:t>
      </w:r>
      <w:r w:rsidR="00D72472">
        <w:rPr>
          <w:sz w:val="28"/>
          <w:szCs w:val="28"/>
        </w:rPr>
        <w:t>C</w:t>
      </w:r>
    </w:p>
    <w:p w14:paraId="58A7D4F1" w14:textId="77777777" w:rsidR="00290244" w:rsidRPr="005A5A40" w:rsidRDefault="002220DA">
      <w:pPr>
        <w:spacing w:after="60" w:line="240" w:lineRule="auto"/>
        <w:rPr>
          <w:sz w:val="28"/>
          <w:szCs w:val="28"/>
        </w:rPr>
      </w:pPr>
      <w:r w:rsidRPr="005A5A40">
        <w:rPr>
          <w:sz w:val="28"/>
          <w:szCs w:val="28"/>
        </w:rPr>
        <w:t>VI.A Cloze Test: 24. A | 25. A | 26. B | 27. C</w:t>
      </w:r>
    </w:p>
    <w:p w14:paraId="39A0F3E6" w14:textId="6E6A6DD8" w:rsidR="00290244" w:rsidRPr="005A5A40" w:rsidRDefault="002220DA">
      <w:pPr>
        <w:spacing w:after="60" w:line="240" w:lineRule="auto"/>
        <w:rPr>
          <w:sz w:val="28"/>
          <w:szCs w:val="28"/>
        </w:rPr>
      </w:pPr>
      <w:r w:rsidRPr="005A5A40">
        <w:rPr>
          <w:sz w:val="28"/>
          <w:szCs w:val="28"/>
        </w:rPr>
        <w:t xml:space="preserve">VI.B Reading Comprehension: 28. A | 29. </w:t>
      </w:r>
      <w:r w:rsidR="00861ECE">
        <w:rPr>
          <w:sz w:val="28"/>
          <w:szCs w:val="28"/>
        </w:rPr>
        <w:t>D</w:t>
      </w:r>
      <w:r w:rsidRPr="005A5A40">
        <w:rPr>
          <w:sz w:val="28"/>
          <w:szCs w:val="28"/>
        </w:rPr>
        <w:t xml:space="preserve"> | 30. </w:t>
      </w:r>
      <w:r w:rsidR="00861ECE">
        <w:rPr>
          <w:sz w:val="28"/>
          <w:szCs w:val="28"/>
        </w:rPr>
        <w:t>C</w:t>
      </w:r>
      <w:r w:rsidRPr="005A5A40">
        <w:rPr>
          <w:sz w:val="28"/>
          <w:szCs w:val="28"/>
        </w:rPr>
        <w:t xml:space="preserve"> | 31. </w:t>
      </w:r>
      <w:r w:rsidR="00861ECE">
        <w:rPr>
          <w:sz w:val="28"/>
          <w:szCs w:val="28"/>
        </w:rPr>
        <w:t>B</w:t>
      </w:r>
      <w:r w:rsidRPr="005A5A40">
        <w:rPr>
          <w:sz w:val="28"/>
          <w:szCs w:val="28"/>
        </w:rPr>
        <w:t xml:space="preserve"> | 32. A | 33. </w:t>
      </w:r>
      <w:r w:rsidR="00BC3A67">
        <w:rPr>
          <w:sz w:val="28"/>
          <w:szCs w:val="28"/>
        </w:rPr>
        <w:t>D</w:t>
      </w:r>
      <w:r w:rsidRPr="005A5A40">
        <w:rPr>
          <w:sz w:val="28"/>
          <w:szCs w:val="28"/>
        </w:rPr>
        <w:t xml:space="preserve"> | 34. A | 35. </w:t>
      </w:r>
      <w:r w:rsidR="00BC3A67">
        <w:rPr>
          <w:sz w:val="28"/>
          <w:szCs w:val="28"/>
        </w:rPr>
        <w:t>B</w:t>
      </w:r>
    </w:p>
    <w:p w14:paraId="6EB989EE" w14:textId="77777777" w:rsidR="00290244" w:rsidRPr="005A5A40" w:rsidRDefault="002220DA">
      <w:pPr>
        <w:spacing w:after="60" w:line="240" w:lineRule="auto"/>
        <w:rPr>
          <w:sz w:val="28"/>
          <w:szCs w:val="28"/>
        </w:rPr>
      </w:pPr>
      <w:r w:rsidRPr="005A5A40">
        <w:rPr>
          <w:sz w:val="28"/>
          <w:szCs w:val="28"/>
        </w:rPr>
        <w:t>VII. Writing:</w:t>
      </w:r>
    </w:p>
    <w:p w14:paraId="5EED6552" w14:textId="77777777" w:rsidR="00290244" w:rsidRPr="005A5A40" w:rsidRDefault="002220DA">
      <w:pPr>
        <w:spacing w:after="60" w:line="240" w:lineRule="auto"/>
        <w:rPr>
          <w:sz w:val="28"/>
          <w:szCs w:val="28"/>
        </w:rPr>
      </w:pPr>
      <w:r w:rsidRPr="005A5A40">
        <w:rPr>
          <w:sz w:val="28"/>
          <w:szCs w:val="28"/>
        </w:rPr>
        <w:t xml:space="preserve">36. What do </w:t>
      </w:r>
      <w:r w:rsidRPr="005A5A40">
        <w:rPr>
          <w:sz w:val="28"/>
          <w:szCs w:val="28"/>
        </w:rPr>
        <w:t>people do before Tet?</w:t>
      </w:r>
    </w:p>
    <w:p w14:paraId="5454F05A" w14:textId="77777777" w:rsidR="00290244" w:rsidRPr="005A5A40" w:rsidRDefault="002220DA">
      <w:pPr>
        <w:spacing w:after="60" w:line="240" w:lineRule="auto"/>
        <w:rPr>
          <w:sz w:val="28"/>
          <w:szCs w:val="28"/>
        </w:rPr>
      </w:pPr>
      <w:r w:rsidRPr="005A5A40">
        <w:rPr>
          <w:sz w:val="28"/>
          <w:szCs w:val="28"/>
        </w:rPr>
        <w:t>37. Children should behave well during Tet.</w:t>
      </w:r>
    </w:p>
    <w:p w14:paraId="5995864F" w14:textId="77777777" w:rsidR="00290244" w:rsidRPr="005A5A40" w:rsidRDefault="002220DA">
      <w:pPr>
        <w:spacing w:after="60" w:line="240" w:lineRule="auto"/>
        <w:rPr>
          <w:sz w:val="28"/>
          <w:szCs w:val="28"/>
        </w:rPr>
      </w:pPr>
      <w:r w:rsidRPr="005A5A40">
        <w:rPr>
          <w:sz w:val="28"/>
          <w:szCs w:val="28"/>
        </w:rPr>
        <w:t>38. Children shouldn't break things.</w:t>
      </w:r>
    </w:p>
    <w:p w14:paraId="584E67D4" w14:textId="77777777" w:rsidR="00290244" w:rsidRPr="005A5A40" w:rsidRDefault="002220DA">
      <w:pPr>
        <w:spacing w:after="60" w:line="240" w:lineRule="auto"/>
        <w:rPr>
          <w:sz w:val="28"/>
          <w:szCs w:val="28"/>
        </w:rPr>
      </w:pPr>
      <w:r w:rsidRPr="005A5A40">
        <w:rPr>
          <w:sz w:val="28"/>
          <w:szCs w:val="28"/>
        </w:rPr>
        <w:t>39. We need some colour paper for the decorations.</w:t>
      </w:r>
    </w:p>
    <w:p w14:paraId="52F215C4" w14:textId="77777777" w:rsidR="00290244" w:rsidRPr="005A5A40" w:rsidRDefault="002220DA">
      <w:pPr>
        <w:spacing w:after="60" w:line="240" w:lineRule="auto"/>
        <w:rPr>
          <w:sz w:val="28"/>
          <w:szCs w:val="28"/>
        </w:rPr>
      </w:pPr>
      <w:r w:rsidRPr="005A5A40">
        <w:rPr>
          <w:sz w:val="28"/>
          <w:szCs w:val="28"/>
        </w:rPr>
        <w:t>40. There is no milk in the fridge.</w:t>
      </w:r>
    </w:p>
    <w:sectPr w:rsidR="00290244" w:rsidRPr="005A5A40" w:rsidSect="00034616">
      <w:headerReference w:type="even" r:id="rId12"/>
      <w:headerReference w:type="default" r:id="rId13"/>
      <w:footerReference w:type="even" r:id="rId14"/>
      <w:footerReference w:type="default" r:id="rId15"/>
      <w:headerReference w:type="first" r:id="rId16"/>
      <w:footerReference w:type="first" r:id="rId17"/>
      <w:pgSz w:w="12240" w:h="15840"/>
      <w:pgMar w:top="792" w:right="792" w:bottom="792" w:left="792" w:header="360" w:footer="360" w:gutter="0"/>
      <w:pgBorders w:offsetFrom="page">
        <w:top w:val="single" w:sz="18" w:space="16" w:color="0070C0"/>
        <w:left w:val="single" w:sz="18" w:space="16" w:color="0070C0"/>
        <w:bottom w:val="single" w:sz="18" w:space="16" w:color="0070C0"/>
        <w:right w:val="single" w:sz="18" w:space="16"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406A1" w14:textId="77777777" w:rsidR="002220DA" w:rsidRDefault="002220DA">
      <w:pPr>
        <w:spacing w:after="0" w:line="240" w:lineRule="auto"/>
      </w:pPr>
      <w:r>
        <w:separator/>
      </w:r>
    </w:p>
  </w:endnote>
  <w:endnote w:type="continuationSeparator" w:id="0">
    <w:p w14:paraId="0437D001" w14:textId="77777777" w:rsidR="002220DA" w:rsidRDefault="0022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D856C" w14:textId="77777777" w:rsidR="00671464" w:rsidRDefault="00671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68AD5" w14:textId="042CE3CF" w:rsidR="00290244" w:rsidRDefault="00290244">
    <w:pPr>
      <w:pStyle w:val="Footer"/>
      <w:jc w:val="right"/>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5BC18" w14:textId="77777777" w:rsidR="00671464" w:rsidRDefault="00671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88276" w14:textId="77777777" w:rsidR="002220DA" w:rsidRDefault="002220DA">
      <w:pPr>
        <w:spacing w:after="0" w:line="240" w:lineRule="auto"/>
      </w:pPr>
      <w:r>
        <w:separator/>
      </w:r>
    </w:p>
  </w:footnote>
  <w:footnote w:type="continuationSeparator" w:id="0">
    <w:p w14:paraId="2EA52F32" w14:textId="77777777" w:rsidR="002220DA" w:rsidRDefault="00222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91397" w14:textId="77777777" w:rsidR="00671464" w:rsidRDefault="00671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523D7" w14:textId="23AB7825" w:rsidR="00290244" w:rsidRDefault="00290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CC444" w14:textId="77777777" w:rsidR="00671464" w:rsidRDefault="006714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80C"/>
    <w:rsid w:val="00034616"/>
    <w:rsid w:val="0006063C"/>
    <w:rsid w:val="0015074B"/>
    <w:rsid w:val="001E5CA1"/>
    <w:rsid w:val="002037CB"/>
    <w:rsid w:val="002220DA"/>
    <w:rsid w:val="0022292A"/>
    <w:rsid w:val="0025775D"/>
    <w:rsid w:val="00290244"/>
    <w:rsid w:val="0029639D"/>
    <w:rsid w:val="00326F90"/>
    <w:rsid w:val="003576B6"/>
    <w:rsid w:val="0043603A"/>
    <w:rsid w:val="004812BE"/>
    <w:rsid w:val="004A255E"/>
    <w:rsid w:val="005A5A40"/>
    <w:rsid w:val="005B3128"/>
    <w:rsid w:val="00671464"/>
    <w:rsid w:val="00811416"/>
    <w:rsid w:val="00861ECE"/>
    <w:rsid w:val="00981224"/>
    <w:rsid w:val="00AA1D8D"/>
    <w:rsid w:val="00B47730"/>
    <w:rsid w:val="00BC3A67"/>
    <w:rsid w:val="00C91662"/>
    <w:rsid w:val="00CB0664"/>
    <w:rsid w:val="00D203F5"/>
    <w:rsid w:val="00D72472"/>
    <w:rsid w:val="00DB0E9D"/>
    <w:rsid w:val="00DE3610"/>
    <w:rsid w:val="00E924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1B9A7B"/>
  <w14:defaultImageDpi w14:val="300"/>
  <w15:docId w15:val="{BF87CA0F-05D8-4BF8-A2CB-0CB9E4D9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DE3610"/>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9643A-C620-4FCE-831C-C574037A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16</cp:revision>
  <dcterms:created xsi:type="dcterms:W3CDTF">2013-12-23T23:15:00Z</dcterms:created>
  <dcterms:modified xsi:type="dcterms:W3CDTF">2026-08-06T12:21:00Z</dcterms:modified>
  <cp:category/>
</cp:coreProperties>
</file>