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2"/>
        </w:rPr>
        <w:t>UBND …………………………     TRƯỜNG …………………………</w:t>
      </w:r>
    </w:p>
    <w:p>
      <w:pPr>
        <w:jc w:val="center"/>
      </w:pPr>
      <w:r>
        <w:rPr>
          <w:b/>
          <w:sz w:val="28"/>
        </w:rPr>
        <w:t>ĐỀ KIỂM TRA GIỮA KÌ I NĂM HỌC 2026–2027</w:t>
      </w:r>
    </w:p>
    <w:p>
      <w:pPr>
        <w:jc w:val="center"/>
      </w:pPr>
      <w:r>
        <w:rPr>
          <w:b/>
          <w:sz w:val="26"/>
        </w:rPr>
        <w:t>MÔN TIẾNG ANH 8 • ĐỀ 04</w:t>
      </w:r>
    </w:p>
    <w:p>
      <w:pPr>
        <w:jc w:val="center"/>
      </w:pPr>
      <w:r>
        <w:rPr>
          <w:b w:val="0"/>
          <w:sz w:val="22"/>
        </w:rPr>
        <w:t>Thời gian làm bài 60 phút kể cả thời gian nghe</w:t>
      </w:r>
    </w:p>
    <w:p>
      <w:r>
        <w:rPr>
          <w:b w:val="0"/>
        </w:rPr>
        <w:t>Họ và tên: ……………………………………… Lớp: …………</w:t>
      </w:r>
    </w:p>
    <w:p>
      <w:r>
        <w:rPr>
          <w:b/>
          <w:sz w:val="26"/>
        </w:rPr>
        <w:t>I. LISTENING (2.0 points)</w:t>
      </w:r>
    </w:p>
    <w:p>
      <w:r>
        <w:rPr>
          <w:b w:val="0"/>
        </w:rPr>
        <w:t>Task 1. Listen to the conversation and choose A, B or C. You will listen TWICE. Question 0 is an example. (1.0 point)</w:t>
      </w:r>
    </w:p>
    <w:p>
      <w:r>
        <w:rPr>
          <w:b/>
        </w:rPr>
        <w:t>0. What is Sophie’s new hobby?</w:t>
      </w:r>
    </w:p>
    <w:p>
      <w:pPr>
        <w:spacing w:after="100"/>
      </w:pPr>
      <w:r>
        <w:t xml:space="preserve">A. </w:t>
      </w:r>
      <w:r>
        <w:t>Knitting</w:t>
      </w:r>
      <w:r>
        <w:t xml:space="preserve">     </w:t>
      </w:r>
      <w:r>
        <w:t xml:space="preserve">B. </w:t>
      </w:r>
      <w:r>
        <w:t>Painting</w:t>
      </w:r>
      <w:r>
        <w:t xml:space="preserve">     </w:t>
      </w:r>
      <w:r>
        <w:t xml:space="preserve">C. </w:t>
      </w:r>
      <w:r>
        <w:t>Reading</w:t>
      </w:r>
    </w:p>
    <w:p>
      <w:r>
        <w:rPr>
          <w:b w:val="0"/>
          <w:sz w:val="22"/>
        </w:rPr>
        <w:t>Example answer: A.</w:t>
      </w:r>
    </w:p>
    <w:p>
      <w:r>
        <w:rPr>
          <w:b/>
        </w:rPr>
        <w:t>1. Who teaches Sophie?</w:t>
      </w:r>
    </w:p>
    <w:p>
      <w:pPr>
        <w:spacing w:after="100"/>
      </w:pPr>
      <w:r>
        <w:t xml:space="preserve">A. </w:t>
      </w:r>
      <w:r>
        <w:t>Her mother</w:t>
      </w:r>
      <w:r>
        <w:t xml:space="preserve">     </w:t>
      </w:r>
      <w:r>
        <w:t xml:space="preserve">B. </w:t>
      </w:r>
      <w:r>
        <w:t>Her grandmother</w:t>
      </w:r>
      <w:r>
        <w:t xml:space="preserve">     </w:t>
      </w:r>
      <w:r>
        <w:t xml:space="preserve">C. </w:t>
      </w:r>
      <w:r>
        <w:t>Her brother</w:t>
      </w:r>
    </w:p>
    <w:p>
      <w:r>
        <w:rPr>
          <w:b/>
        </w:rPr>
        <w:t>2. How often does she practise?</w:t>
      </w:r>
    </w:p>
    <w:p>
      <w:pPr>
        <w:spacing w:after="100"/>
      </w:pPr>
      <w:r>
        <w:t xml:space="preserve">A. </w:t>
      </w:r>
      <w:r>
        <w:t>Twice a week</w:t>
      </w:r>
      <w:r>
        <w:t xml:space="preserve">     </w:t>
      </w:r>
      <w:r>
        <w:t xml:space="preserve">B. </w:t>
      </w:r>
      <w:r>
        <w:t>Once a month</w:t>
      </w:r>
      <w:r>
        <w:t xml:space="preserve">     </w:t>
      </w:r>
      <w:r>
        <w:t xml:space="preserve">C. </w:t>
      </w:r>
      <w:r>
        <w:t>Every evening</w:t>
      </w:r>
    </w:p>
    <w:p>
      <w:r>
        <w:rPr>
          <w:b/>
        </w:rPr>
        <w:t>3. What colour will the scarf be?</w:t>
      </w:r>
    </w:p>
    <w:p>
      <w:pPr>
        <w:spacing w:after="100"/>
      </w:pPr>
      <w:r>
        <w:t xml:space="preserve">A. </w:t>
      </w:r>
      <w:r>
        <w:t>Blue</w:t>
      </w:r>
      <w:r>
        <w:t xml:space="preserve">     </w:t>
      </w:r>
      <w:r>
        <w:t xml:space="preserve">B. </w:t>
      </w:r>
      <w:r>
        <w:t>Green</w:t>
      </w:r>
      <w:r>
        <w:t xml:space="preserve">     </w:t>
      </w:r>
      <w:r>
        <w:t xml:space="preserve">C. </w:t>
      </w:r>
      <w:r>
        <w:t>White</w:t>
      </w:r>
    </w:p>
    <w:p>
      <w:r>
        <w:rPr>
          <w:b/>
        </w:rPr>
        <w:t>4. Why does she prefer learning with Grandma?</w:t>
      </w:r>
    </w:p>
    <w:p>
      <w:pPr>
        <w:spacing w:after="100"/>
      </w:pPr>
      <w:r>
        <w:t xml:space="preserve">A. </w:t>
      </w:r>
      <w:r>
        <w:t>Grandma buys expensive tools</w:t>
      </w:r>
      <w:r>
        <w:t xml:space="preserve">     </w:t>
      </w:r>
      <w:r>
        <w:t xml:space="preserve">B. </w:t>
      </w:r>
      <w:r>
        <w:t>Grandma can explain steps again</w:t>
      </w:r>
      <w:r>
        <w:t xml:space="preserve">     </w:t>
      </w:r>
      <w:r>
        <w:t xml:space="preserve">C. </w:t>
      </w:r>
      <w:r>
        <w:t>Grandma never makes anything</w:t>
      </w:r>
    </w:p>
    <w:p>
      <w:r>
        <w:rPr>
          <w:b w:val="0"/>
        </w:rPr>
        <w:t>Task 2. Listen to the talk and write T (True) or F (False). You will listen TWICE. Question 0 is an example. (1.0 point)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74"/>
        <w:gridCol w:w="1134"/>
      </w:tblGrid>
      <w:tr>
        <w:trPr>
          <w:cantSplit/>
        </w:trPr>
        <w:tc>
          <w:tcPr>
            <w:tcW w:type="dxa" w:w="86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AEA"/>
          </w:tcPr>
          <w:p>
            <w:pPr>
              <w:spacing w:after="40" w:line="240" w:lineRule="auto"/>
            </w:pPr>
            <w:r>
              <w:rPr>
                <w:b/>
                <w:sz w:val="22"/>
              </w:rPr>
              <w:t>Statements</w:t>
            </w:r>
          </w:p>
        </w:tc>
        <w:tc>
          <w:tcPr>
            <w:tcW w:type="dxa" w:w="113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AEA"/>
          </w:tcPr>
          <w:p>
            <w:pPr>
              <w:spacing w:after="40" w:line="240" w:lineRule="auto"/>
            </w:pPr>
            <w:r>
              <w:rPr>
                <w:b/>
                <w:sz w:val="22"/>
              </w:rPr>
              <w:t>T / F</w:t>
            </w:r>
          </w:p>
        </w:tc>
      </w:tr>
      <w:tr>
        <w:trPr>
          <w:cantSplit/>
        </w:trPr>
        <w:tc>
          <w:tcPr>
            <w:tcW w:type="dxa" w:w="86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40" w:lineRule="auto"/>
            </w:pPr>
            <w:r>
              <w:rPr>
                <w:b w:val="0"/>
                <w:sz w:val="22"/>
              </w:rPr>
              <w:t>0. Tom’s school has a Healthy Week programme.</w:t>
            </w:r>
          </w:p>
        </w:tc>
        <w:tc>
          <w:tcPr>
            <w:tcW w:type="dxa" w:w="113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40" w:lineRule="auto"/>
            </w:pPr>
            <w:r>
              <w:rPr>
                <w:b w:val="0"/>
                <w:sz w:val="22"/>
              </w:rPr>
              <w:t>T</w:t>
            </w:r>
          </w:p>
        </w:tc>
      </w:tr>
      <w:tr>
        <w:trPr>
          <w:cantSplit/>
        </w:trPr>
        <w:tc>
          <w:tcPr>
            <w:tcW w:type="dxa" w:w="86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40" w:lineRule="auto"/>
            </w:pPr>
            <w:r>
              <w:rPr>
                <w:b w:val="0"/>
                <w:sz w:val="22"/>
              </w:rPr>
              <w:t>5. His class walks for fifty minutes on Monday.</w:t>
            </w:r>
          </w:p>
        </w:tc>
        <w:tc>
          <w:tcPr>
            <w:tcW w:type="dxa" w:w="113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40" w:lineRule="auto"/>
            </w:pPr>
            <w:r>
              <w:rPr>
                <w:b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86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40" w:lineRule="auto"/>
            </w:pPr>
            <w:r>
              <w:rPr>
                <w:b w:val="0"/>
                <w:sz w:val="22"/>
              </w:rPr>
              <w:t>6. Students bring fruit on Tuesday.</w:t>
            </w:r>
          </w:p>
        </w:tc>
        <w:tc>
          <w:tcPr>
            <w:tcW w:type="dxa" w:w="113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40" w:lineRule="auto"/>
            </w:pPr>
            <w:r>
              <w:rPr>
                <w:b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86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40" w:lineRule="auto"/>
            </w:pPr>
            <w:r>
              <w:rPr>
                <w:b w:val="0"/>
                <w:sz w:val="22"/>
              </w:rPr>
              <w:t>7. Students work alone on their posters.</w:t>
            </w:r>
          </w:p>
        </w:tc>
        <w:tc>
          <w:tcPr>
            <w:tcW w:type="dxa" w:w="113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40" w:lineRule="auto"/>
            </w:pPr>
            <w:r>
              <w:rPr>
                <w:b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86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40" w:lineRule="auto"/>
            </w:pPr>
            <w:r>
              <w:rPr>
                <w:b w:val="0"/>
                <w:sz w:val="22"/>
              </w:rPr>
              <w:t>8. Tom plays badminton on Friday afternoon.</w:t>
            </w:r>
          </w:p>
        </w:tc>
        <w:tc>
          <w:tcPr>
            <w:tcW w:type="dxa" w:w="113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40" w:lineRule="auto"/>
            </w:pPr>
            <w:r>
              <w:rPr>
                <w:b w:val="0"/>
                <w:sz w:val="22"/>
              </w:rPr>
            </w:r>
          </w:p>
        </w:tc>
      </w:tr>
    </w:tbl>
    <w:p>
      <w:r>
        <w:rPr>
          <w:b/>
          <w:sz w:val="26"/>
        </w:rPr>
        <w:t>II. PRONUNCIATION (0.5 point)</w:t>
      </w:r>
    </w:p>
    <w:p>
      <w:r>
        <w:rPr>
          <w:b w:val="0"/>
        </w:rPr>
        <w:t>Choose the word whose underlined part is pronounced differently from the others.</w:t>
      </w:r>
    </w:p>
    <w:p>
      <w:r>
        <w:rPr>
          <w:b/>
        </w:rPr>
        <w:t>9.</w:t>
      </w:r>
    </w:p>
    <w:p>
      <w:pPr>
        <w:spacing w:after="100"/>
      </w:pPr>
      <w:r>
        <w:t xml:space="preserve">A. </w:t>
      </w:r>
      <w:r>
        <w:t>visit</w:t>
      </w:r>
      <w:r>
        <w:rPr>
          <w:u w:val="single"/>
        </w:rPr>
        <w:t>ed</w:t>
      </w:r>
      <w:r/>
      <w:r>
        <w:t xml:space="preserve">     </w:t>
      </w:r>
      <w:r>
        <w:t xml:space="preserve">B. </w:t>
      </w:r>
      <w:r>
        <w:t>enjoy</w:t>
      </w:r>
      <w:r>
        <w:rPr>
          <w:u w:val="single"/>
        </w:rPr>
        <w:t>ed</w:t>
      </w:r>
      <w:r/>
      <w:r>
        <w:t xml:space="preserve">     </w:t>
      </w:r>
      <w:r>
        <w:t xml:space="preserve">C. </w:t>
      </w:r>
      <w:r>
        <w:t>liv</w:t>
      </w:r>
      <w:r>
        <w:rPr>
          <w:u w:val="single"/>
        </w:rPr>
        <w:t>ed</w:t>
      </w:r>
      <w:r/>
      <w:r>
        <w:t xml:space="preserve">     </w:t>
      </w:r>
      <w:r>
        <w:t xml:space="preserve">D. </w:t>
      </w:r>
      <w:r>
        <w:t>stay</w:t>
      </w:r>
      <w:r>
        <w:rPr>
          <w:u w:val="single"/>
        </w:rPr>
        <w:t>ed</w:t>
      </w:r>
      <w:r/>
    </w:p>
    <w:p>
      <w:r>
        <w:rPr>
          <w:b/>
        </w:rPr>
        <w:t>10.</w:t>
      </w:r>
    </w:p>
    <w:p>
      <w:pPr>
        <w:spacing w:after="100"/>
      </w:pPr>
      <w:r>
        <w:t xml:space="preserve">A. </w:t>
      </w:r>
      <w:r>
        <w:t>p</w:t>
      </w:r>
      <w:r>
        <w:rPr>
          <w:u w:val="single"/>
        </w:rPr>
        <w:t>oo</w:t>
      </w:r>
      <w:r>
        <w:t>l</w:t>
      </w:r>
      <w:r>
        <w:t xml:space="preserve">     </w:t>
      </w:r>
      <w:r>
        <w:t xml:space="preserve">B. </w:t>
      </w:r>
      <w:r>
        <w:t>w</w:t>
      </w:r>
      <w:r>
        <w:rPr>
          <w:u w:val="single"/>
        </w:rPr>
        <w:t>oo</w:t>
      </w:r>
      <w:r>
        <w:t>d</w:t>
      </w:r>
      <w:r>
        <w:t xml:space="preserve">     </w:t>
      </w:r>
      <w:r>
        <w:t xml:space="preserve">C. </w:t>
      </w:r>
      <w:r>
        <w:t>s</w:t>
      </w:r>
      <w:r>
        <w:rPr>
          <w:u w:val="single"/>
        </w:rPr>
        <w:t>oo</w:t>
      </w:r>
      <w:r>
        <w:t>n</w:t>
      </w:r>
      <w:r>
        <w:t xml:space="preserve">     </w:t>
      </w:r>
      <w:r>
        <w:t xml:space="preserve">D. </w:t>
      </w:r>
      <w:r>
        <w:t>b</w:t>
      </w:r>
      <w:r>
        <w:rPr>
          <w:u w:val="single"/>
        </w:rPr>
        <w:t>oo</w:t>
      </w:r>
      <w:r>
        <w:t>t</w:t>
      </w:r>
    </w:p>
    <w:p>
      <w:r>
        <w:br w:type="page"/>
      </w:r>
    </w:p>
    <w:p>
      <w:r>
        <w:rPr>
          <w:b/>
          <w:sz w:val="26"/>
        </w:rPr>
        <w:t>III. GRAMMAR AND VOCABULARY (3.0 points)</w:t>
      </w:r>
    </w:p>
    <w:p>
      <w:r>
        <w:rPr>
          <w:b w:val="0"/>
        </w:rPr>
        <w:t>Choose the correct answer A, B, C or D. (2.25 points)</w:t>
      </w:r>
    </w:p>
    <w:p>
      <w:r>
        <w:rPr>
          <w:b/>
        </w:rPr>
        <w:t>11. My sister loves ______ with her grandmother.</w:t>
      </w:r>
    </w:p>
    <w:p>
      <w:pPr>
        <w:spacing w:after="100"/>
      </w:pPr>
      <w:r>
        <w:t xml:space="preserve">A. </w:t>
      </w:r>
      <w:r>
        <w:t>knit</w:t>
      </w:r>
      <w:r>
        <w:t xml:space="preserve">     </w:t>
      </w:r>
      <w:r>
        <w:t xml:space="preserve">B. </w:t>
      </w:r>
      <w:r>
        <w:t>knitted</w:t>
      </w:r>
      <w:r>
        <w:t xml:space="preserve">     </w:t>
      </w:r>
      <w:r>
        <w:t xml:space="preserve">C. </w:t>
      </w:r>
      <w:r>
        <w:t>knitting</w:t>
      </w:r>
      <w:r>
        <w:t xml:space="preserve">     </w:t>
      </w:r>
      <w:r>
        <w:t xml:space="preserve">D. </w:t>
      </w:r>
      <w:r>
        <w:t>knits</w:t>
      </w:r>
    </w:p>
    <w:p>
      <w:r>
        <w:rPr>
          <w:b/>
        </w:rPr>
        <w:t>12. We should not ______ our parents’ advice.</w:t>
      </w:r>
    </w:p>
    <w:p>
      <w:pPr>
        <w:spacing w:after="100"/>
      </w:pPr>
      <w:r>
        <w:t xml:space="preserve">A. </w:t>
      </w:r>
      <w:r>
        <w:t>ignore</w:t>
      </w:r>
      <w:r>
        <w:t xml:space="preserve">     </w:t>
      </w:r>
      <w:r>
        <w:t xml:space="preserve">B. </w:t>
      </w:r>
      <w:r>
        <w:t>collect</w:t>
      </w:r>
      <w:r>
        <w:t xml:space="preserve">     </w:t>
      </w:r>
      <w:r>
        <w:t xml:space="preserve">C. </w:t>
      </w:r>
      <w:r>
        <w:t>herd</w:t>
      </w:r>
      <w:r>
        <w:t xml:space="preserve">     </w:t>
      </w:r>
      <w:r>
        <w:t xml:space="preserve">D. </w:t>
      </w:r>
      <w:r>
        <w:t>harvest</w:t>
      </w:r>
    </w:p>
    <w:p>
      <w:r>
        <w:rPr>
          <w:b/>
        </w:rPr>
        <w:t>13. Tom is fond of ______ photos of nature.</w:t>
      </w:r>
    </w:p>
    <w:p>
      <w:pPr>
        <w:spacing w:after="100"/>
      </w:pPr>
      <w:r>
        <w:t xml:space="preserve">A. </w:t>
      </w:r>
      <w:r>
        <w:t>taking</w:t>
      </w:r>
      <w:r>
        <w:t xml:space="preserve">     </w:t>
      </w:r>
      <w:r>
        <w:t xml:space="preserve">B. </w:t>
      </w:r>
      <w:r>
        <w:t>having</w:t>
      </w:r>
      <w:r>
        <w:t xml:space="preserve">     </w:t>
      </w:r>
      <w:r>
        <w:t xml:space="preserve">C. </w:t>
      </w:r>
      <w:r>
        <w:t>doing</w:t>
      </w:r>
      <w:r>
        <w:t xml:space="preserve">     </w:t>
      </w:r>
      <w:r>
        <w:t xml:space="preserve">D. </w:t>
      </w:r>
      <w:r>
        <w:t>making</w:t>
      </w:r>
    </w:p>
    <w:p>
      <w:r>
        <w:rPr>
          <w:b/>
        </w:rPr>
        <w:t>14. My father drives ______ than my older brother.</w:t>
      </w:r>
    </w:p>
    <w:p>
      <w:pPr>
        <w:spacing w:after="100"/>
      </w:pPr>
      <w:r>
        <w:t xml:space="preserve">A. </w:t>
      </w:r>
      <w:r>
        <w:t>most carefully</w:t>
      </w:r>
      <w:r>
        <w:t xml:space="preserve">     </w:t>
      </w:r>
      <w:r>
        <w:t xml:space="preserve">B. </w:t>
      </w:r>
      <w:r>
        <w:t>carefully</w:t>
      </w:r>
      <w:r>
        <w:t xml:space="preserve">     </w:t>
      </w:r>
      <w:r>
        <w:t xml:space="preserve">C. </w:t>
      </w:r>
      <w:r>
        <w:t>more carefully</w:t>
      </w:r>
      <w:r>
        <w:t xml:space="preserve">     </w:t>
      </w:r>
      <w:r>
        <w:t xml:space="preserve">D. </w:t>
      </w:r>
      <w:r>
        <w:t>careful</w:t>
      </w:r>
    </w:p>
    <w:p>
      <w:r>
        <w:rPr>
          <w:b/>
        </w:rPr>
        <w:t>15. I like this club ______ its members are helpful.</w:t>
      </w:r>
    </w:p>
    <w:p>
      <w:pPr>
        <w:spacing w:after="100"/>
      </w:pPr>
      <w:r>
        <w:t xml:space="preserve">A. </w:t>
      </w:r>
      <w:r>
        <w:t>so</w:t>
      </w:r>
      <w:r>
        <w:t xml:space="preserve">     </w:t>
      </w:r>
      <w:r>
        <w:t xml:space="preserve">B. </w:t>
      </w:r>
      <w:r>
        <w:t>because</w:t>
      </w:r>
      <w:r>
        <w:t xml:space="preserve">     </w:t>
      </w:r>
      <w:r>
        <w:t xml:space="preserve">C. </w:t>
      </w:r>
      <w:r>
        <w:t>or</w:t>
      </w:r>
      <w:r>
        <w:t xml:space="preserve">     </w:t>
      </w:r>
      <w:r>
        <w:t xml:space="preserve">D. </w:t>
      </w:r>
      <w:r>
        <w:t>but</w:t>
      </w:r>
    </w:p>
    <w:p>
      <w:r>
        <w:rPr>
          <w:b/>
        </w:rPr>
        <w:t>16. School tests sometimes put students under ______.</w:t>
      </w:r>
    </w:p>
    <w:p>
      <w:pPr>
        <w:spacing w:after="100"/>
      </w:pPr>
      <w:r>
        <w:t xml:space="preserve">A. </w:t>
      </w:r>
      <w:r>
        <w:t>pressure</w:t>
      </w:r>
      <w:r>
        <w:t xml:space="preserve">     </w:t>
      </w:r>
      <w:r>
        <w:t xml:space="preserve">B. </w:t>
      </w:r>
      <w:r>
        <w:t>leisure</w:t>
      </w:r>
      <w:r>
        <w:t xml:space="preserve">     </w:t>
      </w:r>
      <w:r>
        <w:t xml:space="preserve">C. </w:t>
      </w:r>
      <w:r>
        <w:t>scenery</w:t>
      </w:r>
      <w:r>
        <w:t xml:space="preserve">     </w:t>
      </w:r>
      <w:r>
        <w:t xml:space="preserve">D. </w:t>
      </w:r>
      <w:r>
        <w:t>harvest</w:t>
      </w:r>
    </w:p>
    <w:p>
      <w:r>
        <w:rPr>
          <w:b/>
        </w:rPr>
        <w:t>17. Please ______ your account before using the class forum.</w:t>
      </w:r>
    </w:p>
    <w:p>
      <w:pPr>
        <w:spacing w:after="100"/>
      </w:pPr>
      <w:r>
        <w:t xml:space="preserve">A. </w:t>
      </w:r>
      <w:r>
        <w:t>put up</w:t>
      </w:r>
      <w:r>
        <w:t xml:space="preserve">     </w:t>
      </w:r>
      <w:r>
        <w:t xml:space="preserve">B. </w:t>
      </w:r>
      <w:r>
        <w:t>log into</w:t>
      </w:r>
      <w:r>
        <w:t xml:space="preserve">     </w:t>
      </w:r>
      <w:r>
        <w:t xml:space="preserve">C. </w:t>
      </w:r>
      <w:r>
        <w:t>look after</w:t>
      </w:r>
      <w:r>
        <w:t xml:space="preserve">     </w:t>
      </w:r>
      <w:r>
        <w:t xml:space="preserve">D. </w:t>
      </w:r>
      <w:r>
        <w:t>pick up</w:t>
      </w:r>
    </w:p>
    <w:p>
      <w:r>
        <w:rPr>
          <w:b/>
        </w:rPr>
        <w:t>18. We are meeting ______ Sunday morning.</w:t>
      </w:r>
    </w:p>
    <w:p>
      <w:pPr>
        <w:spacing w:after="100"/>
      </w:pPr>
      <w:r>
        <w:t xml:space="preserve">A. </w:t>
      </w:r>
      <w:r>
        <w:t>in</w:t>
      </w:r>
      <w:r>
        <w:t xml:space="preserve">     </w:t>
      </w:r>
      <w:r>
        <w:t xml:space="preserve">B. </w:t>
      </w:r>
      <w:r>
        <w:t>at</w:t>
      </w:r>
      <w:r>
        <w:t xml:space="preserve">     </w:t>
      </w:r>
      <w:r>
        <w:t xml:space="preserve">C. </w:t>
      </w:r>
      <w:r>
        <w:t>by</w:t>
      </w:r>
      <w:r>
        <w:t xml:space="preserve">     </w:t>
      </w:r>
      <w:r>
        <w:t xml:space="preserve">D. </w:t>
      </w:r>
      <w:r>
        <w:t>on</w:t>
      </w:r>
    </w:p>
    <w:p>
      <w:r>
        <w:rPr>
          <w:b/>
        </w:rPr>
        <w:t>NOTICE: KEEP OFF THE GRASS</w:t>
      </w:r>
    </w:p>
    <w:p>
      <w:r>
        <w:rPr>
          <w:b/>
        </w:rPr>
        <w:t>19. What does the notice mean?</w:t>
      </w:r>
    </w:p>
    <w:p>
      <w:pPr>
        <w:spacing w:after="100"/>
      </w:pPr>
      <w:r>
        <w:t xml:space="preserve">A. </w:t>
      </w:r>
      <w:r>
        <w:t>You should water the grass now.</w:t>
      </w:r>
      <w:r>
        <w:t xml:space="preserve">     </w:t>
      </w:r>
      <w:r>
        <w:t xml:space="preserve">B. </w:t>
      </w:r>
      <w:r>
        <w:t>You must not walk on the grass.</w:t>
      </w:r>
      <w:r>
        <w:t xml:space="preserve">     </w:t>
      </w:r>
      <w:r>
        <w:t xml:space="preserve">C. </w:t>
      </w:r>
      <w:r>
        <w:t>You can play football on the grass.</w:t>
      </w:r>
      <w:r>
        <w:t xml:space="preserve">     </w:t>
      </w:r>
      <w:r>
        <w:t xml:space="preserve">D. </w:t>
      </w:r>
      <w:r>
        <w:t>You should cut the grass today.</w:t>
      </w:r>
    </w:p>
    <w:p>
      <w:r>
        <w:rPr>
          <w:b w:val="0"/>
        </w:rPr>
        <w:t>Read the advertisement and choose the best option for each blank. (0.75 point)</w:t>
      </w:r>
    </w:p>
    <w:p>
      <w:r>
        <w:rPr>
          <w:b/>
        </w:rPr>
        <w:t>AFTER SCHOOL GAMES</w:t>
      </w:r>
    </w:p>
    <w:p>
      <w:r>
        <w:rPr>
          <w:b w:val="0"/>
        </w:rPr>
        <w:t>Take a break from your screen. Join us in the playground at 4 p.m. every Tuesday. We play outdoor games and learn to work (20) ______. You do not need to be a fast runner. Bring comfortable shoes and (21) ______ clothes. For more (22) ______, speak to your PE teacher.</w:t>
      </w:r>
    </w:p>
    <w:p>
      <w:r>
        <w:rPr>
          <w:b/>
        </w:rPr>
        <w:t>20.</w:t>
      </w:r>
    </w:p>
    <w:p>
      <w:pPr>
        <w:spacing w:after="100"/>
      </w:pPr>
      <w:r>
        <w:t xml:space="preserve">A. </w:t>
      </w:r>
      <w:r>
        <w:t>late</w:t>
      </w:r>
      <w:r>
        <w:t xml:space="preserve">     </w:t>
      </w:r>
      <w:r>
        <w:t xml:space="preserve">B. </w:t>
      </w:r>
      <w:r>
        <w:t>alone</w:t>
      </w:r>
      <w:r>
        <w:t xml:space="preserve">     </w:t>
      </w:r>
      <w:r>
        <w:t xml:space="preserve">C. </w:t>
      </w:r>
      <w:r>
        <w:t>together</w:t>
      </w:r>
      <w:r>
        <w:t xml:space="preserve">     </w:t>
      </w:r>
      <w:r>
        <w:t xml:space="preserve">D. </w:t>
      </w:r>
      <w:r>
        <w:t>yesterday</w:t>
      </w:r>
    </w:p>
    <w:p>
      <w:r>
        <w:rPr>
          <w:b/>
        </w:rPr>
        <w:t>21.</w:t>
      </w:r>
    </w:p>
    <w:p>
      <w:pPr>
        <w:spacing w:after="100"/>
      </w:pPr>
      <w:r>
        <w:t xml:space="preserve">A. </w:t>
      </w:r>
      <w:r>
        <w:t>history</w:t>
      </w:r>
      <w:r>
        <w:t xml:space="preserve">     </w:t>
      </w:r>
      <w:r>
        <w:t xml:space="preserve">B. </w:t>
      </w:r>
      <w:r>
        <w:t>science</w:t>
      </w:r>
      <w:r>
        <w:t xml:space="preserve">     </w:t>
      </w:r>
      <w:r>
        <w:t xml:space="preserve">C. </w:t>
      </w:r>
      <w:r>
        <w:t>sports</w:t>
      </w:r>
      <w:r>
        <w:t xml:space="preserve">     </w:t>
      </w:r>
      <w:r>
        <w:t xml:space="preserve">D. </w:t>
      </w:r>
      <w:r>
        <w:t>music</w:t>
      </w:r>
    </w:p>
    <w:p>
      <w:r>
        <w:rPr>
          <w:b/>
        </w:rPr>
        <w:t>22.</w:t>
      </w:r>
    </w:p>
    <w:p>
      <w:pPr>
        <w:spacing w:after="100"/>
      </w:pPr>
      <w:r>
        <w:t xml:space="preserve">A. </w:t>
      </w:r>
      <w:r>
        <w:t>inform</w:t>
      </w:r>
      <w:r>
        <w:t xml:space="preserve">     </w:t>
      </w:r>
      <w:r>
        <w:t xml:space="preserve">B. </w:t>
      </w:r>
      <w:r>
        <w:t>informed</w:t>
      </w:r>
      <w:r>
        <w:t xml:space="preserve">     </w:t>
      </w:r>
      <w:r>
        <w:t xml:space="preserve">C. </w:t>
      </w:r>
      <w:r>
        <w:t>informative</w:t>
      </w:r>
      <w:r>
        <w:t xml:space="preserve">     </w:t>
      </w:r>
      <w:r>
        <w:t xml:space="preserve">D. </w:t>
      </w:r>
      <w:r>
        <w:t>information</w:t>
      </w:r>
    </w:p>
    <w:p>
      <w:r>
        <w:br w:type="page"/>
      </w:r>
    </w:p>
    <w:p>
      <w:pPr>
        <w:spacing w:after="60" w:line="240" w:lineRule="auto"/>
      </w:pPr>
      <w:r>
        <w:rPr>
          <w:b/>
          <w:sz w:val="23"/>
        </w:rPr>
        <w:t>IV. READING (2.5 points)</w:t>
      </w:r>
    </w:p>
    <w:p>
      <w:pPr>
        <w:spacing w:after="60" w:line="240" w:lineRule="auto"/>
      </w:pPr>
      <w:r>
        <w:rPr>
          <w:b w:val="0"/>
          <w:sz w:val="23"/>
        </w:rPr>
        <w:t>Task 1. Read the passage and choose A, B, C or D for each blank. (1.25 points)</w:t>
      </w:r>
    </w:p>
    <w:p>
      <w:pPr>
        <w:spacing w:after="60" w:line="240" w:lineRule="auto"/>
      </w:pPr>
      <w:r>
        <w:rPr>
          <w:b w:val="0"/>
          <w:sz w:val="23"/>
        </w:rPr>
        <w:t>Friendship is important to teenagers. Good friends listen when we have a problem and help us feel less (23) ______. However, friends do not have to enjoy exactly the same activities. One person may love sports, while another prefers (24) ______ books. They can still learn from each other. It is also important to speak kindly. If you disagree with a friend, explain your ideas (25) ______ instead of shouting. Online communication needs care too. Ask for permission (26) ______ you post a photo of someone else. Spending time together without phones can help friends understand each other better. A walk or a simple board game may be more enjoyable (27) ______ a long conversation by text.</w:t>
      </w:r>
    </w:p>
    <w:p>
      <w:pPr>
        <w:spacing w:after="60" w:line="240" w:lineRule="auto"/>
      </w:pPr>
      <w:r>
        <w:rPr>
          <w:b/>
          <w:sz w:val="23"/>
        </w:rPr>
        <w:t>23.</w:t>
      </w:r>
    </w:p>
    <w:p>
      <w:pPr>
        <w:spacing w:after="60" w:line="240" w:lineRule="auto"/>
      </w:pPr>
      <w:r>
        <w:rPr>
          <w:sz w:val="23"/>
        </w:rPr>
        <w:t xml:space="preserve">A. </w:t>
      </w:r>
      <w:r>
        <w:rPr>
          <w:sz w:val="23"/>
        </w:rPr>
        <w:t>alone</w:t>
      </w:r>
      <w:r>
        <w:rPr>
          <w:sz w:val="23"/>
        </w:rPr>
        <w:t xml:space="preserve">     </w:t>
      </w:r>
      <w:r>
        <w:rPr>
          <w:sz w:val="23"/>
        </w:rPr>
        <w:t xml:space="preserve">B. </w:t>
      </w:r>
      <w:r>
        <w:rPr>
          <w:sz w:val="23"/>
        </w:rPr>
        <w:t>lonelily</w:t>
      </w:r>
      <w:r>
        <w:rPr>
          <w:sz w:val="23"/>
        </w:rPr>
        <w:t xml:space="preserve">     </w:t>
      </w:r>
      <w:r>
        <w:rPr>
          <w:sz w:val="23"/>
        </w:rPr>
        <w:t xml:space="preserve">C. </w:t>
      </w:r>
      <w:r>
        <w:rPr>
          <w:sz w:val="23"/>
        </w:rPr>
        <w:t>lonely</w:t>
      </w:r>
      <w:r>
        <w:rPr>
          <w:sz w:val="23"/>
        </w:rPr>
        <w:t xml:space="preserve">     </w:t>
      </w:r>
      <w:r>
        <w:rPr>
          <w:sz w:val="23"/>
        </w:rPr>
        <w:t xml:space="preserve">D. </w:t>
      </w:r>
      <w:r>
        <w:rPr>
          <w:sz w:val="23"/>
        </w:rPr>
        <w:t>loneliness</w:t>
      </w:r>
    </w:p>
    <w:p>
      <w:pPr>
        <w:spacing w:after="60" w:line="240" w:lineRule="auto"/>
      </w:pPr>
      <w:r>
        <w:rPr>
          <w:b/>
          <w:sz w:val="23"/>
        </w:rPr>
        <w:t>24.</w:t>
      </w:r>
    </w:p>
    <w:p>
      <w:pPr>
        <w:spacing w:after="60" w:line="240" w:lineRule="auto"/>
      </w:pPr>
      <w:r>
        <w:rPr>
          <w:sz w:val="23"/>
        </w:rPr>
        <w:t xml:space="preserve">A. </w:t>
      </w:r>
      <w:r>
        <w:rPr>
          <w:sz w:val="23"/>
        </w:rPr>
        <w:t>read</w:t>
      </w:r>
      <w:r>
        <w:rPr>
          <w:sz w:val="23"/>
        </w:rPr>
        <w:t xml:space="preserve">     </w:t>
      </w:r>
      <w:r>
        <w:rPr>
          <w:sz w:val="23"/>
        </w:rPr>
        <w:t xml:space="preserve">B. </w:t>
      </w:r>
      <w:r>
        <w:rPr>
          <w:sz w:val="23"/>
        </w:rPr>
        <w:t>reads</w:t>
      </w:r>
      <w:r>
        <w:rPr>
          <w:sz w:val="23"/>
        </w:rPr>
        <w:t xml:space="preserve">     </w:t>
      </w:r>
      <w:r>
        <w:rPr>
          <w:sz w:val="23"/>
        </w:rPr>
        <w:t xml:space="preserve">C. </w:t>
      </w:r>
      <w:r>
        <w:rPr>
          <w:sz w:val="23"/>
        </w:rPr>
        <w:t>was read</w:t>
      </w:r>
      <w:r>
        <w:rPr>
          <w:sz w:val="23"/>
        </w:rPr>
        <w:t xml:space="preserve">     </w:t>
      </w:r>
      <w:r>
        <w:rPr>
          <w:sz w:val="23"/>
        </w:rPr>
        <w:t xml:space="preserve">D. </w:t>
      </w:r>
      <w:r>
        <w:rPr>
          <w:sz w:val="23"/>
        </w:rPr>
        <w:t>reading</w:t>
      </w:r>
    </w:p>
    <w:p>
      <w:pPr>
        <w:spacing w:after="60" w:line="240" w:lineRule="auto"/>
      </w:pPr>
      <w:r>
        <w:rPr>
          <w:b/>
          <w:sz w:val="23"/>
        </w:rPr>
        <w:t>25.</w:t>
      </w:r>
    </w:p>
    <w:p>
      <w:pPr>
        <w:spacing w:after="60" w:line="240" w:lineRule="auto"/>
      </w:pPr>
      <w:r>
        <w:rPr>
          <w:sz w:val="23"/>
        </w:rPr>
        <w:t xml:space="preserve">A. </w:t>
      </w:r>
      <w:r>
        <w:rPr>
          <w:sz w:val="23"/>
        </w:rPr>
        <w:t>calmest</w:t>
      </w:r>
      <w:r>
        <w:rPr>
          <w:sz w:val="23"/>
        </w:rPr>
        <w:t xml:space="preserve">     </w:t>
      </w:r>
      <w:r>
        <w:rPr>
          <w:sz w:val="23"/>
        </w:rPr>
        <w:t xml:space="preserve">B. </w:t>
      </w:r>
      <w:r>
        <w:rPr>
          <w:sz w:val="23"/>
        </w:rPr>
        <w:t>calmly</w:t>
      </w:r>
      <w:r>
        <w:rPr>
          <w:sz w:val="23"/>
        </w:rPr>
        <w:t xml:space="preserve">     </w:t>
      </w:r>
      <w:r>
        <w:rPr>
          <w:sz w:val="23"/>
        </w:rPr>
        <w:t xml:space="preserve">C. </w:t>
      </w:r>
      <w:r>
        <w:rPr>
          <w:sz w:val="23"/>
        </w:rPr>
        <w:t>calm</w:t>
      </w:r>
      <w:r>
        <w:rPr>
          <w:sz w:val="23"/>
        </w:rPr>
        <w:t xml:space="preserve">     </w:t>
      </w:r>
      <w:r>
        <w:rPr>
          <w:sz w:val="23"/>
        </w:rPr>
        <w:t xml:space="preserve">D. </w:t>
      </w:r>
      <w:r>
        <w:rPr>
          <w:sz w:val="23"/>
        </w:rPr>
        <w:t>calmer</w:t>
      </w:r>
    </w:p>
    <w:p>
      <w:pPr>
        <w:spacing w:after="60" w:line="240" w:lineRule="auto"/>
      </w:pPr>
      <w:r>
        <w:rPr>
          <w:b/>
          <w:sz w:val="23"/>
        </w:rPr>
        <w:t>26.</w:t>
      </w:r>
    </w:p>
    <w:p>
      <w:pPr>
        <w:spacing w:after="60" w:line="240" w:lineRule="auto"/>
      </w:pPr>
      <w:r>
        <w:rPr>
          <w:sz w:val="23"/>
        </w:rPr>
        <w:t xml:space="preserve">A. </w:t>
      </w:r>
      <w:r>
        <w:rPr>
          <w:sz w:val="23"/>
        </w:rPr>
        <w:t>so</w:t>
      </w:r>
      <w:r>
        <w:rPr>
          <w:sz w:val="23"/>
        </w:rPr>
        <w:t xml:space="preserve">     </w:t>
      </w:r>
      <w:r>
        <w:rPr>
          <w:sz w:val="23"/>
        </w:rPr>
        <w:t xml:space="preserve">B. </w:t>
      </w:r>
      <w:r>
        <w:rPr>
          <w:sz w:val="23"/>
        </w:rPr>
        <w:t>but</w:t>
      </w:r>
      <w:r>
        <w:rPr>
          <w:sz w:val="23"/>
        </w:rPr>
        <w:t xml:space="preserve">     </w:t>
      </w:r>
      <w:r>
        <w:rPr>
          <w:sz w:val="23"/>
        </w:rPr>
        <w:t xml:space="preserve">C. </w:t>
      </w:r>
      <w:r>
        <w:rPr>
          <w:sz w:val="23"/>
        </w:rPr>
        <w:t>or</w:t>
      </w:r>
      <w:r>
        <w:rPr>
          <w:sz w:val="23"/>
        </w:rPr>
        <w:t xml:space="preserve">     </w:t>
      </w:r>
      <w:r>
        <w:rPr>
          <w:sz w:val="23"/>
        </w:rPr>
        <w:t xml:space="preserve">D. </w:t>
      </w:r>
      <w:r>
        <w:rPr>
          <w:sz w:val="23"/>
        </w:rPr>
        <w:t>before</w:t>
      </w:r>
    </w:p>
    <w:p>
      <w:pPr>
        <w:spacing w:after="60" w:line="240" w:lineRule="auto"/>
      </w:pPr>
      <w:r>
        <w:rPr>
          <w:b/>
          <w:sz w:val="23"/>
        </w:rPr>
        <w:t>27.</w:t>
      </w:r>
    </w:p>
    <w:p>
      <w:pPr>
        <w:spacing w:after="60" w:line="240" w:lineRule="auto"/>
      </w:pPr>
      <w:r>
        <w:rPr>
          <w:sz w:val="23"/>
        </w:rPr>
        <w:t xml:space="preserve">A. </w:t>
      </w:r>
      <w:r>
        <w:rPr>
          <w:sz w:val="23"/>
        </w:rPr>
        <w:t>from</w:t>
      </w:r>
      <w:r>
        <w:rPr>
          <w:sz w:val="23"/>
        </w:rPr>
        <w:t xml:space="preserve">     </w:t>
      </w:r>
      <w:r>
        <w:rPr>
          <w:sz w:val="23"/>
        </w:rPr>
        <w:t xml:space="preserve">B. </w:t>
      </w:r>
      <w:r>
        <w:rPr>
          <w:sz w:val="23"/>
        </w:rPr>
        <w:t>than</w:t>
      </w:r>
      <w:r>
        <w:rPr>
          <w:sz w:val="23"/>
        </w:rPr>
        <w:t xml:space="preserve">     </w:t>
      </w:r>
      <w:r>
        <w:rPr>
          <w:sz w:val="23"/>
        </w:rPr>
        <w:t xml:space="preserve">C. </w:t>
      </w:r>
      <w:r>
        <w:rPr>
          <w:sz w:val="23"/>
        </w:rPr>
        <w:t>as</w:t>
      </w:r>
      <w:r>
        <w:rPr>
          <w:sz w:val="23"/>
        </w:rPr>
        <w:t xml:space="preserve">     </w:t>
      </w:r>
      <w:r>
        <w:rPr>
          <w:sz w:val="23"/>
        </w:rPr>
        <w:t xml:space="preserve">D. </w:t>
      </w:r>
      <w:r>
        <w:rPr>
          <w:sz w:val="23"/>
        </w:rPr>
        <w:t>to</w:t>
      </w:r>
    </w:p>
    <w:p>
      <w:pPr>
        <w:spacing w:after="60" w:line="240" w:lineRule="auto"/>
      </w:pPr>
      <w:r>
        <w:rPr>
          <w:b w:val="0"/>
          <w:sz w:val="23"/>
        </w:rPr>
        <w:t>Task 2. Read the passage and choose the best answer. (1.25 points)</w:t>
      </w:r>
    </w:p>
    <w:p>
      <w:pPr>
        <w:spacing w:after="60" w:line="240" w:lineRule="auto"/>
      </w:pPr>
      <w:r>
        <w:rPr>
          <w:b w:val="0"/>
          <w:sz w:val="23"/>
        </w:rPr>
        <w:t>Every Wednesday, students at River School can join a lunch club. The club lasts thirty minutes and takes place in a quiet classroom. Students bring their lunch and leave their phones in a basket near the door. The aim is to help them talk face to face.</w:t>
      </w:r>
    </w:p>
    <w:p>
      <w:pPr>
        <w:spacing w:after="60" w:line="240" w:lineRule="auto"/>
      </w:pPr>
      <w:r>
        <w:rPr>
          <w:b w:val="0"/>
          <w:sz w:val="23"/>
        </w:rPr>
        <w:t>At the first meeting, the teacher gives each group a few question cards. The questions are about hobbies, favourite books and weekend activities. Nobody has to talk about private problems. Students take turns speaking, and the others listen without interrupting.</w:t>
      </w:r>
    </w:p>
    <w:p>
      <w:pPr>
        <w:spacing w:after="60" w:line="240" w:lineRule="auto"/>
      </w:pPr>
      <w:r>
        <w:rPr>
          <w:b w:val="0"/>
          <w:sz w:val="23"/>
        </w:rPr>
        <w:t>Lily joined because she wanted to make friends in her new class. At first, she spoke very little. After several meetings, she felt confident enough to bring a game for her group. Now she looks forward to Wednesdays. She says the club is a friendly place where everyone gets a chance to speak. The school plans to open another lunch club next term because more students want to join.</w:t>
      </w:r>
    </w:p>
    <w:p>
      <w:pPr>
        <w:spacing w:after="60" w:line="240" w:lineRule="auto"/>
      </w:pPr>
      <w:r>
        <w:rPr>
          <w:b/>
          <w:sz w:val="23"/>
        </w:rPr>
        <w:t>28. How long does each meeting last?</w:t>
      </w:r>
    </w:p>
    <w:p>
      <w:pPr>
        <w:spacing w:after="60" w:line="240" w:lineRule="auto"/>
      </w:pPr>
      <w:r>
        <w:rPr>
          <w:sz w:val="23"/>
        </w:rPr>
        <w:t xml:space="preserve">A. </w:t>
      </w:r>
      <w:r>
        <w:rPr>
          <w:sz w:val="23"/>
        </w:rPr>
        <w:t>Fifteen minutes</w:t>
      </w:r>
      <w:r>
        <w:rPr>
          <w:sz w:val="23"/>
        </w:rPr>
        <w:t xml:space="preserve">     </w:t>
      </w:r>
      <w:r>
        <w:rPr>
          <w:sz w:val="23"/>
        </w:rPr>
        <w:t xml:space="preserve">B. </w:t>
      </w:r>
      <w:r>
        <w:rPr>
          <w:sz w:val="23"/>
        </w:rPr>
        <w:t>One hour</w:t>
      </w:r>
      <w:r>
        <w:rPr>
          <w:sz w:val="23"/>
        </w:rPr>
        <w:t xml:space="preserve">     </w:t>
      </w:r>
      <w:r>
        <w:rPr>
          <w:sz w:val="23"/>
        </w:rPr>
        <w:t xml:space="preserve">C. </w:t>
      </w:r>
      <w:r>
        <w:rPr>
          <w:sz w:val="23"/>
        </w:rPr>
        <w:t>Thirty minutes</w:t>
      </w:r>
      <w:r>
        <w:rPr>
          <w:sz w:val="23"/>
        </w:rPr>
        <w:t xml:space="preserve">     </w:t>
      </w:r>
      <w:r>
        <w:rPr>
          <w:sz w:val="23"/>
        </w:rPr>
        <w:t xml:space="preserve">D. </w:t>
      </w:r>
      <w:r>
        <w:rPr>
          <w:sz w:val="23"/>
        </w:rPr>
        <w:t>Two hours</w:t>
      </w:r>
    </w:p>
    <w:p>
      <w:pPr>
        <w:spacing w:after="60" w:line="240" w:lineRule="auto"/>
      </w:pPr>
      <w:r>
        <w:rPr>
          <w:b/>
          <w:sz w:val="23"/>
        </w:rPr>
        <w:t>29. Where do students put their phones?</w:t>
      </w:r>
    </w:p>
    <w:p>
      <w:pPr>
        <w:spacing w:after="60" w:line="240" w:lineRule="auto"/>
      </w:pPr>
      <w:r>
        <w:rPr>
          <w:sz w:val="23"/>
        </w:rPr>
        <w:t xml:space="preserve">A. </w:t>
      </w:r>
      <w:r>
        <w:rPr>
          <w:sz w:val="23"/>
        </w:rPr>
        <w:t>At home</w:t>
      </w:r>
      <w:r>
        <w:rPr>
          <w:sz w:val="23"/>
        </w:rPr>
        <w:t xml:space="preserve">     </w:t>
      </w:r>
      <w:r>
        <w:rPr>
          <w:sz w:val="23"/>
        </w:rPr>
        <w:t xml:space="preserve">B. </w:t>
      </w:r>
      <w:r>
        <w:rPr>
          <w:sz w:val="23"/>
        </w:rPr>
        <w:t>In the library</w:t>
      </w:r>
      <w:r>
        <w:rPr>
          <w:sz w:val="23"/>
        </w:rPr>
        <w:t xml:space="preserve">     </w:t>
      </w:r>
      <w:r>
        <w:rPr>
          <w:sz w:val="23"/>
        </w:rPr>
        <w:t xml:space="preserve">C. </w:t>
      </w:r>
      <w:r>
        <w:rPr>
          <w:sz w:val="23"/>
        </w:rPr>
        <w:t>On their desks</w:t>
      </w:r>
      <w:r>
        <w:rPr>
          <w:sz w:val="23"/>
        </w:rPr>
        <w:t xml:space="preserve">     </w:t>
      </w:r>
      <w:r>
        <w:rPr>
          <w:sz w:val="23"/>
        </w:rPr>
        <w:t xml:space="preserve">D. </w:t>
      </w:r>
      <w:r>
        <w:rPr>
          <w:sz w:val="23"/>
        </w:rPr>
        <w:t>In a basket</w:t>
      </w:r>
    </w:p>
    <w:p>
      <w:pPr>
        <w:spacing w:after="60" w:line="240" w:lineRule="auto"/>
      </w:pPr>
      <w:r>
        <w:rPr>
          <w:b/>
          <w:sz w:val="23"/>
        </w:rPr>
        <w:t>30. What do the question cards ask about?</w:t>
      </w:r>
    </w:p>
    <w:p>
      <w:pPr>
        <w:spacing w:after="60" w:line="240" w:lineRule="auto"/>
      </w:pPr>
      <w:r>
        <w:rPr>
          <w:sz w:val="23"/>
        </w:rPr>
        <w:t xml:space="preserve">A. </w:t>
      </w:r>
      <w:r>
        <w:rPr>
          <w:sz w:val="23"/>
        </w:rPr>
        <w:t>Difficult exam questions</w:t>
      </w:r>
      <w:r>
        <w:rPr>
          <w:sz w:val="23"/>
        </w:rPr>
        <w:t xml:space="preserve">     </w:t>
      </w:r>
      <w:r>
        <w:rPr>
          <w:sz w:val="23"/>
        </w:rPr>
        <w:t xml:space="preserve">B. </w:t>
      </w:r>
      <w:r>
        <w:rPr>
          <w:sz w:val="23"/>
        </w:rPr>
        <w:t>Private family problems</w:t>
      </w:r>
      <w:r>
        <w:rPr>
          <w:sz w:val="23"/>
        </w:rPr>
        <w:t xml:space="preserve">     </w:t>
      </w:r>
      <w:r>
        <w:rPr>
          <w:sz w:val="23"/>
        </w:rPr>
        <w:t xml:space="preserve">C. </w:t>
      </w:r>
      <w:r>
        <w:rPr>
          <w:sz w:val="23"/>
        </w:rPr>
        <w:t>Hobbies and everyday activities</w:t>
      </w:r>
      <w:r>
        <w:rPr>
          <w:sz w:val="23"/>
        </w:rPr>
        <w:t xml:space="preserve">     </w:t>
      </w:r>
      <w:r>
        <w:rPr>
          <w:sz w:val="23"/>
        </w:rPr>
        <w:t xml:space="preserve">D. </w:t>
      </w:r>
      <w:r>
        <w:rPr>
          <w:sz w:val="23"/>
        </w:rPr>
        <w:t>Teachers’ salaries</w:t>
      </w:r>
    </w:p>
    <w:p>
      <w:pPr>
        <w:spacing w:after="60" w:line="240" w:lineRule="auto"/>
      </w:pPr>
      <w:r>
        <w:rPr>
          <w:b/>
          <w:sz w:val="23"/>
        </w:rPr>
        <w:t>31. Why did Lily join?</w:t>
      </w:r>
    </w:p>
    <w:p>
      <w:pPr>
        <w:spacing w:after="60" w:line="240" w:lineRule="auto"/>
      </w:pPr>
      <w:r>
        <w:rPr>
          <w:sz w:val="23"/>
        </w:rPr>
        <w:t xml:space="preserve">A. </w:t>
      </w:r>
      <w:r>
        <w:rPr>
          <w:sz w:val="23"/>
        </w:rPr>
        <w:t>To learn cooking</w:t>
      </w:r>
      <w:r>
        <w:rPr>
          <w:sz w:val="23"/>
        </w:rPr>
        <w:t xml:space="preserve">     </w:t>
      </w:r>
      <w:r>
        <w:rPr>
          <w:sz w:val="23"/>
        </w:rPr>
        <w:t xml:space="preserve">B. </w:t>
      </w:r>
      <w:r>
        <w:rPr>
          <w:sz w:val="23"/>
        </w:rPr>
        <w:t>To use her phone</w:t>
      </w:r>
      <w:r>
        <w:rPr>
          <w:sz w:val="23"/>
        </w:rPr>
        <w:t xml:space="preserve">     </w:t>
      </w:r>
      <w:r>
        <w:rPr>
          <w:sz w:val="23"/>
        </w:rPr>
        <w:t xml:space="preserve">C. </w:t>
      </w:r>
      <w:r>
        <w:rPr>
          <w:sz w:val="23"/>
        </w:rPr>
        <w:t>To make friends</w:t>
      </w:r>
      <w:r>
        <w:rPr>
          <w:sz w:val="23"/>
        </w:rPr>
        <w:t xml:space="preserve">     </w:t>
      </w:r>
      <w:r>
        <w:rPr>
          <w:sz w:val="23"/>
        </w:rPr>
        <w:t xml:space="preserve">D. </w:t>
      </w:r>
      <w:r>
        <w:rPr>
          <w:sz w:val="23"/>
        </w:rPr>
        <w:t>To sell a game</w:t>
      </w:r>
    </w:p>
    <w:p>
      <w:pPr>
        <w:spacing w:after="60" w:line="240" w:lineRule="auto"/>
      </w:pPr>
      <w:r>
        <w:rPr>
          <w:b/>
          <w:sz w:val="23"/>
        </w:rPr>
        <w:t>32. Why will the school open another club?</w:t>
      </w:r>
    </w:p>
    <w:p>
      <w:pPr>
        <w:spacing w:after="60" w:line="240" w:lineRule="auto"/>
      </w:pPr>
      <w:r>
        <w:rPr>
          <w:sz w:val="23"/>
        </w:rPr>
        <w:t xml:space="preserve">A. </w:t>
      </w:r>
      <w:r>
        <w:rPr>
          <w:sz w:val="23"/>
        </w:rPr>
        <w:t>Teachers need more classrooms</w:t>
      </w:r>
      <w:r>
        <w:rPr>
          <w:sz w:val="23"/>
        </w:rPr>
        <w:t xml:space="preserve">     </w:t>
      </w:r>
      <w:r>
        <w:rPr>
          <w:sz w:val="23"/>
        </w:rPr>
        <w:t xml:space="preserve">B. </w:t>
      </w:r>
      <w:r>
        <w:rPr>
          <w:sz w:val="23"/>
        </w:rPr>
        <w:t>More students want to join</w:t>
      </w:r>
      <w:r>
        <w:rPr>
          <w:sz w:val="23"/>
        </w:rPr>
        <w:t xml:space="preserve">     </w:t>
      </w:r>
      <w:r>
        <w:rPr>
          <w:sz w:val="23"/>
        </w:rPr>
        <w:t xml:space="preserve">C. </w:t>
      </w:r>
      <w:r>
        <w:rPr>
          <w:sz w:val="23"/>
        </w:rPr>
        <w:t>The first club has closed</w:t>
      </w:r>
      <w:r>
        <w:rPr>
          <w:sz w:val="23"/>
        </w:rPr>
        <w:t xml:space="preserve">     </w:t>
      </w:r>
      <w:r>
        <w:rPr>
          <w:sz w:val="23"/>
        </w:rPr>
        <w:t xml:space="preserve">D. </w:t>
      </w:r>
      <w:r>
        <w:rPr>
          <w:sz w:val="23"/>
        </w:rPr>
        <w:t>Meetings are too long</w:t>
      </w:r>
    </w:p>
    <w:p>
      <w:r>
        <w:br w:type="page"/>
      </w:r>
    </w:p>
    <w:p>
      <w:r>
        <w:rPr>
          <w:b/>
          <w:sz w:val="26"/>
        </w:rPr>
        <w:t>V. WRITING (2.0 points)</w:t>
      </w:r>
    </w:p>
    <w:p>
      <w:r>
        <w:rPr>
          <w:b w:val="0"/>
        </w:rPr>
        <w:t>Task 1. Choose the sentence that has the same meaning as the original sentence or best combines the two sentences. (0.5 point)</w:t>
      </w:r>
    </w:p>
    <w:p>
      <w:r>
        <w:rPr>
          <w:b/>
        </w:rPr>
        <w:t>33. You should put your phone away. You can concentrate better. (Use “so”.)</w:t>
      </w:r>
    </w:p>
    <w:p>
      <w:r>
        <w:rPr>
          <w:b w:val="0"/>
        </w:rPr>
        <w:t>A. You can concentrate better, or you should put your phone away.</w:t>
      </w:r>
    </w:p>
    <w:p>
      <w:r>
        <w:rPr>
          <w:b w:val="0"/>
        </w:rPr>
        <w:t>B. You should put your phone away because you can concentrate better already.</w:t>
      </w:r>
    </w:p>
    <w:p>
      <w:r>
        <w:rPr>
          <w:b w:val="0"/>
        </w:rPr>
        <w:t>C. You should put your phone away, so you can concentrate better.</w:t>
      </w:r>
    </w:p>
    <w:p>
      <w:r>
        <w:rPr>
          <w:b w:val="0"/>
        </w:rPr>
        <w:t>D. You should put your phone away, but you can concentrate better.</w:t>
      </w:r>
    </w:p>
    <w:p>
      <w:r>
        <w:rPr>
          <w:b/>
        </w:rPr>
        <w:t>34. I do not like getting up late at weekends.</w:t>
      </w:r>
    </w:p>
    <w:p>
      <w:r>
        <w:rPr>
          <w:b w:val="0"/>
        </w:rPr>
        <w:t>A. I dislike to getting up late at weekends.</w:t>
      </w:r>
    </w:p>
    <w:p>
      <w:r>
        <w:rPr>
          <w:b w:val="0"/>
        </w:rPr>
        <w:t>B. I dislike getting up late at weekends.</w:t>
      </w:r>
    </w:p>
    <w:p>
      <w:r>
        <w:rPr>
          <w:b w:val="0"/>
        </w:rPr>
        <w:t>C. I dislikes getting up late at weekends.</w:t>
      </w:r>
    </w:p>
    <w:p>
      <w:r>
        <w:rPr>
          <w:b w:val="0"/>
        </w:rPr>
        <w:t>D. I dislike get up late at weekends.</w:t>
      </w:r>
    </w:p>
    <w:p>
      <w:r>
        <w:rPr>
          <w:b/>
        </w:rPr>
        <w:t>Task 2. Write a paragraph of about 80 words about how to use your free time in a healthy way. (1.5 points)</w:t>
      </w:r>
    </w:p>
    <w:p>
      <w:r>
        <w:rPr>
          <w:b w:val="0"/>
        </w:rPr>
        <w:t>You may use these ideas:</w:t>
      </w:r>
    </w:p>
    <w:p>
      <w:r>
        <w:rPr>
          <w:b w:val="0"/>
        </w:rPr>
        <w:t>– outdoor activities</w:t>
      </w:r>
    </w:p>
    <w:p>
      <w:r>
        <w:rPr>
          <w:b w:val="0"/>
        </w:rPr>
        <w:t>– hobbies</w:t>
      </w:r>
    </w:p>
    <w:p>
      <w:r>
        <w:rPr>
          <w:b w:val="0"/>
        </w:rPr>
        <w:t>– time with family or friends</w:t>
      </w:r>
    </w:p>
    <w:p>
      <w:r>
        <w:rPr>
          <w:b w:val="0"/>
        </w:rPr>
        <w:t>– limiting screen time</w:t>
      </w:r>
    </w:p>
    <w:p>
      <w:r>
        <w:rPr>
          <w:b w:val="0"/>
        </w:rPr>
        <w:t>..............................................................................................................................</w:t>
      </w:r>
    </w:p>
    <w:p>
      <w:r>
        <w:rPr>
          <w:b w:val="0"/>
        </w:rPr>
        <w:t>..............................................................................................................................</w:t>
      </w:r>
    </w:p>
    <w:p>
      <w:r>
        <w:rPr>
          <w:b w:val="0"/>
        </w:rPr>
        <w:t>..............................................................................................................................</w:t>
      </w:r>
    </w:p>
    <w:p>
      <w:r>
        <w:rPr>
          <w:b w:val="0"/>
        </w:rPr>
        <w:t>..............................................................................................................................</w:t>
      </w:r>
    </w:p>
    <w:p>
      <w:r>
        <w:rPr>
          <w:b w:val="0"/>
        </w:rPr>
        <w:t>..............................................................................................................................</w:t>
      </w:r>
    </w:p>
    <w:p>
      <w:r>
        <w:rPr>
          <w:b w:val="0"/>
        </w:rPr>
        <w:t>..............................................................................................................................</w:t>
      </w:r>
    </w:p>
    <w:p>
      <w:r>
        <w:rPr>
          <w:b w:val="0"/>
        </w:rPr>
        <w:t>..............................................................................................................................</w:t>
      </w:r>
    </w:p>
    <w:p>
      <w:r>
        <w:rPr>
          <w:b w:val="0"/>
        </w:rPr>
        <w:t>..............................................................................................................................</w:t>
      </w:r>
    </w:p>
    <w:p>
      <w:r>
        <w:rPr>
          <w:b w:val="0"/>
        </w:rPr>
        <w:t>..............................................................................................................................</w:t>
      </w:r>
    </w:p>
    <w:p>
      <w:r>
        <w:rPr>
          <w:b w:val="0"/>
        </w:rPr>
        <w:t>..............................................................................................................................</w:t>
      </w:r>
    </w:p>
    <w:p>
      <w:r>
        <w:rPr>
          <w:b w:val="0"/>
        </w:rPr>
        <w:t>..............................................................................................................................</w:t>
      </w:r>
    </w:p>
    <w:p>
      <w:r>
        <w:rPr>
          <w:b w:val="0"/>
        </w:rPr>
        <w:t>..............................................................................................................................</w:t>
      </w:r>
    </w:p>
    <w:p>
      <w:pPr>
        <w:jc w:val="center"/>
      </w:pPr>
      <w:r>
        <w:rPr>
          <w:b/>
        </w:rPr>
        <w:t>THE END</w:t>
      </w:r>
    </w:p>
    <w:sectPr w:rsidR="00FC693F" w:rsidRPr="0006063C" w:rsidSect="00034616">
      <w:footerReference w:type="default" r:id="rId9"/>
      <w:pgSz w:w="11906" w:h="16838"/>
      <w:pgMar w:top="907" w:right="96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Tiếng Anh 8 • Giữa kì I • Trang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