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3: MY FOREIGN FRIENDS</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A person from Japan is ____.</w:t>
      </w:r>
    </w:p>
    <w:p>
      <w:pPr>
        <w:spacing w:after="40"/>
        <w:ind w:left="255"/>
      </w:pPr>
      <w:r>
        <w:rPr>
          <w:rFonts w:ascii="Arial" w:hAnsi="Arial" w:eastAsia="Arial"/>
          <w:b w:val="0"/>
          <w:i w:val="0"/>
          <w:color w:val="000000"/>
          <w:sz w:val="21"/>
        </w:rPr>
        <w:t>A. Australian</w:t>
      </w:r>
      <w:r>
        <w:t xml:space="preserve">       </w:t>
      </w:r>
      <w:r>
        <w:rPr>
          <w:rFonts w:ascii="Arial" w:hAnsi="Arial" w:eastAsia="Arial"/>
          <w:b w:val="0"/>
          <w:i w:val="0"/>
          <w:color w:val="000000"/>
          <w:sz w:val="21"/>
        </w:rPr>
        <w:t>B. Malaysian</w:t>
      </w:r>
      <w:r>
        <w:t xml:space="preserve">       </w:t>
      </w:r>
      <w:r>
        <w:rPr>
          <w:rFonts w:ascii="Arial" w:hAnsi="Arial" w:eastAsia="Arial"/>
          <w:b w:val="0"/>
          <w:i w:val="0"/>
          <w:color w:val="000000"/>
          <w:sz w:val="21"/>
        </w:rPr>
        <w:t>C. Japanese</w:t>
      </w:r>
      <w:r>
        <w:t xml:space="preserve">       </w:t>
      </w:r>
      <w:r>
        <w:rPr>
          <w:rFonts w:ascii="Arial" w:hAnsi="Arial" w:eastAsia="Arial"/>
          <w:b w:val="0"/>
          <w:i w:val="0"/>
          <w:color w:val="000000"/>
          <w:sz w:val="21"/>
        </w:rPr>
        <w:t>D. American</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A person from Malaysia is ____.</w:t>
      </w:r>
    </w:p>
    <w:p>
      <w:pPr>
        <w:spacing w:after="40"/>
        <w:ind w:left="255"/>
      </w:pPr>
      <w:r>
        <w:rPr>
          <w:rFonts w:ascii="Arial" w:hAnsi="Arial" w:eastAsia="Arial"/>
          <w:b w:val="0"/>
          <w:i w:val="0"/>
          <w:color w:val="000000"/>
          <w:sz w:val="21"/>
        </w:rPr>
        <w:t>A. Australian</w:t>
      </w:r>
      <w:r>
        <w:t xml:space="preserve">       </w:t>
      </w:r>
      <w:r>
        <w:rPr>
          <w:rFonts w:ascii="Arial" w:hAnsi="Arial" w:eastAsia="Arial"/>
          <w:b w:val="0"/>
          <w:i w:val="0"/>
          <w:color w:val="000000"/>
          <w:sz w:val="21"/>
        </w:rPr>
        <w:t>B. American</w:t>
      </w:r>
      <w:r>
        <w:t xml:space="preserve">       </w:t>
      </w:r>
      <w:r>
        <w:rPr>
          <w:rFonts w:ascii="Arial" w:hAnsi="Arial" w:eastAsia="Arial"/>
          <w:b w:val="0"/>
          <w:i w:val="0"/>
          <w:color w:val="000000"/>
          <w:sz w:val="21"/>
        </w:rPr>
        <w:t>C. Japanese</w:t>
      </w:r>
      <w:r>
        <w:t xml:space="preserve">       </w:t>
      </w:r>
      <w:r>
        <w:rPr>
          <w:rFonts w:ascii="Arial" w:hAnsi="Arial" w:eastAsia="Arial"/>
          <w:b w:val="0"/>
          <w:i w:val="0"/>
          <w:color w:val="000000"/>
          <w:sz w:val="21"/>
        </w:rPr>
        <w:t>D. Malaysian</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Lucy is from the USA. She is ____.</w:t>
      </w:r>
    </w:p>
    <w:p>
      <w:pPr>
        <w:spacing w:after="40"/>
        <w:ind w:left="255"/>
      </w:pPr>
      <w:r>
        <w:rPr>
          <w:rFonts w:ascii="Arial" w:hAnsi="Arial" w:eastAsia="Arial"/>
          <w:b w:val="0"/>
          <w:i w:val="0"/>
          <w:color w:val="000000"/>
          <w:sz w:val="21"/>
        </w:rPr>
        <w:t>A. clever</w:t>
      </w:r>
      <w:r>
        <w:t xml:space="preserve">       </w:t>
      </w:r>
      <w:r>
        <w:rPr>
          <w:rFonts w:ascii="Arial" w:hAnsi="Arial" w:eastAsia="Arial"/>
          <w:b w:val="0"/>
          <w:i w:val="0"/>
          <w:color w:val="000000"/>
          <w:sz w:val="21"/>
        </w:rPr>
        <w:t>B. active</w:t>
      </w:r>
      <w:r>
        <w:t xml:space="preserve">       </w:t>
      </w:r>
      <w:r>
        <w:rPr>
          <w:rFonts w:ascii="Arial" w:hAnsi="Arial" w:eastAsia="Arial"/>
          <w:b w:val="0"/>
          <w:i w:val="0"/>
          <w:color w:val="000000"/>
          <w:sz w:val="21"/>
        </w:rPr>
        <w:t>C. American</w:t>
      </w:r>
      <w:r>
        <w:t xml:space="preserve">       </w:t>
      </w:r>
      <w:r>
        <w:rPr>
          <w:rFonts w:ascii="Arial" w:hAnsi="Arial" w:eastAsia="Arial"/>
          <w:b w:val="0"/>
          <w:i w:val="0"/>
          <w:color w:val="000000"/>
          <w:sz w:val="21"/>
        </w:rPr>
        <w:t>D. Malaysian</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Jack comes from Australia. He is ____.</w:t>
      </w:r>
    </w:p>
    <w:p>
      <w:pPr>
        <w:spacing w:after="40"/>
        <w:ind w:left="255"/>
      </w:pPr>
      <w:r>
        <w:rPr>
          <w:rFonts w:ascii="Arial" w:hAnsi="Arial" w:eastAsia="Arial"/>
          <w:b w:val="0"/>
          <w:i w:val="0"/>
          <w:color w:val="000000"/>
          <w:sz w:val="21"/>
        </w:rPr>
        <w:t>A. friendly</w:t>
      </w:r>
      <w:r>
        <w:t xml:space="preserve">       </w:t>
      </w:r>
      <w:r>
        <w:rPr>
          <w:rFonts w:ascii="Arial" w:hAnsi="Arial" w:eastAsia="Arial"/>
          <w:b w:val="0"/>
          <w:i w:val="0"/>
          <w:color w:val="000000"/>
          <w:sz w:val="21"/>
        </w:rPr>
        <w:t>B. American</w:t>
      </w:r>
      <w:r>
        <w:t xml:space="preserve">       </w:t>
      </w:r>
      <w:r>
        <w:rPr>
          <w:rFonts w:ascii="Arial" w:hAnsi="Arial" w:eastAsia="Arial"/>
          <w:b w:val="0"/>
          <w:i w:val="0"/>
          <w:color w:val="000000"/>
          <w:sz w:val="21"/>
        </w:rPr>
        <w:t>C. Australian</w:t>
      </w:r>
      <w:r>
        <w:t xml:space="preserve">       </w:t>
      </w:r>
      <w:r>
        <w:rPr>
          <w:rFonts w:ascii="Arial" w:hAnsi="Arial" w:eastAsia="Arial"/>
          <w:b w:val="0"/>
          <w:i w:val="0"/>
          <w:color w:val="000000"/>
          <w:sz w:val="21"/>
        </w:rPr>
        <w:t>D. Malaysian</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Tom plays many sports. He is very ____.</w:t>
      </w:r>
    </w:p>
    <w:p>
      <w:pPr>
        <w:spacing w:after="40"/>
        <w:ind w:left="255"/>
      </w:pPr>
      <w:r>
        <w:rPr>
          <w:rFonts w:ascii="Arial" w:hAnsi="Arial" w:eastAsia="Arial"/>
          <w:b w:val="0"/>
          <w:i w:val="0"/>
          <w:color w:val="000000"/>
          <w:sz w:val="21"/>
        </w:rPr>
        <w:t>A. Japanese</w:t>
      </w:r>
      <w:r>
        <w:t xml:space="preserve">       </w:t>
      </w:r>
      <w:r>
        <w:rPr>
          <w:rFonts w:ascii="Arial" w:hAnsi="Arial" w:eastAsia="Arial"/>
          <w:b w:val="0"/>
          <w:i w:val="0"/>
          <w:color w:val="000000"/>
          <w:sz w:val="21"/>
        </w:rPr>
        <w:t>B. active</w:t>
      </w:r>
      <w:r>
        <w:t xml:space="preserve">       </w:t>
      </w:r>
      <w:r>
        <w:rPr>
          <w:rFonts w:ascii="Arial" w:hAnsi="Arial" w:eastAsia="Arial"/>
          <w:b w:val="0"/>
          <w:i w:val="0"/>
          <w:color w:val="000000"/>
          <w:sz w:val="21"/>
        </w:rPr>
        <w:t>C. helpful</w:t>
      </w:r>
      <w:r>
        <w:t xml:space="preserve">       </w:t>
      </w:r>
      <w:r>
        <w:rPr>
          <w:rFonts w:ascii="Arial" w:hAnsi="Arial" w:eastAsia="Arial"/>
          <w:b w:val="0"/>
          <w:i w:val="0"/>
          <w:color w:val="000000"/>
          <w:sz w:val="21"/>
        </w:rPr>
        <w:t>D. American</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Mai learns new things quickly. She is ____.</w:t>
      </w:r>
    </w:p>
    <w:p>
      <w:pPr>
        <w:spacing w:after="40"/>
        <w:ind w:left="255"/>
      </w:pPr>
      <w:r>
        <w:rPr>
          <w:rFonts w:ascii="Arial" w:hAnsi="Arial" w:eastAsia="Arial"/>
          <w:b w:val="0"/>
          <w:i w:val="0"/>
          <w:color w:val="000000"/>
          <w:sz w:val="21"/>
        </w:rPr>
        <w:t>A. clever</w:t>
      </w:r>
      <w:r>
        <w:t xml:space="preserve">       </w:t>
      </w:r>
      <w:r>
        <w:rPr>
          <w:rFonts w:ascii="Arial" w:hAnsi="Arial" w:eastAsia="Arial"/>
          <w:b w:val="0"/>
          <w:i w:val="0"/>
          <w:color w:val="000000"/>
          <w:sz w:val="21"/>
        </w:rPr>
        <w:t>B. friendly</w:t>
      </w:r>
      <w:r>
        <w:t xml:space="preserve">       </w:t>
      </w:r>
      <w:r>
        <w:rPr>
          <w:rFonts w:ascii="Arial" w:hAnsi="Arial" w:eastAsia="Arial"/>
          <w:b w:val="0"/>
          <w:i w:val="0"/>
          <w:color w:val="000000"/>
          <w:sz w:val="21"/>
        </w:rPr>
        <w:t>C. American</w:t>
      </w:r>
      <w:r>
        <w:t xml:space="preserve">       </w:t>
      </w:r>
      <w:r>
        <w:rPr>
          <w:rFonts w:ascii="Arial" w:hAnsi="Arial" w:eastAsia="Arial"/>
          <w:b w:val="0"/>
          <w:i w:val="0"/>
          <w:color w:val="000000"/>
          <w:sz w:val="21"/>
        </w:rPr>
        <w:t>D. helpful</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Our new classmate smiles and talks to everyone. She is ____.</w:t>
      </w:r>
    </w:p>
    <w:p>
      <w:pPr>
        <w:spacing w:after="40"/>
        <w:ind w:left="255"/>
      </w:pPr>
      <w:r>
        <w:rPr>
          <w:rFonts w:ascii="Arial" w:hAnsi="Arial" w:eastAsia="Arial"/>
          <w:b w:val="0"/>
          <w:i w:val="0"/>
          <w:color w:val="000000"/>
          <w:sz w:val="21"/>
        </w:rPr>
        <w:t>A. Australian</w:t>
      </w:r>
      <w:r>
        <w:t xml:space="preserve">       </w:t>
      </w:r>
      <w:r>
        <w:rPr>
          <w:rFonts w:ascii="Arial" w:hAnsi="Arial" w:eastAsia="Arial"/>
          <w:b w:val="0"/>
          <w:i w:val="0"/>
          <w:color w:val="000000"/>
          <w:sz w:val="21"/>
        </w:rPr>
        <w:t>B. friendly</w:t>
      </w:r>
      <w:r>
        <w:t xml:space="preserve">       </w:t>
      </w:r>
      <w:r>
        <w:rPr>
          <w:rFonts w:ascii="Arial" w:hAnsi="Arial" w:eastAsia="Arial"/>
          <w:b w:val="0"/>
          <w:i w:val="0"/>
          <w:color w:val="000000"/>
          <w:sz w:val="21"/>
        </w:rPr>
        <w:t>C. American</w:t>
      </w:r>
      <w:r>
        <w:t xml:space="preserve">       </w:t>
      </w:r>
      <w:r>
        <w:rPr>
          <w:rFonts w:ascii="Arial" w:hAnsi="Arial" w:eastAsia="Arial"/>
          <w:b w:val="0"/>
          <w:i w:val="0"/>
          <w:color w:val="000000"/>
          <w:sz w:val="21"/>
        </w:rPr>
        <w:t>D. Malaysian</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Peter often carries books for his teacher. He is ____.</w:t>
      </w:r>
    </w:p>
    <w:p>
      <w:pPr>
        <w:spacing w:after="40"/>
        <w:ind w:left="255"/>
      </w:pPr>
      <w:r>
        <w:rPr>
          <w:rFonts w:ascii="Arial" w:hAnsi="Arial" w:eastAsia="Arial"/>
          <w:b w:val="0"/>
          <w:i w:val="0"/>
          <w:color w:val="000000"/>
          <w:sz w:val="21"/>
        </w:rPr>
        <w:t>A. helpful</w:t>
      </w:r>
      <w:r>
        <w:t xml:space="preserve">       </w:t>
      </w:r>
      <w:r>
        <w:rPr>
          <w:rFonts w:ascii="Arial" w:hAnsi="Arial" w:eastAsia="Arial"/>
          <w:b w:val="0"/>
          <w:i w:val="0"/>
          <w:color w:val="000000"/>
          <w:sz w:val="21"/>
        </w:rPr>
        <w:t>B. active</w:t>
      </w:r>
      <w:r>
        <w:t xml:space="preserve">       </w:t>
      </w:r>
      <w:r>
        <w:rPr>
          <w:rFonts w:ascii="Arial" w:hAnsi="Arial" w:eastAsia="Arial"/>
          <w:b w:val="0"/>
          <w:i w:val="0"/>
          <w:color w:val="000000"/>
          <w:sz w:val="21"/>
        </w:rPr>
        <w:t>C. clever</w:t>
      </w:r>
      <w:r>
        <w:t xml:space="preserve">       </w:t>
      </w:r>
      <w:r>
        <w:rPr>
          <w:rFonts w:ascii="Arial" w:hAnsi="Arial" w:eastAsia="Arial"/>
          <w:b w:val="0"/>
          <w:i w:val="0"/>
          <w:color w:val="000000"/>
          <w:sz w:val="21"/>
        </w:rPr>
        <w:t>D. American</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What nationality ____ she?</w:t>
      </w:r>
    </w:p>
    <w:p>
      <w:pPr>
        <w:spacing w:after="40"/>
        <w:ind w:left="255"/>
      </w:pPr>
      <w:r>
        <w:rPr>
          <w:rFonts w:ascii="Arial" w:hAnsi="Arial" w:eastAsia="Arial"/>
          <w:b w:val="0"/>
          <w:i w:val="0"/>
          <w:color w:val="000000"/>
          <w:sz w:val="21"/>
        </w:rPr>
        <w:t>A. is</w:t>
      </w:r>
      <w:r>
        <w:t xml:space="preserve">       </w:t>
      </w:r>
      <w:r>
        <w:rPr>
          <w:rFonts w:ascii="Arial" w:hAnsi="Arial" w:eastAsia="Arial"/>
          <w:b w:val="0"/>
          <w:i w:val="0"/>
          <w:color w:val="000000"/>
          <w:sz w:val="21"/>
        </w:rPr>
        <w:t>B. are</w:t>
      </w:r>
      <w:r>
        <w:t xml:space="preserve">       </w:t>
      </w:r>
      <w:r>
        <w:rPr>
          <w:rFonts w:ascii="Arial" w:hAnsi="Arial" w:eastAsia="Arial"/>
          <w:b w:val="0"/>
          <w:i w:val="0"/>
          <w:color w:val="000000"/>
          <w:sz w:val="21"/>
        </w:rPr>
        <w:t>C. does</w:t>
      </w:r>
      <w:r>
        <w:t xml:space="preserve">       </w:t>
      </w:r>
      <w:r>
        <w:rPr>
          <w:rFonts w:ascii="Arial" w:hAnsi="Arial" w:eastAsia="Arial"/>
          <w:b w:val="0"/>
          <w:i w:val="0"/>
          <w:color w:val="000000"/>
          <w:sz w:val="21"/>
        </w:rPr>
        <w:t>D. am</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She ____ Malaysian.</w:t>
      </w:r>
    </w:p>
    <w:p>
      <w:pPr>
        <w:spacing w:after="40"/>
        <w:ind w:left="255"/>
      </w:pPr>
      <w:r>
        <w:rPr>
          <w:rFonts w:ascii="Arial" w:hAnsi="Arial" w:eastAsia="Arial"/>
          <w:b w:val="0"/>
          <w:i w:val="0"/>
          <w:color w:val="000000"/>
          <w:sz w:val="21"/>
        </w:rPr>
        <w:t>A. is</w:t>
      </w:r>
      <w:r>
        <w:t xml:space="preserve">       </w:t>
      </w:r>
      <w:r>
        <w:rPr>
          <w:rFonts w:ascii="Arial" w:hAnsi="Arial" w:eastAsia="Arial"/>
          <w:b w:val="0"/>
          <w:i w:val="0"/>
          <w:color w:val="000000"/>
          <w:sz w:val="21"/>
        </w:rPr>
        <w:t>B. be</w:t>
      </w:r>
      <w:r>
        <w:t xml:space="preserve">       </w:t>
      </w:r>
      <w:r>
        <w:rPr>
          <w:rFonts w:ascii="Arial" w:hAnsi="Arial" w:eastAsia="Arial"/>
          <w:b w:val="0"/>
          <w:i w:val="0"/>
          <w:color w:val="000000"/>
          <w:sz w:val="21"/>
        </w:rPr>
        <w:t>C. am</w:t>
      </w:r>
      <w:r>
        <w:t xml:space="preserve">       </w:t>
      </w:r>
      <w:r>
        <w:rPr>
          <w:rFonts w:ascii="Arial" w:hAnsi="Arial" w:eastAsia="Arial"/>
          <w:b w:val="0"/>
          <w:i w:val="0"/>
          <w:color w:val="000000"/>
          <w:sz w:val="21"/>
        </w:rPr>
        <w:t>D. are</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What ____ he like?</w:t>
      </w:r>
    </w:p>
    <w:p>
      <w:pPr>
        <w:spacing w:after="40"/>
        <w:ind w:left="255"/>
      </w:pPr>
      <w:r>
        <w:rPr>
          <w:rFonts w:ascii="Arial" w:hAnsi="Arial" w:eastAsia="Arial"/>
          <w:b w:val="0"/>
          <w:i w:val="0"/>
          <w:color w:val="000000"/>
          <w:sz w:val="21"/>
        </w:rPr>
        <w:t>A. does</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do</w:t>
      </w:r>
      <w:r>
        <w:t xml:space="preserve">       </w:t>
      </w:r>
      <w:r>
        <w:rPr>
          <w:rFonts w:ascii="Arial" w:hAnsi="Arial" w:eastAsia="Arial"/>
          <w:b w:val="0"/>
          <w:i w:val="0"/>
          <w:color w:val="000000"/>
          <w:sz w:val="21"/>
        </w:rPr>
        <w:t>D. are</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He is active ____ friendly.</w:t>
      </w:r>
    </w:p>
    <w:p>
      <w:pPr>
        <w:spacing w:after="40"/>
        <w:ind w:left="255"/>
      </w:pPr>
      <w:r>
        <w:rPr>
          <w:rFonts w:ascii="Arial" w:hAnsi="Arial" w:eastAsia="Arial"/>
          <w:b w:val="0"/>
          <w:i w:val="0"/>
          <w:color w:val="000000"/>
          <w:sz w:val="21"/>
        </w:rPr>
        <w:t>A. or</w:t>
      </w:r>
      <w:r>
        <w:t xml:space="preserve">       </w:t>
      </w:r>
      <w:r>
        <w:rPr>
          <w:rFonts w:ascii="Arial" w:hAnsi="Arial" w:eastAsia="Arial"/>
          <w:b w:val="0"/>
          <w:i w:val="0"/>
          <w:color w:val="000000"/>
          <w:sz w:val="21"/>
        </w:rPr>
        <w:t>B. and</w:t>
      </w:r>
      <w:r>
        <w:t xml:space="preserve">       </w:t>
      </w:r>
      <w:r>
        <w:rPr>
          <w:rFonts w:ascii="Arial" w:hAnsi="Arial" w:eastAsia="Arial"/>
          <w:b w:val="0"/>
          <w:i w:val="0"/>
          <w:color w:val="000000"/>
          <w:sz w:val="21"/>
        </w:rPr>
        <w:t>C. but</w:t>
      </w:r>
      <w:r>
        <w:t xml:space="preserve">       </w:t>
      </w:r>
      <w:r>
        <w:rPr>
          <w:rFonts w:ascii="Arial" w:hAnsi="Arial" w:eastAsia="Arial"/>
          <w:b w:val="0"/>
          <w:i w:val="0"/>
          <w:color w:val="000000"/>
          <w:sz w:val="21"/>
        </w:rPr>
        <w:t>D. because</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____ nationality are they?</w:t>
      </w:r>
    </w:p>
    <w:p>
      <w:pPr>
        <w:spacing w:after="40"/>
        <w:ind w:left="255"/>
      </w:pPr>
      <w:r>
        <w:rPr>
          <w:rFonts w:ascii="Arial" w:hAnsi="Arial" w:eastAsia="Arial"/>
          <w:b w:val="0"/>
          <w:i w:val="0"/>
          <w:color w:val="000000"/>
          <w:sz w:val="21"/>
        </w:rPr>
        <w:t>A. How</w:t>
      </w:r>
      <w:r>
        <w:t xml:space="preserve">       </w:t>
      </w:r>
      <w:r>
        <w:rPr>
          <w:rFonts w:ascii="Arial" w:hAnsi="Arial" w:eastAsia="Arial"/>
          <w:b w:val="0"/>
          <w:i w:val="0"/>
          <w:color w:val="000000"/>
          <w:sz w:val="21"/>
        </w:rPr>
        <w:t>B. Who</w:t>
      </w:r>
      <w:r>
        <w:t xml:space="preserve">       </w:t>
      </w:r>
      <w:r>
        <w:rPr>
          <w:rFonts w:ascii="Arial" w:hAnsi="Arial" w:eastAsia="Arial"/>
          <w:b w:val="0"/>
          <w:i w:val="0"/>
          <w:color w:val="000000"/>
          <w:sz w:val="21"/>
        </w:rPr>
        <w:t>C. Where</w:t>
      </w:r>
      <w:r>
        <w:t xml:space="preserve">       </w:t>
      </w:r>
      <w:r>
        <w:rPr>
          <w:rFonts w:ascii="Arial" w:hAnsi="Arial" w:eastAsia="Arial"/>
          <w:b w:val="0"/>
          <w:i w:val="0"/>
          <w:color w:val="000000"/>
          <w:sz w:val="21"/>
        </w:rPr>
        <w:t>D. What</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They ____ Japanese.</w:t>
      </w:r>
    </w:p>
    <w:p>
      <w:pPr>
        <w:spacing w:after="40"/>
        <w:ind w:left="255"/>
      </w:pPr>
      <w:r>
        <w:rPr>
          <w:rFonts w:ascii="Arial" w:hAnsi="Arial" w:eastAsia="Arial"/>
          <w:b w:val="0"/>
          <w:i w:val="0"/>
          <w:color w:val="000000"/>
          <w:sz w:val="21"/>
        </w:rPr>
        <w:t>A. be</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am</w:t>
      </w:r>
      <w:r>
        <w:t xml:space="preserve">       </w:t>
      </w:r>
      <w:r>
        <w:rPr>
          <w:rFonts w:ascii="Arial" w:hAnsi="Arial" w:eastAsia="Arial"/>
          <w:b w:val="0"/>
          <w:i w:val="0"/>
          <w:color w:val="000000"/>
          <w:sz w:val="21"/>
        </w:rPr>
        <w:t>D. are</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Is Mary helpful? - Yes, she ____.</w:t>
      </w:r>
    </w:p>
    <w:p>
      <w:pPr>
        <w:spacing w:after="40"/>
        <w:ind w:left="255"/>
      </w:pPr>
      <w:r>
        <w:rPr>
          <w:rFonts w:ascii="Arial" w:hAnsi="Arial" w:eastAsia="Arial"/>
          <w:b w:val="0"/>
          <w:i w:val="0"/>
          <w:color w:val="000000"/>
          <w:sz w:val="21"/>
        </w:rPr>
        <w:t>A. is</w:t>
      </w:r>
      <w:r>
        <w:t xml:space="preserve">       </w:t>
      </w:r>
      <w:r>
        <w:rPr>
          <w:rFonts w:ascii="Arial" w:hAnsi="Arial" w:eastAsia="Arial"/>
          <w:b w:val="0"/>
          <w:i w:val="0"/>
          <w:color w:val="000000"/>
          <w:sz w:val="21"/>
        </w:rPr>
        <w:t>B. can</w:t>
      </w:r>
      <w:r>
        <w:t xml:space="preserve">       </w:t>
      </w:r>
      <w:r>
        <w:rPr>
          <w:rFonts w:ascii="Arial" w:hAnsi="Arial" w:eastAsia="Arial"/>
          <w:b w:val="0"/>
          <w:i w:val="0"/>
          <w:color w:val="000000"/>
          <w:sz w:val="21"/>
        </w:rPr>
        <w:t>C. does</w:t>
      </w:r>
      <w:r>
        <w:t xml:space="preserve">       </w:t>
      </w:r>
      <w:r>
        <w:rPr>
          <w:rFonts w:ascii="Arial" w:hAnsi="Arial" w:eastAsia="Arial"/>
          <w:b w:val="0"/>
          <w:i w:val="0"/>
          <w:color w:val="000000"/>
          <w:sz w:val="21"/>
        </w:rPr>
        <w:t>D. has</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My foreign friend ____ very clever.</w:t>
      </w:r>
    </w:p>
    <w:p>
      <w:pPr>
        <w:spacing w:after="40"/>
        <w:ind w:left="255"/>
      </w:pPr>
      <w:r>
        <w:rPr>
          <w:rFonts w:ascii="Arial" w:hAnsi="Arial" w:eastAsia="Arial"/>
          <w:b w:val="0"/>
          <w:i w:val="0"/>
          <w:color w:val="000000"/>
          <w:sz w:val="21"/>
        </w:rPr>
        <w:t>A. do</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are</w:t>
      </w:r>
      <w:r>
        <w:t xml:space="preserve">       </w:t>
      </w:r>
      <w:r>
        <w:rPr>
          <w:rFonts w:ascii="Arial" w:hAnsi="Arial" w:eastAsia="Arial"/>
          <w:b w:val="0"/>
          <w:i w:val="0"/>
          <w:color w:val="000000"/>
          <w:sz w:val="21"/>
        </w:rPr>
        <w:t>D. am</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This is my online friend, Ken. He is eleven years old and he is Japanese. He lives in Tokyo with his family. Ken is clever and helpful. He often helps his younger sister with her homework. He is also active because he plays basketball and goes swimming every week. Ken likes learning about Viet Nam. He can say some Vietnamese words, and he wants to visit Ha Noi one day. We write emails to each other every Sunday.</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He helps his younger sister.</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Ken is Japanese.</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He wants to visit Ha Noi.</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He never plays sports.</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He is ten years old.</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Where does Ken live?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is Ken like?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Who does he help with homework?</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What sports does he do?</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When do the two friends write emails?</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nationality / What / he / is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is / Australian / She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your friend / What / like / is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clever / and / He / helpful / is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the answer: What nationality is Akiko? - She is ____.</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Write one sentence about a friendly person you know.</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3</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