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val="0"/>
        </w:rPr>
        <w:t>UBND …………………………     TRƯỜNG …………………………</w:t>
      </w:r>
    </w:p>
    <w:p>
      <w:pPr>
        <w:spacing w:after="0" w:before="0"/>
        <w:jc w:val="center"/>
      </w:pPr>
      <w:r>
        <w:rPr>
          <w:b/>
        </w:rPr>
        <w:t>ĐỀ KIỂM TRA GIỮA KÌ I NĂM HỌC 2026–2027</w:t>
      </w:r>
    </w:p>
    <w:p>
      <w:pPr>
        <w:spacing w:after="0" w:before="0"/>
        <w:jc w:val="center"/>
      </w:pPr>
      <w:r>
        <w:rPr>
          <w:b/>
        </w:rPr>
        <w:t>MÔN TIẾNG ANH 9 • ĐỀ 01</w:t>
      </w:r>
    </w:p>
    <w:p>
      <w:pPr>
        <w:spacing w:after="0" w:before="0"/>
        <w:jc w:val="center"/>
      </w:pPr>
      <w:r>
        <w:rPr>
          <w:b w:val="0"/>
        </w:rPr>
        <w:t>Thời gian làm bài 60 phút kể cả thời gian nghe</w:t>
      </w:r>
    </w:p>
    <w:p>
      <w:pPr>
        <w:spacing w:after="0" w:before="0"/>
      </w:pPr>
      <w:r>
        <w:rPr>
          <w:b w:val="0"/>
        </w:rPr>
        <w:t>Họ và tên: ……………………………………… Lớp: …………</w:t>
      </w:r>
    </w:p>
    <w:p>
      <w:pPr>
        <w:spacing w:after="0" w:before="0"/>
      </w:pPr>
      <w:r>
        <w:rPr>
          <w:b/>
        </w:rPr>
        <w:t>I. LISTENING (2.0 points)</w:t>
      </w:r>
    </w:p>
    <w:p>
      <w:pPr>
        <w:spacing w:after="0" w:before="0"/>
      </w:pPr>
      <w:r>
        <w:rPr>
          <w:b/>
        </w:rPr>
        <w:t>Task 1. Listen to the conversation and choose A, B or C. You will listen TWICE. Question 0 is an example. (1.0 point)</w:t>
      </w:r>
    </w:p>
    <w:p>
      <w:pPr>
        <w:spacing w:after="0" w:before="0"/>
      </w:pPr>
      <w:r>
        <w:rPr>
          <w:b w:val="0"/>
        </w:rPr>
        <w:t>0. Where did Minh go last weekend?</w:t>
      </w:r>
    </w:p>
    <w:p>
      <w:pPr>
        <w:spacing w:after="0" w:before="0"/>
      </w:pPr>
      <w:r>
        <w:rPr>
          <w:b w:val="0"/>
        </w:rPr>
        <w:t>A. A modern airport     B. Bat Trang pottery village     C. A shopping mall</w:t>
      </w:r>
    </w:p>
    <w:p>
      <w:pPr>
        <w:spacing w:after="0" w:before="0"/>
      </w:pPr>
      <w:r>
        <w:rPr>
          <w:b w:val="0"/>
        </w:rPr>
        <w:t>1. What place did Minh visit?</w:t>
      </w:r>
    </w:p>
    <w:p>
      <w:pPr>
        <w:spacing w:after="0" w:before="0"/>
      </w:pPr>
      <w:r>
        <w:rPr>
          <w:b w:val="0"/>
        </w:rPr>
        <w:t>A. A sports stadium     B. pottery workshop     C. A hospital</w:t>
      </w:r>
    </w:p>
    <w:p>
      <w:pPr>
        <w:spacing w:after="0" w:before="0"/>
      </w:pPr>
      <w:r>
        <w:rPr>
          <w:b w:val="0"/>
        </w:rPr>
        <w:t>2. What did Minh do there?</w:t>
      </w:r>
    </w:p>
    <w:p>
      <w:pPr>
        <w:spacing w:after="0" w:before="0"/>
      </w:pPr>
      <w:r>
        <w:rPr>
          <w:b w:val="0"/>
        </w:rPr>
        <w:t>A. Bought a new phone     B. decorated a small bowl     C. Played a computer game</w:t>
      </w:r>
    </w:p>
    <w:p>
      <w:pPr>
        <w:spacing w:after="0" w:before="0"/>
      </w:pPr>
      <w:r>
        <w:rPr>
          <w:b w:val="0"/>
        </w:rPr>
        <w:t>3. Who helped Minh?</w:t>
      </w:r>
    </w:p>
    <w:p>
      <w:pPr>
        <w:spacing w:after="0" w:before="0"/>
      </w:pPr>
      <w:r>
        <w:rPr>
          <w:b w:val="0"/>
        </w:rPr>
        <w:t>A. A school friend     B. his uncle     C. A bus driver</w:t>
      </w:r>
    </w:p>
    <w:p>
      <w:pPr>
        <w:spacing w:after="0" w:before="0"/>
      </w:pPr>
      <w:r>
        <w:rPr>
          <w:b w:val="0"/>
        </w:rPr>
        <w:t>4. How did Minh travel there?</w:t>
      </w:r>
    </w:p>
    <w:p>
      <w:pPr>
        <w:spacing w:after="0" w:before="0"/>
      </w:pPr>
      <w:r>
        <w:rPr>
          <w:b w:val="0"/>
        </w:rPr>
        <w:t>A. By train     B. By plane     C. by bus</w:t>
      </w:r>
    </w:p>
    <w:p>
      <w:pPr>
        <w:spacing w:after="0" w:before="0"/>
      </w:pPr>
      <w:r>
        <w:rPr>
          <w:b w:val="0"/>
        </w:rPr>
        <w:t>Example answer: B.</w:t>
      </w:r>
    </w:p>
    <w:p>
      <w:pPr>
        <w:spacing w:after="0" w:before="0"/>
      </w:pPr>
      <w:r>
        <w:rPr>
          <w:b/>
        </w:rPr>
        <w:t>Task 2. Listen to the talk and write T (True) or F (False). You will listen TWICE. Question 0 is an example. (1.0 point)</w:t>
      </w:r>
    </w:p>
    <w:tbl>
      <w:tblPr>
        <w:tblStyle w:val="TableGrid"/>
        <w:tblW w:type="auto" w:w="0"/>
        <w:tblLook w:firstColumn="1" w:firstRow="1" w:lastColumn="0" w:lastRow="0" w:noHBand="0" w:noVBand="1" w:val="04A0"/>
      </w:tblPr>
      <w:tblGrid>
        <w:gridCol w:w="7937"/>
        <w:gridCol w:w="1134"/>
      </w:tblGrid>
      <w:tr>
        <w:tc>
          <w:tcPr>
            <w:tcW w:type="dxa" w:w="7937"/>
          </w:tcPr>
          <w:p>
            <w:r>
              <w:t>Statements</w:t>
            </w:r>
          </w:p>
        </w:tc>
        <w:tc>
          <w:tcPr>
            <w:tcW w:type="dxa" w:w="1134"/>
          </w:tcPr>
          <w:p>
            <w:r>
              <w:t>T / F</w:t>
            </w:r>
          </w:p>
        </w:tc>
      </w:tr>
      <w:tr>
        <w:tc>
          <w:tcPr>
            <w:tcW w:type="dxa" w:w="7937"/>
          </w:tcPr>
          <w:p>
            <w:r>
              <w:t>0. Emma has an active weekly schedule.</w:t>
            </w:r>
          </w:p>
        </w:tc>
        <w:tc>
          <w:tcPr>
            <w:tcW w:type="dxa" w:w="1134"/>
          </w:tcPr>
          <w:p>
            <w:r>
              <w:t>T</w:t>
            </w:r>
          </w:p>
        </w:tc>
      </w:tr>
      <w:tr>
        <w:tc>
          <w:tcPr>
            <w:tcW w:type="dxa" w:w="7937"/>
          </w:tcPr>
          <w:p>
            <w:r>
              <w:t>5. Emma enjoys walking on Monday.</w:t>
            </w:r>
          </w:p>
        </w:tc>
        <w:tc>
          <w:tcPr>
            <w:tcW w:type="dxa" w:w="1134"/>
          </w:tcPr>
          <w:p>
            <w:r/>
          </w:p>
        </w:tc>
      </w:tr>
      <w:tr>
        <w:tc>
          <w:tcPr>
            <w:tcW w:type="dxa" w:w="7937"/>
          </w:tcPr>
          <w:p>
            <w:r>
              <w:t>6. Emma enjoys cycling on Monday.</w:t>
            </w:r>
          </w:p>
        </w:tc>
        <w:tc>
          <w:tcPr>
            <w:tcW w:type="dxa" w:w="1134"/>
          </w:tcPr>
          <w:p>
            <w:r/>
          </w:p>
        </w:tc>
      </w:tr>
      <w:tr>
        <w:tc>
          <w:tcPr>
            <w:tcW w:type="dxa" w:w="7937"/>
          </w:tcPr>
          <w:p>
            <w:r>
              <w:t>7. Emma goes to the school yard for cycling.</w:t>
            </w:r>
          </w:p>
        </w:tc>
        <w:tc>
          <w:tcPr>
            <w:tcW w:type="dxa" w:w="1134"/>
          </w:tcPr>
          <w:p>
            <w:r/>
          </w:p>
        </w:tc>
      </w:tr>
      <w:tr>
        <w:tc>
          <w:tcPr>
            <w:tcW w:type="dxa" w:w="7937"/>
          </w:tcPr>
          <w:p>
            <w:r>
              <w:t>8. Emma thinks winning prizes is the only reason to be active.</w:t>
            </w:r>
          </w:p>
        </w:tc>
        <w:tc>
          <w:tcPr>
            <w:tcW w:type="dxa" w:w="1134"/>
          </w:tcPr>
          <w:p>
            <w:r/>
          </w:p>
        </w:tc>
      </w:tr>
    </w:tbl>
    <w:p>
      <w:pPr>
        <w:spacing w:after="0" w:before="0"/>
      </w:pPr>
      <w:r>
        <w:rPr>
          <w:b/>
        </w:rPr>
        <w:t>II. PRONUNCIATION (0.5 point)</w:t>
      </w:r>
    </w:p>
    <w:p>
      <w:pPr>
        <w:spacing w:after="0" w:before="0"/>
      </w:pPr>
      <w:r>
        <w:rPr>
          <w:b w:val="0"/>
        </w:rPr>
        <w:t>Choose the word whose underlined part is pronounced differently from the others.</w:t>
      </w:r>
    </w:p>
    <w:p>
      <w:pPr>
        <w:spacing w:after="0" w:before="0"/>
      </w:pPr>
      <w:r>
        <w:rPr>
          <w:b w:val="0"/>
        </w:rPr>
        <w:t>9.</w:t>
      </w:r>
    </w:p>
    <w:p>
      <w:pPr>
        <w:spacing w:after="0"/>
      </w:pPr>
      <w:r>
        <w:t xml:space="preserve">A. </w:t>
      </w:r>
      <w:r>
        <w:t>want</w:t>
      </w:r>
      <w:r>
        <w:rPr>
          <w:u w:val="single"/>
        </w:rPr>
        <w:t>ed</w:t>
      </w:r>
      <w:r>
        <w:t xml:space="preserve">     </w:t>
      </w:r>
      <w:r>
        <w:t xml:space="preserve">B. </w:t>
      </w:r>
      <w:r>
        <w:t>need</w:t>
      </w:r>
      <w:r>
        <w:rPr>
          <w:u w:val="single"/>
        </w:rPr>
        <w:t>ed</w:t>
      </w:r>
      <w:r>
        <w:t xml:space="preserve">     </w:t>
      </w:r>
      <w:r>
        <w:t xml:space="preserve">C. </w:t>
      </w:r>
      <w:r>
        <w:t>visit</w:t>
      </w:r>
      <w:r>
        <w:rPr>
          <w:u w:val="single"/>
        </w:rPr>
        <w:t>ed</w:t>
      </w:r>
      <w:r>
        <w:t xml:space="preserve">     </w:t>
      </w:r>
      <w:r>
        <w:t xml:space="preserve">D. </w:t>
      </w:r>
      <w:r>
        <w:t>play</w:t>
      </w:r>
      <w:r>
        <w:rPr>
          <w:u w:val="single"/>
        </w:rPr>
        <w:t>ed</w:t>
      </w:r>
      <w:r>
        <w:t xml:space="preserve">     </w:t>
      </w:r>
    </w:p>
    <w:p>
      <w:pPr>
        <w:spacing w:after="0" w:before="0"/>
      </w:pPr>
      <w:r>
        <w:rPr>
          <w:b w:val="0"/>
        </w:rPr>
        <w:t>10.</w:t>
      </w:r>
    </w:p>
    <w:p>
      <w:pPr>
        <w:spacing w:after="0"/>
      </w:pPr>
      <w:r>
        <w:t xml:space="preserve">A. </w:t>
      </w:r>
      <w:r>
        <w:rPr>
          <w:u w:val="single"/>
        </w:rPr>
        <w:t>ch</w:t>
      </w:r>
      <w:r>
        <w:t>air</w:t>
      </w:r>
      <w:r>
        <w:t xml:space="preserve">     </w:t>
      </w:r>
      <w:r>
        <w:t xml:space="preserve">B. </w:t>
      </w:r>
      <w:r>
        <w:rPr>
          <w:u w:val="single"/>
        </w:rPr>
        <w:t>ch</w:t>
      </w:r>
      <w:r>
        <w:t>emist</w:t>
      </w:r>
      <w:r>
        <w:t xml:space="preserve">     </w:t>
      </w:r>
      <w:r>
        <w:t xml:space="preserve">C. </w:t>
      </w:r>
      <w:r>
        <w:rPr>
          <w:u w:val="single"/>
        </w:rPr>
        <w:t>ch</w:t>
      </w:r>
      <w:r>
        <w:t>ildren</w:t>
      </w:r>
      <w:r>
        <w:t xml:space="preserve">     </w:t>
      </w:r>
      <w:r>
        <w:t xml:space="preserve">D. </w:t>
      </w:r>
      <w:r>
        <w:rPr>
          <w:u w:val="single"/>
        </w:rPr>
        <w:t>ch</w:t>
      </w:r>
      <w:r>
        <w:t>oose</w:t>
      </w:r>
      <w:r>
        <w:t xml:space="preserve">     </w:t>
      </w:r>
    </w:p>
    <w:p>
      <w:pPr>
        <w:spacing w:after="0" w:before="0"/>
      </w:pPr>
      <w:r>
        <w:rPr>
          <w:b/>
        </w:rPr>
        <w:t>III. GRAMMAR AND VOCABULARY (3.0 points)</w:t>
      </w:r>
    </w:p>
    <w:p>
      <w:pPr>
        <w:spacing w:after="0" w:before="0"/>
      </w:pPr>
      <w:r>
        <w:rPr>
          <w:b/>
        </w:rPr>
        <w:t>Choose the correct answer A, B, C or D. (2.25 points)</w:t>
      </w:r>
    </w:p>
    <w:p>
      <w:pPr>
        <w:spacing w:after="0" w:before="0"/>
      </w:pPr>
      <w:r>
        <w:rPr>
          <w:b w:val="0"/>
        </w:rPr>
        <w:t>11. My grandmother passed ______ the skill of making lanterns to my mother.</w:t>
      </w:r>
    </w:p>
    <w:p>
      <w:pPr>
        <w:spacing w:after="0" w:before="0"/>
      </w:pPr>
      <w:r>
        <w:rPr>
          <w:b w:val="0"/>
        </w:rPr>
        <w:t>A. on     B. down     C. up     D. out</w:t>
      </w:r>
    </w:p>
    <w:p>
      <w:pPr>
        <w:spacing w:after="0" w:before="0"/>
      </w:pPr>
      <w:r>
        <w:rPr>
          <w:b w:val="0"/>
        </w:rPr>
        <w:t>12. This town is famous ______ its traditional silk products.</w:t>
      </w:r>
    </w:p>
    <w:p>
      <w:pPr>
        <w:spacing w:after="0" w:before="0"/>
      </w:pPr>
      <w:r>
        <w:rPr>
          <w:b w:val="0"/>
        </w:rPr>
        <w:t>A. with     B. to     C. for     D. at</w:t>
      </w:r>
    </w:p>
    <w:p>
      <w:pPr>
        <w:spacing w:after="0" w:before="0"/>
      </w:pPr>
      <w:r>
        <w:rPr>
          <w:b w:val="0"/>
        </w:rPr>
        <w:t>13. The more crowded the street is, the ______ it becomes.</w:t>
      </w:r>
    </w:p>
    <w:p>
      <w:pPr>
        <w:spacing w:after="0" w:before="0"/>
      </w:pPr>
      <w:r>
        <w:rPr>
          <w:b w:val="0"/>
        </w:rPr>
        <w:t>A. noisy     B. noisier     C. noisiest     D. more noisily</w:t>
      </w:r>
    </w:p>
    <w:p>
      <w:pPr>
        <w:spacing w:after="0" w:before="0"/>
      </w:pPr>
      <w:r>
        <w:rPr>
          <w:b w:val="0"/>
        </w:rPr>
        <w:t>14. We are trying to ______ the amount of plastic waste.</w:t>
      </w:r>
    </w:p>
    <w:p>
      <w:pPr>
        <w:spacing w:after="0" w:before="0"/>
      </w:pPr>
      <w:r>
        <w:rPr>
          <w:b w:val="0"/>
        </w:rPr>
        <w:t>A. reduce     B. increase     C. throw     D. pollute</w:t>
      </w:r>
    </w:p>
    <w:p>
      <w:pPr>
        <w:spacing w:after="0" w:before="0"/>
      </w:pPr>
      <w:r>
        <w:rPr>
          <w:b w:val="0"/>
        </w:rPr>
        <w:t>15. Could you tell me ______ to get to the town museum?</w:t>
      </w:r>
    </w:p>
    <w:p>
      <w:pPr>
        <w:spacing w:after="0" w:before="0"/>
      </w:pPr>
      <w:r>
        <w:rPr>
          <w:b w:val="0"/>
        </w:rPr>
        <w:t>A. what     B. how     C. who     D. whose</w:t>
      </w:r>
    </w:p>
    <w:p>
      <w:pPr>
        <w:spacing w:after="0" w:before="0"/>
      </w:pPr>
      <w:r>
        <w:rPr>
          <w:b w:val="0"/>
        </w:rPr>
        <w:t>16. I wish my school ______ a bigger playground.</w:t>
      </w:r>
    </w:p>
    <w:p>
      <w:pPr>
        <w:spacing w:after="0" w:before="0"/>
      </w:pPr>
      <w:r>
        <w:rPr>
          <w:b w:val="0"/>
        </w:rPr>
        <w:t>A. has     B. had     C. have     D. is having</w:t>
      </w:r>
    </w:p>
    <w:p>
      <w:pPr>
        <w:spacing w:after="0" w:before="0"/>
      </w:pPr>
      <w:r>
        <w:rPr>
          <w:b w:val="0"/>
        </w:rPr>
        <w:t>17. The city centre is very ______ during rush hour.</w:t>
      </w:r>
    </w:p>
    <w:p>
      <w:pPr>
        <w:spacing w:after="0" w:before="0"/>
      </w:pPr>
      <w:r>
        <w:rPr>
          <w:b w:val="0"/>
        </w:rPr>
        <w:t>A. peaceful     B. crowded     C. empty     D. silent</w:t>
      </w:r>
    </w:p>
    <w:p>
      <w:pPr>
        <w:spacing w:after="0" w:before="0"/>
      </w:pPr>
      <w:r>
        <w:rPr>
          <w:b w:val="0"/>
        </w:rPr>
        <w:t>18. If you feel stressed, you ______ talk to someone you trust.</w:t>
      </w:r>
    </w:p>
    <w:p>
      <w:pPr>
        <w:spacing w:after="0" w:before="0"/>
      </w:pPr>
      <w:r>
        <w:rPr>
          <w:b w:val="0"/>
        </w:rPr>
        <w:t>A. should     B. must not     C. cannot     D. would</w:t>
      </w:r>
    </w:p>
    <w:p>
      <w:pPr>
        <w:spacing w:after="0" w:before="0"/>
        <w:jc w:val="center"/>
      </w:pPr>
      <w:r>
        <w:rPr>
          <w:b/>
        </w:rPr>
        <w:t>NOTICE: PLEASE KEEP THIS AREA CLEAN</w:t>
      </w:r>
    </w:p>
    <w:p>
      <w:pPr>
        <w:spacing w:after="0" w:before="0"/>
      </w:pPr>
      <w:r>
        <w:rPr>
          <w:b w:val="0"/>
        </w:rPr>
        <w:t>19. What does the sign/notice mean?</w:t>
      </w:r>
    </w:p>
    <w:p>
      <w:pPr>
        <w:spacing w:after="0" w:before="0"/>
      </w:pPr>
      <w:r>
        <w:rPr>
          <w:b w:val="0"/>
        </w:rPr>
        <w:t>A. Visitors can leave rubbish anywhere.     B. Visitors should take their litter away.     C. Visitors must eat outside.     D. Visitors are not allowed to enter.</w:t>
      </w:r>
    </w:p>
    <w:p>
      <w:pPr>
        <w:spacing w:after="0" w:before="0"/>
      </w:pPr>
      <w:r>
        <w:rPr>
          <w:b/>
        </w:rPr>
        <w:t>Read the advertisement and choose the best option for each blank. (0.75 point)</w:t>
      </w:r>
    </w:p>
    <w:p>
      <w:pPr>
        <w:spacing w:after="0" w:before="0"/>
        <w:jc w:val="center"/>
      </w:pPr>
      <w:r>
        <w:rPr>
          <w:b/>
        </w:rPr>
        <w:t>LOCAL CRAFT FAIR</w:t>
      </w:r>
    </w:p>
    <w:p>
      <w:pPr>
        <w:spacing w:after="0" w:before="0"/>
      </w:pPr>
      <w:r>
        <w:rPr>
          <w:b w:val="0"/>
        </w:rPr>
        <w:t>Join us on Sunday to (20) ______ local handicrafts. Meet talented (21) ______ and discover how their products are made. You can also (22) ______ a simple souvenir to take home.</w:t>
      </w:r>
    </w:p>
    <w:p>
      <w:pPr>
        <w:spacing w:after="0" w:before="0"/>
      </w:pPr>
      <w:r>
        <w:rPr>
          <w:b w:val="0"/>
        </w:rPr>
        <w:t>20.</w:t>
      </w:r>
    </w:p>
    <w:p>
      <w:pPr>
        <w:spacing w:after="0" w:before="0"/>
      </w:pPr>
      <w:r>
        <w:rPr>
          <w:b w:val="0"/>
        </w:rPr>
        <w:t>A. discover     B. forget     C. damage     D. miss</w:t>
      </w:r>
    </w:p>
    <w:p>
      <w:pPr>
        <w:spacing w:after="0" w:before="0"/>
      </w:pPr>
      <w:r>
        <w:rPr>
          <w:b w:val="0"/>
        </w:rPr>
        <w:t>21.</w:t>
      </w:r>
    </w:p>
    <w:p>
      <w:pPr>
        <w:spacing w:after="0" w:before="0"/>
      </w:pPr>
      <w:r>
        <w:rPr>
          <w:b w:val="0"/>
        </w:rPr>
        <w:t>A. artisans     B. drivers     C. doctors     D. pilots</w:t>
      </w:r>
    </w:p>
    <w:p>
      <w:pPr>
        <w:spacing w:after="0" w:before="0"/>
      </w:pPr>
      <w:r>
        <w:rPr>
          <w:b w:val="0"/>
        </w:rPr>
        <w:t>22.</w:t>
      </w:r>
    </w:p>
    <w:p>
      <w:pPr>
        <w:spacing w:after="0" w:before="0"/>
      </w:pPr>
      <w:r>
        <w:rPr>
          <w:b w:val="0"/>
        </w:rPr>
        <w:t>A. make     B. break     C. lose     D. hide</w:t>
      </w:r>
    </w:p>
    <w:p>
      <w:pPr>
        <w:spacing w:after="0" w:before="0"/>
      </w:pPr>
      <w:r>
        <w:rPr>
          <w:b/>
        </w:rPr>
        <w:t>IV. READING (2.5 points)</w:t>
      </w:r>
    </w:p>
    <w:p>
      <w:pPr>
        <w:spacing w:after="0" w:before="0"/>
      </w:pPr>
      <w:r>
        <w:rPr>
          <w:b/>
        </w:rPr>
        <w:t>Task 1. Read the passage and choose A, B, C or D for each blank. (1.25 points)</w:t>
      </w:r>
    </w:p>
    <w:p>
      <w:pPr>
        <w:spacing w:after="0" w:before="0"/>
      </w:pPr>
      <w:r>
        <w:rPr>
          <w:b w:val="0"/>
        </w:rPr>
        <w:t>Many students find it difficult to balance study and free time. They often spend hours (23) ______ homework and forget to take breaks. A practical timetable can help them (24) ______ their time better. Teenagers should get enough sleep (25) ______ sleep supports memory and concentration. It is also important to keep (26) ______ touch with friends and family. With healthy habits, they can feel less (27) ______ before exams.</w:t>
      </w:r>
    </w:p>
    <w:p>
      <w:pPr>
        <w:spacing w:after="0" w:before="0"/>
      </w:pPr>
      <w:r>
        <w:rPr>
          <w:b w:val="0"/>
        </w:rPr>
        <w:t>23.</w:t>
      </w:r>
    </w:p>
    <w:p>
      <w:pPr>
        <w:spacing w:after="0" w:before="0"/>
      </w:pPr>
      <w:r>
        <w:rPr>
          <w:b w:val="0"/>
        </w:rPr>
        <w:t>A. do     B. doing     C. did     D. done</w:t>
      </w:r>
    </w:p>
    <w:p>
      <w:pPr>
        <w:spacing w:after="0" w:before="0"/>
      </w:pPr>
      <w:r>
        <w:rPr>
          <w:b w:val="0"/>
        </w:rPr>
        <w:t>24.</w:t>
      </w:r>
    </w:p>
    <w:p>
      <w:pPr>
        <w:spacing w:after="0" w:before="0"/>
      </w:pPr>
      <w:r>
        <w:rPr>
          <w:b w:val="0"/>
        </w:rPr>
        <w:t>A. manage     B. managing     C. managed     D. management</w:t>
      </w:r>
    </w:p>
    <w:p>
      <w:pPr>
        <w:spacing w:after="0" w:before="0"/>
      </w:pPr>
      <w:r>
        <w:rPr>
          <w:b w:val="0"/>
        </w:rPr>
        <w:t>25.</w:t>
      </w:r>
    </w:p>
    <w:p>
      <w:pPr>
        <w:spacing w:after="0" w:before="0"/>
      </w:pPr>
      <w:r>
        <w:rPr>
          <w:b w:val="0"/>
        </w:rPr>
        <w:t>A. because     B. although     C. but     D. or</w:t>
      </w:r>
    </w:p>
    <w:p>
      <w:pPr>
        <w:spacing w:after="0" w:before="0"/>
      </w:pPr>
      <w:r>
        <w:rPr>
          <w:b w:val="0"/>
        </w:rPr>
        <w:t>26.</w:t>
      </w:r>
    </w:p>
    <w:p>
      <w:pPr>
        <w:spacing w:after="0" w:before="0"/>
      </w:pPr>
      <w:r>
        <w:rPr>
          <w:b w:val="0"/>
        </w:rPr>
        <w:t>A. at     B. on     C. in     D. to</w:t>
      </w:r>
    </w:p>
    <w:p>
      <w:pPr>
        <w:spacing w:after="0" w:before="0"/>
      </w:pPr>
      <w:r>
        <w:rPr>
          <w:b w:val="0"/>
        </w:rPr>
        <w:t>27.</w:t>
      </w:r>
    </w:p>
    <w:p>
      <w:pPr>
        <w:spacing w:after="0" w:before="0"/>
      </w:pPr>
      <w:r>
        <w:rPr>
          <w:b w:val="0"/>
        </w:rPr>
        <w:t>A. stress     B. stressed     C. stressful     D. stressfully</w:t>
      </w:r>
    </w:p>
    <w:p>
      <w:pPr>
        <w:spacing w:after="0" w:before="0"/>
      </w:pPr>
      <w:r>
        <w:rPr>
          <w:b/>
        </w:rPr>
        <w:t>Task 2. Read the passage and choose the best answer. (1.25 points)</w:t>
      </w:r>
    </w:p>
    <w:p>
      <w:pPr>
        <w:spacing w:after="0" w:before="0"/>
      </w:pPr>
      <w:r>
        <w:rPr>
          <w:b w:val="0"/>
        </w:rPr>
        <w:t>Last month, Lan joined a community project in her neighbourhood. Every Saturday morning, students cleaned a small park near the local market. At first, only ten volunteers came, but the group grew as neighbours learned about the project. They collected plastic bottles and planted young trees along the walking path. A retired gardener showed them how to care for the trees. Lan enjoyed talking to older residents because she learned interesting stories about her town. After four weeks, the park was cleaner and more families visited it in the evening. The volunteers plan to paint the old benches next month.</w:t>
      </w:r>
    </w:p>
    <w:p>
      <w:pPr>
        <w:spacing w:after="0" w:before="0"/>
      </w:pPr>
      <w:r>
        <w:rPr>
          <w:b w:val="0"/>
        </w:rPr>
        <w:t>28. When did the students work in the park?</w:t>
      </w:r>
    </w:p>
    <w:p>
      <w:pPr>
        <w:spacing w:after="0" w:before="0"/>
      </w:pPr>
      <w:r>
        <w:rPr>
          <w:b w:val="0"/>
        </w:rPr>
        <w:t>A. Every Sunday evening     B. Every Saturday morning     C. Every school day     D. Every Friday afternoon</w:t>
      </w:r>
    </w:p>
    <w:p>
      <w:pPr>
        <w:spacing w:after="0" w:before="0"/>
      </w:pPr>
      <w:r>
        <w:rPr>
          <w:b w:val="0"/>
        </w:rPr>
        <w:t>29. What did the volunteers plant?</w:t>
      </w:r>
    </w:p>
    <w:p>
      <w:pPr>
        <w:spacing w:after="0" w:before="0"/>
      </w:pPr>
      <w:r>
        <w:rPr>
          <w:b w:val="0"/>
        </w:rPr>
        <w:t>A. Flowers in pots     B. Rice     C. Young trees     D. Vegetables</w:t>
      </w:r>
    </w:p>
    <w:p>
      <w:pPr>
        <w:spacing w:after="0" w:before="0"/>
      </w:pPr>
      <w:r>
        <w:rPr>
          <w:b w:val="0"/>
        </w:rPr>
        <w:t>30. Who taught the students about tree care?</w:t>
      </w:r>
    </w:p>
    <w:p>
      <w:pPr>
        <w:spacing w:after="0" w:before="0"/>
      </w:pPr>
      <w:r>
        <w:rPr>
          <w:b w:val="0"/>
        </w:rPr>
        <w:t>A. A retired gardener     B. A shopkeeper     C. A doctor     D. A bus driver</w:t>
      </w:r>
    </w:p>
    <w:p>
      <w:pPr>
        <w:spacing w:after="0" w:before="0"/>
      </w:pPr>
      <w:r>
        <w:rPr>
          <w:b w:val="0"/>
        </w:rPr>
        <w:t>31. Why did Lan like speaking with older residents?</w:t>
      </w:r>
    </w:p>
    <w:p>
      <w:pPr>
        <w:spacing w:after="0" w:before="0"/>
      </w:pPr>
      <w:r>
        <w:rPr>
          <w:b w:val="0"/>
        </w:rPr>
        <w:t>A. They gave her money     B. They helped with tests     C. They told stories about the town     D. They offered free food</w:t>
      </w:r>
    </w:p>
    <w:p>
      <w:pPr>
        <w:spacing w:after="0" w:before="0"/>
      </w:pPr>
      <w:r>
        <w:rPr>
          <w:b w:val="0"/>
        </w:rPr>
        <w:t>32. What will the volunteers do next month?</w:t>
      </w:r>
    </w:p>
    <w:p>
      <w:pPr>
        <w:spacing w:after="0" w:before="0"/>
      </w:pPr>
      <w:r>
        <w:rPr>
          <w:b w:val="0"/>
        </w:rPr>
        <w:t>A. Build a new market     B. Paint old benches     C. Open a cinema     D. Move the park</w:t>
      </w:r>
    </w:p>
    <w:p>
      <w:pPr>
        <w:spacing w:after="0" w:before="0"/>
      </w:pPr>
      <w:r>
        <w:rPr>
          <w:b/>
        </w:rPr>
        <w:t>V. WRITING (2.0 points)</w:t>
      </w:r>
    </w:p>
    <w:p>
      <w:pPr>
        <w:spacing w:after="0" w:before="0"/>
      </w:pPr>
      <w:r>
        <w:rPr>
          <w:b/>
        </w:rPr>
        <w:t>Task 1. Choose the sentence that has the same meaning as the original sentence or best combines the two sentences. (0.5 point)</w:t>
      </w:r>
    </w:p>
    <w:p>
      <w:pPr>
        <w:spacing w:after="0" w:before="0"/>
      </w:pPr>
      <w:r>
        <w:rPr>
          <w:b w:val="0"/>
        </w:rPr>
        <w:t>33. I do not have enough time to relax after school.</w:t>
      </w:r>
    </w:p>
    <w:p>
      <w:pPr>
        <w:spacing w:after="0" w:before="0"/>
      </w:pPr>
      <w:r>
        <w:rPr>
          <w:b w:val="0"/>
        </w:rPr>
        <w:t>A. I wish I have more time to relax after school.     B. I wish I had more time to relax after school.     C. I wish I will have more time to relax after school.     D. I wish I can have more time to relax after school.</w:t>
      </w:r>
    </w:p>
    <w:p>
      <w:pPr>
        <w:spacing w:after="0" w:before="0"/>
      </w:pPr>
      <w:r>
        <w:rPr>
          <w:b w:val="0"/>
        </w:rPr>
        <w:t>34. The street is busy. The air is polluted. (Use “the more ..., the more ...”)</w:t>
      </w:r>
    </w:p>
    <w:p>
      <w:pPr>
        <w:spacing w:after="0" w:before="0"/>
      </w:pPr>
      <w:r>
        <w:rPr>
          <w:b w:val="0"/>
        </w:rPr>
        <w:t>A. The busy the street is, the polluted the air becomes.     B. The street is busier because the air is polluted.     C. The busier the street is, the more polluted the air becomes.     D. The busiest street has pollution.</w:t>
      </w:r>
    </w:p>
    <w:p>
      <w:pPr>
        <w:spacing w:after="0" w:before="0"/>
      </w:pPr>
      <w:r>
        <w:rPr>
          <w:b/>
        </w:rPr>
        <w:t>Task 2. Write a paragraph of about 80 words. (1.5 points)</w:t>
      </w:r>
    </w:p>
    <w:p>
      <w:pPr>
        <w:spacing w:after="0" w:before="0"/>
      </w:pPr>
      <w:r>
        <w:rPr>
          <w:b w:val="0"/>
        </w:rPr>
        <w:t>Write about one way teenagers can maintain a healthy balance between schoolwork and free time.</w:t>
      </w:r>
    </w:p>
    <w:p>
      <w:pPr>
        <w:spacing w:after="0" w:before="0"/>
      </w:pPr>
      <w:r>
        <w:rPr>
          <w:b w:val="0"/>
        </w:rPr>
        <w:t>You may give reasons, examples and your own opinion.</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jc w:val="center"/>
      </w:pPr>
      <w:r>
        <w:rPr>
          <w:b/>
        </w:rPr>
        <w:t>THE END</w:t>
      </w:r>
    </w:p>
    <w:sectPr w:rsidR="00FC693F" w:rsidRPr="0006063C" w:rsidSect="00034616">
      <w:pgSz w:w="12240" w:h="15840"/>
      <w:pgMar w:top="907" w:right="96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7"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9">
    <w:name w:val="Title9"/>
  </w:style>
  <w:style w:type="paragraph" w:customStyle="1" w:styleId="Section9">
    <w:name w:val="Section9"/>
    <w:rPr>
      <w:b/>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