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Arial" w:hAnsi="Arial" w:eastAsia="Arial"/>
          <w:b/>
          <w:i w:val="0"/>
          <w:color w:val="000000"/>
          <w:sz w:val="29"/>
        </w:rPr>
        <w:t>ENGLISH 5 - GLOBAL SUCCESS</w:t>
      </w:r>
    </w:p>
    <w:p>
      <w:pPr>
        <w:spacing w:after="40"/>
        <w:jc w:val="center"/>
      </w:pPr>
      <w:r>
        <w:rPr>
          <w:rFonts w:ascii="Arial" w:hAnsi="Arial" w:eastAsia="Arial"/>
          <w:b/>
          <w:i w:val="0"/>
          <w:color w:val="1F4E79"/>
          <w:sz w:val="26"/>
        </w:rPr>
        <w:t>UNIT 18: MEANS OF TRANSPORT</w:t>
      </w:r>
    </w:p>
    <w:p>
      <w:pPr>
        <w:spacing w:after="100"/>
        <w:jc w:val="center"/>
      </w:pPr>
      <w:r>
        <w:rPr>
          <w:rFonts w:ascii="Arial" w:hAnsi="Arial" w:eastAsia="Arial"/>
          <w:b/>
          <w:i w:val="0"/>
          <w:color w:val="595959"/>
          <w:sz w:val="21"/>
        </w:rPr>
        <w:t>UNIT TEST - Time: 40 minutes - Total: 10 points</w:t>
      </w:r>
    </w:p>
    <w:p>
      <w:pPr>
        <w:spacing w:after="80"/>
      </w:pPr>
      <w:r>
        <w:rPr>
          <w:rFonts w:ascii="Arial" w:hAnsi="Arial" w:eastAsia="Arial"/>
          <w:b/>
          <w:i w:val="0"/>
          <w:color w:val="000000"/>
          <w:sz w:val="21"/>
        </w:rPr>
        <w:t xml:space="preserve">Name: </w:t>
      </w:r>
      <w:r>
        <w:rPr>
          <w:rFonts w:ascii="Arial" w:hAnsi="Arial" w:eastAsia="Arial"/>
          <w:b w:val="0"/>
          <w:i w:val="0"/>
          <w:color w:val="000000"/>
          <w:sz w:val="21"/>
        </w:rPr>
        <w:t xml:space="preserve">__________________________________    </w:t>
      </w:r>
      <w:r>
        <w:rPr>
          <w:rFonts w:ascii="Arial" w:hAnsi="Arial" w:eastAsia="Arial"/>
          <w:b/>
          <w:i w:val="0"/>
          <w:color w:val="000000"/>
          <w:sz w:val="21"/>
        </w:rPr>
        <w:t xml:space="preserve">Class: </w:t>
      </w:r>
      <w:r>
        <w:rPr>
          <w:rFonts w:ascii="Arial" w:hAnsi="Arial" w:eastAsia="Arial"/>
          <w:b w:val="0"/>
          <w:i w:val="0"/>
          <w:color w:val="000000"/>
          <w:sz w:val="21"/>
        </w:rPr>
        <w:t xml:space="preserve">________    </w:t>
      </w:r>
      <w:r>
        <w:rPr>
          <w:rFonts w:ascii="Arial" w:hAnsi="Arial" w:eastAsia="Arial"/>
          <w:b/>
          <w:i w:val="0"/>
          <w:color w:val="000000"/>
          <w:sz w:val="21"/>
        </w:rPr>
        <w:t xml:space="preserve">Date: </w:t>
      </w:r>
      <w:r>
        <w:rPr>
          <w:rFonts w:ascii="Arial" w:hAnsi="Arial" w:eastAsia="Arial"/>
          <w:b w:val="0"/>
          <w:i w:val="0"/>
          <w:color w:val="000000"/>
          <w:sz w:val="21"/>
        </w:rPr>
        <w:t>____________</w:t>
      </w:r>
    </w:p>
    <w:p>
      <w:pPr>
        <w:pStyle w:val="Heading1"/>
        <w:keepNext/>
      </w:pPr>
      <w:r>
        <w:rPr>
          <w:rFonts w:ascii="Arial" w:hAnsi="Arial" w:eastAsia="Arial"/>
          <w:b/>
          <w:i w:val="0"/>
          <w:color w:val="1F4E79"/>
          <w:sz w:val="23"/>
        </w:rPr>
        <w:t>I. VOCABULARY</w:t>
      </w:r>
      <w:r>
        <w:rPr>
          <w:rFonts w:ascii="Arial" w:hAnsi="Arial" w:eastAsia="Arial"/>
          <w:b/>
          <w:i w:val="0"/>
          <w:color w:val="595959"/>
          <w:sz w:val="21"/>
        </w:rPr>
        <w:t xml:space="preserve">  (2.0 points)</w:t>
      </w:r>
    </w:p>
    <w:p>
      <w:pPr>
        <w:keepNext/>
        <w:spacing w:after="40"/>
      </w:pPr>
      <w:r>
        <w:rPr>
          <w:rFonts w:ascii="Arial" w:hAnsi="Arial" w:eastAsia="Arial"/>
          <w:b w:val="0"/>
          <w:i/>
          <w:color w:val="595959"/>
          <w:sz w:val="20"/>
        </w:rPr>
        <w:t>Choose the correct answer. (8 x 0.25 = 2.0 points)</w:t>
      </w:r>
    </w:p>
    <w:p>
      <w:pPr>
        <w:spacing w:after="20"/>
        <w:ind w:left="0" w:firstLine="0"/>
      </w:pPr>
      <w:r>
        <w:rPr>
          <w:rFonts w:ascii="Arial" w:hAnsi="Arial" w:eastAsia="Arial"/>
          <w:b/>
          <w:i w:val="0"/>
          <w:color w:val="000000"/>
          <w:sz w:val="21"/>
        </w:rPr>
        <w:t xml:space="preserve">1. </w:t>
      </w:r>
      <w:r>
        <w:rPr>
          <w:rFonts w:ascii="Arial" w:hAnsi="Arial" w:eastAsia="Arial"/>
          <w:b w:val="0"/>
          <w:i w:val="0"/>
          <w:color w:val="000000"/>
          <w:sz w:val="21"/>
        </w:rPr>
        <w:t>The bridge shaped like a dragon in Da Nang is ____.</w:t>
      </w:r>
    </w:p>
    <w:p>
      <w:pPr>
        <w:spacing w:after="40"/>
        <w:ind w:left="255"/>
      </w:pPr>
      <w:r>
        <w:rPr>
          <w:rFonts w:ascii="Arial" w:hAnsi="Arial" w:eastAsia="Arial"/>
          <w:b w:val="0"/>
          <w:i w:val="0"/>
          <w:color w:val="000000"/>
          <w:sz w:val="21"/>
        </w:rPr>
        <w:t>A. Ho Chi Minh City Museum</w:t>
      </w:r>
      <w:r>
        <w:t xml:space="preserve">        </w:t>
      </w:r>
      <w:r>
        <w:rPr>
          <w:rFonts w:ascii="Arial" w:hAnsi="Arial" w:eastAsia="Arial"/>
          <w:b w:val="0"/>
          <w:i w:val="0"/>
          <w:color w:val="000000"/>
          <w:sz w:val="21"/>
        </w:rPr>
        <w:t>B. by bicycle</w:t>
      </w:r>
      <w:r>
        <w:br/>
      </w:r>
      <w:r>
        <w:rPr>
          <w:rFonts w:ascii="Arial" w:hAnsi="Arial" w:eastAsia="Arial"/>
          <w:b w:val="0"/>
          <w:i w:val="0"/>
          <w:color w:val="000000"/>
          <w:sz w:val="21"/>
        </w:rPr>
        <w:t>C. by bus</w:t>
      </w:r>
      <w:r>
        <w:t xml:space="preserve">        </w:t>
      </w:r>
      <w:r>
        <w:rPr>
          <w:rFonts w:ascii="Arial" w:hAnsi="Arial" w:eastAsia="Arial"/>
          <w:b w:val="0"/>
          <w:i w:val="0"/>
          <w:color w:val="000000"/>
          <w:sz w:val="21"/>
        </w:rPr>
        <w:t>D. Dragon Bridge</w:t>
      </w:r>
    </w:p>
    <w:p>
      <w:pPr>
        <w:spacing w:after="20"/>
        <w:ind w:left="0" w:firstLine="0"/>
      </w:pPr>
      <w:r>
        <w:rPr>
          <w:rFonts w:ascii="Arial" w:hAnsi="Arial" w:eastAsia="Arial"/>
          <w:b/>
          <w:i w:val="0"/>
          <w:color w:val="000000"/>
          <w:sz w:val="21"/>
        </w:rPr>
        <w:t xml:space="preserve">2. </w:t>
      </w:r>
      <w:r>
        <w:rPr>
          <w:rFonts w:ascii="Arial" w:hAnsi="Arial" w:eastAsia="Arial"/>
          <w:b w:val="0"/>
          <w:i w:val="0"/>
          <w:color w:val="000000"/>
          <w:sz w:val="21"/>
        </w:rPr>
        <w:t>Visitors can enjoy performances at ____.</w:t>
      </w:r>
    </w:p>
    <w:p>
      <w:pPr>
        <w:spacing w:after="40"/>
        <w:ind w:left="255"/>
      </w:pPr>
      <w:r>
        <w:rPr>
          <w:rFonts w:ascii="Arial" w:hAnsi="Arial" w:eastAsia="Arial"/>
          <w:b w:val="0"/>
          <w:i w:val="0"/>
          <w:color w:val="000000"/>
          <w:sz w:val="21"/>
        </w:rPr>
        <w:t>A. Dragon Bridge</w:t>
      </w:r>
      <w:r>
        <w:t xml:space="preserve">        </w:t>
      </w:r>
      <w:r>
        <w:rPr>
          <w:rFonts w:ascii="Arial" w:hAnsi="Arial" w:eastAsia="Arial"/>
          <w:b w:val="0"/>
          <w:i w:val="0"/>
          <w:color w:val="000000"/>
          <w:sz w:val="21"/>
        </w:rPr>
        <w:t>B. Ha Noi Opera House</w:t>
      </w:r>
      <w:r>
        <w:br/>
      </w:r>
      <w:r>
        <w:rPr>
          <w:rFonts w:ascii="Arial" w:hAnsi="Arial" w:eastAsia="Arial"/>
          <w:b w:val="0"/>
          <w:i w:val="0"/>
          <w:color w:val="000000"/>
          <w:sz w:val="21"/>
        </w:rPr>
        <w:t>C. Ngo Mon Square</w:t>
      </w:r>
      <w:r>
        <w:t xml:space="preserve">        </w:t>
      </w:r>
      <w:r>
        <w:rPr>
          <w:rFonts w:ascii="Arial" w:hAnsi="Arial" w:eastAsia="Arial"/>
          <w:b w:val="0"/>
          <w:i w:val="0"/>
          <w:color w:val="000000"/>
          <w:sz w:val="21"/>
        </w:rPr>
        <w:t>D. Ho Chi Minh City Museum</w:t>
      </w:r>
    </w:p>
    <w:p>
      <w:pPr>
        <w:spacing w:after="20"/>
        <w:ind w:left="0" w:firstLine="0"/>
      </w:pPr>
      <w:r>
        <w:rPr>
          <w:rFonts w:ascii="Arial" w:hAnsi="Arial" w:eastAsia="Arial"/>
          <w:b/>
          <w:i w:val="0"/>
          <w:color w:val="000000"/>
          <w:sz w:val="21"/>
        </w:rPr>
        <w:t xml:space="preserve">3. </w:t>
      </w:r>
      <w:r>
        <w:rPr>
          <w:rFonts w:ascii="Arial" w:hAnsi="Arial" w:eastAsia="Arial"/>
          <w:b w:val="0"/>
          <w:i w:val="0"/>
          <w:color w:val="000000"/>
          <w:sz w:val="21"/>
        </w:rPr>
        <w:t>You can learn about the city's past at ____.</w:t>
      </w:r>
    </w:p>
    <w:p>
      <w:pPr>
        <w:spacing w:after="40"/>
        <w:ind w:left="255"/>
      </w:pPr>
      <w:r>
        <w:rPr>
          <w:rFonts w:ascii="Arial" w:hAnsi="Arial" w:eastAsia="Arial"/>
          <w:b w:val="0"/>
          <w:i w:val="0"/>
          <w:color w:val="000000"/>
          <w:sz w:val="21"/>
        </w:rPr>
        <w:t>A. by taxi</w:t>
      </w:r>
      <w:r>
        <w:t xml:space="preserve">        </w:t>
      </w:r>
      <w:r>
        <w:rPr>
          <w:rFonts w:ascii="Arial" w:hAnsi="Arial" w:eastAsia="Arial"/>
          <w:b w:val="0"/>
          <w:i w:val="0"/>
          <w:color w:val="000000"/>
          <w:sz w:val="21"/>
        </w:rPr>
        <w:t>B. Dragon Bridge</w:t>
      </w:r>
      <w:r>
        <w:br/>
      </w:r>
      <w:r>
        <w:rPr>
          <w:rFonts w:ascii="Arial" w:hAnsi="Arial" w:eastAsia="Arial"/>
          <w:b w:val="0"/>
          <w:i w:val="0"/>
          <w:color w:val="000000"/>
          <w:sz w:val="21"/>
        </w:rPr>
        <w:t>C. Ha Noi Opera House</w:t>
      </w:r>
      <w:r>
        <w:t xml:space="preserve">        </w:t>
      </w:r>
      <w:r>
        <w:rPr>
          <w:rFonts w:ascii="Arial" w:hAnsi="Arial" w:eastAsia="Arial"/>
          <w:b w:val="0"/>
          <w:i w:val="0"/>
          <w:color w:val="000000"/>
          <w:sz w:val="21"/>
        </w:rPr>
        <w:t>D. Ho Chi Minh City Museum</w:t>
      </w:r>
    </w:p>
    <w:p>
      <w:pPr>
        <w:spacing w:after="20"/>
        <w:ind w:left="0" w:firstLine="0"/>
      </w:pPr>
      <w:r>
        <w:rPr>
          <w:rFonts w:ascii="Arial" w:hAnsi="Arial" w:eastAsia="Arial"/>
          <w:b/>
          <w:i w:val="0"/>
          <w:color w:val="000000"/>
          <w:sz w:val="21"/>
        </w:rPr>
        <w:t xml:space="preserve">4. </w:t>
      </w:r>
      <w:r>
        <w:rPr>
          <w:rFonts w:ascii="Arial" w:hAnsi="Arial" w:eastAsia="Arial"/>
          <w:b w:val="0"/>
          <w:i w:val="0"/>
          <w:color w:val="000000"/>
          <w:sz w:val="21"/>
        </w:rPr>
        <w:t>A famous open space in Hue is ____.</w:t>
      </w:r>
    </w:p>
    <w:p>
      <w:pPr>
        <w:spacing w:after="40"/>
        <w:ind w:left="255"/>
      </w:pPr>
      <w:r>
        <w:rPr>
          <w:rFonts w:ascii="Arial" w:hAnsi="Arial" w:eastAsia="Arial"/>
          <w:b w:val="0"/>
          <w:i w:val="0"/>
          <w:color w:val="000000"/>
          <w:sz w:val="21"/>
        </w:rPr>
        <w:t>A. by bus</w:t>
      </w:r>
      <w:r>
        <w:t xml:space="preserve">       </w:t>
      </w:r>
      <w:r>
        <w:rPr>
          <w:rFonts w:ascii="Arial" w:hAnsi="Arial" w:eastAsia="Arial"/>
          <w:b w:val="0"/>
          <w:i w:val="0"/>
          <w:color w:val="000000"/>
          <w:sz w:val="21"/>
        </w:rPr>
        <w:t>B. by bicycle</w:t>
      </w:r>
      <w:r>
        <w:t xml:space="preserve">       </w:t>
      </w:r>
      <w:r>
        <w:rPr>
          <w:rFonts w:ascii="Arial" w:hAnsi="Arial" w:eastAsia="Arial"/>
          <w:b w:val="0"/>
          <w:i w:val="0"/>
          <w:color w:val="000000"/>
          <w:sz w:val="21"/>
        </w:rPr>
        <w:t>C. Ngo Mon Square</w:t>
      </w:r>
      <w:r>
        <w:t xml:space="preserve">       </w:t>
      </w:r>
      <w:r>
        <w:rPr>
          <w:rFonts w:ascii="Arial" w:hAnsi="Arial" w:eastAsia="Arial"/>
          <w:b w:val="0"/>
          <w:i w:val="0"/>
          <w:color w:val="000000"/>
          <w:sz w:val="21"/>
        </w:rPr>
        <w:t>D. Dragon Bridge</w:t>
      </w:r>
    </w:p>
    <w:p>
      <w:pPr>
        <w:spacing w:after="20"/>
        <w:ind w:left="0" w:firstLine="0"/>
      </w:pPr>
      <w:r>
        <w:rPr>
          <w:rFonts w:ascii="Arial" w:hAnsi="Arial" w:eastAsia="Arial"/>
          <w:b/>
          <w:i w:val="0"/>
          <w:color w:val="000000"/>
          <w:sz w:val="21"/>
        </w:rPr>
        <w:t xml:space="preserve">5. </w:t>
      </w:r>
      <w:r>
        <w:rPr>
          <w:rFonts w:ascii="Arial" w:hAnsi="Arial" w:eastAsia="Arial"/>
          <w:b w:val="0"/>
          <w:i w:val="0"/>
          <w:color w:val="000000"/>
          <w:sz w:val="21"/>
        </w:rPr>
        <w:t>I ride my bike to school, so I go ____.</w:t>
      </w:r>
    </w:p>
    <w:p>
      <w:pPr>
        <w:spacing w:after="40"/>
        <w:ind w:left="255"/>
      </w:pPr>
      <w:r>
        <w:rPr>
          <w:rFonts w:ascii="Arial" w:hAnsi="Arial" w:eastAsia="Arial"/>
          <w:b w:val="0"/>
          <w:i w:val="0"/>
          <w:color w:val="000000"/>
          <w:sz w:val="21"/>
        </w:rPr>
        <w:t>A. Dragon Bridge</w:t>
      </w:r>
      <w:r>
        <w:t xml:space="preserve">       </w:t>
      </w:r>
      <w:r>
        <w:rPr>
          <w:rFonts w:ascii="Arial" w:hAnsi="Arial" w:eastAsia="Arial"/>
          <w:b w:val="0"/>
          <w:i w:val="0"/>
          <w:color w:val="000000"/>
          <w:sz w:val="21"/>
        </w:rPr>
        <w:t>B. by bicycle</w:t>
      </w:r>
      <w:r>
        <w:t xml:space="preserve">       </w:t>
      </w:r>
      <w:r>
        <w:rPr>
          <w:rFonts w:ascii="Arial" w:hAnsi="Arial" w:eastAsia="Arial"/>
          <w:b w:val="0"/>
          <w:i w:val="0"/>
          <w:color w:val="000000"/>
          <w:sz w:val="21"/>
        </w:rPr>
        <w:t>C. Ngo Mon Square</w:t>
      </w:r>
      <w:r>
        <w:t xml:space="preserve">       </w:t>
      </w:r>
      <w:r>
        <w:rPr>
          <w:rFonts w:ascii="Arial" w:hAnsi="Arial" w:eastAsia="Arial"/>
          <w:b w:val="0"/>
          <w:i w:val="0"/>
          <w:color w:val="000000"/>
          <w:sz w:val="21"/>
        </w:rPr>
        <w:t>D. by taxi</w:t>
      </w:r>
    </w:p>
    <w:p>
      <w:pPr>
        <w:spacing w:after="20"/>
        <w:ind w:left="0" w:firstLine="0"/>
      </w:pPr>
      <w:r>
        <w:rPr>
          <w:rFonts w:ascii="Arial" w:hAnsi="Arial" w:eastAsia="Arial"/>
          <w:b/>
          <w:i w:val="0"/>
          <w:color w:val="000000"/>
          <w:sz w:val="21"/>
        </w:rPr>
        <w:t xml:space="preserve">6. </w:t>
      </w:r>
      <w:r>
        <w:rPr>
          <w:rFonts w:ascii="Arial" w:hAnsi="Arial" w:eastAsia="Arial"/>
          <w:b w:val="0"/>
          <w:i w:val="0"/>
          <w:color w:val="000000"/>
          <w:sz w:val="21"/>
        </w:rPr>
        <w:t>Our class travels together ____.</w:t>
      </w:r>
    </w:p>
    <w:p>
      <w:pPr>
        <w:spacing w:after="40"/>
        <w:ind w:left="255"/>
      </w:pPr>
      <w:r>
        <w:rPr>
          <w:rFonts w:ascii="Arial" w:hAnsi="Arial" w:eastAsia="Arial"/>
          <w:b w:val="0"/>
          <w:i w:val="0"/>
          <w:color w:val="000000"/>
          <w:sz w:val="21"/>
        </w:rPr>
        <w:t>A. Ngo Mon Square</w:t>
      </w:r>
      <w:r>
        <w:t xml:space="preserve">       </w:t>
      </w:r>
      <w:r>
        <w:rPr>
          <w:rFonts w:ascii="Arial" w:hAnsi="Arial" w:eastAsia="Arial"/>
          <w:b w:val="0"/>
          <w:i w:val="0"/>
          <w:color w:val="000000"/>
          <w:sz w:val="21"/>
        </w:rPr>
        <w:t>B. on foot</w:t>
      </w:r>
      <w:r>
        <w:t xml:space="preserve">       </w:t>
      </w:r>
      <w:r>
        <w:rPr>
          <w:rFonts w:ascii="Arial" w:hAnsi="Arial" w:eastAsia="Arial"/>
          <w:b w:val="0"/>
          <w:i w:val="0"/>
          <w:color w:val="000000"/>
          <w:sz w:val="21"/>
        </w:rPr>
        <w:t>C. Ha Noi Opera House</w:t>
      </w:r>
      <w:r>
        <w:t xml:space="preserve">       </w:t>
      </w:r>
      <w:r>
        <w:rPr>
          <w:rFonts w:ascii="Arial" w:hAnsi="Arial" w:eastAsia="Arial"/>
          <w:b w:val="0"/>
          <w:i w:val="0"/>
          <w:color w:val="000000"/>
          <w:sz w:val="21"/>
        </w:rPr>
        <w:t>D. by bus</w:t>
      </w:r>
    </w:p>
    <w:p>
      <w:pPr>
        <w:spacing w:after="20"/>
        <w:ind w:left="0" w:firstLine="0"/>
      </w:pPr>
      <w:r>
        <w:rPr>
          <w:rFonts w:ascii="Arial" w:hAnsi="Arial" w:eastAsia="Arial"/>
          <w:b/>
          <w:i w:val="0"/>
          <w:color w:val="000000"/>
          <w:sz w:val="21"/>
        </w:rPr>
        <w:t xml:space="preserve">7. </w:t>
      </w:r>
      <w:r>
        <w:rPr>
          <w:rFonts w:ascii="Arial" w:hAnsi="Arial" w:eastAsia="Arial"/>
          <w:b w:val="0"/>
          <w:i w:val="0"/>
          <w:color w:val="000000"/>
          <w:sz w:val="21"/>
        </w:rPr>
        <w:t>When we are late, we sometimes go ____.</w:t>
      </w:r>
    </w:p>
    <w:p>
      <w:pPr>
        <w:spacing w:after="40"/>
        <w:ind w:left="255"/>
      </w:pPr>
      <w:r>
        <w:rPr>
          <w:rFonts w:ascii="Arial" w:hAnsi="Arial" w:eastAsia="Arial"/>
          <w:b w:val="0"/>
          <w:i w:val="0"/>
          <w:color w:val="000000"/>
          <w:sz w:val="21"/>
        </w:rPr>
        <w:t>A. Ho Chi Minh City Museum</w:t>
      </w:r>
      <w:r>
        <w:t xml:space="preserve">        </w:t>
      </w:r>
      <w:r>
        <w:rPr>
          <w:rFonts w:ascii="Arial" w:hAnsi="Arial" w:eastAsia="Arial"/>
          <w:b w:val="0"/>
          <w:i w:val="0"/>
          <w:color w:val="000000"/>
          <w:sz w:val="21"/>
        </w:rPr>
        <w:t>B. on foot</w:t>
      </w:r>
      <w:r>
        <w:br/>
      </w:r>
      <w:r>
        <w:rPr>
          <w:rFonts w:ascii="Arial" w:hAnsi="Arial" w:eastAsia="Arial"/>
          <w:b w:val="0"/>
          <w:i w:val="0"/>
          <w:color w:val="000000"/>
          <w:sz w:val="21"/>
        </w:rPr>
        <w:t>C. Ngo Mon Square</w:t>
      </w:r>
      <w:r>
        <w:t xml:space="preserve">        </w:t>
      </w:r>
      <w:r>
        <w:rPr>
          <w:rFonts w:ascii="Arial" w:hAnsi="Arial" w:eastAsia="Arial"/>
          <w:b w:val="0"/>
          <w:i w:val="0"/>
          <w:color w:val="000000"/>
          <w:sz w:val="21"/>
        </w:rPr>
        <w:t>D. by taxi</w:t>
      </w:r>
    </w:p>
    <w:p>
      <w:pPr>
        <w:spacing w:after="20"/>
        <w:ind w:left="0" w:firstLine="0"/>
      </w:pPr>
      <w:r>
        <w:rPr>
          <w:rFonts w:ascii="Arial" w:hAnsi="Arial" w:eastAsia="Arial"/>
          <w:b/>
          <w:i w:val="0"/>
          <w:color w:val="000000"/>
          <w:sz w:val="21"/>
        </w:rPr>
        <w:t xml:space="preserve">8. </w:t>
      </w:r>
      <w:r>
        <w:rPr>
          <w:rFonts w:ascii="Arial" w:hAnsi="Arial" w:eastAsia="Arial"/>
          <w:b w:val="0"/>
          <w:i w:val="0"/>
          <w:color w:val="000000"/>
          <w:sz w:val="21"/>
        </w:rPr>
        <w:t>The shop is very near, so let's go ____.</w:t>
      </w:r>
    </w:p>
    <w:p>
      <w:pPr>
        <w:spacing w:after="40"/>
        <w:ind w:left="255"/>
      </w:pPr>
      <w:r>
        <w:rPr>
          <w:rFonts w:ascii="Arial" w:hAnsi="Arial" w:eastAsia="Arial"/>
          <w:b w:val="0"/>
          <w:i w:val="0"/>
          <w:color w:val="000000"/>
          <w:sz w:val="21"/>
        </w:rPr>
        <w:t>A. on foot</w:t>
      </w:r>
      <w:r>
        <w:t xml:space="preserve">       </w:t>
      </w:r>
      <w:r>
        <w:rPr>
          <w:rFonts w:ascii="Arial" w:hAnsi="Arial" w:eastAsia="Arial"/>
          <w:b w:val="0"/>
          <w:i w:val="0"/>
          <w:color w:val="000000"/>
          <w:sz w:val="21"/>
        </w:rPr>
        <w:t>B. by bicycle</w:t>
      </w:r>
      <w:r>
        <w:t xml:space="preserve">       </w:t>
      </w:r>
      <w:r>
        <w:rPr>
          <w:rFonts w:ascii="Arial" w:hAnsi="Arial" w:eastAsia="Arial"/>
          <w:b w:val="0"/>
          <w:i w:val="0"/>
          <w:color w:val="000000"/>
          <w:sz w:val="21"/>
        </w:rPr>
        <w:t>C. by bus</w:t>
      </w:r>
      <w:r>
        <w:t xml:space="preserve">       </w:t>
      </w:r>
      <w:r>
        <w:rPr>
          <w:rFonts w:ascii="Arial" w:hAnsi="Arial" w:eastAsia="Arial"/>
          <w:b w:val="0"/>
          <w:i w:val="0"/>
          <w:color w:val="000000"/>
          <w:sz w:val="21"/>
        </w:rPr>
        <w:t>D. Ngo Mon Square</w:t>
      </w:r>
    </w:p>
    <w:p>
      <w:pPr>
        <w:pStyle w:val="Heading1"/>
        <w:keepNext/>
      </w:pPr>
      <w:r>
        <w:rPr>
          <w:rFonts w:ascii="Arial" w:hAnsi="Arial" w:eastAsia="Arial"/>
          <w:b/>
          <w:i w:val="0"/>
          <w:color w:val="1F4E79"/>
          <w:sz w:val="23"/>
        </w:rPr>
        <w:t>II. GRAMMAR</w:t>
      </w:r>
      <w:r>
        <w:rPr>
          <w:rFonts w:ascii="Arial" w:hAnsi="Arial" w:eastAsia="Arial"/>
          <w:b/>
          <w:i w:val="0"/>
          <w:color w:val="595959"/>
          <w:sz w:val="21"/>
        </w:rPr>
        <w:t xml:space="preserve">  (2.0 points)</w:t>
      </w:r>
    </w:p>
    <w:p>
      <w:pPr>
        <w:keepNext/>
        <w:spacing w:after="40"/>
      </w:pPr>
      <w:r>
        <w:rPr>
          <w:rFonts w:ascii="Arial" w:hAnsi="Arial" w:eastAsia="Arial"/>
          <w:b w:val="0"/>
          <w:i/>
          <w:color w:val="595959"/>
          <w:sz w:val="20"/>
        </w:rPr>
        <w:t>Choose the correct answer. (8 x 0.25 = 2.0 points)</w:t>
      </w:r>
    </w:p>
    <w:p>
      <w:pPr>
        <w:spacing w:after="20"/>
        <w:ind w:left="0" w:firstLine="0"/>
      </w:pPr>
      <w:r>
        <w:rPr>
          <w:rFonts w:ascii="Arial" w:hAnsi="Arial" w:eastAsia="Arial"/>
          <w:b/>
          <w:i w:val="0"/>
          <w:color w:val="000000"/>
          <w:sz w:val="21"/>
        </w:rPr>
        <w:t xml:space="preserve">1. </w:t>
      </w:r>
      <w:r>
        <w:rPr>
          <w:rFonts w:ascii="Arial" w:hAnsi="Arial" w:eastAsia="Arial"/>
          <w:b w:val="0"/>
          <w:i w:val="0"/>
          <w:color w:val="000000"/>
          <w:sz w:val="21"/>
        </w:rPr>
        <w:t>Where do you want to ____?</w:t>
      </w:r>
    </w:p>
    <w:p>
      <w:pPr>
        <w:spacing w:after="40"/>
        <w:ind w:left="255"/>
      </w:pPr>
      <w:r>
        <w:rPr>
          <w:rFonts w:ascii="Arial" w:hAnsi="Arial" w:eastAsia="Arial"/>
          <w:b w:val="0"/>
          <w:i w:val="0"/>
          <w:color w:val="000000"/>
          <w:sz w:val="21"/>
        </w:rPr>
        <w:t>A. visited</w:t>
      </w:r>
      <w:r>
        <w:t xml:space="preserve">       </w:t>
      </w:r>
      <w:r>
        <w:rPr>
          <w:rFonts w:ascii="Arial" w:hAnsi="Arial" w:eastAsia="Arial"/>
          <w:b w:val="0"/>
          <w:i w:val="0"/>
          <w:color w:val="000000"/>
          <w:sz w:val="21"/>
        </w:rPr>
        <w:t>B. visiting</w:t>
      </w:r>
      <w:r>
        <w:t xml:space="preserve">       </w:t>
      </w:r>
      <w:r>
        <w:rPr>
          <w:rFonts w:ascii="Arial" w:hAnsi="Arial" w:eastAsia="Arial"/>
          <w:b w:val="0"/>
          <w:i w:val="0"/>
          <w:color w:val="000000"/>
          <w:sz w:val="21"/>
        </w:rPr>
        <w:t>C. visits</w:t>
      </w:r>
      <w:r>
        <w:t xml:space="preserve">       </w:t>
      </w:r>
      <w:r>
        <w:rPr>
          <w:rFonts w:ascii="Arial" w:hAnsi="Arial" w:eastAsia="Arial"/>
          <w:b w:val="0"/>
          <w:i w:val="0"/>
          <w:color w:val="000000"/>
          <w:sz w:val="21"/>
        </w:rPr>
        <w:t>D. visit</w:t>
      </w:r>
    </w:p>
    <w:p>
      <w:pPr>
        <w:spacing w:after="20"/>
        <w:ind w:left="0" w:firstLine="0"/>
      </w:pPr>
      <w:r>
        <w:rPr>
          <w:rFonts w:ascii="Arial" w:hAnsi="Arial" w:eastAsia="Arial"/>
          <w:b/>
          <w:i w:val="0"/>
          <w:color w:val="000000"/>
          <w:sz w:val="21"/>
        </w:rPr>
        <w:t xml:space="preserve">2. </w:t>
      </w:r>
      <w:r>
        <w:rPr>
          <w:rFonts w:ascii="Arial" w:hAnsi="Arial" w:eastAsia="Arial"/>
          <w:b w:val="0"/>
          <w:i w:val="0"/>
          <w:color w:val="000000"/>
          <w:sz w:val="21"/>
        </w:rPr>
        <w:t>I want to ____ Ha Noi Opera House.</w:t>
      </w:r>
    </w:p>
    <w:p>
      <w:pPr>
        <w:spacing w:after="40"/>
        <w:ind w:left="255"/>
      </w:pPr>
      <w:r>
        <w:rPr>
          <w:rFonts w:ascii="Arial" w:hAnsi="Arial" w:eastAsia="Arial"/>
          <w:b w:val="0"/>
          <w:i w:val="0"/>
          <w:color w:val="000000"/>
          <w:sz w:val="21"/>
        </w:rPr>
        <w:t>A. visits</w:t>
      </w:r>
      <w:r>
        <w:t xml:space="preserve">       </w:t>
      </w:r>
      <w:r>
        <w:rPr>
          <w:rFonts w:ascii="Arial" w:hAnsi="Arial" w:eastAsia="Arial"/>
          <w:b w:val="0"/>
          <w:i w:val="0"/>
          <w:color w:val="000000"/>
          <w:sz w:val="21"/>
        </w:rPr>
        <w:t>B. visited</w:t>
      </w:r>
      <w:r>
        <w:t xml:space="preserve">       </w:t>
      </w:r>
      <w:r>
        <w:rPr>
          <w:rFonts w:ascii="Arial" w:hAnsi="Arial" w:eastAsia="Arial"/>
          <w:b w:val="0"/>
          <w:i w:val="0"/>
          <w:color w:val="000000"/>
          <w:sz w:val="21"/>
        </w:rPr>
        <w:t>C. visiting</w:t>
      </w:r>
      <w:r>
        <w:t xml:space="preserve">       </w:t>
      </w:r>
      <w:r>
        <w:rPr>
          <w:rFonts w:ascii="Arial" w:hAnsi="Arial" w:eastAsia="Arial"/>
          <w:b w:val="0"/>
          <w:i w:val="0"/>
          <w:color w:val="000000"/>
          <w:sz w:val="21"/>
        </w:rPr>
        <w:t>D. visit</w:t>
      </w:r>
    </w:p>
    <w:p>
      <w:pPr>
        <w:spacing w:after="20"/>
        <w:ind w:left="0" w:firstLine="0"/>
      </w:pPr>
      <w:r>
        <w:rPr>
          <w:rFonts w:ascii="Arial" w:hAnsi="Arial" w:eastAsia="Arial"/>
          <w:b/>
          <w:i w:val="0"/>
          <w:color w:val="000000"/>
          <w:sz w:val="21"/>
        </w:rPr>
        <w:t xml:space="preserve">3. </w:t>
      </w:r>
      <w:r>
        <w:rPr>
          <w:rFonts w:ascii="Arial" w:hAnsi="Arial" w:eastAsia="Arial"/>
          <w:b w:val="0"/>
          <w:i w:val="0"/>
          <w:color w:val="000000"/>
          <w:sz w:val="21"/>
        </w:rPr>
        <w:t>How can I get ____ the museum?</w:t>
      </w:r>
    </w:p>
    <w:p>
      <w:pPr>
        <w:spacing w:after="40"/>
        <w:ind w:left="255"/>
      </w:pPr>
      <w:r>
        <w:rPr>
          <w:rFonts w:ascii="Arial" w:hAnsi="Arial" w:eastAsia="Arial"/>
          <w:b w:val="0"/>
          <w:i w:val="0"/>
          <w:color w:val="000000"/>
          <w:sz w:val="21"/>
        </w:rPr>
        <w:t>A. from</w:t>
      </w:r>
      <w:r>
        <w:t xml:space="preserve">       </w:t>
      </w:r>
      <w:r>
        <w:rPr>
          <w:rFonts w:ascii="Arial" w:hAnsi="Arial" w:eastAsia="Arial"/>
          <w:b w:val="0"/>
          <w:i w:val="0"/>
          <w:color w:val="000000"/>
          <w:sz w:val="21"/>
        </w:rPr>
        <w:t>B. at</w:t>
      </w:r>
      <w:r>
        <w:t xml:space="preserve">       </w:t>
      </w:r>
      <w:r>
        <w:rPr>
          <w:rFonts w:ascii="Arial" w:hAnsi="Arial" w:eastAsia="Arial"/>
          <w:b w:val="0"/>
          <w:i w:val="0"/>
          <w:color w:val="000000"/>
          <w:sz w:val="21"/>
        </w:rPr>
        <w:t>C. to</w:t>
      </w:r>
      <w:r>
        <w:t xml:space="preserve">       </w:t>
      </w:r>
      <w:r>
        <w:rPr>
          <w:rFonts w:ascii="Arial" w:hAnsi="Arial" w:eastAsia="Arial"/>
          <w:b w:val="0"/>
          <w:i w:val="0"/>
          <w:color w:val="000000"/>
          <w:sz w:val="21"/>
        </w:rPr>
        <w:t>D. on</w:t>
      </w:r>
    </w:p>
    <w:p>
      <w:pPr>
        <w:spacing w:after="20"/>
        <w:ind w:left="0" w:firstLine="0"/>
      </w:pPr>
      <w:r>
        <w:rPr>
          <w:rFonts w:ascii="Arial" w:hAnsi="Arial" w:eastAsia="Arial"/>
          <w:b/>
          <w:i w:val="0"/>
          <w:color w:val="000000"/>
          <w:sz w:val="21"/>
        </w:rPr>
        <w:t xml:space="preserve">4. </w:t>
      </w:r>
      <w:r>
        <w:rPr>
          <w:rFonts w:ascii="Arial" w:hAnsi="Arial" w:eastAsia="Arial"/>
          <w:b w:val="0"/>
          <w:i w:val="0"/>
          <w:color w:val="000000"/>
          <w:sz w:val="21"/>
        </w:rPr>
        <w:t>You can get there ____ bus.</w:t>
      </w:r>
    </w:p>
    <w:p>
      <w:pPr>
        <w:spacing w:after="40"/>
        <w:ind w:left="255"/>
      </w:pPr>
      <w:r>
        <w:rPr>
          <w:rFonts w:ascii="Arial" w:hAnsi="Arial" w:eastAsia="Arial"/>
          <w:b w:val="0"/>
          <w:i w:val="0"/>
          <w:color w:val="000000"/>
          <w:sz w:val="21"/>
        </w:rPr>
        <w:t>A. on</w:t>
      </w:r>
      <w:r>
        <w:t xml:space="preserve">       </w:t>
      </w:r>
      <w:r>
        <w:rPr>
          <w:rFonts w:ascii="Arial" w:hAnsi="Arial" w:eastAsia="Arial"/>
          <w:b w:val="0"/>
          <w:i w:val="0"/>
          <w:color w:val="000000"/>
          <w:sz w:val="21"/>
        </w:rPr>
        <w:t>B. by</w:t>
      </w:r>
      <w:r>
        <w:t xml:space="preserve">       </w:t>
      </w:r>
      <w:r>
        <w:rPr>
          <w:rFonts w:ascii="Arial" w:hAnsi="Arial" w:eastAsia="Arial"/>
          <w:b w:val="0"/>
          <w:i w:val="0"/>
          <w:color w:val="000000"/>
          <w:sz w:val="21"/>
        </w:rPr>
        <w:t>C. with</w:t>
      </w:r>
      <w:r>
        <w:t xml:space="preserve">       </w:t>
      </w:r>
      <w:r>
        <w:rPr>
          <w:rFonts w:ascii="Arial" w:hAnsi="Arial" w:eastAsia="Arial"/>
          <w:b w:val="0"/>
          <w:i w:val="0"/>
          <w:color w:val="000000"/>
          <w:sz w:val="21"/>
        </w:rPr>
        <w:t>D. in a</w:t>
      </w:r>
    </w:p>
    <w:p>
      <w:pPr>
        <w:spacing w:after="20"/>
        <w:ind w:left="0" w:firstLine="0"/>
      </w:pPr>
      <w:r>
        <w:rPr>
          <w:rFonts w:ascii="Arial" w:hAnsi="Arial" w:eastAsia="Arial"/>
          <w:b/>
          <w:i w:val="0"/>
          <w:color w:val="000000"/>
          <w:sz w:val="21"/>
        </w:rPr>
        <w:t xml:space="preserve">5. </w:t>
      </w:r>
      <w:r>
        <w:rPr>
          <w:rFonts w:ascii="Arial" w:hAnsi="Arial" w:eastAsia="Arial"/>
          <w:b w:val="0"/>
          <w:i w:val="0"/>
          <w:color w:val="000000"/>
          <w:sz w:val="21"/>
        </w:rPr>
        <w:t>The square is near. You can go ____ foot.</w:t>
      </w:r>
    </w:p>
    <w:p>
      <w:pPr>
        <w:spacing w:after="40"/>
        <w:ind w:left="255"/>
      </w:pPr>
      <w:r>
        <w:rPr>
          <w:rFonts w:ascii="Arial" w:hAnsi="Arial" w:eastAsia="Arial"/>
          <w:b w:val="0"/>
          <w:i w:val="0"/>
          <w:color w:val="000000"/>
          <w:sz w:val="21"/>
        </w:rPr>
        <w:t>A. on</w:t>
      </w:r>
      <w:r>
        <w:t xml:space="preserve">       </w:t>
      </w:r>
      <w:r>
        <w:rPr>
          <w:rFonts w:ascii="Arial" w:hAnsi="Arial" w:eastAsia="Arial"/>
          <w:b w:val="0"/>
          <w:i w:val="0"/>
          <w:color w:val="000000"/>
          <w:sz w:val="21"/>
        </w:rPr>
        <w:t>B. with</w:t>
      </w:r>
      <w:r>
        <w:t xml:space="preserve">       </w:t>
      </w:r>
      <w:r>
        <w:rPr>
          <w:rFonts w:ascii="Arial" w:hAnsi="Arial" w:eastAsia="Arial"/>
          <w:b w:val="0"/>
          <w:i w:val="0"/>
          <w:color w:val="000000"/>
          <w:sz w:val="21"/>
        </w:rPr>
        <w:t>C. by</w:t>
      </w:r>
      <w:r>
        <w:t xml:space="preserve">       </w:t>
      </w:r>
      <w:r>
        <w:rPr>
          <w:rFonts w:ascii="Arial" w:hAnsi="Arial" w:eastAsia="Arial"/>
          <w:b w:val="0"/>
          <w:i w:val="0"/>
          <w:color w:val="000000"/>
          <w:sz w:val="21"/>
        </w:rPr>
        <w:t>D. at</w:t>
      </w:r>
    </w:p>
    <w:p>
      <w:pPr>
        <w:spacing w:after="20"/>
        <w:ind w:left="0" w:firstLine="0"/>
      </w:pPr>
      <w:r>
        <w:rPr>
          <w:rFonts w:ascii="Arial" w:hAnsi="Arial" w:eastAsia="Arial"/>
          <w:b/>
          <w:i w:val="0"/>
          <w:color w:val="000000"/>
          <w:sz w:val="21"/>
        </w:rPr>
        <w:t xml:space="preserve">6. </w:t>
      </w:r>
      <w:r>
        <w:rPr>
          <w:rFonts w:ascii="Arial" w:hAnsi="Arial" w:eastAsia="Arial"/>
          <w:b w:val="0"/>
          <w:i w:val="0"/>
          <w:color w:val="000000"/>
          <w:sz w:val="21"/>
        </w:rPr>
        <w:t>____ can we get to Dragon Bridge?</w:t>
      </w:r>
    </w:p>
    <w:p>
      <w:pPr>
        <w:spacing w:after="40"/>
        <w:ind w:left="255"/>
      </w:pPr>
      <w:r>
        <w:rPr>
          <w:rFonts w:ascii="Arial" w:hAnsi="Arial" w:eastAsia="Arial"/>
          <w:b w:val="0"/>
          <w:i w:val="0"/>
          <w:color w:val="000000"/>
          <w:sz w:val="21"/>
        </w:rPr>
        <w:t>A. What</w:t>
      </w:r>
      <w:r>
        <w:t xml:space="preserve">       </w:t>
      </w:r>
      <w:r>
        <w:rPr>
          <w:rFonts w:ascii="Arial" w:hAnsi="Arial" w:eastAsia="Arial"/>
          <w:b w:val="0"/>
          <w:i w:val="0"/>
          <w:color w:val="000000"/>
          <w:sz w:val="21"/>
        </w:rPr>
        <w:t>B. Who</w:t>
      </w:r>
      <w:r>
        <w:t xml:space="preserve">       </w:t>
      </w:r>
      <w:r>
        <w:rPr>
          <w:rFonts w:ascii="Arial" w:hAnsi="Arial" w:eastAsia="Arial"/>
          <w:b w:val="0"/>
          <w:i w:val="0"/>
          <w:color w:val="000000"/>
          <w:sz w:val="21"/>
        </w:rPr>
        <w:t>C. How</w:t>
      </w:r>
      <w:r>
        <w:t xml:space="preserve">       </w:t>
      </w:r>
      <w:r>
        <w:rPr>
          <w:rFonts w:ascii="Arial" w:hAnsi="Arial" w:eastAsia="Arial"/>
          <w:b w:val="0"/>
          <w:i w:val="0"/>
          <w:color w:val="000000"/>
          <w:sz w:val="21"/>
        </w:rPr>
        <w:t>D. Where</w:t>
      </w:r>
    </w:p>
    <w:p>
      <w:pPr>
        <w:spacing w:after="20"/>
        <w:ind w:left="0" w:firstLine="0"/>
      </w:pPr>
      <w:r>
        <w:rPr>
          <w:rFonts w:ascii="Arial" w:hAnsi="Arial" w:eastAsia="Arial"/>
          <w:b/>
          <w:i w:val="0"/>
          <w:color w:val="000000"/>
          <w:sz w:val="21"/>
        </w:rPr>
        <w:t xml:space="preserve">7. </w:t>
      </w:r>
      <w:r>
        <w:rPr>
          <w:rFonts w:ascii="Arial" w:hAnsi="Arial" w:eastAsia="Arial"/>
          <w:b w:val="0"/>
          <w:i w:val="0"/>
          <w:color w:val="000000"/>
          <w:sz w:val="21"/>
        </w:rPr>
        <w:t>She wants ____ visit the museum.</w:t>
      </w:r>
    </w:p>
    <w:p>
      <w:pPr>
        <w:spacing w:after="40"/>
        <w:ind w:left="255"/>
      </w:pPr>
      <w:r>
        <w:rPr>
          <w:rFonts w:ascii="Arial" w:hAnsi="Arial" w:eastAsia="Arial"/>
          <w:b w:val="0"/>
          <w:i w:val="0"/>
          <w:color w:val="000000"/>
          <w:sz w:val="21"/>
        </w:rPr>
        <w:t>A. at</w:t>
      </w:r>
      <w:r>
        <w:t xml:space="preserve">       </w:t>
      </w:r>
      <w:r>
        <w:rPr>
          <w:rFonts w:ascii="Arial" w:hAnsi="Arial" w:eastAsia="Arial"/>
          <w:b w:val="0"/>
          <w:i w:val="0"/>
          <w:color w:val="000000"/>
          <w:sz w:val="21"/>
        </w:rPr>
        <w:t>B. to</w:t>
      </w:r>
      <w:r>
        <w:t xml:space="preserve">       </w:t>
      </w:r>
      <w:r>
        <w:rPr>
          <w:rFonts w:ascii="Arial" w:hAnsi="Arial" w:eastAsia="Arial"/>
          <w:b w:val="0"/>
          <w:i w:val="0"/>
          <w:color w:val="000000"/>
          <w:sz w:val="21"/>
        </w:rPr>
        <w:t>C. of</w:t>
      </w:r>
      <w:r>
        <w:t xml:space="preserve">       </w:t>
      </w:r>
      <w:r>
        <w:rPr>
          <w:rFonts w:ascii="Arial" w:hAnsi="Arial" w:eastAsia="Arial"/>
          <w:b w:val="0"/>
          <w:i w:val="0"/>
          <w:color w:val="000000"/>
          <w:sz w:val="21"/>
        </w:rPr>
        <w:t>D. for</w:t>
      </w:r>
    </w:p>
    <w:p>
      <w:pPr>
        <w:spacing w:after="20"/>
        <w:ind w:left="0" w:firstLine="0"/>
      </w:pPr>
      <w:r>
        <w:rPr>
          <w:rFonts w:ascii="Arial" w:hAnsi="Arial" w:eastAsia="Arial"/>
          <w:b/>
          <w:i w:val="0"/>
          <w:color w:val="000000"/>
          <w:sz w:val="21"/>
        </w:rPr>
        <w:t xml:space="preserve">8. </w:t>
      </w:r>
      <w:r>
        <w:rPr>
          <w:rFonts w:ascii="Arial" w:hAnsi="Arial" w:eastAsia="Arial"/>
          <w:b w:val="0"/>
          <w:i w:val="0"/>
          <w:color w:val="000000"/>
          <w:sz w:val="21"/>
        </w:rPr>
        <w:t>Can I get there by bicycle? - Yes, you ____.</w:t>
      </w:r>
    </w:p>
    <w:p>
      <w:pPr>
        <w:spacing w:after="40"/>
        <w:ind w:left="255"/>
      </w:pPr>
      <w:r>
        <w:rPr>
          <w:rFonts w:ascii="Arial" w:hAnsi="Arial" w:eastAsia="Arial"/>
          <w:b w:val="0"/>
          <w:i w:val="0"/>
          <w:color w:val="000000"/>
          <w:sz w:val="21"/>
        </w:rPr>
        <w:t>A. can</w:t>
      </w:r>
      <w:r>
        <w:t xml:space="preserve">       </w:t>
      </w:r>
      <w:r>
        <w:rPr>
          <w:rFonts w:ascii="Arial" w:hAnsi="Arial" w:eastAsia="Arial"/>
          <w:b w:val="0"/>
          <w:i w:val="0"/>
          <w:color w:val="000000"/>
          <w:sz w:val="21"/>
        </w:rPr>
        <w:t>B. get</w:t>
      </w:r>
      <w:r>
        <w:t xml:space="preserve">       </w:t>
      </w:r>
      <w:r>
        <w:rPr>
          <w:rFonts w:ascii="Arial" w:hAnsi="Arial" w:eastAsia="Arial"/>
          <w:b w:val="0"/>
          <w:i w:val="0"/>
          <w:color w:val="000000"/>
          <w:sz w:val="21"/>
        </w:rPr>
        <w:t>C. are</w:t>
      </w:r>
      <w:r>
        <w:t xml:space="preserve">       </w:t>
      </w:r>
      <w:r>
        <w:rPr>
          <w:rFonts w:ascii="Arial" w:hAnsi="Arial" w:eastAsia="Arial"/>
          <w:b w:val="0"/>
          <w:i w:val="0"/>
          <w:color w:val="000000"/>
          <w:sz w:val="21"/>
        </w:rPr>
        <w:t>D. do</w:t>
      </w:r>
    </w:p>
    <w:p>
      <w:r>
        <w:br w:type="page"/>
      </w:r>
    </w:p>
    <w:p>
      <w:pPr>
        <w:pStyle w:val="Heading1"/>
        <w:keepNext/>
      </w:pPr>
      <w:r>
        <w:rPr>
          <w:rFonts w:ascii="Arial" w:hAnsi="Arial" w:eastAsia="Arial"/>
          <w:b/>
          <w:i w:val="0"/>
          <w:color w:val="1F4E79"/>
          <w:sz w:val="23"/>
        </w:rPr>
        <w:t>III. READING</w:t>
      </w:r>
      <w:r>
        <w:rPr>
          <w:rFonts w:ascii="Arial" w:hAnsi="Arial" w:eastAsia="Arial"/>
          <w:b/>
          <w:i w:val="0"/>
          <w:color w:val="595959"/>
          <w:sz w:val="21"/>
        </w:rPr>
        <w:t xml:space="preserve">  (3.0 points)</w:t>
      </w:r>
    </w:p>
    <w:p>
      <w:pPr>
        <w:keepNext/>
        <w:spacing w:after="40"/>
      </w:pPr>
      <w:r>
        <w:rPr>
          <w:rFonts w:ascii="Arial" w:hAnsi="Arial" w:eastAsia="Arial"/>
          <w:b w:val="0"/>
          <w:i/>
          <w:color w:val="595959"/>
          <w:sz w:val="20"/>
        </w:rPr>
        <w:t>Read the passage and complete Tasks A and B.</w:t>
      </w:r>
    </w:p>
    <w:tbl>
      <w:tblPr>
        <w:tblStyle w:val="TableGrid"/>
        <w:tblW w:type="dxa" w:w="10190"/>
        <w:tblLayout w:type="fixed"/>
        <w:tblLook w:firstColumn="1" w:firstRow="1" w:lastColumn="0" w:lastRow="0" w:noHBand="0" w:noVBand="1" w:val="04A0"/>
        <w:tblInd w:w="100" w:type="dxa"/>
      </w:tblPr>
      <w:tblGrid>
        <w:gridCol w:w="10190"/>
      </w:tblGrid>
      <w:tr>
        <w:tc>
          <w:tcPr>
            <w:tcW w:type="dxa" w:w="10190"/>
            <w:tcMar>
              <w:top w:w="80" w:type="dxa"/>
              <w:start w:w="100" w:type="dxa"/>
              <w:bottom w:w="80" w:type="dxa"/>
              <w:end w:w="100" w:type="dxa"/>
            </w:tcMar>
            <w:vAlign w:val="center"/>
            <w:shd w:fill="F2F2F2"/>
          </w:tcPr>
          <w:p>
            <w:pPr>
              <w:spacing w:before="20" w:after="20" w:line="252" w:lineRule="auto"/>
            </w:pPr>
            <w:r>
              <w:rPr>
                <w:rFonts w:ascii="Arial" w:hAnsi="Arial" w:eastAsia="Arial"/>
                <w:b w:val="0"/>
                <w:i w:val="0"/>
                <w:color w:val="000000"/>
                <w:sz w:val="20"/>
              </w:rPr>
              <w:t>Minh and his father are planning a day in Da Nang. Minh wants to visit Dragon Bridge first. They will get there by bus because it is far from their hotel. After taking photos, they want to visit a museum in the city centre. They can go there by taxi. In the afternoon, they will visit a small market near the museum. Because the market is close, they will walk there. Minh is excited about using different means of transport.</w:t>
            </w:r>
          </w:p>
        </w:tc>
      </w:tr>
    </w:tbl>
    <w:p>
      <w:pPr>
        <w:pStyle w:val="Heading2"/>
      </w:pPr>
      <w:r>
        <w:rPr>
          <w:rFonts w:ascii="Arial" w:hAnsi="Arial" w:eastAsia="Arial"/>
          <w:b/>
          <w:i w:val="0"/>
          <w:color w:val="1F4E79"/>
          <w:sz w:val="21"/>
        </w:rPr>
        <w:t>A. Write T (True) or F (False). (5 x 0.3 = 1.5 points)</w:t>
      </w:r>
    </w:p>
    <w:p>
      <w:pPr>
        <w:spacing w:after="20"/>
      </w:pPr>
      <w:r>
        <w:rPr>
          <w:rFonts w:ascii="Arial" w:hAnsi="Arial" w:eastAsia="Arial"/>
          <w:b/>
          <w:i w:val="0"/>
          <w:color w:val="000000"/>
          <w:sz w:val="21"/>
        </w:rPr>
        <w:t xml:space="preserve">1. _____  </w:t>
      </w:r>
      <w:r>
        <w:rPr>
          <w:rFonts w:ascii="Arial" w:hAnsi="Arial" w:eastAsia="Arial"/>
          <w:b w:val="0"/>
          <w:i w:val="0"/>
          <w:color w:val="000000"/>
          <w:sz w:val="21"/>
        </w:rPr>
        <w:t>Minh is excited about the trip.</w:t>
      </w:r>
    </w:p>
    <w:p>
      <w:pPr>
        <w:spacing w:after="20"/>
      </w:pPr>
      <w:r>
        <w:rPr>
          <w:rFonts w:ascii="Arial" w:hAnsi="Arial" w:eastAsia="Arial"/>
          <w:b/>
          <w:i w:val="0"/>
          <w:color w:val="000000"/>
          <w:sz w:val="21"/>
        </w:rPr>
        <w:t xml:space="preserve">2. _____  </w:t>
      </w:r>
      <w:r>
        <w:rPr>
          <w:rFonts w:ascii="Arial" w:hAnsi="Arial" w:eastAsia="Arial"/>
          <w:b w:val="0"/>
          <w:i w:val="0"/>
          <w:color w:val="000000"/>
          <w:sz w:val="21"/>
        </w:rPr>
        <w:t>Minh is planning the trip with his father.</w:t>
      </w:r>
    </w:p>
    <w:p>
      <w:pPr>
        <w:spacing w:after="20"/>
      </w:pPr>
      <w:r>
        <w:rPr>
          <w:rFonts w:ascii="Arial" w:hAnsi="Arial" w:eastAsia="Arial"/>
          <w:b/>
          <w:i w:val="0"/>
          <w:color w:val="000000"/>
          <w:sz w:val="21"/>
        </w:rPr>
        <w:t xml:space="preserve">3. _____  </w:t>
      </w:r>
      <w:r>
        <w:rPr>
          <w:rFonts w:ascii="Arial" w:hAnsi="Arial" w:eastAsia="Arial"/>
          <w:b w:val="0"/>
          <w:i w:val="0"/>
          <w:color w:val="000000"/>
          <w:sz w:val="21"/>
        </w:rPr>
        <w:t>They will visit a market first.</w:t>
      </w:r>
    </w:p>
    <w:p>
      <w:pPr>
        <w:spacing w:after="20"/>
      </w:pPr>
      <w:r>
        <w:rPr>
          <w:rFonts w:ascii="Arial" w:hAnsi="Arial" w:eastAsia="Arial"/>
          <w:b/>
          <w:i w:val="0"/>
          <w:color w:val="000000"/>
          <w:sz w:val="21"/>
        </w:rPr>
        <w:t xml:space="preserve">4. _____  </w:t>
      </w:r>
      <w:r>
        <w:rPr>
          <w:rFonts w:ascii="Arial" w:hAnsi="Arial" w:eastAsia="Arial"/>
          <w:b w:val="0"/>
          <w:i w:val="0"/>
          <w:color w:val="000000"/>
          <w:sz w:val="21"/>
        </w:rPr>
        <w:t>The market is far from the museum.</w:t>
      </w:r>
    </w:p>
    <w:p>
      <w:pPr>
        <w:spacing w:after="20"/>
      </w:pPr>
      <w:r>
        <w:rPr>
          <w:rFonts w:ascii="Arial" w:hAnsi="Arial" w:eastAsia="Arial"/>
          <w:b/>
          <w:i w:val="0"/>
          <w:color w:val="000000"/>
          <w:sz w:val="21"/>
        </w:rPr>
        <w:t xml:space="preserve">5. _____  </w:t>
      </w:r>
      <w:r>
        <w:rPr>
          <w:rFonts w:ascii="Arial" w:hAnsi="Arial" w:eastAsia="Arial"/>
          <w:b w:val="0"/>
          <w:i w:val="0"/>
          <w:color w:val="000000"/>
          <w:sz w:val="21"/>
        </w:rPr>
        <w:t>They will go to Dragon Bridge by bus.</w:t>
      </w:r>
    </w:p>
    <w:p>
      <w:pPr>
        <w:pStyle w:val="Heading2"/>
      </w:pPr>
      <w:r>
        <w:rPr>
          <w:rFonts w:ascii="Arial" w:hAnsi="Arial" w:eastAsia="Arial"/>
          <w:b/>
          <w:i w:val="0"/>
          <w:color w:val="1F4E79"/>
          <w:sz w:val="21"/>
        </w:rPr>
        <w:t>B. Answer the questions. (5 x 0.3 = 1.5 points)</w:t>
      </w:r>
    </w:p>
    <w:p>
      <w:pPr>
        <w:spacing w:after="20"/>
      </w:pPr>
      <w:r>
        <w:rPr>
          <w:rFonts w:ascii="Arial" w:hAnsi="Arial" w:eastAsia="Arial"/>
          <w:b/>
          <w:i w:val="0"/>
          <w:color w:val="000000"/>
          <w:sz w:val="21"/>
        </w:rPr>
        <w:t xml:space="preserve">1. </w:t>
      </w:r>
      <w:r>
        <w:rPr>
          <w:rFonts w:ascii="Arial" w:hAnsi="Arial" w:eastAsia="Arial"/>
          <w:b w:val="0"/>
          <w:i w:val="0"/>
          <w:color w:val="000000"/>
          <w:sz w:val="21"/>
        </w:rPr>
        <w:t>Why will they take a bus to Dragon Bridge?</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2. </w:t>
      </w:r>
      <w:r>
        <w:rPr>
          <w:rFonts w:ascii="Arial" w:hAnsi="Arial" w:eastAsia="Arial"/>
          <w:b w:val="0"/>
          <w:i w:val="0"/>
          <w:color w:val="000000"/>
          <w:sz w:val="21"/>
        </w:rPr>
        <w:t>What will they do at the bridge?</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3. </w:t>
      </w:r>
      <w:r>
        <w:rPr>
          <w:rFonts w:ascii="Arial" w:hAnsi="Arial" w:eastAsia="Arial"/>
          <w:b w:val="0"/>
          <w:i w:val="0"/>
          <w:color w:val="000000"/>
          <w:sz w:val="21"/>
        </w:rPr>
        <w:t>How will they get to the museum?</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4. </w:t>
      </w:r>
      <w:r>
        <w:rPr>
          <w:rFonts w:ascii="Arial" w:hAnsi="Arial" w:eastAsia="Arial"/>
          <w:b w:val="0"/>
          <w:i w:val="0"/>
          <w:color w:val="000000"/>
          <w:sz w:val="21"/>
        </w:rPr>
        <w:t>When will they visit the market?</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5. </w:t>
      </w:r>
      <w:r>
        <w:rPr>
          <w:rFonts w:ascii="Arial" w:hAnsi="Arial" w:eastAsia="Arial"/>
          <w:b w:val="0"/>
          <w:i w:val="0"/>
          <w:color w:val="000000"/>
          <w:sz w:val="21"/>
        </w:rPr>
        <w:t>How will they get to the market?</w:t>
      </w:r>
    </w:p>
    <w:p>
      <w:pPr>
        <w:spacing w:before="0" w:after="20"/>
        <w:ind w:left="255"/>
      </w:pPr>
      <w:r>
        <w:rPr>
          <w:rFonts w:ascii="Arial" w:hAnsi="Arial" w:eastAsia="Arial"/>
          <w:b w:val="0"/>
          <w:i w:val="0"/>
          <w:color w:val="595959"/>
          <w:sz w:val="18"/>
        </w:rPr>
        <w:t>________________________________________________________________________________</w:t>
      </w:r>
    </w:p>
    <w:p>
      <w:pPr>
        <w:pStyle w:val="Heading1"/>
        <w:keepNext/>
      </w:pPr>
      <w:r>
        <w:rPr>
          <w:rFonts w:ascii="Arial" w:hAnsi="Arial" w:eastAsia="Arial"/>
          <w:b/>
          <w:i w:val="0"/>
          <w:color w:val="1F4E79"/>
          <w:sz w:val="23"/>
        </w:rPr>
        <w:t>IV. WRITING</w:t>
      </w:r>
      <w:r>
        <w:rPr>
          <w:rFonts w:ascii="Arial" w:hAnsi="Arial" w:eastAsia="Arial"/>
          <w:b/>
          <w:i w:val="0"/>
          <w:color w:val="595959"/>
          <w:sz w:val="21"/>
        </w:rPr>
        <w:t xml:space="preserve">  (3.0 points)</w:t>
      </w:r>
    </w:p>
    <w:p>
      <w:pPr>
        <w:keepNext/>
        <w:spacing w:after="40"/>
      </w:pPr>
      <w:r>
        <w:rPr>
          <w:rFonts w:ascii="Arial" w:hAnsi="Arial" w:eastAsia="Arial"/>
          <w:b w:val="0"/>
          <w:i/>
          <w:color w:val="595959"/>
          <w:sz w:val="20"/>
        </w:rPr>
        <w:t>A. Put the words in the correct order. (4 x 0.5 = 2.0 points)</w:t>
      </w:r>
    </w:p>
    <w:p>
      <w:pPr>
        <w:spacing w:after="20"/>
      </w:pPr>
      <w:r>
        <w:rPr>
          <w:rFonts w:ascii="Arial" w:hAnsi="Arial" w:eastAsia="Arial"/>
          <w:b/>
          <w:i w:val="0"/>
          <w:color w:val="000000"/>
          <w:sz w:val="21"/>
        </w:rPr>
        <w:t xml:space="preserve">1. </w:t>
      </w:r>
      <w:r>
        <w:rPr>
          <w:rFonts w:ascii="Arial" w:hAnsi="Arial" w:eastAsia="Arial"/>
          <w:b w:val="0"/>
          <w:i w:val="0"/>
          <w:color w:val="000000"/>
          <w:sz w:val="21"/>
        </w:rPr>
        <w:t>want / Where / visit / you / do / to / ?</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2. </w:t>
      </w:r>
      <w:r>
        <w:rPr>
          <w:rFonts w:ascii="Arial" w:hAnsi="Arial" w:eastAsia="Arial"/>
          <w:b w:val="0"/>
          <w:i w:val="0"/>
          <w:color w:val="000000"/>
          <w:sz w:val="21"/>
        </w:rPr>
        <w:t>visit / want / Dragon Bridge / I / to / .</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3. </w:t>
      </w:r>
      <w:r>
        <w:rPr>
          <w:rFonts w:ascii="Arial" w:hAnsi="Arial" w:eastAsia="Arial"/>
          <w:b w:val="0"/>
          <w:i w:val="0"/>
          <w:color w:val="000000"/>
          <w:sz w:val="21"/>
        </w:rPr>
        <w:t>get / How / I / can / there / ?</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4. </w:t>
      </w:r>
      <w:r>
        <w:rPr>
          <w:rFonts w:ascii="Arial" w:hAnsi="Arial" w:eastAsia="Arial"/>
          <w:b w:val="0"/>
          <w:i w:val="0"/>
          <w:color w:val="000000"/>
          <w:sz w:val="21"/>
        </w:rPr>
        <w:t>bus / get / You / there / by / can / .</w:t>
      </w:r>
    </w:p>
    <w:p>
      <w:pPr>
        <w:spacing w:before="0" w:after="20"/>
        <w:ind w:left="255"/>
      </w:pPr>
      <w:r>
        <w:rPr>
          <w:rFonts w:ascii="Arial" w:hAnsi="Arial" w:eastAsia="Arial"/>
          <w:b w:val="0"/>
          <w:i w:val="0"/>
          <w:color w:val="595959"/>
          <w:sz w:val="18"/>
        </w:rPr>
        <w:t>________________________________________________________________________________</w:t>
      </w:r>
    </w:p>
    <w:p>
      <w:pPr>
        <w:keepNext/>
        <w:spacing w:after="40"/>
      </w:pPr>
      <w:r>
        <w:rPr>
          <w:rFonts w:ascii="Arial" w:hAnsi="Arial" w:eastAsia="Arial"/>
          <w:b w:val="0"/>
          <w:i/>
          <w:color w:val="595959"/>
          <w:sz w:val="20"/>
        </w:rPr>
        <w:t>B. Complete or answer as directed. (2 x 0.5 = 1.0 point)</w:t>
      </w:r>
    </w:p>
    <w:p>
      <w:pPr>
        <w:spacing w:after="20"/>
      </w:pPr>
      <w:r>
        <w:rPr>
          <w:rFonts w:ascii="Arial" w:hAnsi="Arial" w:eastAsia="Arial"/>
          <w:b/>
          <w:i w:val="0"/>
          <w:color w:val="000000"/>
          <w:sz w:val="21"/>
        </w:rPr>
        <w:t xml:space="preserve">1. </w:t>
      </w:r>
      <w:r>
        <w:rPr>
          <w:rFonts w:ascii="Arial" w:hAnsi="Arial" w:eastAsia="Arial"/>
          <w:b w:val="0"/>
          <w:i w:val="0"/>
          <w:color w:val="000000"/>
          <w:sz w:val="21"/>
        </w:rPr>
        <w:t>Complete: She wants ____ (visit) the museum.</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2. </w:t>
      </w:r>
      <w:r>
        <w:rPr>
          <w:rFonts w:ascii="Arial" w:hAnsi="Arial" w:eastAsia="Arial"/>
          <w:b w:val="0"/>
          <w:i w:val="0"/>
          <w:color w:val="000000"/>
          <w:sz w:val="21"/>
        </w:rPr>
        <w:t>Answer: How do you get to school?</w:t>
      </w:r>
    </w:p>
    <w:p>
      <w:pPr>
        <w:spacing w:before="0" w:after="20"/>
        <w:ind w:left="255"/>
      </w:pPr>
      <w:r>
        <w:rPr>
          <w:rFonts w:ascii="Arial" w:hAnsi="Arial" w:eastAsia="Arial"/>
          <w:b w:val="0"/>
          <w:i w:val="0"/>
          <w:color w:val="595959"/>
          <w:sz w:val="18"/>
        </w:rPr>
        <w:t>________________________________________________________________________________</w:t>
      </w:r>
    </w:p>
    <w:sectPr w:rsidR="00FC693F" w:rsidRPr="0006063C" w:rsidSect="00034616">
      <w:headerReference w:type="default" r:id="rId9"/>
      <w:footerReference w:type="default" r:id="rId10"/>
      <w:pgSz w:w="11906" w:h="16838"/>
      <w:pgMar w:top="765" w:right="822" w:bottom="709" w:left="822" w:header="312" w:footer="31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eastAsia="Arial"/>
        <w:b w:val="0"/>
        <w:i w:val="0"/>
        <w:color w:val="595959"/>
        <w:sz w:val="17"/>
      </w:rPr>
      <w:t xml:space="preserve">Page </w:t>
    </w:r>
    <w:r>
      <w:rPr>
        <w:rFonts w:ascii="Arial" w:hAnsi="Arial" w:eastAsia="Arial"/>
        <w:b w:val="0"/>
        <w:i w:val="0"/>
        <w:color w:val="595959"/>
        <w:sz w:val="17"/>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Pr>
        <w:rFonts w:ascii="Arial" w:hAnsi="Arial" w:eastAsia="Arial"/>
        <w:b/>
        <w:i w:val="0"/>
        <w:color w:val="595959"/>
        <w:sz w:val="17"/>
      </w:rPr>
      <w:t>ENGLISH 5 - GLOBAL SUCCESS | UNIT TEST | UNIT 18</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40" w:line="240" w:lineRule="auto"/>
    </w:pPr>
    <w:rPr>
      <w:rFonts w:ascii="Arial" w:hAnsi="Arial" w:eastAsia="Arial"/>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00" w:after="40" w:line="240" w:lineRule="auto"/>
      <w:outlineLvl w:val="0"/>
    </w:pPr>
    <w:rPr>
      <w:rFonts w:asciiTheme="majorHAnsi" w:eastAsiaTheme="majorEastAsia" w:hAnsiTheme="majorHAnsi" w:cstheme="majorBidi" w:ascii="Arial" w:hAnsi="Arial" w:eastAsia="Arial"/>
      <w:b/>
      <w:bCs/>
      <w:color w:val="1F4E79"/>
      <w:sz w:val="23"/>
      <w:szCs w:val="28"/>
    </w:rPr>
  </w:style>
  <w:style w:type="paragraph" w:styleId="Heading2">
    <w:name w:val="heading 2"/>
    <w:basedOn w:val="Normal"/>
    <w:next w:val="Normal"/>
    <w:link w:val="Heading2Char"/>
    <w:uiPriority w:val="9"/>
    <w:unhideWhenUsed/>
    <w:qFormat/>
    <w:rsid w:val="00FC693F"/>
    <w:pPr>
      <w:keepNext/>
      <w:keepLines/>
      <w:spacing w:before="60" w:after="20" w:line="240" w:lineRule="auto"/>
      <w:outlineLvl w:val="1"/>
    </w:pPr>
    <w:rPr>
      <w:rFonts w:asciiTheme="majorHAnsi" w:eastAsiaTheme="majorEastAsia" w:hAnsiTheme="majorHAnsi" w:cstheme="majorBidi" w:ascii="Arial" w:hAnsi="Arial" w:eastAsia="Arial"/>
      <w:b/>
      <w:bCs/>
      <w:color w:val="1F4E79"/>
      <w:sz w:val="21"/>
      <w:szCs w:val="26"/>
    </w:rPr>
  </w:style>
  <w:style w:type="paragraph" w:styleId="Heading3">
    <w:name w:val="heading 3"/>
    <w:basedOn w:val="Normal"/>
    <w:next w:val="Normal"/>
    <w:link w:val="Heading3Char"/>
    <w:uiPriority w:val="9"/>
    <w:unhideWhenUsed/>
    <w:qFormat/>
    <w:rsid w:val="00FC693F"/>
    <w:pPr>
      <w:keepNext/>
      <w:keepLines/>
      <w:spacing w:before="40" w:after="20" w:line="240" w:lineRule="auto"/>
      <w:outlineLvl w:val="2"/>
    </w:pPr>
    <w:rPr>
      <w:rFonts w:asciiTheme="majorHAnsi" w:eastAsiaTheme="majorEastAsia" w:hAnsiTheme="majorHAnsi" w:cstheme="majorBidi" w:ascii="Arial" w:hAnsi="Arial" w:eastAsia="Arial"/>
      <w:b/>
      <w:bCs/>
      <w:color w:val="1F4E79"/>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40" w:line="240" w:lineRule="auto" w:before="0"/>
      <w:contextualSpacing/>
    </w:pPr>
    <w:rPr>
      <w:rFonts w:asciiTheme="majorHAnsi" w:eastAsiaTheme="majorEastAsia" w:hAnsiTheme="majorHAnsi" w:cstheme="majorBidi" w:ascii="Arial" w:hAnsi="Arial" w:eastAsia="Arial"/>
      <w:b/>
      <w:color w:val="000000"/>
      <w:spacing w:val="5"/>
      <w:kern w:val="28"/>
      <w:sz w:val="3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5 Global Success - Unit 18</dc:title>
  <dc:subject>Unit test and answer key</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