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b/>
          <w:i w:val="0"/>
          <w:color w:val="000000"/>
          <w:sz w:val="29"/>
        </w:rPr>
        <w:t>ENGLISH 5 - GLOBAL SUCCESS</w:t>
      </w:r>
    </w:p>
    <w:p>
      <w:pPr>
        <w:spacing w:after="40"/>
        <w:jc w:val="center"/>
      </w:pPr>
      <w:r>
        <w:rPr>
          <w:rFonts w:ascii="Arial" w:hAnsi="Arial" w:eastAsia="Arial"/>
          <w:b/>
          <w:i w:val="0"/>
          <w:color w:val="1F4E79"/>
          <w:sz w:val="26"/>
        </w:rPr>
        <w:t>UNIT 17: STORIES FOR CHILDREN</w:t>
      </w:r>
    </w:p>
    <w:p>
      <w:pPr>
        <w:spacing w:after="100"/>
        <w:jc w:val="center"/>
      </w:pPr>
      <w:r>
        <w:rPr>
          <w:rFonts w:ascii="Arial" w:hAnsi="Arial" w:eastAsia="Arial"/>
          <w:b/>
          <w:i w:val="0"/>
          <w:color w:val="595959"/>
          <w:sz w:val="21"/>
        </w:rPr>
        <w:t>UNIT TEST - Time: 40 minutes - Total: 10 points</w:t>
      </w:r>
    </w:p>
    <w:p>
      <w:pPr>
        <w:spacing w:after="80"/>
      </w:pPr>
      <w:r>
        <w:rPr>
          <w:rFonts w:ascii="Arial" w:hAnsi="Arial" w:eastAsia="Arial"/>
          <w:b/>
          <w:i w:val="0"/>
          <w:color w:val="000000"/>
          <w:sz w:val="21"/>
        </w:rPr>
        <w:t xml:space="preserve">Name: </w:t>
      </w:r>
      <w:r>
        <w:rPr>
          <w:rFonts w:ascii="Arial" w:hAnsi="Arial" w:eastAsia="Arial"/>
          <w:b w:val="0"/>
          <w:i w:val="0"/>
          <w:color w:val="000000"/>
          <w:sz w:val="21"/>
        </w:rPr>
        <w:t xml:space="preserve">__________________________________    </w:t>
      </w:r>
      <w:r>
        <w:rPr>
          <w:rFonts w:ascii="Arial" w:hAnsi="Arial" w:eastAsia="Arial"/>
          <w:b/>
          <w:i w:val="0"/>
          <w:color w:val="000000"/>
          <w:sz w:val="21"/>
        </w:rPr>
        <w:t xml:space="preserve">Class: </w:t>
      </w:r>
      <w:r>
        <w:rPr>
          <w:rFonts w:ascii="Arial" w:hAnsi="Arial" w:eastAsia="Arial"/>
          <w:b w:val="0"/>
          <w:i w:val="0"/>
          <w:color w:val="000000"/>
          <w:sz w:val="21"/>
        </w:rPr>
        <w:t xml:space="preserve">________    </w:t>
      </w:r>
      <w:r>
        <w:rPr>
          <w:rFonts w:ascii="Arial" w:hAnsi="Arial" w:eastAsia="Arial"/>
          <w:b/>
          <w:i w:val="0"/>
          <w:color w:val="000000"/>
          <w:sz w:val="21"/>
        </w:rPr>
        <w:t xml:space="preserve">Date: </w:t>
      </w:r>
      <w:r>
        <w:rPr>
          <w:rFonts w:ascii="Arial" w:hAnsi="Arial" w:eastAsia="Arial"/>
          <w:b w:val="0"/>
          <w:i w:val="0"/>
          <w:color w:val="000000"/>
          <w:sz w:val="21"/>
        </w:rPr>
        <w:t>____________</w:t>
      </w:r>
    </w:p>
    <w:p>
      <w:pPr>
        <w:pStyle w:val="Heading1"/>
        <w:keepNext/>
      </w:pPr>
      <w:r>
        <w:rPr>
          <w:rFonts w:ascii="Arial" w:hAnsi="Arial" w:eastAsia="Arial"/>
          <w:b/>
          <w:i w:val="0"/>
          <w:color w:val="1F4E79"/>
          <w:sz w:val="23"/>
        </w:rPr>
        <w:t>I. VOCABULARY</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The hardworking ____ carried food to its home.</w:t>
      </w:r>
    </w:p>
    <w:p>
      <w:pPr>
        <w:spacing w:after="40"/>
        <w:ind w:left="255"/>
      </w:pPr>
      <w:r>
        <w:rPr>
          <w:rFonts w:ascii="Arial" w:hAnsi="Arial" w:eastAsia="Arial"/>
          <w:b w:val="0"/>
          <w:i w:val="0"/>
          <w:color w:val="000000"/>
          <w:sz w:val="21"/>
        </w:rPr>
        <w:t>A. fox</w:t>
      </w:r>
      <w:r>
        <w:t xml:space="preserve">       </w:t>
      </w:r>
      <w:r>
        <w:rPr>
          <w:rFonts w:ascii="Arial" w:hAnsi="Arial" w:eastAsia="Arial"/>
          <w:b w:val="0"/>
          <w:i w:val="0"/>
          <w:color w:val="000000"/>
          <w:sz w:val="21"/>
        </w:rPr>
        <w:t>B. crow</w:t>
      </w:r>
      <w:r>
        <w:t xml:space="preserve">       </w:t>
      </w:r>
      <w:r>
        <w:rPr>
          <w:rFonts w:ascii="Arial" w:hAnsi="Arial" w:eastAsia="Arial"/>
          <w:b w:val="0"/>
          <w:i w:val="0"/>
          <w:color w:val="000000"/>
          <w:sz w:val="21"/>
        </w:rPr>
        <w:t>C. ant</w:t>
      </w:r>
      <w:r>
        <w:t xml:space="preserve">       </w:t>
      </w:r>
      <w:r>
        <w:rPr>
          <w:rFonts w:ascii="Arial" w:hAnsi="Arial" w:eastAsia="Arial"/>
          <w:b w:val="0"/>
          <w:i w:val="0"/>
          <w:color w:val="000000"/>
          <w:sz w:val="21"/>
        </w:rPr>
        <w:t>D. dwarfs</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A black ____ sat in a tree with some food.</w:t>
      </w:r>
    </w:p>
    <w:p>
      <w:pPr>
        <w:spacing w:after="40"/>
        <w:ind w:left="255"/>
      </w:pPr>
      <w:r>
        <w:rPr>
          <w:rFonts w:ascii="Arial" w:hAnsi="Arial" w:eastAsia="Arial"/>
          <w:b w:val="0"/>
          <w:i w:val="0"/>
          <w:color w:val="000000"/>
          <w:sz w:val="21"/>
        </w:rPr>
        <w:t>A. hare</w:t>
      </w:r>
      <w:r>
        <w:t xml:space="preserve">       </w:t>
      </w:r>
      <w:r>
        <w:rPr>
          <w:rFonts w:ascii="Arial" w:hAnsi="Arial" w:eastAsia="Arial"/>
          <w:b w:val="0"/>
          <w:i w:val="0"/>
          <w:color w:val="000000"/>
          <w:sz w:val="21"/>
        </w:rPr>
        <w:t>B. crow</w:t>
      </w:r>
      <w:r>
        <w:t xml:space="preserve">       </w:t>
      </w:r>
      <w:r>
        <w:rPr>
          <w:rFonts w:ascii="Arial" w:hAnsi="Arial" w:eastAsia="Arial"/>
          <w:b w:val="0"/>
          <w:i w:val="0"/>
          <w:color w:val="000000"/>
          <w:sz w:val="21"/>
        </w:rPr>
        <w:t>C. tortoise</w:t>
      </w:r>
      <w:r>
        <w:t xml:space="preserve">       </w:t>
      </w:r>
      <w:r>
        <w:rPr>
          <w:rFonts w:ascii="Arial" w:hAnsi="Arial" w:eastAsia="Arial"/>
          <w:b w:val="0"/>
          <w:i w:val="0"/>
          <w:color w:val="000000"/>
          <w:sz w:val="21"/>
        </w:rPr>
        <w:t>D. ant</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In the famous story, seven ____ helped a princess.</w:t>
      </w:r>
    </w:p>
    <w:p>
      <w:pPr>
        <w:spacing w:after="40"/>
        <w:ind w:left="255"/>
      </w:pPr>
      <w:r>
        <w:rPr>
          <w:rFonts w:ascii="Arial" w:hAnsi="Arial" w:eastAsia="Arial"/>
          <w:b w:val="0"/>
          <w:i w:val="0"/>
          <w:color w:val="000000"/>
          <w:sz w:val="21"/>
        </w:rPr>
        <w:t>A. ant</w:t>
      </w:r>
      <w:r>
        <w:t xml:space="preserve">       </w:t>
      </w:r>
      <w:r>
        <w:rPr>
          <w:rFonts w:ascii="Arial" w:hAnsi="Arial" w:eastAsia="Arial"/>
          <w:b w:val="0"/>
          <w:i w:val="0"/>
          <w:color w:val="000000"/>
          <w:sz w:val="21"/>
        </w:rPr>
        <w:t>B. tortoise</w:t>
      </w:r>
      <w:r>
        <w:t xml:space="preserve">       </w:t>
      </w:r>
      <w:r>
        <w:rPr>
          <w:rFonts w:ascii="Arial" w:hAnsi="Arial" w:eastAsia="Arial"/>
          <w:b w:val="0"/>
          <w:i w:val="0"/>
          <w:color w:val="000000"/>
          <w:sz w:val="21"/>
        </w:rPr>
        <w:t>C. dwarfs</w:t>
      </w:r>
      <w:r>
        <w:t xml:space="preserve">       </w:t>
      </w:r>
      <w:r>
        <w:rPr>
          <w:rFonts w:ascii="Arial" w:hAnsi="Arial" w:eastAsia="Arial"/>
          <w:b w:val="0"/>
          <w:i w:val="0"/>
          <w:color w:val="000000"/>
          <w:sz w:val="21"/>
        </w:rPr>
        <w:t>D. fox</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The clever ____ wanted the crow's food.</w:t>
      </w:r>
    </w:p>
    <w:p>
      <w:pPr>
        <w:spacing w:after="40"/>
        <w:ind w:left="255"/>
      </w:pPr>
      <w:r>
        <w:rPr>
          <w:rFonts w:ascii="Arial" w:hAnsi="Arial" w:eastAsia="Arial"/>
          <w:b w:val="0"/>
          <w:i w:val="0"/>
          <w:color w:val="000000"/>
          <w:sz w:val="21"/>
        </w:rPr>
        <w:t>A. dwarfs</w:t>
      </w:r>
      <w:r>
        <w:t xml:space="preserve">       </w:t>
      </w:r>
      <w:r>
        <w:rPr>
          <w:rFonts w:ascii="Arial" w:hAnsi="Arial" w:eastAsia="Arial"/>
          <w:b w:val="0"/>
          <w:i w:val="0"/>
          <w:color w:val="000000"/>
          <w:sz w:val="21"/>
        </w:rPr>
        <w:t>B. tortoise</w:t>
      </w:r>
      <w:r>
        <w:t xml:space="preserve">       </w:t>
      </w:r>
      <w:r>
        <w:rPr>
          <w:rFonts w:ascii="Arial" w:hAnsi="Arial" w:eastAsia="Arial"/>
          <w:b w:val="0"/>
          <w:i w:val="0"/>
          <w:color w:val="000000"/>
          <w:sz w:val="21"/>
        </w:rPr>
        <w:t>C. fox</w:t>
      </w:r>
      <w:r>
        <w:t xml:space="preserve">       </w:t>
      </w:r>
      <w:r>
        <w:rPr>
          <w:rFonts w:ascii="Arial" w:hAnsi="Arial" w:eastAsia="Arial"/>
          <w:b w:val="0"/>
          <w:i w:val="0"/>
          <w:color w:val="000000"/>
          <w:sz w:val="21"/>
        </w:rPr>
        <w:t>D. grasshopper</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The ____ sang all summer instead of working.</w:t>
      </w:r>
    </w:p>
    <w:p>
      <w:pPr>
        <w:spacing w:after="40"/>
        <w:ind w:left="255"/>
      </w:pPr>
      <w:r>
        <w:rPr>
          <w:rFonts w:ascii="Arial" w:hAnsi="Arial" w:eastAsia="Arial"/>
          <w:b w:val="0"/>
          <w:i w:val="0"/>
          <w:color w:val="000000"/>
          <w:sz w:val="21"/>
        </w:rPr>
        <w:t>A. fox</w:t>
      </w:r>
      <w:r>
        <w:t xml:space="preserve">       </w:t>
      </w:r>
      <w:r>
        <w:rPr>
          <w:rFonts w:ascii="Arial" w:hAnsi="Arial" w:eastAsia="Arial"/>
          <w:b w:val="0"/>
          <w:i w:val="0"/>
          <w:color w:val="000000"/>
          <w:sz w:val="21"/>
        </w:rPr>
        <w:t>B. crow</w:t>
      </w:r>
      <w:r>
        <w:t xml:space="preserve">       </w:t>
      </w:r>
      <w:r>
        <w:rPr>
          <w:rFonts w:ascii="Arial" w:hAnsi="Arial" w:eastAsia="Arial"/>
          <w:b w:val="0"/>
          <w:i w:val="0"/>
          <w:color w:val="000000"/>
          <w:sz w:val="21"/>
        </w:rPr>
        <w:t>C. dwarfs</w:t>
      </w:r>
      <w:r>
        <w:t xml:space="preserve">       </w:t>
      </w:r>
      <w:r>
        <w:rPr>
          <w:rFonts w:ascii="Arial" w:hAnsi="Arial" w:eastAsia="Arial"/>
          <w:b w:val="0"/>
          <w:i w:val="0"/>
          <w:color w:val="000000"/>
          <w:sz w:val="21"/>
        </w:rPr>
        <w:t>D. grasshopper</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The fast ____ raced a slow animal.</w:t>
      </w:r>
    </w:p>
    <w:p>
      <w:pPr>
        <w:spacing w:after="40"/>
        <w:ind w:left="255"/>
      </w:pPr>
      <w:r>
        <w:rPr>
          <w:rFonts w:ascii="Arial" w:hAnsi="Arial" w:eastAsia="Arial"/>
          <w:b w:val="0"/>
          <w:i w:val="0"/>
          <w:color w:val="000000"/>
          <w:sz w:val="21"/>
        </w:rPr>
        <w:t>A. hare</w:t>
      </w:r>
      <w:r>
        <w:t xml:space="preserve">       </w:t>
      </w:r>
      <w:r>
        <w:rPr>
          <w:rFonts w:ascii="Arial" w:hAnsi="Arial" w:eastAsia="Arial"/>
          <w:b w:val="0"/>
          <w:i w:val="0"/>
          <w:color w:val="000000"/>
          <w:sz w:val="21"/>
        </w:rPr>
        <w:t>B. dwarfs</w:t>
      </w:r>
      <w:r>
        <w:t xml:space="preserve">       </w:t>
      </w:r>
      <w:r>
        <w:rPr>
          <w:rFonts w:ascii="Arial" w:hAnsi="Arial" w:eastAsia="Arial"/>
          <w:b w:val="0"/>
          <w:i w:val="0"/>
          <w:color w:val="000000"/>
          <w:sz w:val="21"/>
        </w:rPr>
        <w:t>C. Snow White</w:t>
      </w:r>
      <w:r>
        <w:t xml:space="preserve">       </w:t>
      </w:r>
      <w:r>
        <w:rPr>
          <w:rFonts w:ascii="Arial" w:hAnsi="Arial" w:eastAsia="Arial"/>
          <w:b w:val="0"/>
          <w:i w:val="0"/>
          <w:color w:val="000000"/>
          <w:sz w:val="21"/>
        </w:rPr>
        <w:t>D. crow</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The princess who lived with seven little men was ____.</w:t>
      </w:r>
    </w:p>
    <w:p>
      <w:pPr>
        <w:spacing w:after="40"/>
        <w:ind w:left="255"/>
      </w:pPr>
      <w:r>
        <w:rPr>
          <w:rFonts w:ascii="Arial" w:hAnsi="Arial" w:eastAsia="Arial"/>
          <w:b w:val="0"/>
          <w:i w:val="0"/>
          <w:color w:val="000000"/>
          <w:sz w:val="21"/>
        </w:rPr>
        <w:t>A. dwarfs</w:t>
      </w:r>
      <w:r>
        <w:t xml:space="preserve">       </w:t>
      </w:r>
      <w:r>
        <w:rPr>
          <w:rFonts w:ascii="Arial" w:hAnsi="Arial" w:eastAsia="Arial"/>
          <w:b w:val="0"/>
          <w:i w:val="0"/>
          <w:color w:val="000000"/>
          <w:sz w:val="21"/>
        </w:rPr>
        <w:t>B. fox</w:t>
      </w:r>
      <w:r>
        <w:t xml:space="preserve">       </w:t>
      </w:r>
      <w:r>
        <w:rPr>
          <w:rFonts w:ascii="Arial" w:hAnsi="Arial" w:eastAsia="Arial"/>
          <w:b w:val="0"/>
          <w:i w:val="0"/>
          <w:color w:val="000000"/>
          <w:sz w:val="21"/>
        </w:rPr>
        <w:t>C. Snow White</w:t>
      </w:r>
      <w:r>
        <w:t xml:space="preserve">       </w:t>
      </w:r>
      <w:r>
        <w:rPr>
          <w:rFonts w:ascii="Arial" w:hAnsi="Arial" w:eastAsia="Arial"/>
          <w:b w:val="0"/>
          <w:i w:val="0"/>
          <w:color w:val="000000"/>
          <w:sz w:val="21"/>
        </w:rPr>
        <w:t>D. tortoise</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The slow but hardworking ____ won the race.</w:t>
      </w:r>
    </w:p>
    <w:p>
      <w:pPr>
        <w:spacing w:after="40"/>
        <w:ind w:left="255"/>
      </w:pPr>
      <w:r>
        <w:rPr>
          <w:rFonts w:ascii="Arial" w:hAnsi="Arial" w:eastAsia="Arial"/>
          <w:b w:val="0"/>
          <w:i w:val="0"/>
          <w:color w:val="000000"/>
          <w:sz w:val="21"/>
        </w:rPr>
        <w:t>A. grasshopper</w:t>
      </w:r>
      <w:r>
        <w:t xml:space="preserve">       </w:t>
      </w:r>
      <w:r>
        <w:rPr>
          <w:rFonts w:ascii="Arial" w:hAnsi="Arial" w:eastAsia="Arial"/>
          <w:b w:val="0"/>
          <w:i w:val="0"/>
          <w:color w:val="000000"/>
          <w:sz w:val="21"/>
        </w:rPr>
        <w:t>B. Snow White</w:t>
      </w:r>
      <w:r>
        <w:t xml:space="preserve">       </w:t>
      </w:r>
      <w:r>
        <w:rPr>
          <w:rFonts w:ascii="Arial" w:hAnsi="Arial" w:eastAsia="Arial"/>
          <w:b w:val="0"/>
          <w:i w:val="0"/>
          <w:color w:val="000000"/>
          <w:sz w:val="21"/>
        </w:rPr>
        <w:t>C. crow</w:t>
      </w:r>
      <w:r>
        <w:t xml:space="preserve">       </w:t>
      </w:r>
      <w:r>
        <w:rPr>
          <w:rFonts w:ascii="Arial" w:hAnsi="Arial" w:eastAsia="Arial"/>
          <w:b w:val="0"/>
          <w:i w:val="0"/>
          <w:color w:val="000000"/>
          <w:sz w:val="21"/>
        </w:rPr>
        <w:t>D. tortoise</w:t>
      </w:r>
    </w:p>
    <w:p>
      <w:pPr>
        <w:pStyle w:val="Heading1"/>
        <w:keepNext/>
      </w:pPr>
      <w:r>
        <w:rPr>
          <w:rFonts w:ascii="Arial" w:hAnsi="Arial" w:eastAsia="Arial"/>
          <w:b/>
          <w:i w:val="0"/>
          <w:color w:val="1F4E79"/>
          <w:sz w:val="23"/>
        </w:rPr>
        <w:t>II. GRAMMAR</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Who are the main ____ in the story?</w:t>
      </w:r>
    </w:p>
    <w:p>
      <w:pPr>
        <w:spacing w:after="40"/>
        <w:ind w:left="255"/>
      </w:pPr>
      <w:r>
        <w:rPr>
          <w:rFonts w:ascii="Arial" w:hAnsi="Arial" w:eastAsia="Arial"/>
          <w:b w:val="0"/>
          <w:i w:val="0"/>
          <w:color w:val="000000"/>
          <w:sz w:val="21"/>
        </w:rPr>
        <w:t>A. characters</w:t>
      </w:r>
      <w:r>
        <w:t xml:space="preserve">       </w:t>
      </w:r>
      <w:r>
        <w:rPr>
          <w:rFonts w:ascii="Arial" w:hAnsi="Arial" w:eastAsia="Arial"/>
          <w:b w:val="0"/>
          <w:i w:val="0"/>
          <w:color w:val="000000"/>
          <w:sz w:val="21"/>
        </w:rPr>
        <w:t>B. characters'</w:t>
      </w:r>
      <w:r>
        <w:t xml:space="preserve">       </w:t>
      </w:r>
      <w:r>
        <w:rPr>
          <w:rFonts w:ascii="Arial" w:hAnsi="Arial" w:eastAsia="Arial"/>
          <w:b w:val="0"/>
          <w:i w:val="0"/>
          <w:color w:val="000000"/>
          <w:sz w:val="21"/>
        </w:rPr>
        <w:t>C. a character</w:t>
      </w:r>
      <w:r>
        <w:t xml:space="preserve">       </w:t>
      </w:r>
      <w:r>
        <w:rPr>
          <w:rFonts w:ascii="Arial" w:hAnsi="Arial" w:eastAsia="Arial"/>
          <w:b w:val="0"/>
          <w:i w:val="0"/>
          <w:color w:val="000000"/>
          <w:sz w:val="21"/>
        </w:rPr>
        <w:t>D. character</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They ____ the hare and the tortoise.</w:t>
      </w:r>
    </w:p>
    <w:p>
      <w:pPr>
        <w:spacing w:after="40"/>
        <w:ind w:left="255"/>
      </w:pPr>
      <w:r>
        <w:rPr>
          <w:rFonts w:ascii="Arial" w:hAnsi="Arial" w:eastAsia="Arial"/>
          <w:b w:val="0"/>
          <w:i w:val="0"/>
          <w:color w:val="000000"/>
          <w:sz w:val="21"/>
        </w:rPr>
        <w:t>A. are</w:t>
      </w:r>
      <w:r>
        <w:t xml:space="preserve">       </w:t>
      </w:r>
      <w:r>
        <w:rPr>
          <w:rFonts w:ascii="Arial" w:hAnsi="Arial" w:eastAsia="Arial"/>
          <w:b w:val="0"/>
          <w:i w:val="0"/>
          <w:color w:val="000000"/>
          <w:sz w:val="21"/>
        </w:rPr>
        <w:t>B. am</w:t>
      </w:r>
      <w:r>
        <w:t xml:space="preserve">       </w:t>
      </w:r>
      <w:r>
        <w:rPr>
          <w:rFonts w:ascii="Arial" w:hAnsi="Arial" w:eastAsia="Arial"/>
          <w:b w:val="0"/>
          <w:i w:val="0"/>
          <w:color w:val="000000"/>
          <w:sz w:val="21"/>
        </w:rPr>
        <w:t>C. is</w:t>
      </w:r>
      <w:r>
        <w:t xml:space="preserve">       </w:t>
      </w:r>
      <w:r>
        <w:rPr>
          <w:rFonts w:ascii="Arial" w:hAnsi="Arial" w:eastAsia="Arial"/>
          <w:b w:val="0"/>
          <w:i w:val="0"/>
          <w:color w:val="000000"/>
          <w:sz w:val="21"/>
        </w:rPr>
        <w:t>D. be</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How did the tortoise ____?</w:t>
      </w:r>
    </w:p>
    <w:p>
      <w:pPr>
        <w:spacing w:after="40"/>
        <w:ind w:left="255"/>
      </w:pPr>
      <w:r>
        <w:rPr>
          <w:rFonts w:ascii="Arial" w:hAnsi="Arial" w:eastAsia="Arial"/>
          <w:b w:val="0"/>
          <w:i w:val="0"/>
          <w:color w:val="000000"/>
          <w:sz w:val="21"/>
        </w:rPr>
        <w:t>A. walking</w:t>
      </w:r>
      <w:r>
        <w:t xml:space="preserve">       </w:t>
      </w:r>
      <w:r>
        <w:rPr>
          <w:rFonts w:ascii="Arial" w:hAnsi="Arial" w:eastAsia="Arial"/>
          <w:b w:val="0"/>
          <w:i w:val="0"/>
          <w:color w:val="000000"/>
          <w:sz w:val="21"/>
        </w:rPr>
        <w:t>B. walks</w:t>
      </w:r>
      <w:r>
        <w:t xml:space="preserve">       </w:t>
      </w:r>
      <w:r>
        <w:rPr>
          <w:rFonts w:ascii="Arial" w:hAnsi="Arial" w:eastAsia="Arial"/>
          <w:b w:val="0"/>
          <w:i w:val="0"/>
          <w:color w:val="000000"/>
          <w:sz w:val="21"/>
        </w:rPr>
        <w:t>C. walked</w:t>
      </w:r>
      <w:r>
        <w:t xml:space="preserve">       </w:t>
      </w:r>
      <w:r>
        <w:rPr>
          <w:rFonts w:ascii="Arial" w:hAnsi="Arial" w:eastAsia="Arial"/>
          <w:b w:val="0"/>
          <w:i w:val="0"/>
          <w:color w:val="000000"/>
          <w:sz w:val="21"/>
        </w:rPr>
        <w:t>D. walk</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He ____ slowly but worked hard.</w:t>
      </w:r>
    </w:p>
    <w:p>
      <w:pPr>
        <w:spacing w:after="40"/>
        <w:ind w:left="255"/>
      </w:pPr>
      <w:r>
        <w:rPr>
          <w:rFonts w:ascii="Arial" w:hAnsi="Arial" w:eastAsia="Arial"/>
          <w:b w:val="0"/>
          <w:i w:val="0"/>
          <w:color w:val="000000"/>
          <w:sz w:val="21"/>
        </w:rPr>
        <w:t>A. walked</w:t>
      </w:r>
      <w:r>
        <w:t xml:space="preserve">       </w:t>
      </w:r>
      <w:r>
        <w:rPr>
          <w:rFonts w:ascii="Arial" w:hAnsi="Arial" w:eastAsia="Arial"/>
          <w:b w:val="0"/>
          <w:i w:val="0"/>
          <w:color w:val="000000"/>
          <w:sz w:val="21"/>
        </w:rPr>
        <w:t>B. walk</w:t>
      </w:r>
      <w:r>
        <w:t xml:space="preserve">       </w:t>
      </w:r>
      <w:r>
        <w:rPr>
          <w:rFonts w:ascii="Arial" w:hAnsi="Arial" w:eastAsia="Arial"/>
          <w:b w:val="0"/>
          <w:i w:val="0"/>
          <w:color w:val="000000"/>
          <w:sz w:val="21"/>
        </w:rPr>
        <w:t>C. walking</w:t>
      </w:r>
      <w:r>
        <w:t xml:space="preserve">       </w:t>
      </w:r>
      <w:r>
        <w:rPr>
          <w:rFonts w:ascii="Arial" w:hAnsi="Arial" w:eastAsia="Arial"/>
          <w:b w:val="0"/>
          <w:i w:val="0"/>
          <w:color w:val="000000"/>
          <w:sz w:val="21"/>
        </w:rPr>
        <w:t>D. walks</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The hare ____ very fast.</w:t>
      </w:r>
    </w:p>
    <w:p>
      <w:pPr>
        <w:spacing w:after="40"/>
        <w:ind w:left="255"/>
      </w:pPr>
      <w:r>
        <w:rPr>
          <w:rFonts w:ascii="Arial" w:hAnsi="Arial" w:eastAsia="Arial"/>
          <w:b w:val="0"/>
          <w:i w:val="0"/>
          <w:color w:val="000000"/>
          <w:sz w:val="21"/>
        </w:rPr>
        <w:t>A. runs</w:t>
      </w:r>
      <w:r>
        <w:t xml:space="preserve">       </w:t>
      </w:r>
      <w:r>
        <w:rPr>
          <w:rFonts w:ascii="Arial" w:hAnsi="Arial" w:eastAsia="Arial"/>
          <w:b w:val="0"/>
          <w:i w:val="0"/>
          <w:color w:val="000000"/>
          <w:sz w:val="21"/>
        </w:rPr>
        <w:t>B. running</w:t>
      </w:r>
      <w:r>
        <w:t xml:space="preserve">       </w:t>
      </w:r>
      <w:r>
        <w:rPr>
          <w:rFonts w:ascii="Arial" w:hAnsi="Arial" w:eastAsia="Arial"/>
          <w:b w:val="0"/>
          <w:i w:val="0"/>
          <w:color w:val="000000"/>
          <w:sz w:val="21"/>
        </w:rPr>
        <w:t>C. run</w:t>
      </w:r>
      <w:r>
        <w:t xml:space="preserve">       </w:t>
      </w:r>
      <w:r>
        <w:rPr>
          <w:rFonts w:ascii="Arial" w:hAnsi="Arial" w:eastAsia="Arial"/>
          <w:b w:val="0"/>
          <w:i w:val="0"/>
          <w:color w:val="000000"/>
          <w:sz w:val="21"/>
        </w:rPr>
        <w:t>D. ran</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Snow White ____ beautifully.</w:t>
      </w:r>
    </w:p>
    <w:p>
      <w:pPr>
        <w:spacing w:after="40"/>
        <w:ind w:left="255"/>
      </w:pPr>
      <w:r>
        <w:rPr>
          <w:rFonts w:ascii="Arial" w:hAnsi="Arial" w:eastAsia="Arial"/>
          <w:b w:val="0"/>
          <w:i w:val="0"/>
          <w:color w:val="000000"/>
          <w:sz w:val="21"/>
        </w:rPr>
        <w:t>A. sang</w:t>
      </w:r>
      <w:r>
        <w:t xml:space="preserve">       </w:t>
      </w:r>
      <w:r>
        <w:rPr>
          <w:rFonts w:ascii="Arial" w:hAnsi="Arial" w:eastAsia="Arial"/>
          <w:b w:val="0"/>
          <w:i w:val="0"/>
          <w:color w:val="000000"/>
          <w:sz w:val="21"/>
        </w:rPr>
        <w:t>B. sing</w:t>
      </w:r>
      <w:r>
        <w:t xml:space="preserve">       </w:t>
      </w:r>
      <w:r>
        <w:rPr>
          <w:rFonts w:ascii="Arial" w:hAnsi="Arial" w:eastAsia="Arial"/>
          <w:b w:val="0"/>
          <w:i w:val="0"/>
          <w:color w:val="000000"/>
          <w:sz w:val="21"/>
        </w:rPr>
        <w:t>C. sings</w:t>
      </w:r>
      <w:r>
        <w:t xml:space="preserve">       </w:t>
      </w:r>
      <w:r>
        <w:rPr>
          <w:rFonts w:ascii="Arial" w:hAnsi="Arial" w:eastAsia="Arial"/>
          <w:b w:val="0"/>
          <w:i w:val="0"/>
          <w:color w:val="000000"/>
          <w:sz w:val="21"/>
        </w:rPr>
        <w:t>D. singing</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Did the fox help the crow? - No, it ____.</w:t>
      </w:r>
    </w:p>
    <w:p>
      <w:pPr>
        <w:spacing w:after="40"/>
        <w:ind w:left="255"/>
      </w:pPr>
      <w:r>
        <w:rPr>
          <w:rFonts w:ascii="Arial" w:hAnsi="Arial" w:eastAsia="Arial"/>
          <w:b w:val="0"/>
          <w:i w:val="0"/>
          <w:color w:val="000000"/>
          <w:sz w:val="21"/>
        </w:rPr>
        <w:t>A. doesn't</w:t>
      </w:r>
      <w:r>
        <w:t xml:space="preserve">       </w:t>
      </w:r>
      <w:r>
        <w:rPr>
          <w:rFonts w:ascii="Arial" w:hAnsi="Arial" w:eastAsia="Arial"/>
          <w:b w:val="0"/>
          <w:i w:val="0"/>
          <w:color w:val="000000"/>
          <w:sz w:val="21"/>
        </w:rPr>
        <w:t>B. not</w:t>
      </w:r>
      <w:r>
        <w:t xml:space="preserve">       </w:t>
      </w:r>
      <w:r>
        <w:rPr>
          <w:rFonts w:ascii="Arial" w:hAnsi="Arial" w:eastAsia="Arial"/>
          <w:b w:val="0"/>
          <w:i w:val="0"/>
          <w:color w:val="000000"/>
          <w:sz w:val="21"/>
        </w:rPr>
        <w:t>C. didn't</w:t>
      </w:r>
      <w:r>
        <w:t xml:space="preserve">       </w:t>
      </w:r>
      <w:r>
        <w:rPr>
          <w:rFonts w:ascii="Arial" w:hAnsi="Arial" w:eastAsia="Arial"/>
          <w:b w:val="0"/>
          <w:i w:val="0"/>
          <w:color w:val="000000"/>
          <w:sz w:val="21"/>
        </w:rPr>
        <w:t>D. wasn't</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The ant worked ____ all summer.</w:t>
      </w:r>
    </w:p>
    <w:p>
      <w:pPr>
        <w:spacing w:after="40"/>
        <w:ind w:left="255"/>
      </w:pPr>
      <w:r>
        <w:rPr>
          <w:rFonts w:ascii="Arial" w:hAnsi="Arial" w:eastAsia="Arial"/>
          <w:b w:val="0"/>
          <w:i w:val="0"/>
          <w:color w:val="000000"/>
          <w:sz w:val="21"/>
        </w:rPr>
        <w:t>A. hard</w:t>
      </w:r>
      <w:r>
        <w:t xml:space="preserve">       </w:t>
      </w:r>
      <w:r>
        <w:rPr>
          <w:rFonts w:ascii="Arial" w:hAnsi="Arial" w:eastAsia="Arial"/>
          <w:b w:val="0"/>
          <w:i w:val="0"/>
          <w:color w:val="000000"/>
          <w:sz w:val="21"/>
        </w:rPr>
        <w:t>B. good</w:t>
      </w:r>
      <w:r>
        <w:t xml:space="preserve">       </w:t>
      </w:r>
      <w:r>
        <w:rPr>
          <w:rFonts w:ascii="Arial" w:hAnsi="Arial" w:eastAsia="Arial"/>
          <w:b w:val="0"/>
          <w:i w:val="0"/>
          <w:color w:val="000000"/>
          <w:sz w:val="21"/>
        </w:rPr>
        <w:t>C. hardly</w:t>
      </w:r>
      <w:r>
        <w:t xml:space="preserve">       </w:t>
      </w:r>
      <w:r>
        <w:rPr>
          <w:rFonts w:ascii="Arial" w:hAnsi="Arial" w:eastAsia="Arial"/>
          <w:b w:val="0"/>
          <w:i w:val="0"/>
          <w:color w:val="000000"/>
          <w:sz w:val="21"/>
        </w:rPr>
        <w:t>D. slow</w:t>
      </w:r>
    </w:p>
    <w:p>
      <w:r>
        <w:br w:type="page"/>
      </w:r>
    </w:p>
    <w:p>
      <w:pPr>
        <w:pStyle w:val="Heading1"/>
        <w:keepNext/>
      </w:pPr>
      <w:r>
        <w:rPr>
          <w:rFonts w:ascii="Arial" w:hAnsi="Arial" w:eastAsia="Arial"/>
          <w:b/>
          <w:i w:val="0"/>
          <w:color w:val="1F4E79"/>
          <w:sz w:val="23"/>
        </w:rPr>
        <w:t>III. READING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Read the passage and complete Tasks A and B.</w:t>
      </w:r>
    </w:p>
    <w:tbl>
      <w:tblPr>
        <w:tblStyle w:val="TableGrid"/>
        <w:tblW w:type="dxa" w:w="10190"/>
        <w:tblLayout w:type="fixed"/>
        <w:tblLook w:firstColumn="1" w:firstRow="1" w:lastColumn="0" w:lastRow="0" w:noHBand="0" w:noVBand="1" w:val="04A0"/>
        <w:tblInd w:w="100" w:type="dxa"/>
      </w:tblPr>
      <w:tblGrid>
        <w:gridCol w:w="10190"/>
      </w:tblGrid>
      <w:tr>
        <w:tc>
          <w:tcPr>
            <w:tcW w:type="dxa" w:w="10190"/>
            <w:tcMar>
              <w:top w:w="80" w:type="dxa"/>
              <w:start w:w="100" w:type="dxa"/>
              <w:bottom w:w="80" w:type="dxa"/>
              <w:end w:w="100" w:type="dxa"/>
            </w:tcMar>
            <w:vAlign w:val="center"/>
            <w:shd w:fill="F2F2F2"/>
          </w:tcPr>
          <w:p>
            <w:pPr>
              <w:spacing w:before="20" w:after="20" w:line="252" w:lineRule="auto"/>
            </w:pPr>
            <w:r>
              <w:rPr>
                <w:rFonts w:ascii="Arial" w:hAnsi="Arial" w:eastAsia="Arial"/>
                <w:b w:val="0"/>
                <w:i w:val="0"/>
                <w:color w:val="000000"/>
                <w:sz w:val="20"/>
              </w:rPr>
              <w:t>A hare once laughed at a tortoise because the tortoise walked slowly. The tortoise asked the hare to have a race. The hare ran very fast and soon went far ahead. He thought the tortoise could not win, so he stopped under a tree and slept. The tortoise walked slowly but did not stop. At last, he passed the sleeping hare and reached the finish line first. The hare woke up and ran fast, but it was too late.</w:t>
            </w:r>
          </w:p>
        </w:tc>
      </w:tr>
    </w:tbl>
    <w:p>
      <w:pPr>
        <w:pStyle w:val="Heading2"/>
      </w:pPr>
      <w:r>
        <w:rPr>
          <w:rFonts w:ascii="Arial" w:hAnsi="Arial" w:eastAsia="Arial"/>
          <w:b/>
          <w:i w:val="0"/>
          <w:color w:val="1F4E79"/>
          <w:sz w:val="21"/>
        </w:rPr>
        <w:t>A. Write T (True) or F (False). (5 x 0.3 = 1.5 points)</w:t>
      </w:r>
    </w:p>
    <w:p>
      <w:pPr>
        <w:spacing w:after="20"/>
      </w:pPr>
      <w:r>
        <w:rPr>
          <w:rFonts w:ascii="Arial" w:hAnsi="Arial" w:eastAsia="Arial"/>
          <w:b/>
          <w:i w:val="0"/>
          <w:color w:val="000000"/>
          <w:sz w:val="21"/>
        </w:rPr>
        <w:t xml:space="preserve">1. _____  </w:t>
      </w:r>
      <w:r>
        <w:rPr>
          <w:rFonts w:ascii="Arial" w:hAnsi="Arial" w:eastAsia="Arial"/>
          <w:b w:val="0"/>
          <w:i w:val="0"/>
          <w:color w:val="000000"/>
          <w:sz w:val="21"/>
        </w:rPr>
        <w:t>The hare laughed at the tortoise.</w:t>
      </w:r>
    </w:p>
    <w:p>
      <w:pPr>
        <w:spacing w:after="20"/>
      </w:pPr>
      <w:r>
        <w:rPr>
          <w:rFonts w:ascii="Arial" w:hAnsi="Arial" w:eastAsia="Arial"/>
          <w:b/>
          <w:i w:val="0"/>
          <w:color w:val="000000"/>
          <w:sz w:val="21"/>
        </w:rPr>
        <w:t xml:space="preserve">2. _____  </w:t>
      </w:r>
      <w:r>
        <w:rPr>
          <w:rFonts w:ascii="Arial" w:hAnsi="Arial" w:eastAsia="Arial"/>
          <w:b w:val="0"/>
          <w:i w:val="0"/>
          <w:color w:val="000000"/>
          <w:sz w:val="21"/>
        </w:rPr>
        <w:t>The hare stopped to sleep.</w:t>
      </w:r>
    </w:p>
    <w:p>
      <w:pPr>
        <w:spacing w:after="20"/>
      </w:pPr>
      <w:r>
        <w:rPr>
          <w:rFonts w:ascii="Arial" w:hAnsi="Arial" w:eastAsia="Arial"/>
          <w:b/>
          <w:i w:val="0"/>
          <w:color w:val="000000"/>
          <w:sz w:val="21"/>
        </w:rPr>
        <w:t xml:space="preserve">3. _____  </w:t>
      </w:r>
      <w:r>
        <w:rPr>
          <w:rFonts w:ascii="Arial" w:hAnsi="Arial" w:eastAsia="Arial"/>
          <w:b w:val="0"/>
          <w:i w:val="0"/>
          <w:color w:val="000000"/>
          <w:sz w:val="21"/>
        </w:rPr>
        <w:t>The tortoise stopped many times.</w:t>
      </w:r>
    </w:p>
    <w:p>
      <w:pPr>
        <w:spacing w:after="20"/>
      </w:pPr>
      <w:r>
        <w:rPr>
          <w:rFonts w:ascii="Arial" w:hAnsi="Arial" w:eastAsia="Arial"/>
          <w:b/>
          <w:i w:val="0"/>
          <w:color w:val="000000"/>
          <w:sz w:val="21"/>
        </w:rPr>
        <w:t xml:space="preserve">4. _____  </w:t>
      </w:r>
      <w:r>
        <w:rPr>
          <w:rFonts w:ascii="Arial" w:hAnsi="Arial" w:eastAsia="Arial"/>
          <w:b w:val="0"/>
          <w:i w:val="0"/>
          <w:color w:val="000000"/>
          <w:sz w:val="21"/>
        </w:rPr>
        <w:t>The tortoise won the race.</w:t>
      </w:r>
    </w:p>
    <w:p>
      <w:pPr>
        <w:spacing w:after="20"/>
      </w:pPr>
      <w:r>
        <w:rPr>
          <w:rFonts w:ascii="Arial" w:hAnsi="Arial" w:eastAsia="Arial"/>
          <w:b/>
          <w:i w:val="0"/>
          <w:color w:val="000000"/>
          <w:sz w:val="21"/>
        </w:rPr>
        <w:t xml:space="preserve">5. _____  </w:t>
      </w:r>
      <w:r>
        <w:rPr>
          <w:rFonts w:ascii="Arial" w:hAnsi="Arial" w:eastAsia="Arial"/>
          <w:b w:val="0"/>
          <w:i w:val="0"/>
          <w:color w:val="000000"/>
          <w:sz w:val="21"/>
        </w:rPr>
        <w:t>The tortoise did not want a race.</w:t>
      </w:r>
    </w:p>
    <w:p>
      <w:pPr>
        <w:pStyle w:val="Heading2"/>
      </w:pPr>
      <w:r>
        <w:rPr>
          <w:rFonts w:ascii="Arial" w:hAnsi="Arial" w:eastAsia="Arial"/>
          <w:b/>
          <w:i w:val="0"/>
          <w:color w:val="1F4E79"/>
          <w:sz w:val="21"/>
        </w:rPr>
        <w:t>B. Answer the questions. (5 x 0.3 = 1.5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Why did the hare laugh?</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Who ran very fast?</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Where did the hare sleep?</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How did the tortoise walk?</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5. </w:t>
      </w:r>
      <w:r>
        <w:rPr>
          <w:rFonts w:ascii="Arial" w:hAnsi="Arial" w:eastAsia="Arial"/>
          <w:b w:val="0"/>
          <w:i w:val="0"/>
          <w:color w:val="000000"/>
          <w:sz w:val="21"/>
        </w:rPr>
        <w:t>Why was the hare too late?</w:t>
      </w:r>
    </w:p>
    <w:p>
      <w:pPr>
        <w:spacing w:before="0" w:after="20"/>
        <w:ind w:left="255"/>
      </w:pPr>
      <w:r>
        <w:rPr>
          <w:rFonts w:ascii="Arial" w:hAnsi="Arial" w:eastAsia="Arial"/>
          <w:b w:val="0"/>
          <w:i w:val="0"/>
          <w:color w:val="595959"/>
          <w:sz w:val="18"/>
        </w:rPr>
        <w:t>________________________________________________________________________________</w:t>
      </w:r>
    </w:p>
    <w:p>
      <w:pPr>
        <w:pStyle w:val="Heading1"/>
        <w:keepNext/>
      </w:pPr>
      <w:r>
        <w:rPr>
          <w:rFonts w:ascii="Arial" w:hAnsi="Arial" w:eastAsia="Arial"/>
          <w:b/>
          <w:i w:val="0"/>
          <w:color w:val="1F4E79"/>
          <w:sz w:val="23"/>
        </w:rPr>
        <w:t>IV. WRITING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A. Put the words in the correct order. (4 x 0.5 = 2.0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characters / Who / main / are / the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hare / They / tortoise / the / and / are / the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did / How / run / hare / the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fast / ran / He / .</w:t>
      </w:r>
    </w:p>
    <w:p>
      <w:pPr>
        <w:spacing w:before="0" w:after="20"/>
        <w:ind w:left="255"/>
      </w:pPr>
      <w:r>
        <w:rPr>
          <w:rFonts w:ascii="Arial" w:hAnsi="Arial" w:eastAsia="Arial"/>
          <w:b w:val="0"/>
          <w:i w:val="0"/>
          <w:color w:val="595959"/>
          <w:sz w:val="18"/>
        </w:rPr>
        <w:t>________________________________________________________________________________</w:t>
      </w:r>
    </w:p>
    <w:p>
      <w:pPr>
        <w:keepNext/>
        <w:spacing w:after="40"/>
      </w:pPr>
      <w:r>
        <w:rPr>
          <w:rFonts w:ascii="Arial" w:hAnsi="Arial" w:eastAsia="Arial"/>
          <w:b w:val="0"/>
          <w:i/>
          <w:color w:val="595959"/>
          <w:sz w:val="20"/>
        </w:rPr>
        <w:t>B. Complete or answer as directed. (2 x 0.5 = 1.0 point)</w:t>
      </w:r>
    </w:p>
    <w:p>
      <w:pPr>
        <w:spacing w:after="20"/>
      </w:pPr>
      <w:r>
        <w:rPr>
          <w:rFonts w:ascii="Arial" w:hAnsi="Arial" w:eastAsia="Arial"/>
          <w:b/>
          <w:i w:val="0"/>
          <w:color w:val="000000"/>
          <w:sz w:val="21"/>
        </w:rPr>
        <w:t xml:space="preserve">1. </w:t>
      </w:r>
      <w:r>
        <w:rPr>
          <w:rFonts w:ascii="Arial" w:hAnsi="Arial" w:eastAsia="Arial"/>
          <w:b w:val="0"/>
          <w:i w:val="0"/>
          <w:color w:val="000000"/>
          <w:sz w:val="21"/>
        </w:rPr>
        <w:t>Complete: Snow White ____ (sing) beautifully.</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Write one sentence about the tortoise using 'hard'.</w:t>
      </w:r>
    </w:p>
    <w:p>
      <w:pPr>
        <w:spacing w:before="0" w:after="20"/>
        <w:ind w:left="255"/>
      </w:pPr>
      <w:r>
        <w:rPr>
          <w:rFonts w:ascii="Arial" w:hAnsi="Arial" w:eastAsia="Arial"/>
          <w:b w:val="0"/>
          <w:i w:val="0"/>
          <w:color w:val="595959"/>
          <w:sz w:val="18"/>
        </w:rPr>
        <w:t>________________________________________________________________________________</w:t>
      </w:r>
    </w:p>
    <w:sectPr w:rsidR="00FC693F" w:rsidRPr="0006063C" w:rsidSect="00034616">
      <w:headerReference w:type="default" r:id="rId9"/>
      <w:footerReference w:type="default" r:id="rId10"/>
      <w:pgSz w:w="11906" w:h="16838"/>
      <w:pgMar w:top="765"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val="0"/>
        <w:i w:val="0"/>
        <w:color w:val="595959"/>
        <w:sz w:val="17"/>
      </w:rPr>
      <w:t xml:space="preserve">Page </w:t>
    </w:r>
    <w:r>
      <w:rPr>
        <w:rFonts w:ascii="Arial" w:hAnsi="Arial" w:eastAsia="Arial"/>
        <w:b w:val="0"/>
        <w:i w:val="0"/>
        <w:color w:val="595959"/>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i w:val="0"/>
        <w:color w:val="595959"/>
        <w:sz w:val="17"/>
      </w:rPr>
      <w:t>ENGLISH 5 - GLOBAL SUCCESS | UNIT TEST | UNIT 17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40" w:lineRule="auto"/>
    </w:pPr>
    <w:rPr>
      <w:rFonts w:ascii="Arial" w:hAnsi="Arial" w:eastAsia="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line="240" w:lineRule="auto"/>
      <w:outlineLvl w:val="0"/>
    </w:pPr>
    <w:rPr>
      <w:rFonts w:asciiTheme="majorHAnsi" w:eastAsiaTheme="majorEastAsia" w:hAnsiTheme="majorHAnsi" w:cstheme="majorBidi" w:ascii="Arial" w:hAnsi="Arial" w:eastAsia="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60" w:after="20" w:line="240" w:lineRule="auto"/>
      <w:outlineLvl w:val="1"/>
    </w:pPr>
    <w:rPr>
      <w:rFonts w:asciiTheme="majorHAnsi" w:eastAsiaTheme="majorEastAsia" w:hAnsiTheme="majorHAnsi" w:cstheme="majorBidi" w:ascii="Arial" w:hAnsi="Arial" w:eastAsia="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40" w:after="20" w:line="240" w:lineRule="auto"/>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eastAsia="Arial"/>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5 Global Success - Unit 17</dc:title>
  <dc:subject>Unit test and answer key</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