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Arial" w:hAnsi="Arial" w:eastAsia="Arial"/>
          <w:b/>
          <w:i w:val="0"/>
          <w:color w:val="000000"/>
          <w:sz w:val="29"/>
        </w:rPr>
        <w:t>ENGLISH 5 - GLOBAL SUCCESS</w:t>
      </w:r>
    </w:p>
    <w:p>
      <w:pPr>
        <w:spacing w:after="40"/>
        <w:jc w:val="center"/>
      </w:pPr>
      <w:r>
        <w:rPr>
          <w:rFonts w:ascii="Arial" w:hAnsi="Arial" w:eastAsia="Arial"/>
          <w:b/>
          <w:i w:val="0"/>
          <w:color w:val="1F4E79"/>
          <w:sz w:val="26"/>
        </w:rPr>
        <w:t>UNIT 10: OUR SCHOOL TRIP</w:t>
      </w:r>
    </w:p>
    <w:p>
      <w:pPr>
        <w:spacing w:after="100"/>
        <w:jc w:val="center"/>
      </w:pPr>
      <w:r>
        <w:rPr>
          <w:rFonts w:ascii="Arial" w:hAnsi="Arial" w:eastAsia="Arial"/>
          <w:b/>
          <w:i w:val="0"/>
          <w:color w:val="595959"/>
          <w:sz w:val="21"/>
        </w:rPr>
        <w:t>UNIT TEST - Time: 40 minutes - Total: 10 points</w:t>
      </w:r>
    </w:p>
    <w:p>
      <w:pPr>
        <w:spacing w:after="8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Name: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__________________________________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Class: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Date: </w:t>
      </w:r>
      <w:r>
        <w:rPr>
          <w:rFonts w:ascii="Arial" w:hAnsi="Arial" w:eastAsia="Arial"/>
          <w:b w:val="0"/>
          <w:i w:val="0"/>
          <w:color w:val="000000"/>
          <w:sz w:val="21"/>
        </w:rPr>
        <w:t>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I. VOCABULARY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In Da Nang, tourists can take a cable car at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Ba Na Hills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play games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Suoi Tien Theme Park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plant trees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Our class saw a very large pagoda at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Ba Na Hills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Bai Dinh Pagoda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visit old buildings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Suoi Tien Theme Park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The class visited ____ in the centre of Ha Noi.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Hoan Kiem Lake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Ba Na Hills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walk around the lake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visit old buildings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The children enjoyed exciting rides at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Hoan Kiem Lake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visit old buildings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walk around the lake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Suoi Tien Theme Park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We helped the park workers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Ba Na Hills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plant trees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Hoan Kiem Lake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Bai Dinh Pagoda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After lunch, the pupils worked in teams to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plant trees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play games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visit old buildings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walk around the lake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At the historical place, we could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Suoi Tien Theme Park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visit old buildings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play games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Hoan Kiem Lake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In the afternoon, we decided to ____ and take photos.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Bai Dinh Pagoda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visit old buildings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play games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walk around the lake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II. GRAMMAR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Did they go to Ba Na Hills? - Yes, they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do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went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did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were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Did Lan visit the old buildings? - No, she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doesn't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wasn't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didn't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not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What did they ____ there?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does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doing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do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did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They ____ trees in the morning.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plant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planted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plants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planting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We ____ around the lake yesterday.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walks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walk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walked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are walking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Where ____ the class go last Friday?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does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was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did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do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The pupils ____ many photos on the trip.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taking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took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take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takes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____ they play games after lunch?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Did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Do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Are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Were</w:t>
      </w:r>
    </w:p>
    <w:p>
      <w:r>
        <w:br w:type="page"/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III. READING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Read the passage and complete Tasks A and B.</w:t>
      </w:r>
    </w:p>
    <w:tbl>
      <w:tblPr>
        <w:tblStyle w:val="TableGrid"/>
        <w:tblW w:type="dxa" w:w="10190"/>
        <w:tblLayout w:type="fixed"/>
        <w:tblLook w:firstColumn="1" w:firstRow="1" w:lastColumn="0" w:lastRow="0" w:noHBand="0" w:noVBand="1" w:val="04A0"/>
        <w:tblInd w:w="100" w:type="dxa"/>
      </w:tblPr>
      <w:tblGrid>
        <w:gridCol w:w="10190"/>
      </w:tblGrid>
      <w:tr>
        <w:tc>
          <w:tcPr>
            <w:tcW w:type="dxa" w:w="101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2F2F2"/>
          </w:tcPr>
          <w:p>
            <w:pPr>
              <w:spacing w:before="20" w:after="20" w:line="252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Last Friday, class 5A went on a school trip to Ha Noi. First, they visited Hoan Kiem Lake and walked around it. Their teacher told them a story about the lake. Next, they went to an old building and learned about its history. At noon, they had lunch in a small park. In the afternoon, the pupils planted ten young trees and played team games. They returned to school at five o'clock with many photos and happy memories.</w:t>
            </w:r>
          </w:p>
        </w:tc>
      </w:tr>
    </w:tbl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A. Write T (True) or F (False).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They went swimming in Hoan Kiem Lake.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They returned at five o'clock.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They planted twenty trees.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_____  </w:t>
      </w:r>
      <w:r>
        <w:rPr>
          <w:rFonts w:ascii="Arial" w:hAnsi="Arial" w:eastAsia="Arial"/>
          <w:b w:val="0"/>
          <w:i w:val="0"/>
          <w:color w:val="000000"/>
          <w:sz w:val="21"/>
        </w:rPr>
        <w:t>Class 5A went to Ha Noi last Friday.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They learned about an old building's history.</w:t>
      </w:r>
    </w:p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B. Answer the questions.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Where did the class walk?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Who told them a story?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Where did they have lunch?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What did they do in the afternoon?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What did they bring back from the trip?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IV. WRITING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A. Put the words in the correct order. (4 x 0.5 = 2.0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they / Did / Hoan Kiem Lake / visit / 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did / Yes / they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there / What / do / did / they / 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old buildings / visited / They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B. Complete or answer as directed. (2 x 0.5 = 1.0 point)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Complete: We ____ (plant) trees on the school trip.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Answer: Where did your class go on its last trip?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65" w:right="822" w:bottom="709" w:left="822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"/>
        <w:b w:val="0"/>
        <w:i w:val="0"/>
        <w:color w:val="595959"/>
        <w:sz w:val="17"/>
      </w:rPr>
      <w:t xml:space="preserve">Page </w:t>
    </w:r>
    <w:r>
      <w:rPr>
        <w:rFonts w:ascii="Arial" w:hAnsi="Arial" w:eastAsia="Arial"/>
        <w:b w:val="0"/>
        <w:i w:val="0"/>
        <w:color w:val="595959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Arial" w:hAnsi="Arial" w:eastAsia="Arial"/>
        <w:b/>
        <w:i w:val="0"/>
        <w:color w:val="595959"/>
        <w:sz w:val="17"/>
      </w:rPr>
      <w:t>ENGLISH 5 - GLOBAL SUCCESS | UNIT TEST | UNIT 10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0" w:line="240" w:lineRule="auto"/>
    </w:pPr>
    <w:rPr>
      <w:rFonts w:ascii="Arial" w:hAnsi="Arial" w:eastAsia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40" w:line="240" w:lineRule="auto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60" w:after="20" w:line="240" w:lineRule="auto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40" w:after="20" w:line="240" w:lineRule="auto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4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5 Global Success - Unit 10</dc:title>
  <dc:subject>Unit test and answer key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