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AD053" w14:textId="77777777" w:rsidR="00640B00" w:rsidRPr="00BE421C" w:rsidRDefault="00CB0995">
      <w:pPr>
        <w:pBdr>
          <w:top w:val="single" w:sz="10" w:space="4" w:color="218481"/>
          <w:left w:val="single" w:sz="10" w:space="4" w:color="218481"/>
          <w:bottom w:val="single" w:sz="10" w:space="4" w:color="218481"/>
          <w:right w:val="single" w:sz="10" w:space="4" w:color="218481"/>
        </w:pBdr>
        <w:shd w:val="clear" w:color="auto" w:fill="218481"/>
        <w:spacing w:line="240" w:lineRule="auto"/>
        <w:jc w:val="center"/>
        <w:rPr>
          <w:sz w:val="32"/>
          <w:szCs w:val="32"/>
        </w:rPr>
      </w:pPr>
      <w:r w:rsidRPr="00BE421C">
        <w:rPr>
          <w:rFonts w:ascii="Arial" w:eastAsia="Arial" w:hAnsi="Arial"/>
          <w:b/>
          <w:color w:val="FFFFFF"/>
          <w:sz w:val="32"/>
          <w:szCs w:val="32"/>
        </w:rPr>
        <w:t>GLOBAL SUCCESS 8</w:t>
      </w:r>
    </w:p>
    <w:p w14:paraId="7A56E2E8" w14:textId="77777777" w:rsidR="00640B00" w:rsidRPr="00BE421C" w:rsidRDefault="00CB0995">
      <w:pPr>
        <w:pBdr>
          <w:top w:val="single" w:sz="8" w:space="3" w:color="E2B24E"/>
          <w:left w:val="single" w:sz="8" w:space="3" w:color="E2B24E"/>
          <w:bottom w:val="single" w:sz="8" w:space="3" w:color="E2B24E"/>
          <w:right w:val="single" w:sz="8" w:space="3" w:color="E2B24E"/>
        </w:pBdr>
        <w:shd w:val="clear" w:color="auto" w:fill="FFF3D4"/>
        <w:spacing w:after="60" w:line="240" w:lineRule="auto"/>
        <w:jc w:val="center"/>
        <w:rPr>
          <w:sz w:val="32"/>
          <w:szCs w:val="32"/>
        </w:rPr>
      </w:pPr>
      <w:r w:rsidRPr="00BE421C">
        <w:rPr>
          <w:rFonts w:ascii="Arial" w:eastAsia="Arial" w:hAnsi="Arial"/>
          <w:b/>
          <w:color w:val="233D4A"/>
          <w:sz w:val="32"/>
          <w:szCs w:val="32"/>
        </w:rPr>
        <w:t>UNIT 5: OUR CUSTOMS AND TRADITIONS</w:t>
      </w:r>
    </w:p>
    <w:p w14:paraId="724BC78E" w14:textId="1D19A995" w:rsidR="00640B00" w:rsidRPr="00BE421C" w:rsidRDefault="00CB0995">
      <w:pPr>
        <w:spacing w:after="80" w:line="240" w:lineRule="auto"/>
        <w:rPr>
          <w:sz w:val="28"/>
          <w:szCs w:val="28"/>
        </w:rPr>
      </w:pPr>
      <w:r w:rsidRPr="00BE421C">
        <w:rPr>
          <w:sz w:val="28"/>
          <w:szCs w:val="28"/>
        </w:rPr>
        <w:t>Name: ___________________________    Class: _____________     Date: ____</w:t>
      </w:r>
      <w:r w:rsidR="00BE421C">
        <w:rPr>
          <w:sz w:val="28"/>
          <w:szCs w:val="28"/>
        </w:rPr>
        <w:t>________</w:t>
      </w:r>
      <w:r w:rsidRPr="00BE421C">
        <w:rPr>
          <w:sz w:val="28"/>
          <w:szCs w:val="28"/>
        </w:rPr>
        <w:t>__</w:t>
      </w:r>
    </w:p>
    <w:p w14:paraId="6033745E" w14:textId="77777777" w:rsidR="00640B00" w:rsidRPr="00BE421C" w:rsidRDefault="00CB0995">
      <w:pPr>
        <w:keepNext/>
        <w:pBdr>
          <w:top w:val="single" w:sz="10" w:space="3" w:color="EB5B69"/>
          <w:left w:val="single" w:sz="10" w:space="3" w:color="EB5B69"/>
          <w:bottom w:val="single" w:sz="10" w:space="3" w:color="EB5B69"/>
          <w:right w:val="single" w:sz="10" w:space="3" w:color="EB5B69"/>
        </w:pBdr>
        <w:shd w:val="clear" w:color="auto" w:fill="EB5B69"/>
        <w:spacing w:before="60" w:after="80" w:line="240" w:lineRule="auto"/>
        <w:ind w:left="58" w:right="58"/>
        <w:rPr>
          <w:sz w:val="28"/>
          <w:szCs w:val="28"/>
        </w:rPr>
      </w:pPr>
      <w:r w:rsidRPr="00BE421C">
        <w:rPr>
          <w:rFonts w:ascii="Arial" w:eastAsia="Arial" w:hAnsi="Arial"/>
          <w:b/>
          <w:color w:val="FFFFFF"/>
          <w:sz w:val="28"/>
          <w:szCs w:val="28"/>
        </w:rPr>
        <w:t>PART I   LISTENING  (1.25 pts)</w:t>
      </w:r>
    </w:p>
    <w:p w14:paraId="310415A3" w14:textId="77777777" w:rsidR="00640B00" w:rsidRPr="00BE421C" w:rsidRDefault="00CB0995">
      <w:pPr>
        <w:keepNext/>
        <w:spacing w:after="60" w:line="240" w:lineRule="auto"/>
        <w:rPr>
          <w:b/>
          <w:bCs/>
          <w:color w:val="000000" w:themeColor="text1"/>
          <w:sz w:val="28"/>
          <w:szCs w:val="28"/>
        </w:rPr>
      </w:pPr>
      <w:r w:rsidRPr="00BE421C">
        <w:rPr>
          <w:b/>
          <w:bCs/>
          <w:i/>
          <w:color w:val="000000" w:themeColor="text1"/>
          <w:sz w:val="28"/>
          <w:szCs w:val="28"/>
        </w:rPr>
        <w:t>Listen to a student talking about Tet traditions in their family. Choose the best answer A, B, or C. You will listen twice.</w:t>
      </w:r>
    </w:p>
    <w:p w14:paraId="04BEDFBE" w14:textId="77777777" w:rsidR="00640B00" w:rsidRPr="00BE421C" w:rsidRDefault="00CB0995">
      <w:pPr>
        <w:keepLines/>
        <w:spacing w:after="24" w:line="240" w:lineRule="auto"/>
        <w:rPr>
          <w:sz w:val="28"/>
          <w:szCs w:val="28"/>
        </w:rPr>
      </w:pPr>
      <w:r w:rsidRPr="00BE421C">
        <w:rPr>
          <w:b/>
          <w:sz w:val="28"/>
          <w:szCs w:val="28"/>
        </w:rPr>
        <w:t>1. What is the talk mainly about?</w:t>
      </w:r>
    </w:p>
    <w:p w14:paraId="299A211D" w14:textId="77777777" w:rsidR="00640B00" w:rsidRPr="00BE421C" w:rsidRDefault="00CB0995">
      <w:pPr>
        <w:tabs>
          <w:tab w:val="left" w:pos="3456"/>
          <w:tab w:val="left" w:pos="6912"/>
        </w:tabs>
        <w:spacing w:after="32" w:line="240" w:lineRule="auto"/>
        <w:ind w:left="202"/>
        <w:rPr>
          <w:sz w:val="28"/>
          <w:szCs w:val="28"/>
        </w:rPr>
      </w:pPr>
      <w:r w:rsidRPr="00BE421C">
        <w:rPr>
          <w:sz w:val="28"/>
          <w:szCs w:val="28"/>
        </w:rPr>
        <w:t>A. A school festival</w:t>
      </w:r>
      <w:r w:rsidRPr="00BE421C">
        <w:rPr>
          <w:sz w:val="28"/>
          <w:szCs w:val="28"/>
        </w:rPr>
        <w:tab/>
        <w:t>B. Family Tet traditions</w:t>
      </w:r>
      <w:r w:rsidRPr="00BE421C">
        <w:rPr>
          <w:sz w:val="28"/>
          <w:szCs w:val="28"/>
        </w:rPr>
        <w:tab/>
        <w:t>C. A summer holiday</w:t>
      </w:r>
    </w:p>
    <w:p w14:paraId="18F52C01" w14:textId="77777777" w:rsidR="00640B00" w:rsidRPr="00BE421C" w:rsidRDefault="00CB0995">
      <w:pPr>
        <w:keepLines/>
        <w:spacing w:after="24" w:line="240" w:lineRule="auto"/>
        <w:rPr>
          <w:sz w:val="28"/>
          <w:szCs w:val="28"/>
        </w:rPr>
      </w:pPr>
      <w:r w:rsidRPr="00BE421C">
        <w:rPr>
          <w:b/>
          <w:sz w:val="28"/>
          <w:szCs w:val="28"/>
        </w:rPr>
        <w:t>2. When does the family usually start preparing for Tet?</w:t>
      </w:r>
    </w:p>
    <w:p w14:paraId="10A5ED5F" w14:textId="77777777" w:rsidR="00640B00" w:rsidRPr="00BE421C" w:rsidRDefault="00CB0995">
      <w:pPr>
        <w:tabs>
          <w:tab w:val="left" w:pos="3456"/>
          <w:tab w:val="left" w:pos="6912"/>
        </w:tabs>
        <w:spacing w:after="32" w:line="240" w:lineRule="auto"/>
        <w:ind w:left="202"/>
        <w:rPr>
          <w:sz w:val="28"/>
          <w:szCs w:val="28"/>
        </w:rPr>
      </w:pPr>
      <w:r w:rsidRPr="00BE421C">
        <w:rPr>
          <w:sz w:val="28"/>
          <w:szCs w:val="28"/>
        </w:rPr>
        <w:t>A. One week before Tet</w:t>
      </w:r>
      <w:r w:rsidRPr="00BE421C">
        <w:rPr>
          <w:sz w:val="28"/>
          <w:szCs w:val="28"/>
        </w:rPr>
        <w:tab/>
        <w:t>B. On the first day of Tet</w:t>
      </w:r>
      <w:r w:rsidRPr="00BE421C">
        <w:rPr>
          <w:sz w:val="28"/>
          <w:szCs w:val="28"/>
        </w:rPr>
        <w:tab/>
        <w:t>C. One month after Tet</w:t>
      </w:r>
    </w:p>
    <w:p w14:paraId="4890022B" w14:textId="77777777" w:rsidR="00640B00" w:rsidRPr="00BE421C" w:rsidRDefault="00CB0995">
      <w:pPr>
        <w:keepLines/>
        <w:spacing w:after="24" w:line="240" w:lineRule="auto"/>
        <w:rPr>
          <w:sz w:val="28"/>
          <w:szCs w:val="28"/>
        </w:rPr>
      </w:pPr>
      <w:r w:rsidRPr="00BE421C">
        <w:rPr>
          <w:b/>
          <w:sz w:val="28"/>
          <w:szCs w:val="28"/>
        </w:rPr>
        <w:t>3. What do they place in the living room?</w:t>
      </w:r>
    </w:p>
    <w:p w14:paraId="57B00F59" w14:textId="77777777" w:rsidR="00640B00" w:rsidRPr="00BE421C" w:rsidRDefault="00CB0995">
      <w:pPr>
        <w:tabs>
          <w:tab w:val="left" w:pos="3456"/>
          <w:tab w:val="left" w:pos="6912"/>
        </w:tabs>
        <w:spacing w:after="32" w:line="240" w:lineRule="auto"/>
        <w:ind w:left="202"/>
        <w:rPr>
          <w:sz w:val="28"/>
          <w:szCs w:val="28"/>
        </w:rPr>
      </w:pPr>
      <w:r w:rsidRPr="00BE421C">
        <w:rPr>
          <w:sz w:val="28"/>
          <w:szCs w:val="28"/>
        </w:rPr>
        <w:t>A. A bamboo pole</w:t>
      </w:r>
      <w:r w:rsidRPr="00BE421C">
        <w:rPr>
          <w:sz w:val="28"/>
          <w:szCs w:val="28"/>
        </w:rPr>
        <w:tab/>
        <w:t>B. A kumquat tree</w:t>
      </w:r>
      <w:r w:rsidRPr="00BE421C">
        <w:rPr>
          <w:sz w:val="28"/>
          <w:szCs w:val="28"/>
        </w:rPr>
        <w:tab/>
        <w:t>C. A wooden statue</w:t>
      </w:r>
    </w:p>
    <w:p w14:paraId="1849C079" w14:textId="77777777" w:rsidR="00640B00" w:rsidRPr="00BE421C" w:rsidRDefault="00CB0995">
      <w:pPr>
        <w:keepLines/>
        <w:spacing w:after="24" w:line="240" w:lineRule="auto"/>
        <w:rPr>
          <w:sz w:val="28"/>
          <w:szCs w:val="28"/>
        </w:rPr>
      </w:pPr>
      <w:r w:rsidRPr="00BE421C">
        <w:rPr>
          <w:b/>
          <w:sz w:val="28"/>
          <w:szCs w:val="28"/>
        </w:rPr>
        <w:t>4. What does the family do on the first morning of Tet?</w:t>
      </w:r>
    </w:p>
    <w:p w14:paraId="3FCD36A5" w14:textId="77777777" w:rsidR="00BE421C" w:rsidRDefault="00CB0995">
      <w:pPr>
        <w:tabs>
          <w:tab w:val="left" w:pos="3456"/>
          <w:tab w:val="left" w:pos="6912"/>
        </w:tabs>
        <w:spacing w:after="32" w:line="240" w:lineRule="auto"/>
        <w:ind w:left="202"/>
        <w:rPr>
          <w:sz w:val="28"/>
          <w:szCs w:val="28"/>
        </w:rPr>
      </w:pPr>
      <w:r w:rsidRPr="00BE421C">
        <w:rPr>
          <w:sz w:val="28"/>
          <w:szCs w:val="28"/>
        </w:rPr>
        <w:t>A. They visit their grandparents.</w:t>
      </w:r>
      <w:r w:rsidR="00BE421C">
        <w:rPr>
          <w:sz w:val="28"/>
          <w:szCs w:val="28"/>
        </w:rPr>
        <w:t xml:space="preserve">            </w:t>
      </w:r>
      <w:r w:rsidRPr="00BE421C">
        <w:rPr>
          <w:sz w:val="28"/>
          <w:szCs w:val="28"/>
        </w:rPr>
        <w:t>B. They go to school.</w:t>
      </w:r>
      <w:r w:rsidRPr="00BE421C">
        <w:rPr>
          <w:sz w:val="28"/>
          <w:szCs w:val="28"/>
        </w:rPr>
        <w:tab/>
      </w:r>
    </w:p>
    <w:p w14:paraId="60698E17" w14:textId="48715B6D" w:rsidR="00640B00" w:rsidRPr="00BE421C" w:rsidRDefault="00CB0995">
      <w:pPr>
        <w:tabs>
          <w:tab w:val="left" w:pos="3456"/>
          <w:tab w:val="left" w:pos="6912"/>
        </w:tabs>
        <w:spacing w:after="32" w:line="240" w:lineRule="auto"/>
        <w:ind w:left="202"/>
        <w:rPr>
          <w:sz w:val="28"/>
          <w:szCs w:val="28"/>
        </w:rPr>
      </w:pPr>
      <w:r w:rsidRPr="00BE421C">
        <w:rPr>
          <w:sz w:val="28"/>
          <w:szCs w:val="28"/>
        </w:rPr>
        <w:t>C. They watch a sports competition.</w:t>
      </w:r>
    </w:p>
    <w:p w14:paraId="4C7CE1AB" w14:textId="77777777" w:rsidR="00640B00" w:rsidRPr="00BE421C" w:rsidRDefault="00CB0995">
      <w:pPr>
        <w:keepLines/>
        <w:spacing w:after="24" w:line="240" w:lineRule="auto"/>
        <w:rPr>
          <w:sz w:val="28"/>
          <w:szCs w:val="28"/>
        </w:rPr>
      </w:pPr>
      <w:r w:rsidRPr="00BE421C">
        <w:rPr>
          <w:b/>
          <w:sz w:val="28"/>
          <w:szCs w:val="28"/>
        </w:rPr>
        <w:t>5. Which tradition does the speaker enjoy most?</w:t>
      </w:r>
    </w:p>
    <w:p w14:paraId="6DEA4ABD" w14:textId="13ED3FEC" w:rsidR="00640B00" w:rsidRPr="00BE421C" w:rsidRDefault="00CB0995">
      <w:pPr>
        <w:tabs>
          <w:tab w:val="left" w:pos="3456"/>
          <w:tab w:val="left" w:pos="6912"/>
        </w:tabs>
        <w:spacing w:after="32" w:line="240" w:lineRule="auto"/>
        <w:ind w:left="202"/>
        <w:rPr>
          <w:sz w:val="28"/>
          <w:szCs w:val="28"/>
        </w:rPr>
      </w:pPr>
      <w:r w:rsidRPr="00BE421C">
        <w:rPr>
          <w:sz w:val="28"/>
          <w:szCs w:val="28"/>
        </w:rPr>
        <w:t>A. Cleaning the house</w:t>
      </w:r>
      <w:r w:rsidRPr="00BE421C">
        <w:rPr>
          <w:sz w:val="28"/>
          <w:szCs w:val="28"/>
        </w:rPr>
        <w:tab/>
        <w:t>B. Buying new clothes</w:t>
      </w:r>
      <w:r w:rsidR="00BE421C">
        <w:rPr>
          <w:sz w:val="28"/>
          <w:szCs w:val="28"/>
        </w:rPr>
        <w:t xml:space="preserve">        </w:t>
      </w:r>
      <w:r w:rsidRPr="00BE421C">
        <w:rPr>
          <w:sz w:val="28"/>
          <w:szCs w:val="28"/>
        </w:rPr>
        <w:t>C. Having a family reunion meal</w:t>
      </w:r>
    </w:p>
    <w:p w14:paraId="50422AE5" w14:textId="77777777" w:rsidR="00640B00" w:rsidRPr="00BE421C" w:rsidRDefault="00CB0995">
      <w:pPr>
        <w:keepNext/>
        <w:pBdr>
          <w:top w:val="single" w:sz="10" w:space="3" w:color="EB5B69"/>
          <w:left w:val="single" w:sz="10" w:space="3" w:color="EB5B69"/>
          <w:bottom w:val="single" w:sz="10" w:space="3" w:color="EB5B69"/>
          <w:right w:val="single" w:sz="10" w:space="3" w:color="EB5B69"/>
        </w:pBdr>
        <w:shd w:val="clear" w:color="auto" w:fill="EB5B69"/>
        <w:spacing w:before="60" w:after="80" w:line="240" w:lineRule="auto"/>
        <w:ind w:left="58" w:right="58"/>
        <w:rPr>
          <w:sz w:val="28"/>
          <w:szCs w:val="28"/>
        </w:rPr>
      </w:pPr>
      <w:r w:rsidRPr="00BE421C">
        <w:rPr>
          <w:rFonts w:ascii="Arial" w:eastAsia="Arial" w:hAnsi="Arial"/>
          <w:b/>
          <w:color w:val="FFFFFF"/>
          <w:sz w:val="28"/>
          <w:szCs w:val="28"/>
        </w:rPr>
        <w:t xml:space="preserve">PART II   PHONETICS  (1.0 </w:t>
      </w:r>
      <w:proofErr w:type="spellStart"/>
      <w:r w:rsidRPr="00BE421C">
        <w:rPr>
          <w:rFonts w:ascii="Arial" w:eastAsia="Arial" w:hAnsi="Arial"/>
          <w:b/>
          <w:color w:val="FFFFFF"/>
          <w:sz w:val="28"/>
          <w:szCs w:val="28"/>
        </w:rPr>
        <w:t>pt</w:t>
      </w:r>
      <w:proofErr w:type="spellEnd"/>
      <w:r w:rsidRPr="00BE421C">
        <w:rPr>
          <w:rFonts w:ascii="Arial" w:eastAsia="Arial" w:hAnsi="Arial"/>
          <w:b/>
          <w:color w:val="FFFFFF"/>
          <w:sz w:val="28"/>
          <w:szCs w:val="28"/>
        </w:rPr>
        <w:t>)</w:t>
      </w:r>
    </w:p>
    <w:p w14:paraId="1574854F"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Task 1. Choose the word whose bold part is pronounced differently from the others.</w:t>
      </w:r>
    </w:p>
    <w:p w14:paraId="322AF3AD" w14:textId="6EFA26B7" w:rsidR="00640B00" w:rsidRPr="00BE421C" w:rsidRDefault="00CB0995">
      <w:pPr>
        <w:keepLines/>
        <w:spacing w:after="24" w:line="240" w:lineRule="auto"/>
        <w:rPr>
          <w:sz w:val="28"/>
          <w:szCs w:val="28"/>
        </w:rPr>
      </w:pPr>
      <w:r w:rsidRPr="00BE421C">
        <w:rPr>
          <w:b/>
          <w:sz w:val="28"/>
          <w:szCs w:val="28"/>
        </w:rPr>
        <w:t xml:space="preserve">6. </w:t>
      </w:r>
      <w:r w:rsidRPr="00BE421C">
        <w:rPr>
          <w:sz w:val="28"/>
          <w:szCs w:val="28"/>
        </w:rPr>
        <w:t>A. thi</w:t>
      </w:r>
      <w:r w:rsidRPr="00BE421C">
        <w:rPr>
          <w:b/>
          <w:sz w:val="28"/>
          <w:szCs w:val="28"/>
        </w:rPr>
        <w:t>n</w:t>
      </w:r>
      <w:r w:rsidRPr="00BE421C">
        <w:rPr>
          <w:sz w:val="28"/>
          <w:szCs w:val="28"/>
        </w:rPr>
        <w:t xml:space="preserve">     </w:t>
      </w:r>
      <w:r w:rsidR="00BE421C">
        <w:rPr>
          <w:sz w:val="28"/>
          <w:szCs w:val="28"/>
        </w:rPr>
        <w:tab/>
      </w:r>
      <w:r w:rsidR="00BE421C">
        <w:rPr>
          <w:sz w:val="28"/>
          <w:szCs w:val="28"/>
        </w:rPr>
        <w:tab/>
      </w:r>
      <w:r w:rsidRPr="00BE421C">
        <w:rPr>
          <w:sz w:val="28"/>
          <w:szCs w:val="28"/>
        </w:rPr>
        <w:t>B. offeri</w:t>
      </w:r>
      <w:r w:rsidRPr="00BE421C">
        <w:rPr>
          <w:b/>
          <w:sz w:val="28"/>
          <w:szCs w:val="28"/>
        </w:rPr>
        <w:t>ng</w:t>
      </w:r>
      <w:r w:rsidRPr="00BE421C">
        <w:rPr>
          <w:sz w:val="28"/>
          <w:szCs w:val="28"/>
        </w:rPr>
        <w:t xml:space="preserve">     </w:t>
      </w:r>
      <w:r w:rsidR="00BE421C">
        <w:rPr>
          <w:sz w:val="28"/>
          <w:szCs w:val="28"/>
        </w:rPr>
        <w:tab/>
      </w:r>
      <w:r w:rsidRPr="00BE421C">
        <w:rPr>
          <w:sz w:val="28"/>
          <w:szCs w:val="28"/>
        </w:rPr>
        <w:t>C. traditio</w:t>
      </w:r>
      <w:r w:rsidRPr="00BE421C">
        <w:rPr>
          <w:b/>
          <w:sz w:val="28"/>
          <w:szCs w:val="28"/>
        </w:rPr>
        <w:t>n</w:t>
      </w:r>
      <w:r w:rsidRPr="00BE421C">
        <w:rPr>
          <w:sz w:val="28"/>
          <w:szCs w:val="28"/>
        </w:rPr>
        <w:t xml:space="preserve">     </w:t>
      </w:r>
      <w:r w:rsidR="00BE421C">
        <w:rPr>
          <w:sz w:val="28"/>
          <w:szCs w:val="28"/>
        </w:rPr>
        <w:tab/>
      </w:r>
      <w:r w:rsidRPr="00BE421C">
        <w:rPr>
          <w:sz w:val="28"/>
          <w:szCs w:val="28"/>
        </w:rPr>
        <w:t>D. ceremo</w:t>
      </w:r>
      <w:r w:rsidRPr="00BE421C">
        <w:rPr>
          <w:b/>
          <w:sz w:val="28"/>
          <w:szCs w:val="28"/>
        </w:rPr>
        <w:t>n</w:t>
      </w:r>
      <w:r w:rsidRPr="00BE421C">
        <w:rPr>
          <w:sz w:val="28"/>
          <w:szCs w:val="28"/>
        </w:rPr>
        <w:t>y</w:t>
      </w:r>
    </w:p>
    <w:p w14:paraId="34D314BB" w14:textId="67667342" w:rsidR="00640B00" w:rsidRPr="00BE421C" w:rsidRDefault="00CB0995">
      <w:pPr>
        <w:keepLines/>
        <w:spacing w:after="36" w:line="240" w:lineRule="auto"/>
        <w:rPr>
          <w:sz w:val="28"/>
          <w:szCs w:val="28"/>
        </w:rPr>
      </w:pPr>
      <w:r w:rsidRPr="00BE421C">
        <w:rPr>
          <w:b/>
          <w:sz w:val="28"/>
          <w:szCs w:val="28"/>
        </w:rPr>
        <w:t xml:space="preserve">7. </w:t>
      </w:r>
      <w:r w:rsidRPr="00BE421C">
        <w:rPr>
          <w:sz w:val="28"/>
          <w:szCs w:val="28"/>
        </w:rPr>
        <w:t>A. thi</w:t>
      </w:r>
      <w:r w:rsidRPr="00BE421C">
        <w:rPr>
          <w:b/>
          <w:sz w:val="28"/>
          <w:szCs w:val="28"/>
        </w:rPr>
        <w:t>ng</w:t>
      </w:r>
      <w:r w:rsidRPr="00BE421C">
        <w:rPr>
          <w:sz w:val="28"/>
          <w:szCs w:val="28"/>
        </w:rPr>
        <w:t xml:space="preserve">     </w:t>
      </w:r>
      <w:r w:rsidR="00BE421C">
        <w:rPr>
          <w:sz w:val="28"/>
          <w:szCs w:val="28"/>
        </w:rPr>
        <w:tab/>
      </w:r>
      <w:r w:rsidRPr="00BE421C">
        <w:rPr>
          <w:sz w:val="28"/>
          <w:szCs w:val="28"/>
        </w:rPr>
        <w:t>B. offeri</w:t>
      </w:r>
      <w:r w:rsidRPr="00BE421C">
        <w:rPr>
          <w:b/>
          <w:sz w:val="28"/>
          <w:szCs w:val="28"/>
        </w:rPr>
        <w:t>ng</w:t>
      </w:r>
      <w:r w:rsidRPr="00BE421C">
        <w:rPr>
          <w:sz w:val="28"/>
          <w:szCs w:val="28"/>
        </w:rPr>
        <w:t xml:space="preserve">     </w:t>
      </w:r>
      <w:r w:rsidR="00BE421C">
        <w:rPr>
          <w:sz w:val="28"/>
          <w:szCs w:val="28"/>
        </w:rPr>
        <w:tab/>
      </w:r>
      <w:r w:rsidRPr="00BE421C">
        <w:rPr>
          <w:sz w:val="28"/>
          <w:szCs w:val="28"/>
        </w:rPr>
        <w:t>C. spri</w:t>
      </w:r>
      <w:r w:rsidRPr="00BE421C">
        <w:rPr>
          <w:b/>
          <w:sz w:val="28"/>
          <w:szCs w:val="28"/>
        </w:rPr>
        <w:t>ng</w:t>
      </w:r>
      <w:r w:rsidRPr="00BE421C">
        <w:rPr>
          <w:sz w:val="28"/>
          <w:szCs w:val="28"/>
        </w:rPr>
        <w:t xml:space="preserve">     </w:t>
      </w:r>
      <w:r w:rsidR="00BE421C">
        <w:rPr>
          <w:sz w:val="28"/>
          <w:szCs w:val="28"/>
        </w:rPr>
        <w:tab/>
      </w:r>
      <w:r w:rsidR="00BE421C">
        <w:rPr>
          <w:sz w:val="28"/>
          <w:szCs w:val="28"/>
        </w:rPr>
        <w:tab/>
      </w:r>
      <w:r w:rsidRPr="00BE421C">
        <w:rPr>
          <w:sz w:val="28"/>
          <w:szCs w:val="28"/>
        </w:rPr>
        <w:t xml:space="preserve">D. </w:t>
      </w:r>
      <w:r w:rsidR="006B15E9" w:rsidRPr="006B15E9">
        <w:rPr>
          <w:sz w:val="28"/>
          <w:szCs w:val="28"/>
        </w:rPr>
        <w:t>gin</w:t>
      </w:r>
      <w:r w:rsidR="006B15E9" w:rsidRPr="006B15E9">
        <w:rPr>
          <w:b/>
          <w:bCs/>
          <w:sz w:val="28"/>
          <w:szCs w:val="28"/>
        </w:rPr>
        <w:t>g</w:t>
      </w:r>
      <w:r w:rsidR="006B15E9" w:rsidRPr="006B15E9">
        <w:rPr>
          <w:sz w:val="28"/>
          <w:szCs w:val="28"/>
        </w:rPr>
        <w:t>er</w:t>
      </w:r>
    </w:p>
    <w:p w14:paraId="20CF1E74"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Task 2. Choose the word whose stress pattern is different from the others.</w:t>
      </w:r>
    </w:p>
    <w:p w14:paraId="7F137318" w14:textId="6F8C5E53" w:rsidR="00640B00" w:rsidRPr="00BE421C" w:rsidRDefault="00CB0995" w:rsidP="00BE421C">
      <w:pPr>
        <w:keepLines/>
        <w:spacing w:line="240" w:lineRule="auto"/>
        <w:rPr>
          <w:sz w:val="28"/>
          <w:szCs w:val="28"/>
        </w:rPr>
      </w:pPr>
      <w:r w:rsidRPr="00BE421C">
        <w:rPr>
          <w:b/>
          <w:sz w:val="28"/>
          <w:szCs w:val="28"/>
        </w:rPr>
        <w:t xml:space="preserve">8. </w:t>
      </w:r>
      <w:r w:rsidRPr="00BE421C">
        <w:rPr>
          <w:sz w:val="28"/>
          <w:szCs w:val="28"/>
        </w:rPr>
        <w:t>A. admire</w:t>
      </w:r>
      <w:r w:rsidRPr="00BE421C">
        <w:rPr>
          <w:sz w:val="28"/>
          <w:szCs w:val="28"/>
        </w:rPr>
        <w:tab/>
      </w:r>
      <w:r w:rsidR="00BE421C">
        <w:rPr>
          <w:sz w:val="28"/>
          <w:szCs w:val="28"/>
        </w:rPr>
        <w:tab/>
      </w:r>
      <w:r w:rsidR="00BE421C">
        <w:rPr>
          <w:sz w:val="28"/>
          <w:szCs w:val="28"/>
        </w:rPr>
        <w:tab/>
      </w:r>
      <w:r w:rsidRPr="00BE421C">
        <w:rPr>
          <w:sz w:val="28"/>
          <w:szCs w:val="28"/>
        </w:rPr>
        <w:t>B. decorate</w:t>
      </w:r>
      <w:r w:rsidRPr="00BE421C">
        <w:rPr>
          <w:sz w:val="28"/>
          <w:szCs w:val="28"/>
        </w:rPr>
        <w:tab/>
      </w:r>
      <w:r w:rsidR="00BE421C">
        <w:rPr>
          <w:sz w:val="28"/>
          <w:szCs w:val="28"/>
        </w:rPr>
        <w:tab/>
      </w:r>
      <w:r w:rsidRPr="00BE421C">
        <w:rPr>
          <w:sz w:val="28"/>
          <w:szCs w:val="28"/>
        </w:rPr>
        <w:t>C. worship</w:t>
      </w:r>
      <w:r w:rsidRPr="00BE421C">
        <w:rPr>
          <w:sz w:val="28"/>
          <w:szCs w:val="28"/>
        </w:rPr>
        <w:tab/>
      </w:r>
      <w:r w:rsidR="00BE421C">
        <w:rPr>
          <w:sz w:val="28"/>
          <w:szCs w:val="28"/>
        </w:rPr>
        <w:tab/>
      </w:r>
      <w:r w:rsidRPr="00BE421C">
        <w:rPr>
          <w:sz w:val="28"/>
          <w:szCs w:val="28"/>
        </w:rPr>
        <w:t>D. offering</w:t>
      </w:r>
    </w:p>
    <w:p w14:paraId="55F97239" w14:textId="3D2AD79B" w:rsidR="00640B00" w:rsidRPr="00BE421C" w:rsidRDefault="00CB0995" w:rsidP="00BE421C">
      <w:pPr>
        <w:keepLines/>
        <w:spacing w:line="240" w:lineRule="auto"/>
        <w:rPr>
          <w:sz w:val="28"/>
          <w:szCs w:val="28"/>
        </w:rPr>
      </w:pPr>
      <w:r w:rsidRPr="00BE421C">
        <w:rPr>
          <w:b/>
          <w:sz w:val="28"/>
          <w:szCs w:val="28"/>
        </w:rPr>
        <w:t xml:space="preserve">9. </w:t>
      </w:r>
      <w:r w:rsidRPr="00BE421C">
        <w:rPr>
          <w:sz w:val="28"/>
          <w:szCs w:val="28"/>
        </w:rPr>
        <w:t>A. ceremony</w:t>
      </w:r>
      <w:r w:rsidRPr="00BE421C">
        <w:rPr>
          <w:sz w:val="28"/>
          <w:szCs w:val="28"/>
        </w:rPr>
        <w:tab/>
      </w:r>
      <w:r w:rsidR="00BE421C">
        <w:rPr>
          <w:sz w:val="28"/>
          <w:szCs w:val="28"/>
        </w:rPr>
        <w:tab/>
      </w:r>
      <w:r w:rsidRPr="00BE421C">
        <w:rPr>
          <w:sz w:val="28"/>
          <w:szCs w:val="28"/>
        </w:rPr>
        <w:t>B. tradition</w:t>
      </w:r>
      <w:r w:rsidRPr="00BE421C">
        <w:rPr>
          <w:sz w:val="28"/>
          <w:szCs w:val="28"/>
        </w:rPr>
        <w:tab/>
      </w:r>
      <w:r w:rsidR="00BE421C">
        <w:rPr>
          <w:sz w:val="28"/>
          <w:szCs w:val="28"/>
        </w:rPr>
        <w:tab/>
      </w:r>
      <w:r w:rsidRPr="00BE421C">
        <w:rPr>
          <w:sz w:val="28"/>
          <w:szCs w:val="28"/>
        </w:rPr>
        <w:t>C. festival</w:t>
      </w:r>
      <w:r w:rsidRPr="00BE421C">
        <w:rPr>
          <w:sz w:val="28"/>
          <w:szCs w:val="28"/>
        </w:rPr>
        <w:tab/>
      </w:r>
      <w:r w:rsidR="00BE421C">
        <w:rPr>
          <w:sz w:val="28"/>
          <w:szCs w:val="28"/>
        </w:rPr>
        <w:tab/>
      </w:r>
      <w:r w:rsidRPr="00BE421C">
        <w:rPr>
          <w:sz w:val="28"/>
          <w:szCs w:val="28"/>
        </w:rPr>
        <w:t>D. family</w:t>
      </w:r>
    </w:p>
    <w:p w14:paraId="5D9FCCD2" w14:textId="77777777" w:rsidR="00640B00" w:rsidRPr="00BE421C" w:rsidRDefault="00CB0995">
      <w:pPr>
        <w:keepNext/>
        <w:pBdr>
          <w:top w:val="single" w:sz="10" w:space="3" w:color="EB5B69"/>
          <w:left w:val="single" w:sz="10" w:space="3" w:color="EB5B69"/>
          <w:bottom w:val="single" w:sz="10" w:space="3" w:color="EB5B69"/>
          <w:right w:val="single" w:sz="10" w:space="3" w:color="EB5B69"/>
        </w:pBdr>
        <w:shd w:val="clear" w:color="auto" w:fill="EB5B69"/>
        <w:spacing w:before="60" w:after="80" w:line="240" w:lineRule="auto"/>
        <w:ind w:left="58" w:right="58"/>
        <w:rPr>
          <w:sz w:val="28"/>
          <w:szCs w:val="28"/>
        </w:rPr>
      </w:pPr>
      <w:r w:rsidRPr="00BE421C">
        <w:rPr>
          <w:rFonts w:ascii="Arial" w:eastAsia="Arial" w:hAnsi="Arial"/>
          <w:b/>
          <w:color w:val="FFFFFF"/>
          <w:sz w:val="28"/>
          <w:szCs w:val="28"/>
        </w:rPr>
        <w:t>PART III   LANGUAGE USE  (2.5 pts)</w:t>
      </w:r>
    </w:p>
    <w:p w14:paraId="56818581" w14:textId="77777777" w:rsidR="00640B00" w:rsidRPr="00BE421C" w:rsidRDefault="00CB0995">
      <w:pPr>
        <w:keepNext/>
        <w:spacing w:after="60" w:line="240" w:lineRule="auto"/>
        <w:rPr>
          <w:b/>
          <w:bCs/>
          <w:color w:val="000000" w:themeColor="text1"/>
          <w:sz w:val="28"/>
          <w:szCs w:val="28"/>
        </w:rPr>
      </w:pPr>
      <w:r w:rsidRPr="00BE421C">
        <w:rPr>
          <w:b/>
          <w:bCs/>
          <w:i/>
          <w:color w:val="000000" w:themeColor="text1"/>
          <w:sz w:val="28"/>
          <w:szCs w:val="28"/>
        </w:rPr>
        <w:t>Choose the best answer A, B, C, or D to complete each sentence.</w:t>
      </w:r>
    </w:p>
    <w:p w14:paraId="41EB9150" w14:textId="73A82F4B" w:rsidR="00640B00" w:rsidRPr="00BE421C" w:rsidRDefault="00CB0995">
      <w:pPr>
        <w:keepLines/>
        <w:spacing w:after="24" w:line="240" w:lineRule="auto"/>
        <w:rPr>
          <w:sz w:val="28"/>
          <w:szCs w:val="28"/>
        </w:rPr>
      </w:pPr>
      <w:r w:rsidRPr="00BE421C">
        <w:rPr>
          <w:b/>
          <w:sz w:val="28"/>
          <w:szCs w:val="28"/>
        </w:rPr>
        <w:t xml:space="preserve">10. At Tet, many families have a </w:t>
      </w:r>
      <w:r w:rsidR="00D301DE">
        <w:rPr>
          <w:b/>
          <w:sz w:val="28"/>
          <w:szCs w:val="28"/>
        </w:rPr>
        <w:t xml:space="preserve">family </w:t>
      </w:r>
      <w:r w:rsidRPr="00BE421C">
        <w:rPr>
          <w:b/>
          <w:sz w:val="28"/>
          <w:szCs w:val="28"/>
        </w:rPr>
        <w:t>________ meal with all their members.</w:t>
      </w:r>
    </w:p>
    <w:p w14:paraId="05326FAD" w14:textId="77777777" w:rsidR="00640B00" w:rsidRPr="00BE421C" w:rsidRDefault="00CB0995">
      <w:pPr>
        <w:tabs>
          <w:tab w:val="left" w:pos="2563"/>
          <w:tab w:val="left" w:pos="5126"/>
          <w:tab w:val="left" w:pos="7690"/>
        </w:tabs>
        <w:spacing w:after="26" w:line="240" w:lineRule="auto"/>
        <w:ind w:left="202"/>
        <w:rPr>
          <w:sz w:val="28"/>
          <w:szCs w:val="28"/>
        </w:rPr>
      </w:pPr>
      <w:r w:rsidRPr="00BE421C">
        <w:rPr>
          <w:sz w:val="28"/>
          <w:szCs w:val="28"/>
        </w:rPr>
        <w:t>A. reunion</w:t>
      </w:r>
      <w:r w:rsidRPr="00BE421C">
        <w:rPr>
          <w:sz w:val="28"/>
          <w:szCs w:val="28"/>
        </w:rPr>
        <w:tab/>
        <w:t>B. worship</w:t>
      </w:r>
      <w:r w:rsidRPr="00BE421C">
        <w:rPr>
          <w:sz w:val="28"/>
          <w:szCs w:val="28"/>
        </w:rPr>
        <w:tab/>
        <w:t>C. martial arts</w:t>
      </w:r>
      <w:r w:rsidRPr="00BE421C">
        <w:rPr>
          <w:sz w:val="28"/>
          <w:szCs w:val="28"/>
        </w:rPr>
        <w:tab/>
        <w:t>D. decoration</w:t>
      </w:r>
    </w:p>
    <w:p w14:paraId="7AF2E981" w14:textId="77777777" w:rsidR="00640B00" w:rsidRPr="00BE421C" w:rsidRDefault="00CB0995">
      <w:pPr>
        <w:keepLines/>
        <w:spacing w:after="24" w:line="240" w:lineRule="auto"/>
        <w:rPr>
          <w:sz w:val="28"/>
          <w:szCs w:val="28"/>
        </w:rPr>
      </w:pPr>
      <w:r w:rsidRPr="00BE421C">
        <w:rPr>
          <w:b/>
          <w:sz w:val="28"/>
          <w:szCs w:val="28"/>
        </w:rPr>
        <w:t>11. People often ________ their ancestors by preparing food offerings.</w:t>
      </w:r>
    </w:p>
    <w:p w14:paraId="53F4F9C4" w14:textId="77777777" w:rsidR="00640B00" w:rsidRPr="00BE421C" w:rsidRDefault="00CB0995">
      <w:pPr>
        <w:tabs>
          <w:tab w:val="left" w:pos="2563"/>
          <w:tab w:val="left" w:pos="5126"/>
          <w:tab w:val="left" w:pos="7690"/>
        </w:tabs>
        <w:spacing w:after="26" w:line="240" w:lineRule="auto"/>
        <w:ind w:left="202"/>
        <w:rPr>
          <w:sz w:val="28"/>
          <w:szCs w:val="28"/>
        </w:rPr>
      </w:pPr>
      <w:r w:rsidRPr="00BE421C">
        <w:rPr>
          <w:sz w:val="28"/>
          <w:szCs w:val="28"/>
        </w:rPr>
        <w:t>A. break</w:t>
      </w:r>
      <w:r w:rsidRPr="00BE421C">
        <w:rPr>
          <w:sz w:val="28"/>
          <w:szCs w:val="28"/>
        </w:rPr>
        <w:tab/>
        <w:t>B. admire</w:t>
      </w:r>
      <w:r w:rsidRPr="00BE421C">
        <w:rPr>
          <w:sz w:val="28"/>
          <w:szCs w:val="28"/>
        </w:rPr>
        <w:tab/>
        <w:t>C. worship</w:t>
      </w:r>
      <w:r w:rsidRPr="00BE421C">
        <w:rPr>
          <w:sz w:val="28"/>
          <w:szCs w:val="28"/>
        </w:rPr>
        <w:tab/>
        <w:t>D. chase</w:t>
      </w:r>
    </w:p>
    <w:p w14:paraId="781EB070" w14:textId="77777777" w:rsidR="00640B00" w:rsidRPr="00BE421C" w:rsidRDefault="00CB0995">
      <w:pPr>
        <w:keepLines/>
        <w:spacing w:after="24" w:line="240" w:lineRule="auto"/>
        <w:rPr>
          <w:sz w:val="28"/>
          <w:szCs w:val="28"/>
        </w:rPr>
      </w:pPr>
      <w:r w:rsidRPr="00BE421C">
        <w:rPr>
          <w:b/>
          <w:sz w:val="28"/>
          <w:szCs w:val="28"/>
        </w:rPr>
        <w:t>12. Villagers hang bells on a bamboo pole to ________ away bad spirits.</w:t>
      </w:r>
    </w:p>
    <w:p w14:paraId="4C63A987" w14:textId="77777777" w:rsidR="00640B00" w:rsidRPr="00BE421C" w:rsidRDefault="00CB0995">
      <w:pPr>
        <w:tabs>
          <w:tab w:val="left" w:pos="2563"/>
          <w:tab w:val="left" w:pos="5126"/>
          <w:tab w:val="left" w:pos="7690"/>
        </w:tabs>
        <w:spacing w:after="26" w:line="240" w:lineRule="auto"/>
        <w:ind w:left="202"/>
        <w:rPr>
          <w:sz w:val="28"/>
          <w:szCs w:val="28"/>
        </w:rPr>
      </w:pPr>
      <w:r w:rsidRPr="00BE421C">
        <w:rPr>
          <w:sz w:val="28"/>
          <w:szCs w:val="28"/>
        </w:rPr>
        <w:t>A. place</w:t>
      </w:r>
      <w:r w:rsidRPr="00BE421C">
        <w:rPr>
          <w:sz w:val="28"/>
          <w:szCs w:val="28"/>
        </w:rPr>
        <w:tab/>
        <w:t>B. chase</w:t>
      </w:r>
      <w:r w:rsidRPr="00BE421C">
        <w:rPr>
          <w:sz w:val="28"/>
          <w:szCs w:val="28"/>
        </w:rPr>
        <w:tab/>
        <w:t>C. pray</w:t>
      </w:r>
      <w:r w:rsidRPr="00BE421C">
        <w:rPr>
          <w:sz w:val="28"/>
          <w:szCs w:val="28"/>
        </w:rPr>
        <w:tab/>
        <w:t>D. keep</w:t>
      </w:r>
    </w:p>
    <w:p w14:paraId="266B8F2A" w14:textId="186DBC11" w:rsidR="00640B00" w:rsidRPr="00BE421C" w:rsidRDefault="00CB0995">
      <w:pPr>
        <w:keepLines/>
        <w:spacing w:after="24" w:line="240" w:lineRule="auto"/>
        <w:rPr>
          <w:sz w:val="28"/>
          <w:szCs w:val="28"/>
        </w:rPr>
      </w:pPr>
      <w:r w:rsidRPr="00BE421C">
        <w:rPr>
          <w:b/>
          <w:sz w:val="28"/>
          <w:szCs w:val="28"/>
        </w:rPr>
        <w:t>13. Ok Om Bok is a traditional ________ of the Khmer people.</w:t>
      </w:r>
    </w:p>
    <w:p w14:paraId="0760000C" w14:textId="77777777" w:rsidR="00640B00" w:rsidRPr="00BE421C" w:rsidRDefault="00CB0995">
      <w:pPr>
        <w:tabs>
          <w:tab w:val="left" w:pos="2563"/>
          <w:tab w:val="left" w:pos="5126"/>
          <w:tab w:val="left" w:pos="7690"/>
        </w:tabs>
        <w:spacing w:after="26" w:line="240" w:lineRule="auto"/>
        <w:ind w:left="202"/>
        <w:rPr>
          <w:sz w:val="28"/>
          <w:szCs w:val="28"/>
        </w:rPr>
      </w:pPr>
      <w:r w:rsidRPr="00BE421C">
        <w:rPr>
          <w:sz w:val="28"/>
          <w:szCs w:val="28"/>
        </w:rPr>
        <w:t>A. offering</w:t>
      </w:r>
      <w:r w:rsidRPr="00BE421C">
        <w:rPr>
          <w:sz w:val="28"/>
          <w:szCs w:val="28"/>
        </w:rPr>
        <w:tab/>
        <w:t>B. reunion</w:t>
      </w:r>
      <w:r w:rsidRPr="00BE421C">
        <w:rPr>
          <w:sz w:val="28"/>
          <w:szCs w:val="28"/>
        </w:rPr>
        <w:tab/>
        <w:t>C. custom</w:t>
      </w:r>
      <w:r w:rsidRPr="00BE421C">
        <w:rPr>
          <w:sz w:val="28"/>
          <w:szCs w:val="28"/>
        </w:rPr>
        <w:tab/>
        <w:t>D. festival</w:t>
      </w:r>
    </w:p>
    <w:p w14:paraId="08EE9245" w14:textId="77777777" w:rsidR="00640B00" w:rsidRPr="00BE421C" w:rsidRDefault="00CB0995">
      <w:pPr>
        <w:keepLines/>
        <w:spacing w:after="24" w:line="240" w:lineRule="auto"/>
        <w:rPr>
          <w:sz w:val="28"/>
          <w:szCs w:val="28"/>
        </w:rPr>
      </w:pPr>
      <w:r w:rsidRPr="00BE421C">
        <w:rPr>
          <w:b/>
          <w:sz w:val="28"/>
          <w:szCs w:val="28"/>
        </w:rPr>
        <w:t>14. We usually have ________ breakfast at 7 a.m.</w:t>
      </w:r>
    </w:p>
    <w:p w14:paraId="436E269A" w14:textId="77777777" w:rsidR="00640B00" w:rsidRPr="00BE421C" w:rsidRDefault="00CB0995">
      <w:pPr>
        <w:tabs>
          <w:tab w:val="left" w:pos="2563"/>
          <w:tab w:val="left" w:pos="5126"/>
          <w:tab w:val="left" w:pos="7690"/>
        </w:tabs>
        <w:spacing w:after="26" w:line="240" w:lineRule="auto"/>
        <w:ind w:left="202"/>
        <w:rPr>
          <w:sz w:val="28"/>
          <w:szCs w:val="28"/>
        </w:rPr>
      </w:pPr>
      <w:r w:rsidRPr="00BE421C">
        <w:rPr>
          <w:sz w:val="28"/>
          <w:szCs w:val="28"/>
        </w:rPr>
        <w:t>A. a</w:t>
      </w:r>
      <w:r w:rsidRPr="00BE421C">
        <w:rPr>
          <w:sz w:val="28"/>
          <w:szCs w:val="28"/>
        </w:rPr>
        <w:tab/>
        <w:t>B. an</w:t>
      </w:r>
      <w:r w:rsidRPr="00BE421C">
        <w:rPr>
          <w:sz w:val="28"/>
          <w:szCs w:val="28"/>
        </w:rPr>
        <w:tab/>
        <w:t>C. the</w:t>
      </w:r>
      <w:r w:rsidRPr="00BE421C">
        <w:rPr>
          <w:sz w:val="28"/>
          <w:szCs w:val="28"/>
        </w:rPr>
        <w:tab/>
        <w:t>D. Ø</w:t>
      </w:r>
    </w:p>
    <w:p w14:paraId="73CBAAFF" w14:textId="77777777" w:rsidR="00640B00" w:rsidRPr="00BE421C" w:rsidRDefault="00CB0995">
      <w:pPr>
        <w:keepLines/>
        <w:spacing w:after="24" w:line="240" w:lineRule="auto"/>
        <w:rPr>
          <w:sz w:val="28"/>
          <w:szCs w:val="28"/>
        </w:rPr>
      </w:pPr>
      <w:r w:rsidRPr="00BE421C">
        <w:rPr>
          <w:b/>
          <w:sz w:val="28"/>
          <w:szCs w:val="28"/>
        </w:rPr>
        <w:t>15. We went to ________ pagoda near our house on New Year’s Day.</w:t>
      </w:r>
    </w:p>
    <w:p w14:paraId="676BFCA9" w14:textId="77777777" w:rsidR="00640B00" w:rsidRPr="00BE421C" w:rsidRDefault="00CB0995">
      <w:pPr>
        <w:tabs>
          <w:tab w:val="left" w:pos="2563"/>
          <w:tab w:val="left" w:pos="5126"/>
          <w:tab w:val="left" w:pos="7690"/>
        </w:tabs>
        <w:spacing w:after="26" w:line="240" w:lineRule="auto"/>
        <w:ind w:left="202"/>
        <w:rPr>
          <w:sz w:val="28"/>
          <w:szCs w:val="28"/>
        </w:rPr>
      </w:pPr>
      <w:r w:rsidRPr="00BE421C">
        <w:rPr>
          <w:sz w:val="28"/>
          <w:szCs w:val="28"/>
        </w:rPr>
        <w:t>A. a</w:t>
      </w:r>
      <w:r w:rsidRPr="00BE421C">
        <w:rPr>
          <w:sz w:val="28"/>
          <w:szCs w:val="28"/>
        </w:rPr>
        <w:tab/>
        <w:t>B. an</w:t>
      </w:r>
      <w:r w:rsidRPr="00BE421C">
        <w:rPr>
          <w:sz w:val="28"/>
          <w:szCs w:val="28"/>
        </w:rPr>
        <w:tab/>
        <w:t>C. the</w:t>
      </w:r>
      <w:r w:rsidRPr="00BE421C">
        <w:rPr>
          <w:sz w:val="28"/>
          <w:szCs w:val="28"/>
        </w:rPr>
        <w:tab/>
        <w:t>D. Ø</w:t>
      </w:r>
    </w:p>
    <w:p w14:paraId="34C8BB55" w14:textId="77777777" w:rsidR="00640B00" w:rsidRPr="00BE421C" w:rsidRDefault="00CB0995">
      <w:pPr>
        <w:rPr>
          <w:sz w:val="28"/>
          <w:szCs w:val="28"/>
        </w:rPr>
      </w:pPr>
      <w:r w:rsidRPr="00BE421C">
        <w:rPr>
          <w:sz w:val="28"/>
          <w:szCs w:val="28"/>
        </w:rPr>
        <w:br w:type="page"/>
      </w:r>
    </w:p>
    <w:p w14:paraId="67A6DDEB" w14:textId="6943CD5D" w:rsidR="00640B00" w:rsidRPr="00BE421C" w:rsidRDefault="00CB0995">
      <w:pPr>
        <w:keepLines/>
        <w:spacing w:after="24" w:line="240" w:lineRule="auto"/>
        <w:rPr>
          <w:sz w:val="28"/>
          <w:szCs w:val="28"/>
        </w:rPr>
      </w:pPr>
      <w:r w:rsidRPr="00BE421C">
        <w:rPr>
          <w:b/>
          <w:sz w:val="28"/>
          <w:szCs w:val="28"/>
        </w:rPr>
        <w:lastRenderedPageBreak/>
        <w:t>16. Children should not ________ with family tradition</w:t>
      </w:r>
      <w:r w:rsidR="00A26558">
        <w:rPr>
          <w:b/>
          <w:sz w:val="28"/>
          <w:szCs w:val="28"/>
        </w:rPr>
        <w:t>s</w:t>
      </w:r>
      <w:r w:rsidRPr="00BE421C">
        <w:rPr>
          <w:b/>
          <w:sz w:val="28"/>
          <w:szCs w:val="28"/>
        </w:rPr>
        <w:t>.</w:t>
      </w:r>
    </w:p>
    <w:p w14:paraId="079C7F74" w14:textId="77777777" w:rsidR="00640B00" w:rsidRPr="00BE421C" w:rsidRDefault="00CB0995">
      <w:pPr>
        <w:tabs>
          <w:tab w:val="left" w:pos="2563"/>
          <w:tab w:val="left" w:pos="5126"/>
          <w:tab w:val="left" w:pos="7690"/>
        </w:tabs>
        <w:spacing w:after="40" w:line="240" w:lineRule="auto"/>
        <w:ind w:left="202"/>
        <w:rPr>
          <w:sz w:val="28"/>
          <w:szCs w:val="28"/>
        </w:rPr>
      </w:pPr>
      <w:r w:rsidRPr="00BE421C">
        <w:rPr>
          <w:sz w:val="28"/>
          <w:szCs w:val="28"/>
        </w:rPr>
        <w:t>A. keep</w:t>
      </w:r>
      <w:r w:rsidRPr="00BE421C">
        <w:rPr>
          <w:sz w:val="28"/>
          <w:szCs w:val="28"/>
        </w:rPr>
        <w:tab/>
        <w:t>B. break</w:t>
      </w:r>
      <w:r w:rsidRPr="00BE421C">
        <w:rPr>
          <w:sz w:val="28"/>
          <w:szCs w:val="28"/>
        </w:rPr>
        <w:tab/>
        <w:t>C. admire</w:t>
      </w:r>
      <w:r w:rsidRPr="00BE421C">
        <w:rPr>
          <w:sz w:val="28"/>
          <w:szCs w:val="28"/>
        </w:rPr>
        <w:tab/>
        <w:t>D. pray</w:t>
      </w:r>
    </w:p>
    <w:p w14:paraId="19D23B04" w14:textId="77777777" w:rsidR="00640B00" w:rsidRPr="00BE421C" w:rsidRDefault="00CB0995">
      <w:pPr>
        <w:keepLines/>
        <w:spacing w:after="24" w:line="240" w:lineRule="auto"/>
        <w:rPr>
          <w:sz w:val="28"/>
          <w:szCs w:val="28"/>
        </w:rPr>
      </w:pPr>
      <w:r w:rsidRPr="00BE421C">
        <w:rPr>
          <w:b/>
          <w:sz w:val="28"/>
          <w:szCs w:val="28"/>
        </w:rPr>
        <w:t>17. Choose the best response to complete the dialogue.</w:t>
      </w:r>
    </w:p>
    <w:p w14:paraId="312ED2EF" w14:textId="77777777" w:rsidR="00640B00" w:rsidRPr="00BE421C" w:rsidRDefault="00CB0995">
      <w:pPr>
        <w:spacing w:after="10" w:line="240" w:lineRule="auto"/>
        <w:rPr>
          <w:sz w:val="28"/>
          <w:szCs w:val="28"/>
        </w:rPr>
      </w:pPr>
      <w:r w:rsidRPr="00BE421C">
        <w:rPr>
          <w:b/>
          <w:sz w:val="28"/>
          <w:szCs w:val="28"/>
        </w:rPr>
        <w:t>Lan: “I’m visiting a friend’s family for Tet. What should I do?”</w:t>
      </w:r>
    </w:p>
    <w:p w14:paraId="6C5EE36D" w14:textId="77777777" w:rsidR="00640B00" w:rsidRPr="00BE421C" w:rsidRDefault="00CB0995">
      <w:pPr>
        <w:spacing w:after="20" w:line="240" w:lineRule="auto"/>
        <w:rPr>
          <w:sz w:val="28"/>
          <w:szCs w:val="28"/>
        </w:rPr>
      </w:pPr>
      <w:r w:rsidRPr="00BE421C">
        <w:rPr>
          <w:b/>
          <w:sz w:val="28"/>
          <w:szCs w:val="28"/>
        </w:rPr>
        <w:t>Mai: “________________________”</w:t>
      </w:r>
    </w:p>
    <w:p w14:paraId="0F47CD2E" w14:textId="77777777" w:rsidR="00640B00" w:rsidRPr="00BE421C" w:rsidRDefault="00CB0995">
      <w:pPr>
        <w:spacing w:after="16" w:line="240" w:lineRule="auto"/>
        <w:ind w:left="288"/>
        <w:rPr>
          <w:sz w:val="28"/>
          <w:szCs w:val="28"/>
        </w:rPr>
      </w:pPr>
      <w:r w:rsidRPr="00BE421C">
        <w:rPr>
          <w:sz w:val="28"/>
          <w:szCs w:val="28"/>
        </w:rPr>
        <w:t>A. You should bring a small gift for the host.</w:t>
      </w:r>
    </w:p>
    <w:p w14:paraId="5097057F" w14:textId="77777777" w:rsidR="00640B00" w:rsidRPr="00BE421C" w:rsidRDefault="00CB0995">
      <w:pPr>
        <w:spacing w:after="16" w:line="240" w:lineRule="auto"/>
        <w:ind w:left="288"/>
        <w:rPr>
          <w:sz w:val="28"/>
          <w:szCs w:val="28"/>
        </w:rPr>
      </w:pPr>
      <w:r w:rsidRPr="00BE421C">
        <w:rPr>
          <w:sz w:val="28"/>
          <w:szCs w:val="28"/>
        </w:rPr>
        <w:t>B. I don’t celebrate Tet.</w:t>
      </w:r>
    </w:p>
    <w:p w14:paraId="4CBAC449" w14:textId="77777777" w:rsidR="00640B00" w:rsidRPr="00BE421C" w:rsidRDefault="00CB0995">
      <w:pPr>
        <w:spacing w:after="16" w:line="240" w:lineRule="auto"/>
        <w:ind w:left="288"/>
        <w:rPr>
          <w:sz w:val="28"/>
          <w:szCs w:val="28"/>
        </w:rPr>
      </w:pPr>
      <w:r w:rsidRPr="00BE421C">
        <w:rPr>
          <w:sz w:val="28"/>
          <w:szCs w:val="28"/>
        </w:rPr>
        <w:t>C. It is on Saturday.</w:t>
      </w:r>
    </w:p>
    <w:p w14:paraId="3408F49E" w14:textId="77777777" w:rsidR="00640B00" w:rsidRPr="00BE421C" w:rsidRDefault="00CB0995">
      <w:pPr>
        <w:spacing w:after="40" w:line="240" w:lineRule="auto"/>
        <w:ind w:left="288"/>
        <w:rPr>
          <w:sz w:val="28"/>
          <w:szCs w:val="28"/>
        </w:rPr>
      </w:pPr>
      <w:r w:rsidRPr="00BE421C">
        <w:rPr>
          <w:sz w:val="28"/>
          <w:szCs w:val="28"/>
        </w:rPr>
        <w:t>D. No, I didn’t.</w:t>
      </w:r>
    </w:p>
    <w:p w14:paraId="569D31E8" w14:textId="77777777" w:rsidR="00640B00" w:rsidRPr="006B15E9" w:rsidRDefault="00CB0995">
      <w:pPr>
        <w:keepNext/>
        <w:spacing w:after="60" w:line="240" w:lineRule="auto"/>
        <w:rPr>
          <w:b/>
          <w:bCs/>
          <w:color w:val="000000" w:themeColor="text1"/>
          <w:sz w:val="28"/>
          <w:szCs w:val="28"/>
        </w:rPr>
      </w:pPr>
      <w:r w:rsidRPr="006B15E9">
        <w:rPr>
          <w:b/>
          <w:bCs/>
          <w:i/>
          <w:color w:val="000000" w:themeColor="text1"/>
          <w:sz w:val="28"/>
          <w:szCs w:val="28"/>
        </w:rPr>
        <w:t>Choose the sentence that is closest in meaning to the original one.</w:t>
      </w:r>
    </w:p>
    <w:p w14:paraId="67906952" w14:textId="77777777" w:rsidR="00640B00" w:rsidRPr="00BE421C" w:rsidRDefault="00CB0995">
      <w:pPr>
        <w:keepLines/>
        <w:spacing w:after="24" w:line="240" w:lineRule="auto"/>
        <w:rPr>
          <w:sz w:val="28"/>
          <w:szCs w:val="28"/>
        </w:rPr>
      </w:pPr>
      <w:r w:rsidRPr="00BE421C">
        <w:rPr>
          <w:b/>
          <w:sz w:val="28"/>
          <w:szCs w:val="28"/>
        </w:rPr>
        <w:t>18. It is a tradition for Vietnamese families to prepare food offerings at Tet.</w:t>
      </w:r>
    </w:p>
    <w:p w14:paraId="2F672DC3" w14:textId="77777777" w:rsidR="00096047" w:rsidRDefault="00CB0995" w:rsidP="00096047">
      <w:pPr>
        <w:tabs>
          <w:tab w:val="left" w:pos="5112"/>
        </w:tabs>
        <w:spacing w:after="12" w:line="240" w:lineRule="auto"/>
        <w:ind w:left="202"/>
        <w:rPr>
          <w:sz w:val="28"/>
          <w:szCs w:val="28"/>
        </w:rPr>
      </w:pPr>
      <w:r w:rsidRPr="00BE421C">
        <w:rPr>
          <w:sz w:val="28"/>
          <w:szCs w:val="28"/>
        </w:rPr>
        <w:t>A. Vietnamese families never prepare food offerings at Tet.</w:t>
      </w:r>
      <w:r w:rsidRPr="00BE421C">
        <w:rPr>
          <w:sz w:val="28"/>
          <w:szCs w:val="28"/>
        </w:rPr>
        <w:tab/>
      </w:r>
    </w:p>
    <w:p w14:paraId="2C826479" w14:textId="77777777" w:rsidR="00096047" w:rsidRDefault="00CB0995" w:rsidP="00096047">
      <w:pPr>
        <w:tabs>
          <w:tab w:val="left" w:pos="5112"/>
        </w:tabs>
        <w:spacing w:after="12" w:line="240" w:lineRule="auto"/>
        <w:ind w:left="202"/>
        <w:rPr>
          <w:sz w:val="28"/>
          <w:szCs w:val="28"/>
        </w:rPr>
      </w:pPr>
      <w:r w:rsidRPr="00BE421C">
        <w:rPr>
          <w:sz w:val="28"/>
          <w:szCs w:val="28"/>
        </w:rPr>
        <w:t xml:space="preserve">B. </w:t>
      </w:r>
      <w:r w:rsidR="00096047" w:rsidRPr="00096047">
        <w:rPr>
          <w:sz w:val="28"/>
          <w:szCs w:val="28"/>
        </w:rPr>
        <w:t>Vietnamese families traditionally make food offerings at Tet.</w:t>
      </w:r>
    </w:p>
    <w:p w14:paraId="613952E6" w14:textId="77777777" w:rsidR="00096047" w:rsidRDefault="00CB0995" w:rsidP="00096047">
      <w:pPr>
        <w:tabs>
          <w:tab w:val="left" w:pos="5112"/>
        </w:tabs>
        <w:spacing w:after="12" w:line="240" w:lineRule="auto"/>
        <w:ind w:left="202"/>
        <w:rPr>
          <w:sz w:val="28"/>
          <w:szCs w:val="28"/>
        </w:rPr>
      </w:pPr>
      <w:r w:rsidRPr="00BE421C">
        <w:rPr>
          <w:sz w:val="28"/>
          <w:szCs w:val="28"/>
        </w:rPr>
        <w:t>C. Only children prepare food offerings at Tet.</w:t>
      </w:r>
      <w:r w:rsidRPr="00BE421C">
        <w:rPr>
          <w:sz w:val="28"/>
          <w:szCs w:val="28"/>
        </w:rPr>
        <w:tab/>
      </w:r>
    </w:p>
    <w:p w14:paraId="75D59DD6" w14:textId="2155520C" w:rsidR="00640B00" w:rsidRPr="00BE421C" w:rsidRDefault="00CB0995" w:rsidP="00096047">
      <w:pPr>
        <w:tabs>
          <w:tab w:val="left" w:pos="5112"/>
        </w:tabs>
        <w:spacing w:after="12" w:line="240" w:lineRule="auto"/>
        <w:ind w:left="202"/>
        <w:rPr>
          <w:sz w:val="28"/>
          <w:szCs w:val="28"/>
        </w:rPr>
      </w:pPr>
      <w:r w:rsidRPr="00BE421C">
        <w:rPr>
          <w:sz w:val="28"/>
          <w:szCs w:val="28"/>
        </w:rPr>
        <w:t>D. Preparing food offerings is a new custom in Viet Nam.</w:t>
      </w:r>
    </w:p>
    <w:p w14:paraId="1F150657" w14:textId="77777777" w:rsidR="00640B00" w:rsidRPr="00BE421C" w:rsidRDefault="00CB0995">
      <w:pPr>
        <w:keepLines/>
        <w:spacing w:after="24" w:line="240" w:lineRule="auto"/>
        <w:rPr>
          <w:sz w:val="28"/>
          <w:szCs w:val="28"/>
        </w:rPr>
      </w:pPr>
      <w:r w:rsidRPr="00BE421C">
        <w:rPr>
          <w:b/>
          <w:sz w:val="28"/>
          <w:szCs w:val="28"/>
        </w:rPr>
        <w:t>19. My mother advises me to wait for the host before eating.</w:t>
      </w:r>
    </w:p>
    <w:p w14:paraId="28400C2A" w14:textId="77777777" w:rsidR="00FF3CDF" w:rsidRDefault="00CB0995">
      <w:pPr>
        <w:tabs>
          <w:tab w:val="left" w:pos="5112"/>
        </w:tabs>
        <w:spacing w:after="12" w:line="240" w:lineRule="auto"/>
        <w:ind w:left="202"/>
        <w:rPr>
          <w:sz w:val="28"/>
          <w:szCs w:val="28"/>
        </w:rPr>
      </w:pPr>
      <w:r w:rsidRPr="00BE421C">
        <w:rPr>
          <w:sz w:val="28"/>
          <w:szCs w:val="28"/>
        </w:rPr>
        <w:t>A. My mother says I should wait for the host before eating.</w:t>
      </w:r>
      <w:r w:rsidRPr="00BE421C">
        <w:rPr>
          <w:sz w:val="28"/>
          <w:szCs w:val="28"/>
        </w:rPr>
        <w:tab/>
      </w:r>
    </w:p>
    <w:p w14:paraId="04A10B28" w14:textId="75C52C43" w:rsidR="00640B00" w:rsidRPr="00BE421C" w:rsidRDefault="00CB0995">
      <w:pPr>
        <w:tabs>
          <w:tab w:val="left" w:pos="5112"/>
        </w:tabs>
        <w:spacing w:after="12" w:line="240" w:lineRule="auto"/>
        <w:ind w:left="202"/>
        <w:rPr>
          <w:sz w:val="28"/>
          <w:szCs w:val="28"/>
        </w:rPr>
      </w:pPr>
      <w:r w:rsidRPr="00BE421C">
        <w:rPr>
          <w:sz w:val="28"/>
          <w:szCs w:val="28"/>
        </w:rPr>
        <w:t>B. My mother asks the host to wait for me.</w:t>
      </w:r>
    </w:p>
    <w:p w14:paraId="31359EF3" w14:textId="77777777" w:rsidR="00640B00" w:rsidRPr="00BE421C" w:rsidRDefault="00CB0995">
      <w:pPr>
        <w:tabs>
          <w:tab w:val="left" w:pos="5112"/>
        </w:tabs>
        <w:spacing w:after="52" w:line="240" w:lineRule="auto"/>
        <w:ind w:left="202"/>
        <w:rPr>
          <w:sz w:val="28"/>
          <w:szCs w:val="28"/>
        </w:rPr>
      </w:pPr>
      <w:r w:rsidRPr="00BE421C">
        <w:rPr>
          <w:sz w:val="28"/>
          <w:szCs w:val="28"/>
        </w:rPr>
        <w:t>C. My mother says I must cook for the host.</w:t>
      </w:r>
      <w:r w:rsidRPr="00BE421C">
        <w:rPr>
          <w:sz w:val="28"/>
          <w:szCs w:val="28"/>
        </w:rPr>
        <w:tab/>
        <w:t>D. My mother lets me eat before the host.</w:t>
      </w:r>
    </w:p>
    <w:p w14:paraId="711FAA90" w14:textId="77777777" w:rsidR="00640B00" w:rsidRPr="00BE421C" w:rsidRDefault="00CB0995">
      <w:pPr>
        <w:keepNext/>
        <w:pBdr>
          <w:top w:val="single" w:sz="10" w:space="3" w:color="EB5B69"/>
          <w:left w:val="single" w:sz="10" w:space="3" w:color="EB5B69"/>
          <w:bottom w:val="single" w:sz="10" w:space="3" w:color="EB5B69"/>
          <w:right w:val="single" w:sz="10" w:space="3" w:color="EB5B69"/>
        </w:pBdr>
        <w:shd w:val="clear" w:color="auto" w:fill="EB5B69"/>
        <w:spacing w:before="60" w:after="80" w:line="240" w:lineRule="auto"/>
        <w:ind w:left="58" w:right="58"/>
        <w:rPr>
          <w:sz w:val="28"/>
          <w:szCs w:val="28"/>
        </w:rPr>
      </w:pPr>
      <w:r w:rsidRPr="00BE421C">
        <w:rPr>
          <w:rFonts w:ascii="Arial" w:eastAsia="Arial" w:hAnsi="Arial"/>
          <w:b/>
          <w:color w:val="FFFFFF"/>
          <w:sz w:val="28"/>
          <w:szCs w:val="28"/>
        </w:rPr>
        <w:t xml:space="preserve">PART IV   PRACTICAL SKILLS  (1.0 </w:t>
      </w:r>
      <w:proofErr w:type="spellStart"/>
      <w:r w:rsidRPr="00BE421C">
        <w:rPr>
          <w:rFonts w:ascii="Arial" w:eastAsia="Arial" w:hAnsi="Arial"/>
          <w:b/>
          <w:color w:val="FFFFFF"/>
          <w:sz w:val="28"/>
          <w:szCs w:val="28"/>
        </w:rPr>
        <w:t>pt</w:t>
      </w:r>
      <w:proofErr w:type="spellEnd"/>
      <w:r w:rsidRPr="00BE421C">
        <w:rPr>
          <w:rFonts w:ascii="Arial" w:eastAsia="Arial" w:hAnsi="Arial"/>
          <w:b/>
          <w:color w:val="FFFFFF"/>
          <w:sz w:val="28"/>
          <w:szCs w:val="28"/>
        </w:rPr>
        <w:t>)</w:t>
      </w:r>
    </w:p>
    <w:p w14:paraId="66DF51CB"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Task 1. Look at the signs and choose the best answer.</w:t>
      </w:r>
    </w:p>
    <w:p w14:paraId="2051BFC6" w14:textId="41CA9758" w:rsidR="00640B00" w:rsidRPr="00BE421C" w:rsidRDefault="002D7537">
      <w:pPr>
        <w:keepLines/>
        <w:spacing w:after="24" w:line="240" w:lineRule="auto"/>
        <w:rPr>
          <w:sz w:val="28"/>
          <w:szCs w:val="28"/>
        </w:rPr>
      </w:pPr>
      <w:r>
        <w:rPr>
          <w:noProof/>
        </w:rPr>
        <w:drawing>
          <wp:anchor distT="0" distB="0" distL="114300" distR="114300" simplePos="0" relativeHeight="251659264" behindDoc="0" locked="0" layoutInCell="1" allowOverlap="1" wp14:anchorId="4C9B61F5" wp14:editId="740AC7E4">
            <wp:simplePos x="0" y="0"/>
            <wp:positionH relativeFrom="column">
              <wp:posOffset>5715000</wp:posOffset>
            </wp:positionH>
            <wp:positionV relativeFrom="paragraph">
              <wp:posOffset>6986</wp:posOffset>
            </wp:positionV>
            <wp:extent cx="932180" cy="1332090"/>
            <wp:effectExtent l="0" t="0" r="1270" b="1905"/>
            <wp:wrapNone/>
            <wp:docPr id="778697623" name="Picture 1" descr="Appropriate dress code informal attire ban prohibition sign Stock  Illustration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propriate dress code informal attire ban prohibition sign Stock  Illustration | Adobe Sto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2180" cy="1332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421C">
        <w:rPr>
          <w:b/>
          <w:sz w:val="28"/>
          <w:szCs w:val="28"/>
        </w:rPr>
        <w:t>20. What should visitors do before entering the family altar room?</w:t>
      </w:r>
    </w:p>
    <w:p w14:paraId="3D5C9659" w14:textId="3D76E0AA" w:rsidR="002D7537" w:rsidRPr="002D7537" w:rsidRDefault="002D7537" w:rsidP="002D7537">
      <w:pPr>
        <w:spacing w:after="20" w:line="240" w:lineRule="auto"/>
        <w:ind w:left="284"/>
        <w:rPr>
          <w:noProof/>
          <w:sz w:val="28"/>
          <w:szCs w:val="28"/>
        </w:rPr>
      </w:pPr>
      <w:r w:rsidRPr="002D7537">
        <w:rPr>
          <w:b/>
          <w:bCs/>
          <w:noProof/>
          <w:sz w:val="28"/>
          <w:szCs w:val="28"/>
        </w:rPr>
        <w:t>A.</w:t>
      </w:r>
      <w:r w:rsidRPr="002D7537">
        <w:rPr>
          <w:noProof/>
          <w:sz w:val="28"/>
          <w:szCs w:val="28"/>
        </w:rPr>
        <w:t xml:space="preserve"> You can wear comfortable clothes like shorts and tank tops here.</w:t>
      </w:r>
    </w:p>
    <w:p w14:paraId="2400AE66" w14:textId="1495A67D" w:rsidR="002D7537" w:rsidRPr="002D7537" w:rsidRDefault="002D7537" w:rsidP="002D7537">
      <w:pPr>
        <w:spacing w:after="20" w:line="240" w:lineRule="auto"/>
        <w:ind w:left="284"/>
        <w:rPr>
          <w:noProof/>
          <w:sz w:val="28"/>
          <w:szCs w:val="28"/>
        </w:rPr>
      </w:pPr>
      <w:r w:rsidRPr="002D7537">
        <w:rPr>
          <w:b/>
          <w:bCs/>
          <w:noProof/>
          <w:sz w:val="28"/>
          <w:szCs w:val="28"/>
        </w:rPr>
        <w:t>B.</w:t>
      </w:r>
      <w:r w:rsidRPr="002D7537">
        <w:rPr>
          <w:noProof/>
          <w:sz w:val="28"/>
          <w:szCs w:val="28"/>
        </w:rPr>
        <w:t xml:space="preserve"> You mustn't wear casual or revealing clothes.</w:t>
      </w:r>
    </w:p>
    <w:p w14:paraId="492F3F45" w14:textId="7B95B957" w:rsidR="002D7537" w:rsidRPr="002D7537" w:rsidRDefault="002D7537" w:rsidP="002D7537">
      <w:pPr>
        <w:spacing w:after="20" w:line="240" w:lineRule="auto"/>
        <w:ind w:left="284"/>
        <w:rPr>
          <w:noProof/>
          <w:sz w:val="28"/>
          <w:szCs w:val="28"/>
        </w:rPr>
      </w:pPr>
      <w:r w:rsidRPr="002D7537">
        <w:rPr>
          <w:b/>
          <w:bCs/>
          <w:noProof/>
          <w:sz w:val="28"/>
          <w:szCs w:val="28"/>
        </w:rPr>
        <w:t>C.</w:t>
      </w:r>
      <w:r w:rsidRPr="002D7537">
        <w:rPr>
          <w:noProof/>
          <w:sz w:val="28"/>
          <w:szCs w:val="28"/>
        </w:rPr>
        <w:t xml:space="preserve"> You have to buy these clothes before entering.</w:t>
      </w:r>
    </w:p>
    <w:p w14:paraId="349B0718" w14:textId="00464F16" w:rsidR="002D7537" w:rsidRDefault="002D7537" w:rsidP="002D7537">
      <w:pPr>
        <w:spacing w:after="20" w:line="240" w:lineRule="auto"/>
        <w:ind w:left="284"/>
        <w:rPr>
          <w:noProof/>
          <w:sz w:val="28"/>
          <w:szCs w:val="28"/>
        </w:rPr>
      </w:pPr>
      <w:r w:rsidRPr="002D7537">
        <w:rPr>
          <w:b/>
          <w:bCs/>
          <w:noProof/>
          <w:sz w:val="28"/>
          <w:szCs w:val="28"/>
        </w:rPr>
        <w:t>D.</w:t>
      </w:r>
      <w:r w:rsidRPr="002D7537">
        <w:rPr>
          <w:noProof/>
          <w:sz w:val="28"/>
          <w:szCs w:val="28"/>
        </w:rPr>
        <w:t xml:space="preserve"> You should take off your hats and shoes</w:t>
      </w:r>
    </w:p>
    <w:p w14:paraId="6EF81B82" w14:textId="24549F5D" w:rsidR="002D7537" w:rsidRPr="002D7537" w:rsidRDefault="002D7537" w:rsidP="002D7537">
      <w:pPr>
        <w:spacing w:after="20" w:line="240" w:lineRule="auto"/>
        <w:ind w:left="284"/>
        <w:rPr>
          <w:noProof/>
          <w:sz w:val="28"/>
          <w:szCs w:val="28"/>
        </w:rPr>
      </w:pPr>
      <w:r>
        <w:rPr>
          <w:noProof/>
        </w:rPr>
        <w:drawing>
          <wp:anchor distT="0" distB="0" distL="114300" distR="114300" simplePos="0" relativeHeight="251661312" behindDoc="0" locked="0" layoutInCell="1" allowOverlap="1" wp14:anchorId="54C01D73" wp14:editId="0B7BD95D">
            <wp:simplePos x="0" y="0"/>
            <wp:positionH relativeFrom="column">
              <wp:posOffset>3952875</wp:posOffset>
            </wp:positionH>
            <wp:positionV relativeFrom="paragraph">
              <wp:posOffset>33020</wp:posOffset>
            </wp:positionV>
            <wp:extent cx="1266825" cy="1266825"/>
            <wp:effectExtent l="0" t="0" r="9525" b="9525"/>
            <wp:wrapNone/>
            <wp:docPr id="1368065073" name="Picture 2" descr="No Cameras Symbol | Safety Signs 4 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Cameras Symbol | Safety Signs 4 Le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865FA" w14:textId="520E58DC" w:rsidR="00640B00" w:rsidRPr="00BE421C" w:rsidRDefault="00CB0995">
      <w:pPr>
        <w:keepLines/>
        <w:spacing w:after="24" w:line="240" w:lineRule="auto"/>
        <w:rPr>
          <w:sz w:val="28"/>
          <w:szCs w:val="28"/>
        </w:rPr>
      </w:pPr>
      <w:r w:rsidRPr="00BE421C">
        <w:rPr>
          <w:b/>
          <w:sz w:val="28"/>
          <w:szCs w:val="28"/>
        </w:rPr>
        <w:t>21. What is the main message of this sign?</w:t>
      </w:r>
    </w:p>
    <w:p w14:paraId="05068E15" w14:textId="619A2771" w:rsidR="00F3007E" w:rsidRDefault="00CB0995">
      <w:pPr>
        <w:tabs>
          <w:tab w:val="left" w:pos="5112"/>
        </w:tabs>
        <w:spacing w:after="12" w:line="240" w:lineRule="auto"/>
        <w:ind w:left="173"/>
        <w:rPr>
          <w:sz w:val="28"/>
          <w:szCs w:val="28"/>
        </w:rPr>
      </w:pPr>
      <w:r w:rsidRPr="00BE421C">
        <w:rPr>
          <w:sz w:val="28"/>
          <w:szCs w:val="28"/>
        </w:rPr>
        <w:t>A. Visitors may use cameras quietly.</w:t>
      </w:r>
      <w:r w:rsidRPr="00BE421C">
        <w:rPr>
          <w:sz w:val="28"/>
          <w:szCs w:val="28"/>
        </w:rPr>
        <w:tab/>
      </w:r>
    </w:p>
    <w:p w14:paraId="29D83C94" w14:textId="171E6B49" w:rsidR="00640B00" w:rsidRPr="00BE421C" w:rsidRDefault="00CB0995">
      <w:pPr>
        <w:tabs>
          <w:tab w:val="left" w:pos="5112"/>
        </w:tabs>
        <w:spacing w:after="12" w:line="240" w:lineRule="auto"/>
        <w:ind w:left="173"/>
        <w:rPr>
          <w:sz w:val="28"/>
          <w:szCs w:val="28"/>
        </w:rPr>
      </w:pPr>
      <w:r w:rsidRPr="00BE421C">
        <w:rPr>
          <w:sz w:val="28"/>
          <w:szCs w:val="28"/>
        </w:rPr>
        <w:t>B. Visitors should record the ceremony.</w:t>
      </w:r>
    </w:p>
    <w:p w14:paraId="790A2075" w14:textId="77777777" w:rsidR="00BE421C" w:rsidRDefault="00CB0995">
      <w:pPr>
        <w:tabs>
          <w:tab w:val="left" w:pos="5112"/>
        </w:tabs>
        <w:spacing w:after="36" w:line="240" w:lineRule="auto"/>
        <w:ind w:left="173"/>
        <w:rPr>
          <w:sz w:val="28"/>
          <w:szCs w:val="28"/>
        </w:rPr>
      </w:pPr>
      <w:r w:rsidRPr="00BE421C">
        <w:rPr>
          <w:sz w:val="28"/>
          <w:szCs w:val="28"/>
        </w:rPr>
        <w:t>C. Photography is not allowed during the ceremony.</w:t>
      </w:r>
      <w:r w:rsidRPr="00BE421C">
        <w:rPr>
          <w:sz w:val="28"/>
          <w:szCs w:val="28"/>
        </w:rPr>
        <w:tab/>
      </w:r>
    </w:p>
    <w:p w14:paraId="6798D40D" w14:textId="3D9E32A8" w:rsidR="00640B00" w:rsidRPr="00BE421C" w:rsidRDefault="00CB0995">
      <w:pPr>
        <w:tabs>
          <w:tab w:val="left" w:pos="5112"/>
        </w:tabs>
        <w:spacing w:after="36" w:line="240" w:lineRule="auto"/>
        <w:ind w:left="173"/>
        <w:rPr>
          <w:sz w:val="28"/>
          <w:szCs w:val="28"/>
        </w:rPr>
      </w:pPr>
      <w:r w:rsidRPr="00BE421C">
        <w:rPr>
          <w:sz w:val="28"/>
          <w:szCs w:val="28"/>
        </w:rPr>
        <w:t>D. The ceremony is only for photographers.</w:t>
      </w:r>
    </w:p>
    <w:p w14:paraId="6D0BF234"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Task 2. Read the notice and choose the best answer.</w:t>
      </w:r>
    </w:p>
    <w:p w14:paraId="7E579BEA" w14:textId="77777777" w:rsidR="00640B00" w:rsidRPr="00BE421C" w:rsidRDefault="00CB0995">
      <w:pPr>
        <w:pBdr>
          <w:top w:val="single" w:sz="4" w:space="2" w:color="79BDB9"/>
          <w:left w:val="single" w:sz="4" w:space="2" w:color="79BDB9"/>
          <w:bottom w:val="single" w:sz="4" w:space="2" w:color="79BDB9"/>
          <w:right w:val="single" w:sz="4" w:space="2" w:color="79BDB9"/>
        </w:pBdr>
        <w:shd w:val="clear" w:color="auto" w:fill="218481"/>
        <w:spacing w:before="20" w:line="240" w:lineRule="auto"/>
        <w:ind w:left="331" w:right="331"/>
        <w:jc w:val="center"/>
        <w:rPr>
          <w:sz w:val="28"/>
          <w:szCs w:val="28"/>
        </w:rPr>
      </w:pPr>
      <w:r w:rsidRPr="00BE421C">
        <w:rPr>
          <w:b/>
          <w:color w:val="FFFFFF"/>
          <w:sz w:val="28"/>
          <w:szCs w:val="28"/>
        </w:rPr>
        <w:t>GREEN VALLEY LOWER SECONDARY SCHOOL</w:t>
      </w:r>
    </w:p>
    <w:p w14:paraId="020556EC" w14:textId="77777777" w:rsidR="00640B00" w:rsidRPr="00BE421C" w:rsidRDefault="00CB0995">
      <w:pPr>
        <w:pBdr>
          <w:top w:val="single" w:sz="4" w:space="2" w:color="79BDB9"/>
          <w:left w:val="single" w:sz="4" w:space="2" w:color="79BDB9"/>
          <w:bottom w:val="single" w:sz="4" w:space="2" w:color="79BDB9"/>
          <w:right w:val="single" w:sz="4" w:space="2" w:color="79BDB9"/>
        </w:pBdr>
        <w:shd w:val="clear" w:color="auto" w:fill="FFF3D4"/>
        <w:spacing w:line="240" w:lineRule="auto"/>
        <w:ind w:left="331" w:right="331"/>
        <w:jc w:val="center"/>
        <w:rPr>
          <w:sz w:val="28"/>
          <w:szCs w:val="28"/>
        </w:rPr>
      </w:pPr>
      <w:r w:rsidRPr="00BE421C">
        <w:rPr>
          <w:b/>
          <w:color w:val="233D4A"/>
          <w:sz w:val="28"/>
          <w:szCs w:val="28"/>
        </w:rPr>
        <w:t>TET CUSTOMS DAY</w:t>
      </w:r>
    </w:p>
    <w:p w14:paraId="21E45967" w14:textId="77777777" w:rsidR="00640B00" w:rsidRPr="00BE421C" w:rsidRDefault="00CB0995">
      <w:pPr>
        <w:pBdr>
          <w:top w:val="single" w:sz="4" w:space="2" w:color="79BDB9"/>
          <w:left w:val="single" w:sz="4" w:space="2" w:color="79BDB9"/>
          <w:bottom w:val="single" w:sz="4" w:space="2" w:color="79BDB9"/>
          <w:right w:val="single" w:sz="4" w:space="2" w:color="79BDB9"/>
        </w:pBdr>
        <w:shd w:val="clear" w:color="auto" w:fill="FFFFFF"/>
        <w:spacing w:line="240" w:lineRule="auto"/>
        <w:ind w:left="331" w:right="331"/>
        <w:rPr>
          <w:color w:val="000000" w:themeColor="text1"/>
          <w:sz w:val="28"/>
          <w:szCs w:val="28"/>
        </w:rPr>
      </w:pPr>
      <w:r w:rsidRPr="00BE421C">
        <w:rPr>
          <w:color w:val="000000" w:themeColor="text1"/>
          <w:sz w:val="28"/>
          <w:szCs w:val="28"/>
        </w:rPr>
        <w:t>Learn about Tet customs and traditions from different regions of Viet Nam.</w:t>
      </w:r>
    </w:p>
    <w:p w14:paraId="50468AB4" w14:textId="77777777" w:rsidR="00640B00" w:rsidRPr="00BE421C" w:rsidRDefault="00CB0995">
      <w:pPr>
        <w:pBdr>
          <w:top w:val="single" w:sz="4" w:space="2" w:color="79BDB9"/>
          <w:left w:val="single" w:sz="4" w:space="2" w:color="79BDB9"/>
          <w:bottom w:val="single" w:sz="4" w:space="2" w:color="79BDB9"/>
          <w:right w:val="single" w:sz="4" w:space="2" w:color="79BDB9"/>
        </w:pBdr>
        <w:shd w:val="clear" w:color="auto" w:fill="FFFFFF"/>
        <w:spacing w:line="240" w:lineRule="auto"/>
        <w:ind w:left="331" w:right="331"/>
        <w:rPr>
          <w:color w:val="000000" w:themeColor="text1"/>
          <w:sz w:val="28"/>
          <w:szCs w:val="28"/>
        </w:rPr>
      </w:pPr>
      <w:r w:rsidRPr="00BE421C">
        <w:rPr>
          <w:color w:val="000000" w:themeColor="text1"/>
          <w:sz w:val="28"/>
          <w:szCs w:val="28"/>
        </w:rPr>
        <w:t>Activities: making decorative items, learning about food offerings, watching a lion dance, and sharing family customs</w:t>
      </w:r>
    </w:p>
    <w:p w14:paraId="3D43F468" w14:textId="77777777" w:rsidR="00640B00" w:rsidRPr="00BE421C" w:rsidRDefault="00CB0995">
      <w:pPr>
        <w:pBdr>
          <w:top w:val="single" w:sz="4" w:space="2" w:color="79BDB9"/>
          <w:left w:val="single" w:sz="4" w:space="2" w:color="79BDB9"/>
          <w:bottom w:val="single" w:sz="4" w:space="2" w:color="79BDB9"/>
          <w:right w:val="single" w:sz="4" w:space="2" w:color="79BDB9"/>
        </w:pBdr>
        <w:shd w:val="clear" w:color="auto" w:fill="FFFFFF"/>
        <w:spacing w:line="240" w:lineRule="auto"/>
        <w:ind w:left="331" w:right="331"/>
        <w:rPr>
          <w:color w:val="000000" w:themeColor="text1"/>
          <w:sz w:val="28"/>
          <w:szCs w:val="28"/>
        </w:rPr>
      </w:pPr>
      <w:r w:rsidRPr="00BE421C">
        <w:rPr>
          <w:color w:val="000000" w:themeColor="text1"/>
          <w:sz w:val="28"/>
          <w:szCs w:val="28"/>
        </w:rPr>
        <w:t>Time: 2.00 p.m.–4.00 p.m., Friday, 19 January | Place: School Hall</w:t>
      </w:r>
    </w:p>
    <w:p w14:paraId="73040B86" w14:textId="77777777" w:rsidR="00640B00" w:rsidRPr="00BE421C" w:rsidRDefault="00CB0995">
      <w:pPr>
        <w:pBdr>
          <w:top w:val="single" w:sz="4" w:space="2" w:color="79BDB9"/>
          <w:left w:val="single" w:sz="4" w:space="2" w:color="79BDB9"/>
          <w:bottom w:val="single" w:sz="4" w:space="2" w:color="79BDB9"/>
          <w:right w:val="single" w:sz="4" w:space="2" w:color="79BDB9"/>
        </w:pBdr>
        <w:shd w:val="clear" w:color="auto" w:fill="FFFFFF"/>
        <w:spacing w:after="60" w:line="240" w:lineRule="auto"/>
        <w:ind w:left="331" w:right="331"/>
        <w:rPr>
          <w:color w:val="000000" w:themeColor="text1"/>
          <w:sz w:val="28"/>
          <w:szCs w:val="28"/>
        </w:rPr>
      </w:pPr>
      <w:r w:rsidRPr="00BE421C">
        <w:rPr>
          <w:color w:val="000000" w:themeColor="text1"/>
          <w:sz w:val="28"/>
          <w:szCs w:val="28"/>
        </w:rPr>
        <w:t>Wear traditional clothes if possible. Register with your English teacher by Monday.</w:t>
      </w:r>
    </w:p>
    <w:p w14:paraId="7D3B1A66" w14:textId="77777777" w:rsidR="00640B00" w:rsidRPr="00BE421C" w:rsidRDefault="00CB0995">
      <w:pPr>
        <w:keepLines/>
        <w:spacing w:after="24" w:line="240" w:lineRule="auto"/>
        <w:rPr>
          <w:sz w:val="28"/>
          <w:szCs w:val="28"/>
        </w:rPr>
      </w:pPr>
      <w:r w:rsidRPr="00BE421C">
        <w:rPr>
          <w:b/>
          <w:sz w:val="28"/>
          <w:szCs w:val="28"/>
        </w:rPr>
        <w:t>22. What is the main purpose of the notice?</w:t>
      </w:r>
    </w:p>
    <w:p w14:paraId="5F70ABAC" w14:textId="77777777" w:rsidR="00640B00" w:rsidRPr="00BE421C" w:rsidRDefault="00CB0995">
      <w:pPr>
        <w:tabs>
          <w:tab w:val="left" w:pos="5112"/>
        </w:tabs>
        <w:spacing w:after="12" w:line="240" w:lineRule="auto"/>
        <w:ind w:left="202"/>
        <w:rPr>
          <w:sz w:val="28"/>
          <w:szCs w:val="28"/>
        </w:rPr>
      </w:pPr>
      <w:r w:rsidRPr="00BE421C">
        <w:rPr>
          <w:sz w:val="28"/>
          <w:szCs w:val="28"/>
        </w:rPr>
        <w:t>A. To invite students to a Tet Customs Day</w:t>
      </w:r>
      <w:r w:rsidRPr="00BE421C">
        <w:rPr>
          <w:sz w:val="28"/>
          <w:szCs w:val="28"/>
        </w:rPr>
        <w:tab/>
        <w:t>B. To advertise a family holiday</w:t>
      </w:r>
    </w:p>
    <w:p w14:paraId="0076BFA1" w14:textId="77777777" w:rsidR="00640B00" w:rsidRPr="00BE421C" w:rsidRDefault="00CB0995">
      <w:pPr>
        <w:tabs>
          <w:tab w:val="left" w:pos="5112"/>
        </w:tabs>
        <w:spacing w:after="24" w:line="240" w:lineRule="auto"/>
        <w:ind w:left="202"/>
        <w:rPr>
          <w:sz w:val="28"/>
          <w:szCs w:val="28"/>
        </w:rPr>
      </w:pPr>
      <w:r w:rsidRPr="00BE421C">
        <w:rPr>
          <w:sz w:val="28"/>
          <w:szCs w:val="28"/>
        </w:rPr>
        <w:t>C. To announce a sports match</w:t>
      </w:r>
      <w:r w:rsidRPr="00BE421C">
        <w:rPr>
          <w:sz w:val="28"/>
          <w:szCs w:val="28"/>
        </w:rPr>
        <w:tab/>
        <w:t>D. To ask students to visit a pagoda</w:t>
      </w:r>
    </w:p>
    <w:p w14:paraId="66A2244E" w14:textId="77777777" w:rsidR="00640B00" w:rsidRPr="00BE421C" w:rsidRDefault="00CB0995">
      <w:pPr>
        <w:keepLines/>
        <w:spacing w:after="24" w:line="240" w:lineRule="auto"/>
        <w:rPr>
          <w:sz w:val="28"/>
          <w:szCs w:val="28"/>
        </w:rPr>
      </w:pPr>
      <w:r w:rsidRPr="00BE421C">
        <w:rPr>
          <w:b/>
          <w:sz w:val="28"/>
          <w:szCs w:val="28"/>
        </w:rPr>
        <w:lastRenderedPageBreak/>
        <w:t>23. What must students do to take part?</w:t>
      </w:r>
    </w:p>
    <w:p w14:paraId="7E5BD5E1" w14:textId="77777777" w:rsidR="00D62C64" w:rsidRDefault="00CB0995">
      <w:pPr>
        <w:tabs>
          <w:tab w:val="left" w:pos="5112"/>
        </w:tabs>
        <w:spacing w:after="12" w:line="240" w:lineRule="auto"/>
        <w:ind w:left="202"/>
        <w:rPr>
          <w:sz w:val="28"/>
          <w:szCs w:val="28"/>
        </w:rPr>
      </w:pPr>
      <w:r w:rsidRPr="00BE421C">
        <w:rPr>
          <w:sz w:val="28"/>
          <w:szCs w:val="28"/>
        </w:rPr>
        <w:t>A. Bring a bamboo pole</w:t>
      </w:r>
      <w:r w:rsidRPr="00BE421C">
        <w:rPr>
          <w:sz w:val="28"/>
          <w:szCs w:val="28"/>
        </w:rPr>
        <w:tab/>
      </w:r>
    </w:p>
    <w:p w14:paraId="7557B39A" w14:textId="44474CD8" w:rsidR="00640B00" w:rsidRPr="00BE421C" w:rsidRDefault="00CB0995">
      <w:pPr>
        <w:tabs>
          <w:tab w:val="left" w:pos="5112"/>
        </w:tabs>
        <w:spacing w:after="12" w:line="240" w:lineRule="auto"/>
        <w:ind w:left="202"/>
        <w:rPr>
          <w:sz w:val="28"/>
          <w:szCs w:val="28"/>
        </w:rPr>
      </w:pPr>
      <w:r w:rsidRPr="00BE421C">
        <w:rPr>
          <w:sz w:val="28"/>
          <w:szCs w:val="28"/>
        </w:rPr>
        <w:t>B. Register with their English teacher by Monday</w:t>
      </w:r>
    </w:p>
    <w:p w14:paraId="40921C7F" w14:textId="77777777" w:rsidR="00640B00" w:rsidRPr="00BE421C" w:rsidRDefault="00CB0995">
      <w:pPr>
        <w:tabs>
          <w:tab w:val="left" w:pos="5112"/>
        </w:tabs>
        <w:spacing w:after="30" w:line="240" w:lineRule="auto"/>
        <w:ind w:left="202"/>
        <w:rPr>
          <w:sz w:val="28"/>
          <w:szCs w:val="28"/>
        </w:rPr>
      </w:pPr>
      <w:r w:rsidRPr="00BE421C">
        <w:rPr>
          <w:sz w:val="28"/>
          <w:szCs w:val="28"/>
        </w:rPr>
        <w:t>C. Prepare food at home</w:t>
      </w:r>
      <w:r w:rsidRPr="00BE421C">
        <w:rPr>
          <w:sz w:val="28"/>
          <w:szCs w:val="28"/>
        </w:rPr>
        <w:tab/>
        <w:t>D. Pay an entrance fee</w:t>
      </w:r>
    </w:p>
    <w:p w14:paraId="26E73D9D" w14:textId="77777777" w:rsidR="00640B00" w:rsidRPr="00BE421C" w:rsidRDefault="00CB0995">
      <w:pPr>
        <w:keepNext/>
        <w:pBdr>
          <w:top w:val="single" w:sz="10" w:space="3" w:color="EB5B69"/>
          <w:left w:val="single" w:sz="10" w:space="3" w:color="EB5B69"/>
          <w:bottom w:val="single" w:sz="10" w:space="3" w:color="EB5B69"/>
          <w:right w:val="single" w:sz="10" w:space="3" w:color="EB5B69"/>
        </w:pBdr>
        <w:shd w:val="clear" w:color="auto" w:fill="EB5B69"/>
        <w:spacing w:before="60" w:after="80" w:line="240" w:lineRule="auto"/>
        <w:ind w:left="58" w:right="58"/>
        <w:rPr>
          <w:sz w:val="28"/>
          <w:szCs w:val="28"/>
        </w:rPr>
      </w:pPr>
      <w:r w:rsidRPr="00BE421C">
        <w:rPr>
          <w:rFonts w:ascii="Arial" w:eastAsia="Arial" w:hAnsi="Arial"/>
          <w:b/>
          <w:color w:val="FFFFFF"/>
          <w:sz w:val="28"/>
          <w:szCs w:val="28"/>
        </w:rPr>
        <w:t>PART V   READING  (2.25 pts)</w:t>
      </w:r>
    </w:p>
    <w:p w14:paraId="103380E3"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Task 1. Read the announcement and choose the correct option A, B, C, or D for each blank.</w:t>
      </w:r>
    </w:p>
    <w:p w14:paraId="22E43791" w14:textId="77777777" w:rsidR="00640B00" w:rsidRPr="00BE421C" w:rsidRDefault="00CB0995">
      <w:pPr>
        <w:pBdr>
          <w:top w:val="single" w:sz="4" w:space="2" w:color="79BDB9"/>
          <w:left w:val="single" w:sz="4" w:space="2" w:color="79BDB9"/>
          <w:bottom w:val="single" w:sz="4" w:space="2" w:color="79BDB9"/>
          <w:right w:val="single" w:sz="4" w:space="2" w:color="79BDB9"/>
        </w:pBdr>
        <w:shd w:val="clear" w:color="auto" w:fill="FFF3D4"/>
        <w:spacing w:before="20" w:line="240" w:lineRule="auto"/>
        <w:ind w:left="331" w:right="331"/>
        <w:jc w:val="center"/>
        <w:rPr>
          <w:sz w:val="28"/>
          <w:szCs w:val="28"/>
        </w:rPr>
      </w:pPr>
      <w:r w:rsidRPr="00BE421C">
        <w:rPr>
          <w:b/>
          <w:color w:val="233D4A"/>
          <w:sz w:val="28"/>
          <w:szCs w:val="28"/>
        </w:rPr>
        <w:t>FAMILY TRADITION DAY</w:t>
      </w:r>
    </w:p>
    <w:p w14:paraId="28348ADF" w14:textId="192A2AD9" w:rsidR="00640B00" w:rsidRPr="00FF3CDF" w:rsidRDefault="00FF3CDF">
      <w:pPr>
        <w:pBdr>
          <w:top w:val="single" w:sz="4" w:space="2" w:color="79BDB9"/>
          <w:left w:val="single" w:sz="4" w:space="2" w:color="79BDB9"/>
          <w:bottom w:val="single" w:sz="4" w:space="2" w:color="79BDB9"/>
          <w:right w:val="single" w:sz="4" w:space="2" w:color="79BDB9"/>
        </w:pBdr>
        <w:shd w:val="clear" w:color="auto" w:fill="FFFFFF"/>
        <w:spacing w:line="240" w:lineRule="auto"/>
        <w:ind w:left="331" w:right="331"/>
        <w:rPr>
          <w:color w:val="000000" w:themeColor="text1"/>
          <w:sz w:val="28"/>
          <w:szCs w:val="28"/>
        </w:rPr>
      </w:pPr>
      <w:r w:rsidRPr="00FF3CDF">
        <w:rPr>
          <w:color w:val="000000" w:themeColor="text1"/>
          <w:sz w:val="28"/>
          <w:szCs w:val="28"/>
        </w:rPr>
        <w:t>Our school is holding (24)________ event called Family Tradition Day next Friday.</w:t>
      </w:r>
    </w:p>
    <w:p w14:paraId="02C054A6" w14:textId="77777777" w:rsidR="00640B00" w:rsidRPr="00FF3CDF" w:rsidRDefault="00CB0995">
      <w:pPr>
        <w:pBdr>
          <w:top w:val="single" w:sz="4" w:space="2" w:color="79BDB9"/>
          <w:left w:val="single" w:sz="4" w:space="2" w:color="79BDB9"/>
          <w:bottom w:val="single" w:sz="4" w:space="2" w:color="79BDB9"/>
          <w:right w:val="single" w:sz="4" w:space="2" w:color="79BDB9"/>
        </w:pBdr>
        <w:shd w:val="clear" w:color="auto" w:fill="FFFFFF"/>
        <w:spacing w:line="240" w:lineRule="auto"/>
        <w:ind w:left="331" w:right="331"/>
        <w:rPr>
          <w:color w:val="000000" w:themeColor="text1"/>
          <w:sz w:val="28"/>
          <w:szCs w:val="28"/>
        </w:rPr>
      </w:pPr>
      <w:r w:rsidRPr="00FF3CDF">
        <w:rPr>
          <w:color w:val="000000" w:themeColor="text1"/>
          <w:sz w:val="28"/>
          <w:szCs w:val="28"/>
        </w:rPr>
        <w:t>Each class will present a custom from (25) ________ local community.</w:t>
      </w:r>
    </w:p>
    <w:p w14:paraId="277C0A4C" w14:textId="77777777" w:rsidR="00640B00" w:rsidRPr="00FF3CDF" w:rsidRDefault="00CB0995">
      <w:pPr>
        <w:pBdr>
          <w:top w:val="single" w:sz="4" w:space="2" w:color="79BDB9"/>
          <w:left w:val="single" w:sz="4" w:space="2" w:color="79BDB9"/>
          <w:bottom w:val="single" w:sz="4" w:space="2" w:color="79BDB9"/>
          <w:right w:val="single" w:sz="4" w:space="2" w:color="79BDB9"/>
        </w:pBdr>
        <w:shd w:val="clear" w:color="auto" w:fill="FFFFFF"/>
        <w:spacing w:line="240" w:lineRule="auto"/>
        <w:ind w:left="331" w:right="331"/>
        <w:rPr>
          <w:color w:val="000000" w:themeColor="text1"/>
          <w:sz w:val="28"/>
          <w:szCs w:val="28"/>
        </w:rPr>
      </w:pPr>
      <w:r w:rsidRPr="00FF3CDF">
        <w:rPr>
          <w:color w:val="000000" w:themeColor="text1"/>
          <w:sz w:val="28"/>
          <w:szCs w:val="28"/>
        </w:rPr>
        <w:t>Students may bring photos, decorative items, or food offerings, but they should ask their families for permission first.</w:t>
      </w:r>
    </w:p>
    <w:p w14:paraId="5CA3BC9C" w14:textId="77777777" w:rsidR="00640B00" w:rsidRPr="00FF3CDF" w:rsidRDefault="00CB0995">
      <w:pPr>
        <w:pBdr>
          <w:top w:val="single" w:sz="4" w:space="2" w:color="79BDB9"/>
          <w:left w:val="single" w:sz="4" w:space="2" w:color="79BDB9"/>
          <w:bottom w:val="single" w:sz="4" w:space="2" w:color="79BDB9"/>
          <w:right w:val="single" w:sz="4" w:space="2" w:color="79BDB9"/>
        </w:pBdr>
        <w:shd w:val="clear" w:color="auto" w:fill="FFFFFF"/>
        <w:spacing w:line="240" w:lineRule="auto"/>
        <w:ind w:left="331" w:right="331"/>
        <w:rPr>
          <w:color w:val="000000" w:themeColor="text1"/>
          <w:sz w:val="28"/>
          <w:szCs w:val="28"/>
        </w:rPr>
      </w:pPr>
      <w:r w:rsidRPr="00FF3CDF">
        <w:rPr>
          <w:color w:val="000000" w:themeColor="text1"/>
          <w:sz w:val="28"/>
          <w:szCs w:val="28"/>
        </w:rPr>
        <w:t>Please arrive at school by (26) ________ bus or on foot.</w:t>
      </w:r>
    </w:p>
    <w:p w14:paraId="10878398" w14:textId="77777777" w:rsidR="00640B00" w:rsidRPr="00FF3CDF" w:rsidRDefault="00CB0995">
      <w:pPr>
        <w:pBdr>
          <w:top w:val="single" w:sz="4" w:space="2" w:color="79BDB9"/>
          <w:left w:val="single" w:sz="4" w:space="2" w:color="79BDB9"/>
          <w:bottom w:val="single" w:sz="4" w:space="2" w:color="79BDB9"/>
          <w:right w:val="single" w:sz="4" w:space="2" w:color="79BDB9"/>
        </w:pBdr>
        <w:shd w:val="clear" w:color="auto" w:fill="FFFFFF"/>
        <w:spacing w:after="60" w:line="240" w:lineRule="auto"/>
        <w:ind w:left="331" w:right="331"/>
        <w:rPr>
          <w:color w:val="000000" w:themeColor="text1"/>
          <w:sz w:val="28"/>
          <w:szCs w:val="28"/>
        </w:rPr>
      </w:pPr>
      <w:r w:rsidRPr="00FF3CDF">
        <w:rPr>
          <w:color w:val="000000" w:themeColor="text1"/>
          <w:sz w:val="28"/>
          <w:szCs w:val="28"/>
        </w:rPr>
        <w:t>During the event, we will learn why traditions are important and how they help us (27) ________ our family bonds strong.</w:t>
      </w:r>
    </w:p>
    <w:p w14:paraId="7C8EBEFD" w14:textId="00AE001D" w:rsidR="00640B00" w:rsidRPr="00BE421C" w:rsidRDefault="00CB0995" w:rsidP="00F3007E">
      <w:pPr>
        <w:keepLines/>
        <w:spacing w:line="240" w:lineRule="auto"/>
        <w:rPr>
          <w:sz w:val="28"/>
          <w:szCs w:val="28"/>
        </w:rPr>
      </w:pPr>
      <w:r w:rsidRPr="00BE421C">
        <w:rPr>
          <w:b/>
          <w:sz w:val="28"/>
          <w:szCs w:val="28"/>
        </w:rPr>
        <w:t xml:space="preserve">24. </w:t>
      </w:r>
      <w:r w:rsidRPr="00BE421C">
        <w:rPr>
          <w:sz w:val="28"/>
          <w:szCs w:val="28"/>
        </w:rPr>
        <w:t>A. a</w:t>
      </w:r>
      <w:r w:rsidRPr="00BE421C">
        <w:rPr>
          <w:sz w:val="28"/>
          <w:szCs w:val="28"/>
        </w:rPr>
        <w:tab/>
      </w:r>
      <w:r w:rsidR="00F3007E">
        <w:rPr>
          <w:sz w:val="28"/>
          <w:szCs w:val="28"/>
        </w:rPr>
        <w:tab/>
      </w:r>
      <w:r w:rsidR="00F3007E">
        <w:rPr>
          <w:sz w:val="28"/>
          <w:szCs w:val="28"/>
        </w:rPr>
        <w:tab/>
      </w:r>
      <w:r w:rsidRPr="00BE421C">
        <w:rPr>
          <w:sz w:val="28"/>
          <w:szCs w:val="28"/>
        </w:rPr>
        <w:t>B. an</w:t>
      </w:r>
      <w:r w:rsidRPr="00BE421C">
        <w:rPr>
          <w:sz w:val="28"/>
          <w:szCs w:val="28"/>
        </w:rPr>
        <w:tab/>
      </w:r>
      <w:r w:rsidR="00F3007E">
        <w:rPr>
          <w:sz w:val="28"/>
          <w:szCs w:val="28"/>
        </w:rPr>
        <w:tab/>
      </w:r>
      <w:r w:rsidR="00F3007E">
        <w:rPr>
          <w:sz w:val="28"/>
          <w:szCs w:val="28"/>
        </w:rPr>
        <w:tab/>
      </w:r>
      <w:r w:rsidRPr="00BE421C">
        <w:rPr>
          <w:sz w:val="28"/>
          <w:szCs w:val="28"/>
        </w:rPr>
        <w:t>C. the</w:t>
      </w:r>
      <w:r w:rsidRPr="00BE421C">
        <w:rPr>
          <w:sz w:val="28"/>
          <w:szCs w:val="28"/>
        </w:rPr>
        <w:tab/>
      </w:r>
      <w:r w:rsidR="00F3007E">
        <w:rPr>
          <w:sz w:val="28"/>
          <w:szCs w:val="28"/>
        </w:rPr>
        <w:tab/>
      </w:r>
      <w:r w:rsidR="00F3007E">
        <w:rPr>
          <w:sz w:val="28"/>
          <w:szCs w:val="28"/>
        </w:rPr>
        <w:tab/>
      </w:r>
      <w:r w:rsidR="00F3007E">
        <w:rPr>
          <w:sz w:val="28"/>
          <w:szCs w:val="28"/>
        </w:rPr>
        <w:tab/>
      </w:r>
      <w:r w:rsidRPr="00BE421C">
        <w:rPr>
          <w:sz w:val="28"/>
          <w:szCs w:val="28"/>
        </w:rPr>
        <w:t>D. Ø</w:t>
      </w:r>
    </w:p>
    <w:p w14:paraId="7D770554" w14:textId="52B94428" w:rsidR="00640B00" w:rsidRPr="00BE421C" w:rsidRDefault="00CB0995" w:rsidP="00F3007E">
      <w:pPr>
        <w:keepLines/>
        <w:spacing w:line="240" w:lineRule="auto"/>
        <w:rPr>
          <w:sz w:val="28"/>
          <w:szCs w:val="28"/>
        </w:rPr>
      </w:pPr>
      <w:r w:rsidRPr="00BE421C">
        <w:rPr>
          <w:b/>
          <w:sz w:val="28"/>
          <w:szCs w:val="28"/>
        </w:rPr>
        <w:t xml:space="preserve">25. </w:t>
      </w:r>
      <w:r w:rsidRPr="00BE421C">
        <w:rPr>
          <w:sz w:val="28"/>
          <w:szCs w:val="28"/>
        </w:rPr>
        <w:t>A. a</w:t>
      </w:r>
      <w:r w:rsidRPr="00BE421C">
        <w:rPr>
          <w:sz w:val="28"/>
          <w:szCs w:val="28"/>
        </w:rPr>
        <w:tab/>
      </w:r>
      <w:r w:rsidR="00F3007E">
        <w:rPr>
          <w:sz w:val="28"/>
          <w:szCs w:val="28"/>
        </w:rPr>
        <w:tab/>
      </w:r>
      <w:r w:rsidR="00F3007E">
        <w:rPr>
          <w:sz w:val="28"/>
          <w:szCs w:val="28"/>
        </w:rPr>
        <w:tab/>
      </w:r>
      <w:r w:rsidRPr="00BE421C">
        <w:rPr>
          <w:sz w:val="28"/>
          <w:szCs w:val="28"/>
        </w:rPr>
        <w:t>B. an</w:t>
      </w:r>
      <w:r w:rsidRPr="00BE421C">
        <w:rPr>
          <w:sz w:val="28"/>
          <w:szCs w:val="28"/>
        </w:rPr>
        <w:tab/>
      </w:r>
      <w:r w:rsidR="00F3007E">
        <w:rPr>
          <w:sz w:val="28"/>
          <w:szCs w:val="28"/>
        </w:rPr>
        <w:tab/>
      </w:r>
      <w:r w:rsidR="00F3007E">
        <w:rPr>
          <w:sz w:val="28"/>
          <w:szCs w:val="28"/>
        </w:rPr>
        <w:tab/>
      </w:r>
      <w:r w:rsidRPr="00BE421C">
        <w:rPr>
          <w:sz w:val="28"/>
          <w:szCs w:val="28"/>
        </w:rPr>
        <w:t>C. the</w:t>
      </w:r>
      <w:r w:rsidRPr="00BE421C">
        <w:rPr>
          <w:sz w:val="28"/>
          <w:szCs w:val="28"/>
        </w:rPr>
        <w:tab/>
      </w:r>
      <w:r w:rsidR="00F3007E">
        <w:rPr>
          <w:sz w:val="28"/>
          <w:szCs w:val="28"/>
        </w:rPr>
        <w:tab/>
      </w:r>
      <w:r w:rsidR="00F3007E">
        <w:rPr>
          <w:sz w:val="28"/>
          <w:szCs w:val="28"/>
        </w:rPr>
        <w:tab/>
      </w:r>
      <w:r w:rsidR="00F3007E">
        <w:rPr>
          <w:sz w:val="28"/>
          <w:szCs w:val="28"/>
        </w:rPr>
        <w:tab/>
      </w:r>
      <w:r w:rsidRPr="00BE421C">
        <w:rPr>
          <w:sz w:val="28"/>
          <w:szCs w:val="28"/>
        </w:rPr>
        <w:t>D. Ø</w:t>
      </w:r>
    </w:p>
    <w:p w14:paraId="5A85BEE7" w14:textId="13CF0A5B" w:rsidR="00640B00" w:rsidRPr="00BE421C" w:rsidRDefault="00CB0995" w:rsidP="00F3007E">
      <w:pPr>
        <w:keepLines/>
        <w:spacing w:line="240" w:lineRule="auto"/>
        <w:rPr>
          <w:sz w:val="28"/>
          <w:szCs w:val="28"/>
        </w:rPr>
      </w:pPr>
      <w:r w:rsidRPr="00BE421C">
        <w:rPr>
          <w:b/>
          <w:sz w:val="28"/>
          <w:szCs w:val="28"/>
        </w:rPr>
        <w:t xml:space="preserve">26. </w:t>
      </w:r>
      <w:r w:rsidRPr="00BE421C">
        <w:rPr>
          <w:sz w:val="28"/>
          <w:szCs w:val="28"/>
        </w:rPr>
        <w:t>A. a</w:t>
      </w:r>
      <w:r w:rsidRPr="00BE421C">
        <w:rPr>
          <w:sz w:val="28"/>
          <w:szCs w:val="28"/>
        </w:rPr>
        <w:tab/>
      </w:r>
      <w:r w:rsidR="00F3007E">
        <w:rPr>
          <w:sz w:val="28"/>
          <w:szCs w:val="28"/>
        </w:rPr>
        <w:tab/>
      </w:r>
      <w:r w:rsidR="00F3007E">
        <w:rPr>
          <w:sz w:val="28"/>
          <w:szCs w:val="28"/>
        </w:rPr>
        <w:tab/>
      </w:r>
      <w:r w:rsidRPr="00BE421C">
        <w:rPr>
          <w:sz w:val="28"/>
          <w:szCs w:val="28"/>
        </w:rPr>
        <w:t>B. an</w:t>
      </w:r>
      <w:r w:rsidRPr="00BE421C">
        <w:rPr>
          <w:sz w:val="28"/>
          <w:szCs w:val="28"/>
        </w:rPr>
        <w:tab/>
      </w:r>
      <w:r w:rsidR="00F3007E">
        <w:rPr>
          <w:sz w:val="28"/>
          <w:szCs w:val="28"/>
        </w:rPr>
        <w:tab/>
      </w:r>
      <w:r w:rsidR="00F3007E">
        <w:rPr>
          <w:sz w:val="28"/>
          <w:szCs w:val="28"/>
        </w:rPr>
        <w:tab/>
      </w:r>
      <w:r w:rsidRPr="00BE421C">
        <w:rPr>
          <w:sz w:val="28"/>
          <w:szCs w:val="28"/>
        </w:rPr>
        <w:t>C. the</w:t>
      </w:r>
      <w:r w:rsidRPr="00BE421C">
        <w:rPr>
          <w:sz w:val="28"/>
          <w:szCs w:val="28"/>
        </w:rPr>
        <w:tab/>
      </w:r>
      <w:r w:rsidR="00F3007E">
        <w:rPr>
          <w:sz w:val="28"/>
          <w:szCs w:val="28"/>
        </w:rPr>
        <w:tab/>
      </w:r>
      <w:r w:rsidR="00F3007E">
        <w:rPr>
          <w:sz w:val="28"/>
          <w:szCs w:val="28"/>
        </w:rPr>
        <w:tab/>
      </w:r>
      <w:r w:rsidR="00F3007E">
        <w:rPr>
          <w:sz w:val="28"/>
          <w:szCs w:val="28"/>
        </w:rPr>
        <w:tab/>
      </w:r>
      <w:r w:rsidRPr="00BE421C">
        <w:rPr>
          <w:sz w:val="28"/>
          <w:szCs w:val="28"/>
        </w:rPr>
        <w:t>D. Ø</w:t>
      </w:r>
    </w:p>
    <w:p w14:paraId="1DC9BA11" w14:textId="0956ED98" w:rsidR="00640B00" w:rsidRPr="00BE421C" w:rsidRDefault="00CB0995" w:rsidP="00F3007E">
      <w:pPr>
        <w:keepLines/>
        <w:spacing w:line="240" w:lineRule="auto"/>
        <w:rPr>
          <w:sz w:val="28"/>
          <w:szCs w:val="28"/>
        </w:rPr>
      </w:pPr>
      <w:r w:rsidRPr="00BE421C">
        <w:rPr>
          <w:b/>
          <w:sz w:val="28"/>
          <w:szCs w:val="28"/>
        </w:rPr>
        <w:t xml:space="preserve">27. </w:t>
      </w:r>
      <w:r w:rsidRPr="00BE421C">
        <w:rPr>
          <w:sz w:val="28"/>
          <w:szCs w:val="28"/>
        </w:rPr>
        <w:t>A. break</w:t>
      </w:r>
      <w:r w:rsidRPr="00BE421C">
        <w:rPr>
          <w:sz w:val="28"/>
          <w:szCs w:val="28"/>
        </w:rPr>
        <w:tab/>
      </w:r>
      <w:r w:rsidR="00F3007E">
        <w:rPr>
          <w:sz w:val="28"/>
          <w:szCs w:val="28"/>
        </w:rPr>
        <w:tab/>
      </w:r>
      <w:r w:rsidR="00F3007E">
        <w:rPr>
          <w:sz w:val="28"/>
          <w:szCs w:val="28"/>
        </w:rPr>
        <w:tab/>
      </w:r>
      <w:r w:rsidRPr="00BE421C">
        <w:rPr>
          <w:sz w:val="28"/>
          <w:szCs w:val="28"/>
        </w:rPr>
        <w:t>B. keep</w:t>
      </w:r>
      <w:r w:rsidRPr="00BE421C">
        <w:rPr>
          <w:sz w:val="28"/>
          <w:szCs w:val="28"/>
        </w:rPr>
        <w:tab/>
      </w:r>
      <w:r w:rsidR="00F3007E">
        <w:rPr>
          <w:sz w:val="28"/>
          <w:szCs w:val="28"/>
        </w:rPr>
        <w:tab/>
      </w:r>
      <w:r w:rsidRPr="00BE421C">
        <w:rPr>
          <w:sz w:val="28"/>
          <w:szCs w:val="28"/>
        </w:rPr>
        <w:t>C. chase</w:t>
      </w:r>
      <w:r w:rsidRPr="00BE421C">
        <w:rPr>
          <w:sz w:val="28"/>
          <w:szCs w:val="28"/>
        </w:rPr>
        <w:tab/>
      </w:r>
      <w:r w:rsidR="00F3007E">
        <w:rPr>
          <w:sz w:val="28"/>
          <w:szCs w:val="28"/>
        </w:rPr>
        <w:tab/>
      </w:r>
      <w:r w:rsidR="00F3007E">
        <w:rPr>
          <w:sz w:val="28"/>
          <w:szCs w:val="28"/>
        </w:rPr>
        <w:tab/>
      </w:r>
      <w:r w:rsidRPr="00BE421C">
        <w:rPr>
          <w:sz w:val="28"/>
          <w:szCs w:val="28"/>
        </w:rPr>
        <w:t>D. worship</w:t>
      </w:r>
    </w:p>
    <w:p w14:paraId="5EF3E701"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Task 2. Read the text and choose the correct answer A, B, C, or D.</w:t>
      </w:r>
    </w:p>
    <w:p w14:paraId="4DF2007B" w14:textId="77777777" w:rsidR="00640B00" w:rsidRPr="00BE421C" w:rsidRDefault="00CB0995">
      <w:pPr>
        <w:pBdr>
          <w:top w:val="single" w:sz="5" w:space="3" w:color="E2B24E"/>
          <w:left w:val="single" w:sz="5" w:space="3" w:color="E2B24E"/>
          <w:bottom w:val="single" w:sz="5" w:space="3" w:color="E2B24E"/>
          <w:right w:val="single" w:sz="5" w:space="3" w:color="E2B24E"/>
        </w:pBdr>
        <w:shd w:val="clear" w:color="auto" w:fill="FFF9E9"/>
        <w:spacing w:after="60" w:line="254" w:lineRule="auto"/>
        <w:ind w:left="259" w:right="259"/>
        <w:rPr>
          <w:sz w:val="28"/>
          <w:szCs w:val="28"/>
        </w:rPr>
      </w:pPr>
      <w:r w:rsidRPr="00BE421C">
        <w:rPr>
          <w:sz w:val="28"/>
          <w:szCs w:val="28"/>
        </w:rPr>
        <w:t xml:space="preserve">Every year, </w:t>
      </w:r>
      <w:proofErr w:type="spellStart"/>
      <w:r w:rsidRPr="00BE421C">
        <w:rPr>
          <w:sz w:val="28"/>
          <w:szCs w:val="28"/>
        </w:rPr>
        <w:t>Hoa’s</w:t>
      </w:r>
      <w:proofErr w:type="spellEnd"/>
      <w:r w:rsidRPr="00BE421C">
        <w:rPr>
          <w:sz w:val="28"/>
          <w:szCs w:val="28"/>
        </w:rPr>
        <w:t xml:space="preserve"> extended family gathers at her grandparents’ house on the twenty-eighth day of the last lunar month. In the morning, everyone cleans and decorates the house. </w:t>
      </w:r>
      <w:proofErr w:type="spellStart"/>
      <w:r w:rsidRPr="00BE421C">
        <w:rPr>
          <w:sz w:val="28"/>
          <w:szCs w:val="28"/>
        </w:rPr>
        <w:t>Hoa’s</w:t>
      </w:r>
      <w:proofErr w:type="spellEnd"/>
      <w:r w:rsidRPr="00BE421C">
        <w:rPr>
          <w:sz w:val="28"/>
          <w:szCs w:val="28"/>
        </w:rPr>
        <w:t xml:space="preserve"> parents place a kumquat tree in the living room, while her grandparents prepare food offerings for the family altar. The children help wrap banh </w:t>
      </w:r>
      <w:proofErr w:type="spellStart"/>
      <w:r w:rsidRPr="00BE421C">
        <w:rPr>
          <w:sz w:val="28"/>
          <w:szCs w:val="28"/>
        </w:rPr>
        <w:t>chung</w:t>
      </w:r>
      <w:proofErr w:type="spellEnd"/>
      <w:r w:rsidRPr="00BE421C">
        <w:rPr>
          <w:sz w:val="28"/>
          <w:szCs w:val="28"/>
        </w:rPr>
        <w:t xml:space="preserve"> and arrange fruit on a large tray. Before the reunion meal begins, the younger family members wait for the oldest person to sit down. On the first morning of Tet, the children wear new clothes, wish their grandparents good health, and receive lucky money. The family also visits a nearby pagoda to pray for peace and good luck. </w:t>
      </w:r>
      <w:proofErr w:type="spellStart"/>
      <w:r w:rsidRPr="00BE421C">
        <w:rPr>
          <w:sz w:val="28"/>
          <w:szCs w:val="28"/>
        </w:rPr>
        <w:t>Hoa</w:t>
      </w:r>
      <w:proofErr w:type="spellEnd"/>
      <w:r w:rsidRPr="00BE421C">
        <w:rPr>
          <w:sz w:val="28"/>
          <w:szCs w:val="28"/>
        </w:rPr>
        <w:t xml:space="preserve"> enjoys the reunion meal most because she can meet all her cousins and listen to old family stories. This year, her British friend Mia will join them. </w:t>
      </w:r>
      <w:proofErr w:type="spellStart"/>
      <w:r w:rsidRPr="00BE421C">
        <w:rPr>
          <w:sz w:val="28"/>
          <w:szCs w:val="28"/>
        </w:rPr>
        <w:t>Hoa</w:t>
      </w:r>
      <w:proofErr w:type="spellEnd"/>
      <w:r w:rsidRPr="00BE421C">
        <w:rPr>
          <w:sz w:val="28"/>
          <w:szCs w:val="28"/>
        </w:rPr>
        <w:t xml:space="preserve"> has advised Mia to bring some fruit and remove her shoes before entering the altar room. Mia thinks these traditions are meaningful because they help different generations stay connected.</w:t>
      </w:r>
    </w:p>
    <w:p w14:paraId="580956D5" w14:textId="77777777" w:rsidR="00640B00" w:rsidRPr="00BE421C" w:rsidRDefault="00CB0995">
      <w:pPr>
        <w:keepLines/>
        <w:spacing w:after="24" w:line="240" w:lineRule="auto"/>
        <w:rPr>
          <w:sz w:val="28"/>
          <w:szCs w:val="28"/>
        </w:rPr>
      </w:pPr>
      <w:r w:rsidRPr="00BE421C">
        <w:rPr>
          <w:b/>
          <w:sz w:val="28"/>
          <w:szCs w:val="28"/>
        </w:rPr>
        <w:t xml:space="preserve">28. When does </w:t>
      </w:r>
      <w:proofErr w:type="spellStart"/>
      <w:r w:rsidRPr="00BE421C">
        <w:rPr>
          <w:b/>
          <w:sz w:val="28"/>
          <w:szCs w:val="28"/>
        </w:rPr>
        <w:t>Hoa’s</w:t>
      </w:r>
      <w:proofErr w:type="spellEnd"/>
      <w:r w:rsidRPr="00BE421C">
        <w:rPr>
          <w:b/>
          <w:sz w:val="28"/>
          <w:szCs w:val="28"/>
        </w:rPr>
        <w:t xml:space="preserve"> extended family gather at her grandparents’ house?</w:t>
      </w:r>
    </w:p>
    <w:p w14:paraId="126B0DCD" w14:textId="77777777" w:rsidR="00F3007E" w:rsidRDefault="00CB0995">
      <w:pPr>
        <w:tabs>
          <w:tab w:val="left" w:pos="5112"/>
        </w:tabs>
        <w:spacing w:after="12" w:line="240" w:lineRule="auto"/>
        <w:ind w:left="202"/>
        <w:rPr>
          <w:sz w:val="28"/>
          <w:szCs w:val="28"/>
        </w:rPr>
      </w:pPr>
      <w:r w:rsidRPr="00BE421C">
        <w:rPr>
          <w:sz w:val="28"/>
          <w:szCs w:val="28"/>
        </w:rPr>
        <w:t>A. On the first day of the lunar year</w:t>
      </w:r>
      <w:r w:rsidRPr="00BE421C">
        <w:rPr>
          <w:sz w:val="28"/>
          <w:szCs w:val="28"/>
        </w:rPr>
        <w:tab/>
      </w:r>
    </w:p>
    <w:p w14:paraId="795515A6" w14:textId="66E5A154" w:rsidR="00640B00" w:rsidRPr="00BE421C" w:rsidRDefault="00CB0995">
      <w:pPr>
        <w:tabs>
          <w:tab w:val="left" w:pos="5112"/>
        </w:tabs>
        <w:spacing w:after="12" w:line="240" w:lineRule="auto"/>
        <w:ind w:left="202"/>
        <w:rPr>
          <w:sz w:val="28"/>
          <w:szCs w:val="28"/>
        </w:rPr>
      </w:pPr>
      <w:r w:rsidRPr="00BE421C">
        <w:rPr>
          <w:sz w:val="28"/>
          <w:szCs w:val="28"/>
        </w:rPr>
        <w:t>B. On the twenty-eighth day of the last lunar month</w:t>
      </w:r>
    </w:p>
    <w:p w14:paraId="502C6D33" w14:textId="77777777" w:rsidR="00640B00" w:rsidRPr="00BE421C" w:rsidRDefault="00CB0995">
      <w:pPr>
        <w:tabs>
          <w:tab w:val="left" w:pos="5112"/>
        </w:tabs>
        <w:spacing w:after="28" w:line="240" w:lineRule="auto"/>
        <w:ind w:left="202"/>
        <w:rPr>
          <w:sz w:val="28"/>
          <w:szCs w:val="28"/>
        </w:rPr>
      </w:pPr>
      <w:r w:rsidRPr="00BE421C">
        <w:rPr>
          <w:sz w:val="28"/>
          <w:szCs w:val="28"/>
        </w:rPr>
        <w:t>C. One week after Tet</w:t>
      </w:r>
      <w:r w:rsidRPr="00BE421C">
        <w:rPr>
          <w:sz w:val="28"/>
          <w:szCs w:val="28"/>
        </w:rPr>
        <w:tab/>
        <w:t>D. On the Mid-Autumn Festival</w:t>
      </w:r>
    </w:p>
    <w:p w14:paraId="53662CF2" w14:textId="77777777" w:rsidR="00640B00" w:rsidRPr="00BE421C" w:rsidRDefault="00CB0995">
      <w:pPr>
        <w:keepLines/>
        <w:spacing w:after="24" w:line="240" w:lineRule="auto"/>
        <w:rPr>
          <w:sz w:val="28"/>
          <w:szCs w:val="28"/>
        </w:rPr>
      </w:pPr>
      <w:r w:rsidRPr="00BE421C">
        <w:rPr>
          <w:b/>
          <w:sz w:val="28"/>
          <w:szCs w:val="28"/>
        </w:rPr>
        <w:t>29. What do the younger family members do before the reunion meal?</w:t>
      </w:r>
    </w:p>
    <w:p w14:paraId="11D71D94" w14:textId="77777777" w:rsidR="00640B00" w:rsidRPr="00BE421C" w:rsidRDefault="00CB0995">
      <w:pPr>
        <w:tabs>
          <w:tab w:val="left" w:pos="5112"/>
        </w:tabs>
        <w:spacing w:after="12" w:line="240" w:lineRule="auto"/>
        <w:ind w:left="202"/>
        <w:rPr>
          <w:sz w:val="28"/>
          <w:szCs w:val="28"/>
        </w:rPr>
      </w:pPr>
      <w:r w:rsidRPr="00BE421C">
        <w:rPr>
          <w:sz w:val="28"/>
          <w:szCs w:val="28"/>
        </w:rPr>
        <w:t>A. They wait for the oldest person to sit down.</w:t>
      </w:r>
      <w:r w:rsidRPr="00BE421C">
        <w:rPr>
          <w:sz w:val="28"/>
          <w:szCs w:val="28"/>
        </w:rPr>
        <w:tab/>
        <w:t>B. They open their lucky money.</w:t>
      </w:r>
    </w:p>
    <w:p w14:paraId="04966C32" w14:textId="77777777" w:rsidR="00640B00" w:rsidRPr="00BE421C" w:rsidRDefault="00CB0995">
      <w:pPr>
        <w:tabs>
          <w:tab w:val="left" w:pos="5112"/>
        </w:tabs>
        <w:spacing w:after="28" w:line="240" w:lineRule="auto"/>
        <w:ind w:left="202"/>
        <w:rPr>
          <w:sz w:val="28"/>
          <w:szCs w:val="28"/>
        </w:rPr>
      </w:pPr>
      <w:r w:rsidRPr="00BE421C">
        <w:rPr>
          <w:sz w:val="28"/>
          <w:szCs w:val="28"/>
        </w:rPr>
        <w:t>C. They visit the pagoda.</w:t>
      </w:r>
      <w:r w:rsidRPr="00BE421C">
        <w:rPr>
          <w:sz w:val="28"/>
          <w:szCs w:val="28"/>
        </w:rPr>
        <w:tab/>
        <w:t>D. They watch a lion dance.</w:t>
      </w:r>
    </w:p>
    <w:p w14:paraId="19C15AD6" w14:textId="77777777" w:rsidR="00640B00" w:rsidRPr="00BE421C" w:rsidRDefault="00CB0995">
      <w:pPr>
        <w:keepLines/>
        <w:spacing w:after="24" w:line="240" w:lineRule="auto"/>
        <w:rPr>
          <w:sz w:val="28"/>
          <w:szCs w:val="28"/>
        </w:rPr>
      </w:pPr>
      <w:r w:rsidRPr="00BE421C">
        <w:rPr>
          <w:b/>
          <w:sz w:val="28"/>
          <w:szCs w:val="28"/>
        </w:rPr>
        <w:t xml:space="preserve">30. Which Tet activity does </w:t>
      </w:r>
      <w:proofErr w:type="spellStart"/>
      <w:r w:rsidRPr="00BE421C">
        <w:rPr>
          <w:b/>
          <w:sz w:val="28"/>
          <w:szCs w:val="28"/>
        </w:rPr>
        <w:t>Hoa</w:t>
      </w:r>
      <w:proofErr w:type="spellEnd"/>
      <w:r w:rsidRPr="00BE421C">
        <w:rPr>
          <w:b/>
          <w:sz w:val="28"/>
          <w:szCs w:val="28"/>
        </w:rPr>
        <w:t xml:space="preserve"> enjoy most?</w:t>
      </w:r>
    </w:p>
    <w:p w14:paraId="29C67EB6" w14:textId="77777777" w:rsidR="00640B00" w:rsidRPr="00BE421C" w:rsidRDefault="00CB0995">
      <w:pPr>
        <w:tabs>
          <w:tab w:val="left" w:pos="5112"/>
        </w:tabs>
        <w:spacing w:after="12" w:line="240" w:lineRule="auto"/>
        <w:ind w:left="202"/>
        <w:rPr>
          <w:sz w:val="28"/>
          <w:szCs w:val="28"/>
        </w:rPr>
      </w:pPr>
      <w:r w:rsidRPr="00BE421C">
        <w:rPr>
          <w:sz w:val="28"/>
          <w:szCs w:val="28"/>
        </w:rPr>
        <w:t>A. Cleaning the house</w:t>
      </w:r>
      <w:r w:rsidRPr="00BE421C">
        <w:rPr>
          <w:sz w:val="28"/>
          <w:szCs w:val="28"/>
        </w:rPr>
        <w:tab/>
        <w:t>B. Visiting the pagoda</w:t>
      </w:r>
    </w:p>
    <w:p w14:paraId="3EF7E415" w14:textId="77777777" w:rsidR="00640B00" w:rsidRPr="00BE421C" w:rsidRDefault="00CB0995">
      <w:pPr>
        <w:tabs>
          <w:tab w:val="left" w:pos="5112"/>
        </w:tabs>
        <w:spacing w:after="28" w:line="240" w:lineRule="auto"/>
        <w:ind w:left="202"/>
        <w:rPr>
          <w:sz w:val="28"/>
          <w:szCs w:val="28"/>
        </w:rPr>
      </w:pPr>
      <w:r w:rsidRPr="00BE421C">
        <w:rPr>
          <w:sz w:val="28"/>
          <w:szCs w:val="28"/>
        </w:rPr>
        <w:t>C. The family reunion meal</w:t>
      </w:r>
      <w:r w:rsidRPr="00BE421C">
        <w:rPr>
          <w:sz w:val="28"/>
          <w:szCs w:val="28"/>
        </w:rPr>
        <w:tab/>
        <w:t>D. Buying a kumquat tree</w:t>
      </w:r>
    </w:p>
    <w:p w14:paraId="46F5DCE9" w14:textId="77777777" w:rsidR="00640B00" w:rsidRPr="00BE421C" w:rsidRDefault="00CB0995">
      <w:pPr>
        <w:keepLines/>
        <w:spacing w:after="24" w:line="240" w:lineRule="auto"/>
        <w:rPr>
          <w:sz w:val="28"/>
          <w:szCs w:val="28"/>
        </w:rPr>
      </w:pPr>
      <w:r w:rsidRPr="00BE421C">
        <w:rPr>
          <w:b/>
          <w:sz w:val="28"/>
          <w:szCs w:val="28"/>
        </w:rPr>
        <w:t xml:space="preserve">31. What advice has </w:t>
      </w:r>
      <w:proofErr w:type="spellStart"/>
      <w:r w:rsidRPr="00BE421C">
        <w:rPr>
          <w:b/>
          <w:sz w:val="28"/>
          <w:szCs w:val="28"/>
        </w:rPr>
        <w:t>Hoa</w:t>
      </w:r>
      <w:proofErr w:type="spellEnd"/>
      <w:r w:rsidRPr="00BE421C">
        <w:rPr>
          <w:b/>
          <w:sz w:val="28"/>
          <w:szCs w:val="28"/>
        </w:rPr>
        <w:t xml:space="preserve"> given Mia?</w:t>
      </w:r>
    </w:p>
    <w:p w14:paraId="6128A3F8" w14:textId="77777777" w:rsidR="00640B00" w:rsidRPr="00BE421C" w:rsidRDefault="00CB0995">
      <w:pPr>
        <w:tabs>
          <w:tab w:val="left" w:pos="5112"/>
        </w:tabs>
        <w:spacing w:after="12" w:line="240" w:lineRule="auto"/>
        <w:ind w:left="202"/>
        <w:rPr>
          <w:sz w:val="28"/>
          <w:szCs w:val="28"/>
        </w:rPr>
      </w:pPr>
      <w:r w:rsidRPr="00BE421C">
        <w:rPr>
          <w:sz w:val="28"/>
          <w:szCs w:val="28"/>
        </w:rPr>
        <w:lastRenderedPageBreak/>
        <w:t>A. Wear black clothes and arrive late.</w:t>
      </w:r>
      <w:r w:rsidRPr="00BE421C">
        <w:rPr>
          <w:sz w:val="28"/>
          <w:szCs w:val="28"/>
        </w:rPr>
        <w:tab/>
        <w:t>B. Bring fruit and remove her shoes before entering the altar room.</w:t>
      </w:r>
    </w:p>
    <w:p w14:paraId="6F274C50" w14:textId="77777777" w:rsidR="00640B00" w:rsidRPr="00BE421C" w:rsidRDefault="00CB0995">
      <w:pPr>
        <w:tabs>
          <w:tab w:val="left" w:pos="5112"/>
        </w:tabs>
        <w:spacing w:after="28" w:line="240" w:lineRule="auto"/>
        <w:ind w:left="202"/>
        <w:rPr>
          <w:sz w:val="28"/>
          <w:szCs w:val="28"/>
        </w:rPr>
      </w:pPr>
      <w:r w:rsidRPr="00BE421C">
        <w:rPr>
          <w:sz w:val="28"/>
          <w:szCs w:val="28"/>
        </w:rPr>
        <w:t>C. Take photographs during the ceremony.</w:t>
      </w:r>
      <w:r w:rsidRPr="00BE421C">
        <w:rPr>
          <w:sz w:val="28"/>
          <w:szCs w:val="28"/>
        </w:rPr>
        <w:tab/>
        <w:t>D. Prepare all the food offerings herself.</w:t>
      </w:r>
    </w:p>
    <w:p w14:paraId="51A7967E" w14:textId="77777777" w:rsidR="00640B00" w:rsidRPr="00BE421C" w:rsidRDefault="00CB0995">
      <w:pPr>
        <w:keepLines/>
        <w:spacing w:after="24" w:line="240" w:lineRule="auto"/>
        <w:rPr>
          <w:sz w:val="28"/>
          <w:szCs w:val="28"/>
        </w:rPr>
      </w:pPr>
      <w:r w:rsidRPr="00BE421C">
        <w:rPr>
          <w:b/>
          <w:sz w:val="28"/>
          <w:szCs w:val="28"/>
        </w:rPr>
        <w:t>32. What is the main message of the text?</w:t>
      </w:r>
    </w:p>
    <w:p w14:paraId="200332FC" w14:textId="77777777" w:rsidR="00F3007E" w:rsidRDefault="00CB0995">
      <w:pPr>
        <w:tabs>
          <w:tab w:val="left" w:pos="5112"/>
        </w:tabs>
        <w:spacing w:after="12" w:line="240" w:lineRule="auto"/>
        <w:ind w:left="202"/>
        <w:rPr>
          <w:sz w:val="28"/>
          <w:szCs w:val="28"/>
        </w:rPr>
      </w:pPr>
      <w:r w:rsidRPr="00BE421C">
        <w:rPr>
          <w:sz w:val="28"/>
          <w:szCs w:val="28"/>
        </w:rPr>
        <w:t>A. Tet traditions are expensive and difficult.</w:t>
      </w:r>
      <w:r w:rsidRPr="00BE421C">
        <w:rPr>
          <w:sz w:val="28"/>
          <w:szCs w:val="28"/>
        </w:rPr>
        <w:tab/>
      </w:r>
    </w:p>
    <w:p w14:paraId="25453C50" w14:textId="2FFD35BC" w:rsidR="00640B00" w:rsidRPr="00BE421C" w:rsidRDefault="00CB0995">
      <w:pPr>
        <w:tabs>
          <w:tab w:val="left" w:pos="5112"/>
        </w:tabs>
        <w:spacing w:after="12" w:line="240" w:lineRule="auto"/>
        <w:ind w:left="202"/>
        <w:rPr>
          <w:sz w:val="28"/>
          <w:szCs w:val="28"/>
        </w:rPr>
      </w:pPr>
      <w:r w:rsidRPr="00BE421C">
        <w:rPr>
          <w:sz w:val="28"/>
          <w:szCs w:val="28"/>
        </w:rPr>
        <w:t>B. Only older people should follow family traditions.</w:t>
      </w:r>
    </w:p>
    <w:p w14:paraId="460BF9C4" w14:textId="77777777" w:rsidR="00F3007E" w:rsidRDefault="00CB0995">
      <w:pPr>
        <w:tabs>
          <w:tab w:val="left" w:pos="5112"/>
        </w:tabs>
        <w:spacing w:after="28" w:line="240" w:lineRule="auto"/>
        <w:ind w:left="202"/>
        <w:rPr>
          <w:sz w:val="28"/>
          <w:szCs w:val="28"/>
        </w:rPr>
      </w:pPr>
      <w:r w:rsidRPr="00BE421C">
        <w:rPr>
          <w:sz w:val="28"/>
          <w:szCs w:val="28"/>
        </w:rPr>
        <w:t>C. Family traditions help generations stay connected.</w:t>
      </w:r>
      <w:r w:rsidRPr="00BE421C">
        <w:rPr>
          <w:sz w:val="28"/>
          <w:szCs w:val="28"/>
        </w:rPr>
        <w:tab/>
      </w:r>
    </w:p>
    <w:p w14:paraId="6C27890D" w14:textId="35C79E2D" w:rsidR="00640B00" w:rsidRPr="00BE421C" w:rsidRDefault="00CB0995">
      <w:pPr>
        <w:tabs>
          <w:tab w:val="left" w:pos="5112"/>
        </w:tabs>
        <w:spacing w:after="28" w:line="240" w:lineRule="auto"/>
        <w:ind w:left="202"/>
        <w:rPr>
          <w:sz w:val="28"/>
          <w:szCs w:val="28"/>
        </w:rPr>
      </w:pPr>
      <w:r w:rsidRPr="00BE421C">
        <w:rPr>
          <w:sz w:val="28"/>
          <w:szCs w:val="28"/>
        </w:rPr>
        <w:t>D. Foreign visitors should not join Tet celebrations.</w:t>
      </w:r>
    </w:p>
    <w:p w14:paraId="74AC4B0A" w14:textId="77777777" w:rsidR="00640B00" w:rsidRPr="00BE421C" w:rsidRDefault="00CB0995">
      <w:pPr>
        <w:keepNext/>
        <w:pBdr>
          <w:top w:val="single" w:sz="10" w:space="3" w:color="EB5B69"/>
          <w:left w:val="single" w:sz="10" w:space="3" w:color="EB5B69"/>
          <w:bottom w:val="single" w:sz="10" w:space="3" w:color="EB5B69"/>
          <w:right w:val="single" w:sz="10" w:space="3" w:color="EB5B69"/>
        </w:pBdr>
        <w:shd w:val="clear" w:color="auto" w:fill="EB5B69"/>
        <w:spacing w:before="60" w:after="80" w:line="240" w:lineRule="auto"/>
        <w:ind w:left="58" w:right="58"/>
        <w:rPr>
          <w:sz w:val="28"/>
          <w:szCs w:val="28"/>
        </w:rPr>
      </w:pPr>
      <w:r w:rsidRPr="00BE421C">
        <w:rPr>
          <w:rFonts w:ascii="Arial" w:eastAsia="Arial" w:hAnsi="Arial"/>
          <w:b/>
          <w:color w:val="FFFFFF"/>
          <w:sz w:val="28"/>
          <w:szCs w:val="28"/>
        </w:rPr>
        <w:t xml:space="preserve">PART VI   ORDERING  (0.5 </w:t>
      </w:r>
      <w:proofErr w:type="spellStart"/>
      <w:r w:rsidRPr="00BE421C">
        <w:rPr>
          <w:rFonts w:ascii="Arial" w:eastAsia="Arial" w:hAnsi="Arial"/>
          <w:b/>
          <w:color w:val="FFFFFF"/>
          <w:sz w:val="28"/>
          <w:szCs w:val="28"/>
        </w:rPr>
        <w:t>pt</w:t>
      </w:r>
      <w:proofErr w:type="spellEnd"/>
      <w:r w:rsidRPr="00BE421C">
        <w:rPr>
          <w:rFonts w:ascii="Arial" w:eastAsia="Arial" w:hAnsi="Arial"/>
          <w:b/>
          <w:color w:val="FFFFFF"/>
          <w:sz w:val="28"/>
          <w:szCs w:val="28"/>
        </w:rPr>
        <w:t>)</w:t>
      </w:r>
    </w:p>
    <w:p w14:paraId="10C7AC08" w14:textId="77777777" w:rsidR="00640B00" w:rsidRPr="006B15E9" w:rsidRDefault="00CB0995">
      <w:pPr>
        <w:keepNext/>
        <w:spacing w:after="60" w:line="240" w:lineRule="auto"/>
        <w:rPr>
          <w:b/>
          <w:bCs/>
          <w:color w:val="000000" w:themeColor="text1"/>
          <w:sz w:val="28"/>
          <w:szCs w:val="28"/>
        </w:rPr>
      </w:pPr>
      <w:r w:rsidRPr="006B15E9">
        <w:rPr>
          <w:b/>
          <w:bCs/>
          <w:i/>
          <w:color w:val="000000" w:themeColor="text1"/>
          <w:sz w:val="28"/>
          <w:szCs w:val="28"/>
        </w:rPr>
        <w:t>Arrange the sentences to make a complete dialogue.</w:t>
      </w:r>
    </w:p>
    <w:p w14:paraId="571F69E0" w14:textId="77777777" w:rsidR="00640B00" w:rsidRPr="00BE421C" w:rsidRDefault="00CB0995">
      <w:pPr>
        <w:keepLines/>
        <w:spacing w:after="24" w:line="240" w:lineRule="auto"/>
        <w:rPr>
          <w:sz w:val="28"/>
          <w:szCs w:val="28"/>
        </w:rPr>
      </w:pPr>
      <w:r w:rsidRPr="00BE421C">
        <w:rPr>
          <w:b/>
          <w:sz w:val="28"/>
          <w:szCs w:val="28"/>
        </w:rPr>
        <w:t xml:space="preserve">33. </w:t>
      </w:r>
    </w:p>
    <w:p w14:paraId="6B2D8E57" w14:textId="77777777" w:rsidR="00640B00" w:rsidRPr="00BE421C" w:rsidRDefault="00CB0995">
      <w:pPr>
        <w:spacing w:after="8" w:line="240" w:lineRule="auto"/>
        <w:ind w:left="317"/>
        <w:rPr>
          <w:sz w:val="28"/>
          <w:szCs w:val="28"/>
        </w:rPr>
      </w:pPr>
      <w:r w:rsidRPr="00BE421C">
        <w:rPr>
          <w:sz w:val="28"/>
          <w:szCs w:val="28"/>
        </w:rPr>
        <w:t>a. Thanks. I’ll bring some fruit.</w:t>
      </w:r>
    </w:p>
    <w:p w14:paraId="4DBA82E3" w14:textId="0D38E09F" w:rsidR="00640B00" w:rsidRPr="00BE421C" w:rsidRDefault="00CB0995">
      <w:pPr>
        <w:spacing w:after="8" w:line="240" w:lineRule="auto"/>
        <w:ind w:left="317"/>
        <w:rPr>
          <w:sz w:val="28"/>
          <w:szCs w:val="28"/>
        </w:rPr>
      </w:pPr>
      <w:r w:rsidRPr="00BE421C">
        <w:rPr>
          <w:sz w:val="28"/>
          <w:szCs w:val="28"/>
        </w:rPr>
        <w:t xml:space="preserve">b. </w:t>
      </w:r>
      <w:r w:rsidR="006B15E9" w:rsidRPr="006B15E9">
        <w:rPr>
          <w:sz w:val="28"/>
          <w:szCs w:val="28"/>
        </w:rPr>
        <w:t>I’m visiting Nam’s family during Tet. What should I bring?</w:t>
      </w:r>
    </w:p>
    <w:p w14:paraId="073C0BDF" w14:textId="77777777" w:rsidR="00640B00" w:rsidRPr="00BE421C" w:rsidRDefault="00CB0995">
      <w:pPr>
        <w:spacing w:after="8" w:line="240" w:lineRule="auto"/>
        <w:ind w:left="317"/>
        <w:rPr>
          <w:sz w:val="28"/>
          <w:szCs w:val="28"/>
        </w:rPr>
      </w:pPr>
      <w:r w:rsidRPr="00BE421C">
        <w:rPr>
          <w:sz w:val="28"/>
          <w:szCs w:val="28"/>
        </w:rPr>
        <w:t>c. You should bring a small gift for the host.</w:t>
      </w:r>
    </w:p>
    <w:p w14:paraId="25A00F7A" w14:textId="77777777" w:rsidR="00640B00" w:rsidRPr="00BE421C" w:rsidRDefault="00CB0995">
      <w:pPr>
        <w:spacing w:after="8" w:line="240" w:lineRule="auto"/>
        <w:ind w:left="317"/>
        <w:rPr>
          <w:sz w:val="28"/>
          <w:szCs w:val="28"/>
        </w:rPr>
      </w:pPr>
      <w:r w:rsidRPr="00BE421C">
        <w:rPr>
          <w:sz w:val="28"/>
          <w:szCs w:val="28"/>
        </w:rPr>
        <w:t>d. That’s a good idea.</w:t>
      </w:r>
    </w:p>
    <w:p w14:paraId="087E8E45" w14:textId="77777777" w:rsidR="00640B00" w:rsidRPr="00BE421C" w:rsidRDefault="00CB0995">
      <w:pPr>
        <w:tabs>
          <w:tab w:val="left" w:pos="2563"/>
          <w:tab w:val="left" w:pos="5126"/>
          <w:tab w:val="left" w:pos="7690"/>
        </w:tabs>
        <w:spacing w:after="40" w:line="240" w:lineRule="auto"/>
        <w:ind w:left="202"/>
        <w:rPr>
          <w:sz w:val="28"/>
          <w:szCs w:val="28"/>
        </w:rPr>
      </w:pPr>
      <w:r w:rsidRPr="00BE421C">
        <w:rPr>
          <w:sz w:val="28"/>
          <w:szCs w:val="28"/>
        </w:rPr>
        <w:t>A. b – c – d – a</w:t>
      </w:r>
      <w:r w:rsidRPr="00BE421C">
        <w:rPr>
          <w:sz w:val="28"/>
          <w:szCs w:val="28"/>
        </w:rPr>
        <w:tab/>
        <w:t>B. c – b – a – d</w:t>
      </w:r>
      <w:r w:rsidRPr="00BE421C">
        <w:rPr>
          <w:sz w:val="28"/>
          <w:szCs w:val="28"/>
        </w:rPr>
        <w:tab/>
        <w:t>C. b – d – c – a</w:t>
      </w:r>
      <w:r w:rsidRPr="00BE421C">
        <w:rPr>
          <w:sz w:val="28"/>
          <w:szCs w:val="28"/>
        </w:rPr>
        <w:tab/>
        <w:t>D. d – a – b – c</w:t>
      </w:r>
    </w:p>
    <w:p w14:paraId="7A24A376" w14:textId="77777777" w:rsidR="00640B00" w:rsidRPr="00BE421C" w:rsidRDefault="00CB0995">
      <w:pPr>
        <w:keepLines/>
        <w:spacing w:after="24" w:line="240" w:lineRule="auto"/>
        <w:rPr>
          <w:sz w:val="28"/>
          <w:szCs w:val="28"/>
        </w:rPr>
      </w:pPr>
      <w:r w:rsidRPr="00BE421C">
        <w:rPr>
          <w:b/>
          <w:sz w:val="28"/>
          <w:szCs w:val="28"/>
        </w:rPr>
        <w:t xml:space="preserve">34. </w:t>
      </w:r>
    </w:p>
    <w:p w14:paraId="6A9FE11F" w14:textId="77777777" w:rsidR="00640B00" w:rsidRPr="00BE421C" w:rsidRDefault="00CB0995">
      <w:pPr>
        <w:spacing w:after="8" w:line="240" w:lineRule="auto"/>
        <w:ind w:left="317"/>
        <w:rPr>
          <w:sz w:val="28"/>
          <w:szCs w:val="28"/>
        </w:rPr>
      </w:pPr>
      <w:r w:rsidRPr="00BE421C">
        <w:rPr>
          <w:sz w:val="28"/>
          <w:szCs w:val="28"/>
        </w:rPr>
        <w:t>a. I think it is exciting and meaningful.</w:t>
      </w:r>
    </w:p>
    <w:p w14:paraId="128C5AD3" w14:textId="77777777" w:rsidR="00640B00" w:rsidRPr="00BE421C" w:rsidRDefault="00CB0995">
      <w:pPr>
        <w:spacing w:after="8" w:line="240" w:lineRule="auto"/>
        <w:ind w:left="317"/>
        <w:rPr>
          <w:sz w:val="28"/>
          <w:szCs w:val="28"/>
        </w:rPr>
      </w:pPr>
      <w:r w:rsidRPr="00BE421C">
        <w:rPr>
          <w:sz w:val="28"/>
          <w:szCs w:val="28"/>
        </w:rPr>
        <w:t>b. What do you think of the lion dance?</w:t>
      </w:r>
    </w:p>
    <w:p w14:paraId="2D850E18" w14:textId="77777777" w:rsidR="00640B00" w:rsidRPr="00BE421C" w:rsidRDefault="00CB0995">
      <w:pPr>
        <w:spacing w:after="8" w:line="240" w:lineRule="auto"/>
        <w:ind w:left="317"/>
        <w:rPr>
          <w:sz w:val="28"/>
          <w:szCs w:val="28"/>
        </w:rPr>
      </w:pPr>
      <w:r w:rsidRPr="00BE421C">
        <w:rPr>
          <w:sz w:val="28"/>
          <w:szCs w:val="28"/>
        </w:rPr>
        <w:t>c. Why do you think so?</w:t>
      </w:r>
    </w:p>
    <w:p w14:paraId="647A8675" w14:textId="77777777" w:rsidR="00640B00" w:rsidRPr="00BE421C" w:rsidRDefault="00CB0995">
      <w:pPr>
        <w:spacing w:after="8" w:line="240" w:lineRule="auto"/>
        <w:ind w:left="317"/>
        <w:rPr>
          <w:sz w:val="28"/>
          <w:szCs w:val="28"/>
        </w:rPr>
      </w:pPr>
      <w:r w:rsidRPr="00BE421C">
        <w:rPr>
          <w:sz w:val="28"/>
          <w:szCs w:val="28"/>
        </w:rPr>
        <w:t>d. Because people believe it brings good luck.</w:t>
      </w:r>
    </w:p>
    <w:p w14:paraId="4B852B3E" w14:textId="77777777" w:rsidR="00640B00" w:rsidRPr="00BE421C" w:rsidRDefault="00CB0995">
      <w:pPr>
        <w:tabs>
          <w:tab w:val="left" w:pos="2563"/>
          <w:tab w:val="left" w:pos="5126"/>
          <w:tab w:val="left" w:pos="7690"/>
        </w:tabs>
        <w:spacing w:after="56" w:line="240" w:lineRule="auto"/>
        <w:ind w:left="202"/>
        <w:rPr>
          <w:sz w:val="28"/>
          <w:szCs w:val="28"/>
        </w:rPr>
      </w:pPr>
      <w:r w:rsidRPr="00BE421C">
        <w:rPr>
          <w:sz w:val="28"/>
          <w:szCs w:val="28"/>
        </w:rPr>
        <w:t>A. a – b – c – d</w:t>
      </w:r>
      <w:r w:rsidRPr="00BE421C">
        <w:rPr>
          <w:sz w:val="28"/>
          <w:szCs w:val="28"/>
        </w:rPr>
        <w:tab/>
        <w:t>B. b – a – c – d</w:t>
      </w:r>
      <w:r w:rsidRPr="00BE421C">
        <w:rPr>
          <w:sz w:val="28"/>
          <w:szCs w:val="28"/>
        </w:rPr>
        <w:tab/>
        <w:t>C. b – c – a – d</w:t>
      </w:r>
      <w:r w:rsidRPr="00BE421C">
        <w:rPr>
          <w:sz w:val="28"/>
          <w:szCs w:val="28"/>
        </w:rPr>
        <w:tab/>
      </w:r>
      <w:proofErr w:type="spellStart"/>
      <w:r w:rsidRPr="00BE421C">
        <w:rPr>
          <w:sz w:val="28"/>
          <w:szCs w:val="28"/>
        </w:rPr>
        <w:t>D</w:t>
      </w:r>
      <w:proofErr w:type="spellEnd"/>
      <w:r w:rsidRPr="00BE421C">
        <w:rPr>
          <w:sz w:val="28"/>
          <w:szCs w:val="28"/>
        </w:rPr>
        <w:t>. c – d – b – a</w:t>
      </w:r>
    </w:p>
    <w:p w14:paraId="4ED8C336" w14:textId="77777777" w:rsidR="00640B00" w:rsidRPr="00BE421C" w:rsidRDefault="00CB0995">
      <w:pPr>
        <w:keepNext/>
        <w:pBdr>
          <w:top w:val="single" w:sz="10" w:space="3" w:color="EB5B69"/>
          <w:left w:val="single" w:sz="10" w:space="3" w:color="EB5B69"/>
          <w:bottom w:val="single" w:sz="10" w:space="3" w:color="EB5B69"/>
          <w:right w:val="single" w:sz="10" w:space="3" w:color="EB5B69"/>
        </w:pBdr>
        <w:shd w:val="clear" w:color="auto" w:fill="EB5B69"/>
        <w:spacing w:before="60" w:after="80" w:line="240" w:lineRule="auto"/>
        <w:ind w:left="58" w:right="58"/>
        <w:rPr>
          <w:sz w:val="28"/>
          <w:szCs w:val="28"/>
        </w:rPr>
      </w:pPr>
      <w:r w:rsidRPr="00BE421C">
        <w:rPr>
          <w:rFonts w:ascii="Arial" w:eastAsia="Arial" w:hAnsi="Arial"/>
          <w:b/>
          <w:color w:val="FFFFFF"/>
          <w:sz w:val="28"/>
          <w:szCs w:val="28"/>
        </w:rPr>
        <w:t>PART VII   WRITING  (1.5 pts)</w:t>
      </w:r>
    </w:p>
    <w:p w14:paraId="6CC5D8B7"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 xml:space="preserve">Task 1. Rewrite the sentences as directed. (1.0 </w:t>
      </w:r>
      <w:proofErr w:type="spellStart"/>
      <w:r w:rsidRPr="00BE421C">
        <w:rPr>
          <w:b/>
          <w:color w:val="233D4A"/>
          <w:sz w:val="28"/>
          <w:szCs w:val="28"/>
        </w:rPr>
        <w:t>pt</w:t>
      </w:r>
      <w:proofErr w:type="spellEnd"/>
      <w:r w:rsidRPr="00BE421C">
        <w:rPr>
          <w:b/>
          <w:color w:val="233D4A"/>
          <w:sz w:val="28"/>
          <w:szCs w:val="28"/>
        </w:rPr>
        <w:t>)</w:t>
      </w:r>
    </w:p>
    <w:p w14:paraId="7D17C61C" w14:textId="77777777" w:rsidR="00640B00" w:rsidRPr="00BE421C" w:rsidRDefault="00CB0995">
      <w:pPr>
        <w:keepLines/>
        <w:spacing w:after="24" w:line="240" w:lineRule="auto"/>
        <w:rPr>
          <w:sz w:val="28"/>
          <w:szCs w:val="28"/>
        </w:rPr>
      </w:pPr>
      <w:r w:rsidRPr="00BE421C">
        <w:rPr>
          <w:b/>
          <w:sz w:val="28"/>
          <w:szCs w:val="28"/>
        </w:rPr>
        <w:t xml:space="preserve">35. My family has a tradition of making banh </w:t>
      </w:r>
      <w:proofErr w:type="spellStart"/>
      <w:r w:rsidRPr="00BE421C">
        <w:rPr>
          <w:b/>
          <w:sz w:val="28"/>
          <w:szCs w:val="28"/>
        </w:rPr>
        <w:t>chung</w:t>
      </w:r>
      <w:proofErr w:type="spellEnd"/>
      <w:r w:rsidRPr="00BE421C">
        <w:rPr>
          <w:b/>
          <w:sz w:val="28"/>
          <w:szCs w:val="28"/>
        </w:rPr>
        <w:t xml:space="preserve"> before Tet. (Use “traditionally”.)</w:t>
      </w:r>
    </w:p>
    <w:p w14:paraId="14181417" w14:textId="199B946F" w:rsidR="00640B00" w:rsidRPr="00BE421C" w:rsidRDefault="00CB0995">
      <w:pPr>
        <w:spacing w:after="44" w:line="240" w:lineRule="auto"/>
        <w:rPr>
          <w:sz w:val="28"/>
          <w:szCs w:val="28"/>
        </w:rPr>
      </w:pPr>
      <w:r w:rsidRPr="00BE421C">
        <w:rPr>
          <w:sz w:val="28"/>
          <w:szCs w:val="28"/>
        </w:rPr>
        <w:t>→ My family traditionally ____________________________________________________.</w:t>
      </w:r>
    </w:p>
    <w:p w14:paraId="7AC769D4" w14:textId="77777777" w:rsidR="00640B00" w:rsidRPr="00BE421C" w:rsidRDefault="00CB0995">
      <w:pPr>
        <w:keepLines/>
        <w:spacing w:after="24" w:line="240" w:lineRule="auto"/>
        <w:rPr>
          <w:sz w:val="28"/>
          <w:szCs w:val="28"/>
        </w:rPr>
      </w:pPr>
      <w:r w:rsidRPr="00BE421C">
        <w:rPr>
          <w:b/>
          <w:sz w:val="28"/>
          <w:szCs w:val="28"/>
        </w:rPr>
        <w:t>36. You should wait for the host to start eating. (Use “a good idea”.)</w:t>
      </w:r>
    </w:p>
    <w:p w14:paraId="4F33E20D" w14:textId="1DEFC0E7" w:rsidR="00640B00" w:rsidRPr="00BE421C" w:rsidRDefault="00CB0995">
      <w:pPr>
        <w:spacing w:after="44" w:line="240" w:lineRule="auto"/>
        <w:rPr>
          <w:sz w:val="28"/>
          <w:szCs w:val="28"/>
        </w:rPr>
      </w:pPr>
      <w:r w:rsidRPr="00BE421C">
        <w:rPr>
          <w:sz w:val="28"/>
          <w:szCs w:val="28"/>
        </w:rPr>
        <w:t>→ It is a good idea _________________________________________________________.</w:t>
      </w:r>
    </w:p>
    <w:p w14:paraId="1473E644" w14:textId="77777777" w:rsidR="00640B00" w:rsidRPr="00BE421C" w:rsidRDefault="00CB0995">
      <w:pPr>
        <w:keepLines/>
        <w:spacing w:after="24" w:line="240" w:lineRule="auto"/>
        <w:rPr>
          <w:sz w:val="28"/>
          <w:szCs w:val="28"/>
        </w:rPr>
      </w:pPr>
      <w:r w:rsidRPr="00BE421C">
        <w:rPr>
          <w:b/>
          <w:sz w:val="28"/>
          <w:szCs w:val="28"/>
        </w:rPr>
        <w:t>37. We usually take a bus to the pagoda. (Use “by”.)</w:t>
      </w:r>
    </w:p>
    <w:p w14:paraId="3D557481" w14:textId="4F6BB59B" w:rsidR="00640B00" w:rsidRPr="00BE421C" w:rsidRDefault="00CB0995">
      <w:pPr>
        <w:spacing w:after="44" w:line="240" w:lineRule="auto"/>
        <w:rPr>
          <w:sz w:val="28"/>
          <w:szCs w:val="28"/>
        </w:rPr>
      </w:pPr>
      <w:r w:rsidRPr="00BE421C">
        <w:rPr>
          <w:sz w:val="28"/>
          <w:szCs w:val="28"/>
        </w:rPr>
        <w:t>→ We usually go ___________________________________________________________.</w:t>
      </w:r>
    </w:p>
    <w:p w14:paraId="12633C60" w14:textId="77777777" w:rsidR="00640B00" w:rsidRPr="00BE421C" w:rsidRDefault="00CB0995">
      <w:pPr>
        <w:keepLines/>
        <w:spacing w:after="24" w:line="240" w:lineRule="auto"/>
        <w:rPr>
          <w:sz w:val="28"/>
          <w:szCs w:val="28"/>
        </w:rPr>
      </w:pPr>
      <w:r w:rsidRPr="00BE421C">
        <w:rPr>
          <w:b/>
          <w:sz w:val="28"/>
          <w:szCs w:val="28"/>
        </w:rPr>
        <w:t>38. “Don’t point your chopsticks at other people,” my mother said. (Use “advised”.)</w:t>
      </w:r>
    </w:p>
    <w:p w14:paraId="040FFB9B" w14:textId="60B03AC8" w:rsidR="00640B00" w:rsidRPr="00BE421C" w:rsidRDefault="00CB0995">
      <w:pPr>
        <w:spacing w:after="60" w:line="240" w:lineRule="auto"/>
        <w:rPr>
          <w:sz w:val="28"/>
          <w:szCs w:val="28"/>
        </w:rPr>
      </w:pPr>
      <w:r w:rsidRPr="00BE421C">
        <w:rPr>
          <w:sz w:val="28"/>
          <w:szCs w:val="28"/>
        </w:rPr>
        <w:t>→ My mother advised me ____________________________________________________.</w:t>
      </w:r>
    </w:p>
    <w:p w14:paraId="74341CC8" w14:textId="77777777" w:rsidR="00640B00" w:rsidRPr="00BE421C" w:rsidRDefault="00CB0995">
      <w:pPr>
        <w:keepNext/>
        <w:pBdr>
          <w:top w:val="single" w:sz="6" w:space="2" w:color="E2B24E"/>
          <w:left w:val="single" w:sz="6" w:space="2" w:color="E2B24E"/>
          <w:bottom w:val="single" w:sz="6" w:space="2" w:color="E2B24E"/>
          <w:right w:val="single" w:sz="6" w:space="2" w:color="E2B24E"/>
        </w:pBdr>
        <w:shd w:val="clear" w:color="auto" w:fill="FFF3D4"/>
        <w:spacing w:before="40" w:after="60" w:line="240" w:lineRule="auto"/>
        <w:ind w:left="58" w:right="58"/>
        <w:rPr>
          <w:sz w:val="28"/>
          <w:szCs w:val="28"/>
        </w:rPr>
      </w:pPr>
      <w:r w:rsidRPr="00BE421C">
        <w:rPr>
          <w:b/>
          <w:color w:val="233D4A"/>
          <w:sz w:val="28"/>
          <w:szCs w:val="28"/>
        </w:rPr>
        <w:t xml:space="preserve">Task 2. Write a paragraph of 80–100 words about a custom or tradition in your family or community. (0.5 </w:t>
      </w:r>
      <w:proofErr w:type="spellStart"/>
      <w:r w:rsidRPr="00BE421C">
        <w:rPr>
          <w:b/>
          <w:color w:val="233D4A"/>
          <w:sz w:val="28"/>
          <w:szCs w:val="28"/>
        </w:rPr>
        <w:t>pt</w:t>
      </w:r>
      <w:proofErr w:type="spellEnd"/>
      <w:r w:rsidRPr="00BE421C">
        <w:rPr>
          <w:b/>
          <w:color w:val="233D4A"/>
          <w:sz w:val="28"/>
          <w:szCs w:val="28"/>
        </w:rPr>
        <w:t>)</w:t>
      </w:r>
    </w:p>
    <w:p w14:paraId="0E411CB2" w14:textId="77777777" w:rsidR="00640B00" w:rsidRPr="00BE421C" w:rsidRDefault="00CB0995">
      <w:pPr>
        <w:spacing w:after="16" w:line="240" w:lineRule="auto"/>
        <w:rPr>
          <w:sz w:val="28"/>
          <w:szCs w:val="28"/>
        </w:rPr>
      </w:pPr>
      <w:r w:rsidRPr="00BE421C">
        <w:rPr>
          <w:b/>
          <w:sz w:val="28"/>
          <w:szCs w:val="28"/>
        </w:rPr>
        <w:t>In your paragraph, you should:</w:t>
      </w:r>
    </w:p>
    <w:p w14:paraId="72F68BD6" w14:textId="77777777" w:rsidR="00640B00" w:rsidRPr="00BE421C" w:rsidRDefault="00CB0995">
      <w:pPr>
        <w:spacing w:after="10" w:line="240" w:lineRule="auto"/>
        <w:ind w:left="259"/>
        <w:rPr>
          <w:sz w:val="28"/>
          <w:szCs w:val="28"/>
        </w:rPr>
      </w:pPr>
      <w:r w:rsidRPr="00BE421C">
        <w:rPr>
          <w:sz w:val="28"/>
          <w:szCs w:val="28"/>
        </w:rPr>
        <w:t>• name the custom or tradition and say when it takes place</w:t>
      </w:r>
    </w:p>
    <w:p w14:paraId="775F9344" w14:textId="77777777" w:rsidR="00640B00" w:rsidRPr="00BE421C" w:rsidRDefault="00CB0995">
      <w:pPr>
        <w:spacing w:after="10" w:line="240" w:lineRule="auto"/>
        <w:ind w:left="259"/>
        <w:rPr>
          <w:sz w:val="28"/>
          <w:szCs w:val="28"/>
        </w:rPr>
      </w:pPr>
      <w:r w:rsidRPr="00BE421C">
        <w:rPr>
          <w:sz w:val="28"/>
          <w:szCs w:val="28"/>
        </w:rPr>
        <w:t>• describe what people usually do</w:t>
      </w:r>
    </w:p>
    <w:p w14:paraId="28A181BA" w14:textId="77777777" w:rsidR="00640B00" w:rsidRPr="00BE421C" w:rsidRDefault="00CB0995">
      <w:pPr>
        <w:spacing w:after="10" w:line="240" w:lineRule="auto"/>
        <w:ind w:left="259"/>
        <w:rPr>
          <w:sz w:val="28"/>
          <w:szCs w:val="28"/>
        </w:rPr>
      </w:pPr>
      <w:r w:rsidRPr="00BE421C">
        <w:rPr>
          <w:sz w:val="28"/>
          <w:szCs w:val="28"/>
        </w:rPr>
        <w:t>• explain any rules or advice people should follow</w:t>
      </w:r>
    </w:p>
    <w:p w14:paraId="56FA974F" w14:textId="77777777" w:rsidR="00640B00" w:rsidRPr="00BE421C" w:rsidRDefault="00CB0995">
      <w:pPr>
        <w:spacing w:after="10" w:line="240" w:lineRule="auto"/>
        <w:ind w:left="259"/>
        <w:rPr>
          <w:sz w:val="28"/>
          <w:szCs w:val="28"/>
        </w:rPr>
      </w:pPr>
      <w:r w:rsidRPr="00BE421C">
        <w:rPr>
          <w:sz w:val="28"/>
          <w:szCs w:val="28"/>
        </w:rPr>
        <w:t>• say why the custom or tradition is meaningful to you</w:t>
      </w:r>
    </w:p>
    <w:p w14:paraId="1E9771DA" w14:textId="77777777" w:rsidR="00640B00" w:rsidRPr="00BE421C" w:rsidRDefault="00CB0995">
      <w:pPr>
        <w:keepLines/>
        <w:spacing w:after="80" w:line="240" w:lineRule="auto"/>
        <w:rPr>
          <w:sz w:val="28"/>
          <w:szCs w:val="28"/>
        </w:rPr>
      </w:pPr>
      <w:r w:rsidRPr="00BE421C">
        <w:rPr>
          <w:b/>
          <w:sz w:val="28"/>
          <w:szCs w:val="28"/>
        </w:rPr>
        <w:t>39. A custom or tradition in my family or community</w:t>
      </w:r>
    </w:p>
    <w:p w14:paraId="41D791F6" w14:textId="6157A7AD" w:rsidR="00640B00" w:rsidRDefault="00CB0995" w:rsidP="00F3007E">
      <w:pPr>
        <w:spacing w:line="360" w:lineRule="auto"/>
        <w:rPr>
          <w:color w:val="777777"/>
          <w:sz w:val="28"/>
          <w:szCs w:val="28"/>
        </w:rPr>
      </w:pPr>
      <w:r w:rsidRPr="00BE421C">
        <w:rPr>
          <w:color w:val="777777"/>
          <w:sz w:val="28"/>
          <w:szCs w:val="28"/>
        </w:rPr>
        <w:t>················································································································</w:t>
      </w:r>
    </w:p>
    <w:p w14:paraId="0AA22D3B" w14:textId="77777777" w:rsidR="00F3007E" w:rsidRPr="00BE421C" w:rsidRDefault="00F3007E" w:rsidP="00F3007E">
      <w:pPr>
        <w:spacing w:line="360" w:lineRule="auto"/>
        <w:rPr>
          <w:sz w:val="28"/>
          <w:szCs w:val="28"/>
        </w:rPr>
      </w:pPr>
      <w:r w:rsidRPr="00BE421C">
        <w:rPr>
          <w:color w:val="777777"/>
          <w:sz w:val="28"/>
          <w:szCs w:val="28"/>
        </w:rPr>
        <w:t>················································································································</w:t>
      </w:r>
    </w:p>
    <w:p w14:paraId="0AADE8DC" w14:textId="77777777" w:rsidR="00F3007E" w:rsidRPr="00BE421C" w:rsidRDefault="00F3007E" w:rsidP="00F3007E">
      <w:pPr>
        <w:spacing w:line="360" w:lineRule="auto"/>
        <w:rPr>
          <w:sz w:val="28"/>
          <w:szCs w:val="28"/>
        </w:rPr>
      </w:pPr>
      <w:r w:rsidRPr="00BE421C">
        <w:rPr>
          <w:color w:val="777777"/>
          <w:sz w:val="28"/>
          <w:szCs w:val="28"/>
        </w:rPr>
        <w:lastRenderedPageBreak/>
        <w:t>················································································································</w:t>
      </w:r>
    </w:p>
    <w:p w14:paraId="4CCAEAC8" w14:textId="77777777" w:rsidR="00F3007E" w:rsidRPr="00BE421C" w:rsidRDefault="00F3007E" w:rsidP="00F3007E">
      <w:pPr>
        <w:spacing w:line="360" w:lineRule="auto"/>
        <w:rPr>
          <w:sz w:val="28"/>
          <w:szCs w:val="28"/>
        </w:rPr>
      </w:pPr>
      <w:r w:rsidRPr="00BE421C">
        <w:rPr>
          <w:color w:val="777777"/>
          <w:sz w:val="28"/>
          <w:szCs w:val="28"/>
        </w:rPr>
        <w:t>················································································································</w:t>
      </w:r>
    </w:p>
    <w:p w14:paraId="1F9DD09A" w14:textId="77777777" w:rsidR="00F3007E" w:rsidRPr="00BE421C" w:rsidRDefault="00F3007E" w:rsidP="00F3007E">
      <w:pPr>
        <w:spacing w:line="360" w:lineRule="auto"/>
        <w:rPr>
          <w:sz w:val="28"/>
          <w:szCs w:val="28"/>
        </w:rPr>
      </w:pPr>
      <w:r w:rsidRPr="00BE421C">
        <w:rPr>
          <w:color w:val="777777"/>
          <w:sz w:val="28"/>
          <w:szCs w:val="28"/>
        </w:rPr>
        <w:t>················································································································</w:t>
      </w:r>
    </w:p>
    <w:p w14:paraId="0458648A" w14:textId="77777777" w:rsidR="00F3007E" w:rsidRPr="00BE421C" w:rsidRDefault="00F3007E" w:rsidP="00F3007E">
      <w:pPr>
        <w:spacing w:line="360" w:lineRule="auto"/>
        <w:rPr>
          <w:sz w:val="28"/>
          <w:szCs w:val="28"/>
        </w:rPr>
      </w:pPr>
      <w:r w:rsidRPr="00BE421C">
        <w:rPr>
          <w:color w:val="777777"/>
          <w:sz w:val="28"/>
          <w:szCs w:val="28"/>
        </w:rPr>
        <w:t>················································································································</w:t>
      </w:r>
    </w:p>
    <w:p w14:paraId="4E15A546" w14:textId="77777777" w:rsidR="00F3007E" w:rsidRPr="00BE421C" w:rsidRDefault="00F3007E" w:rsidP="00F3007E">
      <w:pPr>
        <w:spacing w:line="360" w:lineRule="auto"/>
        <w:rPr>
          <w:sz w:val="28"/>
          <w:szCs w:val="28"/>
        </w:rPr>
      </w:pPr>
      <w:r w:rsidRPr="00BE421C">
        <w:rPr>
          <w:color w:val="777777"/>
          <w:sz w:val="28"/>
          <w:szCs w:val="28"/>
        </w:rPr>
        <w:t>················································································································</w:t>
      </w:r>
    </w:p>
    <w:p w14:paraId="2F724F8A" w14:textId="77777777" w:rsidR="00F3007E" w:rsidRPr="00BE421C" w:rsidRDefault="00F3007E" w:rsidP="00F3007E">
      <w:pPr>
        <w:spacing w:line="360" w:lineRule="auto"/>
        <w:rPr>
          <w:sz w:val="28"/>
          <w:szCs w:val="28"/>
        </w:rPr>
      </w:pPr>
      <w:r w:rsidRPr="00BE421C">
        <w:rPr>
          <w:color w:val="777777"/>
          <w:sz w:val="28"/>
          <w:szCs w:val="28"/>
        </w:rPr>
        <w:t>················································································································</w:t>
      </w:r>
    </w:p>
    <w:p w14:paraId="4F622431" w14:textId="77777777" w:rsidR="00F3007E" w:rsidRPr="00BE421C" w:rsidRDefault="00F3007E" w:rsidP="00F3007E">
      <w:pPr>
        <w:spacing w:line="360" w:lineRule="auto"/>
        <w:rPr>
          <w:sz w:val="28"/>
          <w:szCs w:val="28"/>
        </w:rPr>
      </w:pPr>
      <w:r w:rsidRPr="00BE421C">
        <w:rPr>
          <w:color w:val="777777"/>
          <w:sz w:val="28"/>
          <w:szCs w:val="28"/>
        </w:rPr>
        <w:t>················································································································</w:t>
      </w:r>
    </w:p>
    <w:p w14:paraId="03135B73" w14:textId="28195FB5" w:rsidR="00F3007E" w:rsidRDefault="00F3007E" w:rsidP="00F3007E">
      <w:pPr>
        <w:spacing w:line="360" w:lineRule="auto"/>
        <w:rPr>
          <w:color w:val="777777"/>
          <w:sz w:val="28"/>
          <w:szCs w:val="28"/>
        </w:rPr>
      </w:pPr>
      <w:r w:rsidRPr="00BE421C">
        <w:rPr>
          <w:color w:val="777777"/>
          <w:sz w:val="28"/>
          <w:szCs w:val="28"/>
        </w:rPr>
        <w:t>················································································································</w:t>
      </w:r>
    </w:p>
    <w:p w14:paraId="707977DF" w14:textId="3EFE6026" w:rsidR="004359B0" w:rsidRDefault="004359B0" w:rsidP="00F3007E">
      <w:pPr>
        <w:spacing w:line="360" w:lineRule="auto"/>
        <w:rPr>
          <w:color w:val="777777"/>
          <w:sz w:val="28"/>
          <w:szCs w:val="28"/>
        </w:rPr>
      </w:pPr>
    </w:p>
    <w:p w14:paraId="3FBB5491" w14:textId="750949A6" w:rsidR="004359B0" w:rsidRDefault="004359B0" w:rsidP="00F3007E">
      <w:pPr>
        <w:spacing w:line="360" w:lineRule="auto"/>
        <w:rPr>
          <w:color w:val="777777"/>
          <w:sz w:val="28"/>
          <w:szCs w:val="28"/>
        </w:rPr>
      </w:pPr>
    </w:p>
    <w:p w14:paraId="005B4BA9" w14:textId="01215562" w:rsidR="004359B0" w:rsidRDefault="004359B0" w:rsidP="00F3007E">
      <w:pPr>
        <w:spacing w:line="360" w:lineRule="auto"/>
        <w:rPr>
          <w:color w:val="777777"/>
          <w:sz w:val="28"/>
          <w:szCs w:val="28"/>
        </w:rPr>
      </w:pPr>
    </w:p>
    <w:p w14:paraId="76D54978" w14:textId="1F5425E7" w:rsidR="004359B0" w:rsidRDefault="004359B0" w:rsidP="00F3007E">
      <w:pPr>
        <w:spacing w:line="360" w:lineRule="auto"/>
        <w:rPr>
          <w:color w:val="777777"/>
          <w:sz w:val="28"/>
          <w:szCs w:val="28"/>
        </w:rPr>
      </w:pPr>
    </w:p>
    <w:p w14:paraId="7A3ED858" w14:textId="4634FC60" w:rsidR="004359B0" w:rsidRDefault="004359B0" w:rsidP="00F3007E">
      <w:pPr>
        <w:spacing w:line="360" w:lineRule="auto"/>
        <w:rPr>
          <w:color w:val="777777"/>
          <w:sz w:val="28"/>
          <w:szCs w:val="28"/>
        </w:rPr>
      </w:pPr>
    </w:p>
    <w:p w14:paraId="79C2B89A" w14:textId="3AE8097C" w:rsidR="004359B0" w:rsidRDefault="004359B0" w:rsidP="00F3007E">
      <w:pPr>
        <w:spacing w:line="360" w:lineRule="auto"/>
        <w:rPr>
          <w:color w:val="777777"/>
          <w:sz w:val="28"/>
          <w:szCs w:val="28"/>
        </w:rPr>
      </w:pPr>
    </w:p>
    <w:p w14:paraId="72C09C0E" w14:textId="162015FD" w:rsidR="004359B0" w:rsidRDefault="004359B0" w:rsidP="00F3007E">
      <w:pPr>
        <w:spacing w:line="360" w:lineRule="auto"/>
        <w:rPr>
          <w:color w:val="777777"/>
          <w:sz w:val="28"/>
          <w:szCs w:val="28"/>
        </w:rPr>
      </w:pPr>
    </w:p>
    <w:p w14:paraId="67F8382A" w14:textId="7D23994A" w:rsidR="004359B0" w:rsidRDefault="004359B0" w:rsidP="00F3007E">
      <w:pPr>
        <w:spacing w:line="360" w:lineRule="auto"/>
        <w:rPr>
          <w:color w:val="777777"/>
          <w:sz w:val="28"/>
          <w:szCs w:val="28"/>
        </w:rPr>
      </w:pPr>
    </w:p>
    <w:p w14:paraId="59BCACFC" w14:textId="6408D687" w:rsidR="004359B0" w:rsidRDefault="004359B0" w:rsidP="00F3007E">
      <w:pPr>
        <w:spacing w:line="360" w:lineRule="auto"/>
        <w:rPr>
          <w:color w:val="777777"/>
          <w:sz w:val="28"/>
          <w:szCs w:val="28"/>
        </w:rPr>
      </w:pPr>
    </w:p>
    <w:p w14:paraId="421AF486" w14:textId="76068138" w:rsidR="004359B0" w:rsidRDefault="004359B0" w:rsidP="00F3007E">
      <w:pPr>
        <w:spacing w:line="360" w:lineRule="auto"/>
        <w:rPr>
          <w:color w:val="777777"/>
          <w:sz w:val="28"/>
          <w:szCs w:val="28"/>
        </w:rPr>
      </w:pPr>
    </w:p>
    <w:p w14:paraId="729845AA" w14:textId="6BA1B27E" w:rsidR="004359B0" w:rsidRDefault="004359B0" w:rsidP="00F3007E">
      <w:pPr>
        <w:spacing w:line="360" w:lineRule="auto"/>
        <w:rPr>
          <w:color w:val="777777"/>
          <w:sz w:val="28"/>
          <w:szCs w:val="28"/>
        </w:rPr>
      </w:pPr>
    </w:p>
    <w:p w14:paraId="35498E60" w14:textId="669357D3" w:rsidR="004359B0" w:rsidRDefault="004359B0" w:rsidP="00F3007E">
      <w:pPr>
        <w:spacing w:line="360" w:lineRule="auto"/>
        <w:rPr>
          <w:color w:val="777777"/>
          <w:sz w:val="28"/>
          <w:szCs w:val="28"/>
        </w:rPr>
      </w:pPr>
    </w:p>
    <w:p w14:paraId="3D9D1B96" w14:textId="0ADFC28D" w:rsidR="004359B0" w:rsidRDefault="004359B0" w:rsidP="00F3007E">
      <w:pPr>
        <w:spacing w:line="360" w:lineRule="auto"/>
        <w:rPr>
          <w:color w:val="777777"/>
          <w:sz w:val="28"/>
          <w:szCs w:val="28"/>
        </w:rPr>
      </w:pPr>
    </w:p>
    <w:p w14:paraId="45376062" w14:textId="2C915C88" w:rsidR="004359B0" w:rsidRDefault="004359B0" w:rsidP="00F3007E">
      <w:pPr>
        <w:spacing w:line="360" w:lineRule="auto"/>
        <w:rPr>
          <w:color w:val="777777"/>
          <w:sz w:val="28"/>
          <w:szCs w:val="28"/>
        </w:rPr>
      </w:pPr>
    </w:p>
    <w:p w14:paraId="5F979C74" w14:textId="2DE06BCE" w:rsidR="004359B0" w:rsidRDefault="004359B0" w:rsidP="00F3007E">
      <w:pPr>
        <w:spacing w:line="360" w:lineRule="auto"/>
        <w:rPr>
          <w:color w:val="777777"/>
          <w:sz w:val="28"/>
          <w:szCs w:val="28"/>
        </w:rPr>
      </w:pPr>
    </w:p>
    <w:p w14:paraId="15947729" w14:textId="2CCE68A9" w:rsidR="004359B0" w:rsidRDefault="004359B0" w:rsidP="00F3007E">
      <w:pPr>
        <w:spacing w:line="360" w:lineRule="auto"/>
        <w:rPr>
          <w:color w:val="777777"/>
          <w:sz w:val="28"/>
          <w:szCs w:val="28"/>
        </w:rPr>
      </w:pPr>
    </w:p>
    <w:p w14:paraId="0591F550" w14:textId="68C25075" w:rsidR="004359B0" w:rsidRDefault="004359B0" w:rsidP="00F3007E">
      <w:pPr>
        <w:spacing w:line="360" w:lineRule="auto"/>
        <w:rPr>
          <w:color w:val="777777"/>
          <w:sz w:val="28"/>
          <w:szCs w:val="28"/>
        </w:rPr>
      </w:pPr>
    </w:p>
    <w:p w14:paraId="01957B43" w14:textId="178FF8EE" w:rsidR="004359B0" w:rsidRDefault="004359B0" w:rsidP="00F3007E">
      <w:pPr>
        <w:spacing w:line="360" w:lineRule="auto"/>
        <w:rPr>
          <w:color w:val="777777"/>
          <w:sz w:val="28"/>
          <w:szCs w:val="28"/>
        </w:rPr>
      </w:pPr>
    </w:p>
    <w:p w14:paraId="094D8946" w14:textId="0DAA0178" w:rsidR="004359B0" w:rsidRDefault="004359B0" w:rsidP="00F3007E">
      <w:pPr>
        <w:spacing w:line="360" w:lineRule="auto"/>
        <w:rPr>
          <w:color w:val="777777"/>
          <w:sz w:val="28"/>
          <w:szCs w:val="28"/>
        </w:rPr>
      </w:pPr>
    </w:p>
    <w:p w14:paraId="4E07156F" w14:textId="68A32A28" w:rsidR="004359B0" w:rsidRDefault="004359B0" w:rsidP="00F3007E">
      <w:pPr>
        <w:spacing w:line="360" w:lineRule="auto"/>
        <w:rPr>
          <w:color w:val="777777"/>
          <w:sz w:val="28"/>
          <w:szCs w:val="28"/>
        </w:rPr>
      </w:pPr>
    </w:p>
    <w:p w14:paraId="56951F2A" w14:textId="5159B580" w:rsidR="004359B0" w:rsidRDefault="004359B0" w:rsidP="00F3007E">
      <w:pPr>
        <w:spacing w:line="360" w:lineRule="auto"/>
        <w:rPr>
          <w:color w:val="777777"/>
          <w:sz w:val="28"/>
          <w:szCs w:val="28"/>
        </w:rPr>
      </w:pPr>
    </w:p>
    <w:p w14:paraId="508F849F" w14:textId="77777777" w:rsidR="004359B0" w:rsidRDefault="004359B0" w:rsidP="004359B0">
      <w:pPr>
        <w:spacing w:before="160" w:after="40"/>
        <w:jc w:val="center"/>
      </w:pPr>
      <w:r>
        <w:rPr>
          <w:rFonts w:cs="Times New Roman"/>
          <w:b/>
          <w:color w:val="247F82"/>
          <w:sz w:val="34"/>
        </w:rPr>
        <w:t>GLOBAL SUCCESS 8</w:t>
      </w:r>
    </w:p>
    <w:p w14:paraId="2CDFB3F6" w14:textId="77777777" w:rsidR="004359B0" w:rsidRDefault="004359B0" w:rsidP="004359B0">
      <w:pPr>
        <w:spacing w:after="100"/>
        <w:jc w:val="center"/>
      </w:pPr>
      <w:r>
        <w:rPr>
          <w:rFonts w:cs="Times New Roman"/>
          <w:b/>
          <w:color w:val="E85B6B"/>
          <w:sz w:val="42"/>
        </w:rPr>
        <w:t>UNIT 5: OUR CUSTOMS AND TRADITIONS</w:t>
      </w:r>
    </w:p>
    <w:p w14:paraId="1D07A2EF" w14:textId="77777777" w:rsidR="004359B0" w:rsidRDefault="004359B0" w:rsidP="004359B0">
      <w:pPr>
        <w:spacing w:after="160"/>
        <w:jc w:val="center"/>
      </w:pPr>
      <w:r>
        <w:rPr>
          <w:rFonts w:cs="Times New Roman"/>
          <w:b/>
          <w:color w:val="000000"/>
          <w:sz w:val="30"/>
        </w:rPr>
        <w:lastRenderedPageBreak/>
        <w:t>ANSWER KEY &amp; LISTENING TRANSCRIPT</w:t>
      </w:r>
    </w:p>
    <w:p w14:paraId="49027800" w14:textId="77777777" w:rsidR="004359B0" w:rsidRDefault="004359B0" w:rsidP="004359B0">
      <w:pPr>
        <w:keepNext/>
        <w:pBdr>
          <w:top w:val="single" w:sz="10" w:space="3" w:color="E85B6B"/>
          <w:left w:val="single" w:sz="10" w:space="3" w:color="E85B6B"/>
          <w:bottom w:val="single" w:sz="10" w:space="3" w:color="E85B6B"/>
          <w:right w:val="single" w:sz="10" w:space="3" w:color="E85B6B"/>
        </w:pBdr>
        <w:shd w:val="clear" w:color="auto" w:fill="E85B6B"/>
        <w:spacing w:before="100" w:after="100"/>
        <w:jc w:val="center"/>
      </w:pPr>
      <w:r>
        <w:rPr>
          <w:rFonts w:cs="Times New Roman"/>
          <w:b/>
          <w:color w:val="FFFFFF"/>
          <w:sz w:val="32"/>
        </w:rPr>
        <w:t>LISTENING TRANSCRIPT</w:t>
      </w:r>
    </w:p>
    <w:p w14:paraId="7EC27548" w14:textId="77777777" w:rsidR="004359B0" w:rsidRDefault="004359B0" w:rsidP="004359B0">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Part I. Listening – Questions 1–5  </w:t>
      </w:r>
    </w:p>
    <w:p w14:paraId="051A50D5" w14:textId="77777777" w:rsidR="004359B0" w:rsidRDefault="004359B0" w:rsidP="004359B0">
      <w:pPr>
        <w:spacing w:after="100" w:line="264" w:lineRule="auto"/>
      </w:pPr>
      <w:r>
        <w:rPr>
          <w:rFonts w:cs="Times New Roman"/>
          <w:i/>
          <w:color w:val="000000"/>
          <w:sz w:val="23"/>
        </w:rPr>
        <w:t>Teacher’s instructions: Give students 30 seconds to read the questions. Play or read the recording twice. Pause briefly between the two readings, then give students 30 seconds to check their answers.</w:t>
      </w:r>
    </w:p>
    <w:p w14:paraId="5D9BB0A7" w14:textId="77777777" w:rsidR="004359B0" w:rsidRDefault="004359B0" w:rsidP="004359B0">
      <w:pPr>
        <w:pBdr>
          <w:top w:val="single" w:sz="7" w:space="5" w:color="E7C85B"/>
          <w:left w:val="single" w:sz="7" w:space="5" w:color="E7C85B"/>
          <w:bottom w:val="single" w:sz="7" w:space="5" w:color="E7C85B"/>
          <w:right w:val="single" w:sz="7" w:space="5" w:color="E7C85B"/>
        </w:pBdr>
        <w:shd w:val="clear" w:color="auto" w:fill="FFF4CC"/>
        <w:spacing w:after="100" w:line="278" w:lineRule="auto"/>
      </w:pPr>
      <w:r>
        <w:rPr>
          <w:rFonts w:cs="Times New Roman"/>
          <w:color w:val="000000"/>
          <w:sz w:val="27"/>
        </w:rPr>
        <w:t xml:space="preserve">Hello, I’m </w:t>
      </w:r>
      <w:proofErr w:type="spellStart"/>
      <w:r>
        <w:rPr>
          <w:rFonts w:cs="Times New Roman"/>
          <w:color w:val="000000"/>
          <w:sz w:val="27"/>
        </w:rPr>
        <w:t>Hoa</w:t>
      </w:r>
      <w:proofErr w:type="spellEnd"/>
      <w:r>
        <w:rPr>
          <w:rFonts w:cs="Times New Roman"/>
          <w:color w:val="000000"/>
          <w:sz w:val="27"/>
        </w:rPr>
        <w:t xml:space="preserve">. Tet is the most important celebration in my family, and we follow several traditions every year. We usually begin preparing about one week before Tet. Everyone helps clean and decorate the house, although cleaning is not my </w:t>
      </w:r>
      <w:proofErr w:type="spellStart"/>
      <w:r>
        <w:rPr>
          <w:rFonts w:cs="Times New Roman"/>
          <w:color w:val="000000"/>
          <w:sz w:val="27"/>
        </w:rPr>
        <w:t>favourite</w:t>
      </w:r>
      <w:proofErr w:type="spellEnd"/>
      <w:r>
        <w:rPr>
          <w:rFonts w:cs="Times New Roman"/>
          <w:color w:val="000000"/>
          <w:sz w:val="27"/>
        </w:rPr>
        <w:t xml:space="preserve"> activity. My parents buy a kumquat tree and place it in the living room. We do not put up a bamboo pole, and we do not have a wooden statue there. On New Year’s Eve, all the members of our extended family have a reunion meal together. The children wear new clothes, and I enjoy that too. On the first morning of Tet, we visit my grandparents, wish them good health, and receive lucky money. We certainly do not go to school or watch a sports competition that morning. Of all these traditions, I enjoy the family reunion meal most because I can meet my cousins, listen to old family stories, and share special food with everyone.</w:t>
      </w:r>
    </w:p>
    <w:p w14:paraId="38D4D621" w14:textId="77777777" w:rsidR="004359B0" w:rsidRDefault="004359B0" w:rsidP="004359B0">
      <w:pPr>
        <w:spacing w:after="120" w:line="264" w:lineRule="auto"/>
      </w:pPr>
      <w:r>
        <w:rPr>
          <w:rFonts w:cs="Times New Roman"/>
          <w:b/>
          <w:color w:val="000000"/>
          <w:sz w:val="27"/>
        </w:rPr>
        <w:t>Listening answers: 1B – 2A – 3B – 4A – 5C</w:t>
      </w:r>
    </w:p>
    <w:p w14:paraId="58277333" w14:textId="77777777" w:rsidR="004359B0" w:rsidRDefault="004359B0" w:rsidP="004359B0">
      <w:pPr>
        <w:keepNext/>
        <w:pBdr>
          <w:top w:val="single" w:sz="10" w:space="3" w:color="247F82"/>
          <w:left w:val="single" w:sz="10" w:space="3" w:color="247F82"/>
          <w:bottom w:val="single" w:sz="10" w:space="3" w:color="247F82"/>
          <w:right w:val="single" w:sz="10" w:space="3" w:color="247F82"/>
        </w:pBdr>
        <w:shd w:val="clear" w:color="auto" w:fill="247F82"/>
        <w:spacing w:before="100" w:after="100"/>
        <w:jc w:val="center"/>
      </w:pPr>
      <w:r>
        <w:rPr>
          <w:rFonts w:cs="Times New Roman"/>
          <w:b/>
          <w:color w:val="FFFFFF"/>
          <w:sz w:val="32"/>
        </w:rPr>
        <w:t>ANSWER KEY</w:t>
      </w:r>
    </w:p>
    <w:tbl>
      <w:tblPr>
        <w:tblStyle w:val="TableGrid"/>
        <w:tblW w:w="0" w:type="auto"/>
        <w:jc w:val="center"/>
        <w:tblLayout w:type="fixed"/>
        <w:tblLook w:val="04A0" w:firstRow="1" w:lastRow="0" w:firstColumn="1" w:lastColumn="0" w:noHBand="0" w:noVBand="1"/>
      </w:tblPr>
      <w:tblGrid>
        <w:gridCol w:w="5184"/>
        <w:gridCol w:w="6408"/>
      </w:tblGrid>
      <w:tr w:rsidR="004359B0" w14:paraId="1855EF95" w14:textId="77777777" w:rsidTr="00057E0F">
        <w:trPr>
          <w:jc w:val="center"/>
        </w:trPr>
        <w:tc>
          <w:tcPr>
            <w:tcW w:w="5184" w:type="dxa"/>
            <w:shd w:val="clear" w:color="auto" w:fill="247F82"/>
            <w:tcMar>
              <w:top w:w="80" w:type="dxa"/>
              <w:left w:w="100" w:type="dxa"/>
              <w:bottom w:w="80" w:type="dxa"/>
              <w:right w:w="100" w:type="dxa"/>
            </w:tcMar>
            <w:vAlign w:val="center"/>
          </w:tcPr>
          <w:p w14:paraId="7C7B42BE" w14:textId="77777777" w:rsidR="004359B0" w:rsidRDefault="004359B0" w:rsidP="00057E0F">
            <w:pPr>
              <w:jc w:val="center"/>
            </w:pPr>
            <w:r>
              <w:rPr>
                <w:rFonts w:cs="Times New Roman"/>
                <w:b/>
                <w:color w:val="FFFFFF"/>
                <w:sz w:val="24"/>
              </w:rPr>
              <w:t>SECTION</w:t>
            </w:r>
          </w:p>
        </w:tc>
        <w:tc>
          <w:tcPr>
            <w:tcW w:w="5184" w:type="dxa"/>
            <w:shd w:val="clear" w:color="auto" w:fill="247F82"/>
            <w:tcMar>
              <w:top w:w="80" w:type="dxa"/>
              <w:left w:w="100" w:type="dxa"/>
              <w:bottom w:w="80" w:type="dxa"/>
              <w:right w:w="100" w:type="dxa"/>
            </w:tcMar>
            <w:vAlign w:val="center"/>
          </w:tcPr>
          <w:p w14:paraId="1FBC5D59" w14:textId="77777777" w:rsidR="004359B0" w:rsidRDefault="004359B0" w:rsidP="00057E0F">
            <w:pPr>
              <w:jc w:val="center"/>
            </w:pPr>
            <w:r>
              <w:rPr>
                <w:rFonts w:cs="Times New Roman"/>
                <w:b/>
                <w:color w:val="FFFFFF"/>
                <w:sz w:val="24"/>
              </w:rPr>
              <w:t>ANSWERS</w:t>
            </w:r>
          </w:p>
        </w:tc>
      </w:tr>
      <w:tr w:rsidR="004359B0" w14:paraId="43A15F81" w14:textId="77777777" w:rsidTr="00057E0F">
        <w:trPr>
          <w:jc w:val="center"/>
        </w:trPr>
        <w:tc>
          <w:tcPr>
            <w:tcW w:w="3384" w:type="dxa"/>
            <w:shd w:val="clear" w:color="auto" w:fill="E7F3F4"/>
            <w:tcMar>
              <w:top w:w="80" w:type="dxa"/>
              <w:left w:w="100" w:type="dxa"/>
              <w:bottom w:w="80" w:type="dxa"/>
              <w:right w:w="100" w:type="dxa"/>
            </w:tcMar>
            <w:vAlign w:val="center"/>
          </w:tcPr>
          <w:p w14:paraId="33D4EF36" w14:textId="77777777" w:rsidR="004359B0" w:rsidRDefault="004359B0" w:rsidP="00057E0F">
            <w:r>
              <w:rPr>
                <w:rFonts w:cs="Times New Roman"/>
                <w:b/>
                <w:color w:val="000000"/>
                <w:sz w:val="24"/>
              </w:rPr>
              <w:t>PART I. LISTENING</w:t>
            </w:r>
          </w:p>
        </w:tc>
        <w:tc>
          <w:tcPr>
            <w:tcW w:w="6408" w:type="dxa"/>
            <w:tcMar>
              <w:top w:w="80" w:type="dxa"/>
              <w:left w:w="100" w:type="dxa"/>
              <w:bottom w:w="80" w:type="dxa"/>
              <w:right w:w="100" w:type="dxa"/>
            </w:tcMar>
            <w:vAlign w:val="center"/>
          </w:tcPr>
          <w:p w14:paraId="0AE9BA6B" w14:textId="77777777" w:rsidR="004359B0" w:rsidRDefault="004359B0" w:rsidP="00057E0F">
            <w:r>
              <w:rPr>
                <w:rFonts w:cs="Times New Roman"/>
                <w:color w:val="000000"/>
                <w:sz w:val="24"/>
              </w:rPr>
              <w:t>1B, 2A, 3B, 4A, 5C</w:t>
            </w:r>
          </w:p>
        </w:tc>
      </w:tr>
      <w:tr w:rsidR="004359B0" w14:paraId="602809C5" w14:textId="77777777" w:rsidTr="00057E0F">
        <w:trPr>
          <w:jc w:val="center"/>
        </w:trPr>
        <w:tc>
          <w:tcPr>
            <w:tcW w:w="3384" w:type="dxa"/>
            <w:shd w:val="clear" w:color="auto" w:fill="E7F3F4"/>
            <w:tcMar>
              <w:top w:w="80" w:type="dxa"/>
              <w:left w:w="100" w:type="dxa"/>
              <w:bottom w:w="80" w:type="dxa"/>
              <w:right w:w="100" w:type="dxa"/>
            </w:tcMar>
            <w:vAlign w:val="center"/>
          </w:tcPr>
          <w:p w14:paraId="20D9C064" w14:textId="77777777" w:rsidR="004359B0" w:rsidRDefault="004359B0" w:rsidP="00057E0F">
            <w:r>
              <w:rPr>
                <w:rFonts w:cs="Times New Roman"/>
                <w:b/>
                <w:color w:val="000000"/>
                <w:sz w:val="24"/>
              </w:rPr>
              <w:t>PART II. PHONETICS</w:t>
            </w:r>
          </w:p>
        </w:tc>
        <w:tc>
          <w:tcPr>
            <w:tcW w:w="6408" w:type="dxa"/>
            <w:tcMar>
              <w:top w:w="80" w:type="dxa"/>
              <w:left w:w="100" w:type="dxa"/>
              <w:bottom w:w="80" w:type="dxa"/>
              <w:right w:w="100" w:type="dxa"/>
            </w:tcMar>
            <w:vAlign w:val="center"/>
          </w:tcPr>
          <w:p w14:paraId="5CB67EB7" w14:textId="77777777" w:rsidR="004359B0" w:rsidRDefault="004359B0" w:rsidP="00057E0F">
            <w:r>
              <w:rPr>
                <w:rFonts w:cs="Times New Roman"/>
                <w:color w:val="000000"/>
                <w:sz w:val="24"/>
              </w:rPr>
              <w:t>6B, 7D, 8A, 9B</w:t>
            </w:r>
          </w:p>
        </w:tc>
      </w:tr>
      <w:tr w:rsidR="004359B0" w14:paraId="1008E263" w14:textId="77777777" w:rsidTr="00057E0F">
        <w:trPr>
          <w:jc w:val="center"/>
        </w:trPr>
        <w:tc>
          <w:tcPr>
            <w:tcW w:w="3384" w:type="dxa"/>
            <w:shd w:val="clear" w:color="auto" w:fill="E7F3F4"/>
            <w:tcMar>
              <w:top w:w="80" w:type="dxa"/>
              <w:left w:w="100" w:type="dxa"/>
              <w:bottom w:w="80" w:type="dxa"/>
              <w:right w:w="100" w:type="dxa"/>
            </w:tcMar>
            <w:vAlign w:val="center"/>
          </w:tcPr>
          <w:p w14:paraId="7B0BBBDB" w14:textId="77777777" w:rsidR="004359B0" w:rsidRDefault="004359B0" w:rsidP="00057E0F">
            <w:r>
              <w:rPr>
                <w:rFonts w:cs="Times New Roman"/>
                <w:b/>
                <w:color w:val="000000"/>
                <w:sz w:val="24"/>
              </w:rPr>
              <w:t>PART III. LANGUAGE USE</w:t>
            </w:r>
          </w:p>
        </w:tc>
        <w:tc>
          <w:tcPr>
            <w:tcW w:w="6408" w:type="dxa"/>
            <w:tcMar>
              <w:top w:w="80" w:type="dxa"/>
              <w:left w:w="100" w:type="dxa"/>
              <w:bottom w:w="80" w:type="dxa"/>
              <w:right w:w="100" w:type="dxa"/>
            </w:tcMar>
            <w:vAlign w:val="center"/>
          </w:tcPr>
          <w:p w14:paraId="0C32B2FA" w14:textId="77777777" w:rsidR="004359B0" w:rsidRDefault="004359B0" w:rsidP="00057E0F">
            <w:r>
              <w:rPr>
                <w:rFonts w:cs="Times New Roman"/>
                <w:color w:val="000000"/>
                <w:sz w:val="24"/>
              </w:rPr>
              <w:t>10A, 11C, 12B, 13D, 14D, 15C, 16B, 17A, 18B, 19A</w:t>
            </w:r>
          </w:p>
        </w:tc>
      </w:tr>
      <w:tr w:rsidR="004359B0" w14:paraId="02E3A735" w14:textId="77777777" w:rsidTr="00057E0F">
        <w:trPr>
          <w:jc w:val="center"/>
        </w:trPr>
        <w:tc>
          <w:tcPr>
            <w:tcW w:w="3384" w:type="dxa"/>
            <w:shd w:val="clear" w:color="auto" w:fill="E7F3F4"/>
            <w:tcMar>
              <w:top w:w="80" w:type="dxa"/>
              <w:left w:w="100" w:type="dxa"/>
              <w:bottom w:w="80" w:type="dxa"/>
              <w:right w:w="100" w:type="dxa"/>
            </w:tcMar>
            <w:vAlign w:val="center"/>
          </w:tcPr>
          <w:p w14:paraId="3FE1A0F8" w14:textId="77777777" w:rsidR="004359B0" w:rsidRDefault="004359B0" w:rsidP="00057E0F">
            <w:r>
              <w:rPr>
                <w:rFonts w:cs="Times New Roman"/>
                <w:b/>
                <w:color w:val="000000"/>
                <w:sz w:val="24"/>
              </w:rPr>
              <w:t>PART IV. PRACTICAL SKILLS</w:t>
            </w:r>
          </w:p>
        </w:tc>
        <w:tc>
          <w:tcPr>
            <w:tcW w:w="6408" w:type="dxa"/>
            <w:tcMar>
              <w:top w:w="80" w:type="dxa"/>
              <w:left w:w="100" w:type="dxa"/>
              <w:bottom w:w="80" w:type="dxa"/>
              <w:right w:w="100" w:type="dxa"/>
            </w:tcMar>
            <w:vAlign w:val="center"/>
          </w:tcPr>
          <w:p w14:paraId="4DE91BFD" w14:textId="77777777" w:rsidR="004359B0" w:rsidRDefault="004359B0" w:rsidP="00057E0F">
            <w:r>
              <w:rPr>
                <w:rFonts w:cs="Times New Roman"/>
                <w:color w:val="000000"/>
                <w:sz w:val="24"/>
              </w:rPr>
              <w:t>20B, 21C, 22A, 23B</w:t>
            </w:r>
          </w:p>
        </w:tc>
      </w:tr>
      <w:tr w:rsidR="004359B0" w14:paraId="27E6B7C9" w14:textId="77777777" w:rsidTr="00057E0F">
        <w:trPr>
          <w:jc w:val="center"/>
        </w:trPr>
        <w:tc>
          <w:tcPr>
            <w:tcW w:w="3384" w:type="dxa"/>
            <w:shd w:val="clear" w:color="auto" w:fill="E7F3F4"/>
            <w:tcMar>
              <w:top w:w="80" w:type="dxa"/>
              <w:left w:w="100" w:type="dxa"/>
              <w:bottom w:w="80" w:type="dxa"/>
              <w:right w:w="100" w:type="dxa"/>
            </w:tcMar>
            <w:vAlign w:val="center"/>
          </w:tcPr>
          <w:p w14:paraId="72925E1D" w14:textId="77777777" w:rsidR="004359B0" w:rsidRDefault="004359B0" w:rsidP="00057E0F">
            <w:r>
              <w:rPr>
                <w:rFonts w:cs="Times New Roman"/>
                <w:b/>
                <w:color w:val="000000"/>
                <w:sz w:val="24"/>
              </w:rPr>
              <w:t>PART V. READING</w:t>
            </w:r>
          </w:p>
        </w:tc>
        <w:tc>
          <w:tcPr>
            <w:tcW w:w="6408" w:type="dxa"/>
            <w:tcMar>
              <w:top w:w="80" w:type="dxa"/>
              <w:left w:w="100" w:type="dxa"/>
              <w:bottom w:w="80" w:type="dxa"/>
              <w:right w:w="100" w:type="dxa"/>
            </w:tcMar>
            <w:vAlign w:val="center"/>
          </w:tcPr>
          <w:p w14:paraId="743171C6" w14:textId="77777777" w:rsidR="004359B0" w:rsidRDefault="004359B0" w:rsidP="00057E0F">
            <w:r>
              <w:rPr>
                <w:rFonts w:cs="Times New Roman"/>
                <w:color w:val="000000"/>
                <w:sz w:val="24"/>
              </w:rPr>
              <w:t>24B, 25C, 26D, 27B, 28B, 29A, 30C, 31B, 32C</w:t>
            </w:r>
          </w:p>
        </w:tc>
      </w:tr>
      <w:tr w:rsidR="004359B0" w14:paraId="40402F81" w14:textId="77777777" w:rsidTr="00057E0F">
        <w:trPr>
          <w:jc w:val="center"/>
        </w:trPr>
        <w:tc>
          <w:tcPr>
            <w:tcW w:w="3384" w:type="dxa"/>
            <w:shd w:val="clear" w:color="auto" w:fill="E7F3F4"/>
            <w:tcMar>
              <w:top w:w="80" w:type="dxa"/>
              <w:left w:w="100" w:type="dxa"/>
              <w:bottom w:w="80" w:type="dxa"/>
              <w:right w:w="100" w:type="dxa"/>
            </w:tcMar>
            <w:vAlign w:val="center"/>
          </w:tcPr>
          <w:p w14:paraId="5925616D" w14:textId="77777777" w:rsidR="004359B0" w:rsidRDefault="004359B0" w:rsidP="00057E0F">
            <w:r>
              <w:rPr>
                <w:rFonts w:cs="Times New Roman"/>
                <w:b/>
                <w:color w:val="000000"/>
                <w:sz w:val="24"/>
              </w:rPr>
              <w:t>PART VI. ORDERING</w:t>
            </w:r>
          </w:p>
        </w:tc>
        <w:tc>
          <w:tcPr>
            <w:tcW w:w="6408" w:type="dxa"/>
            <w:tcMar>
              <w:top w:w="80" w:type="dxa"/>
              <w:left w:w="100" w:type="dxa"/>
              <w:bottom w:w="80" w:type="dxa"/>
              <w:right w:w="100" w:type="dxa"/>
            </w:tcMar>
            <w:vAlign w:val="center"/>
          </w:tcPr>
          <w:p w14:paraId="0A177069" w14:textId="77777777" w:rsidR="004359B0" w:rsidRDefault="004359B0" w:rsidP="00057E0F">
            <w:r>
              <w:rPr>
                <w:rFonts w:cs="Times New Roman"/>
                <w:color w:val="000000"/>
                <w:sz w:val="24"/>
              </w:rPr>
              <w:t>33A, 34B</w:t>
            </w:r>
          </w:p>
        </w:tc>
      </w:tr>
    </w:tbl>
    <w:p w14:paraId="796B4D03" w14:textId="77777777" w:rsidR="004359B0" w:rsidRDefault="004359B0" w:rsidP="004359B0">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PART VII. WRITING – Suggested answers  </w:t>
      </w:r>
    </w:p>
    <w:p w14:paraId="24767489" w14:textId="77777777" w:rsidR="004359B0" w:rsidRDefault="004359B0" w:rsidP="004359B0">
      <w:pPr>
        <w:spacing w:after="80"/>
      </w:pPr>
      <w:r>
        <w:rPr>
          <w:rFonts w:cs="Times New Roman"/>
          <w:b/>
          <w:color w:val="CD414E"/>
          <w:sz w:val="26"/>
        </w:rPr>
        <w:t xml:space="preserve">35. </w:t>
      </w:r>
      <w:r>
        <w:rPr>
          <w:rFonts w:cs="Times New Roman"/>
          <w:color w:val="000000"/>
          <w:sz w:val="26"/>
        </w:rPr>
        <w:t xml:space="preserve">My family traditionally makes banh </w:t>
      </w:r>
      <w:proofErr w:type="spellStart"/>
      <w:r>
        <w:rPr>
          <w:rFonts w:cs="Times New Roman"/>
          <w:color w:val="000000"/>
          <w:sz w:val="26"/>
        </w:rPr>
        <w:t>chung</w:t>
      </w:r>
      <w:proofErr w:type="spellEnd"/>
      <w:r>
        <w:rPr>
          <w:rFonts w:cs="Times New Roman"/>
          <w:color w:val="000000"/>
          <w:sz w:val="26"/>
        </w:rPr>
        <w:t xml:space="preserve"> before Tet.</w:t>
      </w:r>
    </w:p>
    <w:p w14:paraId="6F617CC4" w14:textId="77777777" w:rsidR="004359B0" w:rsidRDefault="004359B0" w:rsidP="004359B0">
      <w:pPr>
        <w:spacing w:after="80"/>
      </w:pPr>
      <w:r>
        <w:rPr>
          <w:rFonts w:cs="Times New Roman"/>
          <w:b/>
          <w:color w:val="CD414E"/>
          <w:sz w:val="26"/>
        </w:rPr>
        <w:t xml:space="preserve">36. </w:t>
      </w:r>
      <w:r>
        <w:rPr>
          <w:rFonts w:cs="Times New Roman"/>
          <w:color w:val="000000"/>
          <w:sz w:val="26"/>
        </w:rPr>
        <w:t>It is a good idea to wait for the host to start eating.</w:t>
      </w:r>
    </w:p>
    <w:p w14:paraId="09FC529C" w14:textId="77777777" w:rsidR="004359B0" w:rsidRDefault="004359B0" w:rsidP="004359B0">
      <w:pPr>
        <w:spacing w:after="80"/>
      </w:pPr>
      <w:r>
        <w:rPr>
          <w:rFonts w:cs="Times New Roman"/>
          <w:b/>
          <w:color w:val="CD414E"/>
          <w:sz w:val="26"/>
        </w:rPr>
        <w:t xml:space="preserve">37. </w:t>
      </w:r>
      <w:r>
        <w:rPr>
          <w:rFonts w:cs="Times New Roman"/>
          <w:color w:val="000000"/>
          <w:sz w:val="26"/>
        </w:rPr>
        <w:t>We usually go to the pagoda by bus.</w:t>
      </w:r>
    </w:p>
    <w:p w14:paraId="2FF9D143" w14:textId="77777777" w:rsidR="004359B0" w:rsidRDefault="004359B0" w:rsidP="004359B0">
      <w:pPr>
        <w:spacing w:after="80"/>
      </w:pPr>
      <w:r>
        <w:rPr>
          <w:rFonts w:cs="Times New Roman"/>
          <w:b/>
          <w:color w:val="CD414E"/>
          <w:sz w:val="26"/>
        </w:rPr>
        <w:t xml:space="preserve">38. </w:t>
      </w:r>
      <w:r>
        <w:rPr>
          <w:rFonts w:cs="Times New Roman"/>
          <w:color w:val="000000"/>
          <w:sz w:val="26"/>
        </w:rPr>
        <w:t>My mother advised me not to point my chopsticks at other people.</w:t>
      </w:r>
    </w:p>
    <w:p w14:paraId="1DDDBFB9" w14:textId="77777777" w:rsidR="004359B0" w:rsidRDefault="004359B0" w:rsidP="004359B0">
      <w:pPr>
        <w:spacing w:after="80" w:line="264" w:lineRule="auto"/>
      </w:pPr>
      <w:r>
        <w:rPr>
          <w:rFonts w:cs="Times New Roman"/>
          <w:i/>
          <w:color w:val="000000"/>
          <w:sz w:val="23"/>
        </w:rPr>
        <w:t>Equivalent answers that preserve the required meaning and grammatical structure may also be accepted.</w:t>
      </w:r>
    </w:p>
    <w:p w14:paraId="5F10E184" w14:textId="77777777" w:rsidR="004359B0" w:rsidRDefault="004359B0" w:rsidP="004359B0">
      <w:pPr>
        <w:keepNext/>
        <w:pBdr>
          <w:top w:val="single" w:sz="7" w:space="2" w:color="E85B6B"/>
          <w:left w:val="single" w:sz="7" w:space="2" w:color="E85B6B"/>
          <w:bottom w:val="single" w:sz="7" w:space="2" w:color="E85B6B"/>
          <w:right w:val="single" w:sz="7" w:space="2" w:color="E85B6B"/>
        </w:pBdr>
        <w:shd w:val="clear" w:color="auto" w:fill="E85B6B"/>
        <w:spacing w:before="80"/>
      </w:pPr>
      <w:r>
        <w:rPr>
          <w:rFonts w:cs="Times New Roman"/>
          <w:b/>
          <w:color w:val="FFFFFF"/>
          <w:sz w:val="26"/>
        </w:rPr>
        <w:t xml:space="preserve">  39. Sample paragraph (about 90 words)  </w:t>
      </w:r>
    </w:p>
    <w:p w14:paraId="25A85F78" w14:textId="77777777" w:rsidR="004359B0" w:rsidRDefault="004359B0" w:rsidP="004359B0">
      <w:pPr>
        <w:pBdr>
          <w:top w:val="single" w:sz="7" w:space="5" w:color="A9D3AD"/>
          <w:left w:val="single" w:sz="7" w:space="5" w:color="A9D3AD"/>
          <w:bottom w:val="single" w:sz="7" w:space="5" w:color="A9D3AD"/>
          <w:right w:val="single" w:sz="7" w:space="5" w:color="A9D3AD"/>
        </w:pBdr>
        <w:shd w:val="clear" w:color="auto" w:fill="E9F5EA"/>
        <w:spacing w:after="120" w:line="274" w:lineRule="auto"/>
      </w:pPr>
      <w:r>
        <w:rPr>
          <w:rFonts w:cs="Times New Roman"/>
          <w:color w:val="000000"/>
          <w:sz w:val="26"/>
        </w:rPr>
        <w:t xml:space="preserve">One important tradition in my family is our Tet reunion meal. It usually takes place on New Year’s Eve at my grandparents’ house. Before the meal, everyone helps clean the house, prepare food, and arrange fruit and offerings on the family altar. The younger members should wait for the oldest person to sit down before they begin eating. We also avoid pointing chopsticks at other people. This </w:t>
      </w:r>
      <w:r>
        <w:rPr>
          <w:rFonts w:cs="Times New Roman"/>
          <w:color w:val="000000"/>
          <w:sz w:val="26"/>
        </w:rPr>
        <w:lastRenderedPageBreak/>
        <w:t>tradition is meaningful to me because it brings different generations together and gives us time to share family stories and good wishes.</w:t>
      </w:r>
    </w:p>
    <w:p w14:paraId="424A6508" w14:textId="05473ECF" w:rsidR="004359B0" w:rsidRPr="00BE421C" w:rsidRDefault="004359B0" w:rsidP="00F3007E">
      <w:pPr>
        <w:spacing w:line="360" w:lineRule="auto"/>
        <w:rPr>
          <w:sz w:val="28"/>
          <w:szCs w:val="28"/>
        </w:rPr>
      </w:pPr>
    </w:p>
    <w:p w14:paraId="7C6A072C" w14:textId="77777777" w:rsidR="00F3007E" w:rsidRPr="00BE421C" w:rsidRDefault="00F3007E" w:rsidP="00F3007E">
      <w:pPr>
        <w:spacing w:after="64" w:line="240" w:lineRule="auto"/>
        <w:rPr>
          <w:sz w:val="28"/>
          <w:szCs w:val="28"/>
        </w:rPr>
      </w:pPr>
    </w:p>
    <w:sectPr w:rsidR="00F3007E" w:rsidRPr="00BE421C" w:rsidSect="00034616">
      <w:headerReference w:type="even" r:id="rId10"/>
      <w:headerReference w:type="default" r:id="rId11"/>
      <w:footerReference w:type="even" r:id="rId12"/>
      <w:footerReference w:type="default" r:id="rId13"/>
      <w:headerReference w:type="first" r:id="rId14"/>
      <w:footerReference w:type="first" r:id="rId15"/>
      <w:pgSz w:w="11909" w:h="16834"/>
      <w:pgMar w:top="518" w:right="720" w:bottom="547" w:left="720" w:header="259" w:footer="259" w:gutter="0"/>
      <w:pgBorders w:offsetFrom="page">
        <w:top w:val="single" w:sz="8" w:space="16" w:color="6FB7B4"/>
        <w:left w:val="single" w:sz="8" w:space="16" w:color="6FB7B4"/>
        <w:bottom w:val="single" w:sz="8" w:space="16" w:color="6FB7B4"/>
        <w:right w:val="single" w:sz="8" w:space="16" w:color="6FB7B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2D0C5" w14:textId="77777777" w:rsidR="002075E7" w:rsidRDefault="002075E7">
      <w:pPr>
        <w:spacing w:line="240" w:lineRule="auto"/>
      </w:pPr>
      <w:r>
        <w:separator/>
      </w:r>
    </w:p>
  </w:endnote>
  <w:endnote w:type="continuationSeparator" w:id="0">
    <w:p w14:paraId="3D1F735B" w14:textId="77777777" w:rsidR="002075E7" w:rsidRDefault="002075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B3321" w14:textId="77777777" w:rsidR="00CF3D2C" w:rsidRDefault="00CF3D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61FA4" w14:textId="77777777" w:rsidR="00640B00" w:rsidRDefault="00640B00">
    <w:pPr>
      <w:pStyle w:val="Footer"/>
    </w:pPr>
  </w:p>
  <w:tbl>
    <w:tblPr>
      <w:tblW w:w="0" w:type="auto"/>
      <w:tblLayout w:type="fixed"/>
      <w:tblLook w:val="04A0" w:firstRow="1" w:lastRow="0" w:firstColumn="1" w:lastColumn="0" w:noHBand="0" w:noVBand="1"/>
    </w:tblPr>
    <w:tblGrid>
      <w:gridCol w:w="3456"/>
      <w:gridCol w:w="3456"/>
      <w:gridCol w:w="3456"/>
    </w:tblGrid>
    <w:tr w:rsidR="00640B00" w14:paraId="4FA9DC70" w14:textId="77777777">
      <w:tc>
        <w:tcPr>
          <w:tcW w:w="3456" w:type="dxa"/>
          <w:tcBorders>
            <w:top w:val="nil"/>
            <w:left w:val="nil"/>
            <w:bottom w:val="nil"/>
            <w:right w:val="nil"/>
          </w:tcBorders>
        </w:tcPr>
        <w:p w14:paraId="0E98C4A7" w14:textId="3C914251" w:rsidR="00640B00" w:rsidRDefault="00640B00">
          <w:pPr>
            <w:spacing w:line="240" w:lineRule="auto"/>
          </w:pPr>
          <w:bookmarkStart w:id="0" w:name="_GoBack"/>
          <w:bookmarkEnd w:id="0"/>
        </w:p>
      </w:tc>
      <w:tc>
        <w:tcPr>
          <w:tcW w:w="3456" w:type="dxa"/>
          <w:tcBorders>
            <w:top w:val="nil"/>
            <w:left w:val="nil"/>
            <w:bottom w:val="nil"/>
            <w:right w:val="nil"/>
          </w:tcBorders>
        </w:tcPr>
        <w:p w14:paraId="15BCE7A1" w14:textId="554B0CF9" w:rsidR="00640B00" w:rsidRDefault="00CB0995">
          <w:pPr>
            <w:spacing w:line="240" w:lineRule="auto"/>
            <w:jc w:val="center"/>
          </w:pPr>
          <w:r>
            <w:rPr>
              <w:color w:val="66727C"/>
              <w:sz w:val="16"/>
            </w:rPr>
            <w:t xml:space="preserve">Page </w:t>
          </w:r>
          <w:r>
            <w:fldChar w:fldCharType="begin"/>
          </w:r>
          <w:r>
            <w:instrText>PAGE</w:instrText>
          </w:r>
          <w:r>
            <w:fldChar w:fldCharType="separate"/>
          </w:r>
          <w:r w:rsidR="004359B0">
            <w:rPr>
              <w:noProof/>
            </w:rPr>
            <w:t>6</w:t>
          </w:r>
          <w:r>
            <w:fldChar w:fldCharType="end"/>
          </w:r>
        </w:p>
      </w:tc>
      <w:tc>
        <w:tcPr>
          <w:tcW w:w="3456" w:type="dxa"/>
          <w:tcBorders>
            <w:top w:val="nil"/>
            <w:left w:val="nil"/>
            <w:bottom w:val="nil"/>
            <w:right w:val="nil"/>
          </w:tcBorders>
        </w:tcPr>
        <w:p w14:paraId="0B0EBE5E" w14:textId="77777777" w:rsidR="00640B00" w:rsidRDefault="00CB0995">
          <w:pPr>
            <w:spacing w:line="240" w:lineRule="auto"/>
            <w:jc w:val="right"/>
          </w:pPr>
          <w:r>
            <w:rPr>
              <w:rFonts w:ascii="Arial" w:eastAsia="Arial" w:hAnsi="Arial"/>
              <w:b/>
              <w:color w:val="218481"/>
              <w:sz w:val="16"/>
            </w:rPr>
            <w:t>GLOBAL SUCCESS 8</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F6C9D" w14:textId="77777777" w:rsidR="00CF3D2C" w:rsidRDefault="00CF3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37081" w14:textId="77777777" w:rsidR="002075E7" w:rsidRDefault="002075E7">
      <w:pPr>
        <w:spacing w:line="240" w:lineRule="auto"/>
      </w:pPr>
      <w:r>
        <w:separator/>
      </w:r>
    </w:p>
  </w:footnote>
  <w:footnote w:type="continuationSeparator" w:id="0">
    <w:p w14:paraId="6192B69B" w14:textId="77777777" w:rsidR="002075E7" w:rsidRDefault="002075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08DDC" w14:textId="77777777" w:rsidR="00CF3D2C" w:rsidRDefault="00CF3D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8E7EE" w14:textId="6E9DF372" w:rsidR="00640B00" w:rsidRDefault="00BE421C">
    <w:pPr>
      <w:pStyle w:val="Header"/>
      <w:tabs>
        <w:tab w:val="right" w:pos="10224"/>
      </w:tabs>
      <w:rPr>
        <w:rFonts w:ascii="Arial" w:eastAsia="Arial" w:hAnsi="Arial"/>
        <w:b/>
        <w:color w:val="66727C"/>
        <w:sz w:val="16"/>
      </w:rPr>
    </w:pPr>
    <w:r>
      <w:rPr>
        <w:rFonts w:ascii="Arial" w:eastAsia="Arial" w:hAnsi="Arial"/>
        <w:b/>
        <w:color w:val="218481"/>
        <w:sz w:val="24"/>
        <w:szCs w:val="24"/>
      </w:rPr>
      <w:t xml:space="preserve">           </w:t>
    </w:r>
    <w:r>
      <w:rPr>
        <w:rFonts w:ascii="Arial" w:eastAsia="Arial" w:hAnsi="Arial"/>
        <w:b/>
        <w:color w:val="66727C"/>
        <w:sz w:val="16"/>
      </w:rPr>
      <w:tab/>
      <w:t>UNIT 5 • OUR CUSTOMS AND TRADITIONS</w:t>
    </w:r>
  </w:p>
  <w:p w14:paraId="2811B7F4" w14:textId="77777777" w:rsidR="00BE421C" w:rsidRDefault="00BE421C">
    <w:pPr>
      <w:pStyle w:val="Header"/>
      <w:tabs>
        <w:tab w:val="right" w:pos="1022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6BAB3" w14:textId="77777777" w:rsidR="00CF3D2C" w:rsidRDefault="00CF3D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BAF"/>
    <w:rsid w:val="0006063C"/>
    <w:rsid w:val="00096047"/>
    <w:rsid w:val="0015074B"/>
    <w:rsid w:val="002075E7"/>
    <w:rsid w:val="0029639D"/>
    <w:rsid w:val="002D7537"/>
    <w:rsid w:val="00326F90"/>
    <w:rsid w:val="004359B0"/>
    <w:rsid w:val="004473D8"/>
    <w:rsid w:val="004E7B87"/>
    <w:rsid w:val="00640B00"/>
    <w:rsid w:val="006B15E9"/>
    <w:rsid w:val="006F7896"/>
    <w:rsid w:val="00A26558"/>
    <w:rsid w:val="00AA1D8D"/>
    <w:rsid w:val="00B47730"/>
    <w:rsid w:val="00BE421C"/>
    <w:rsid w:val="00CB0664"/>
    <w:rsid w:val="00CB0995"/>
    <w:rsid w:val="00CF3D2C"/>
    <w:rsid w:val="00D301DE"/>
    <w:rsid w:val="00D62C64"/>
    <w:rsid w:val="00EA332D"/>
    <w:rsid w:val="00F3007E"/>
    <w:rsid w:val="00FC693F"/>
    <w:rsid w:val="00FF3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F00C7F"/>
  <w14:defaultImageDpi w14:val="300"/>
  <w15:docId w15:val="{3C23A9AF-55EC-4172-BF74-7508FA47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E421C"/>
    <w:rPr>
      <w:color w:val="0000FF" w:themeColor="hyperlink"/>
      <w:u w:val="single"/>
    </w:rPr>
  </w:style>
  <w:style w:type="character" w:customStyle="1" w:styleId="UnresolvedMention1">
    <w:name w:val="Unresolved Mention1"/>
    <w:basedOn w:val="DefaultParagraphFont"/>
    <w:uiPriority w:val="99"/>
    <w:semiHidden/>
    <w:unhideWhenUsed/>
    <w:rsid w:val="00BE42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75365-8371-49B6-B1BE-D326B79EB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1872</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Global Success 8 - Unit 5 Test: Our Customs and Traditions</vt:lpstr>
    </vt:vector>
  </TitlesOfParts>
  <Manager/>
  <Company/>
  <LinksUpToDate>false</LinksUpToDate>
  <CharactersWithSpaces>12524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Success 8 - Unit 5 Test: Our Customs and Traditions</dc:title>
  <dc:subject>English Unit Test</dc:subject>
  <dc:creator>Windy Bui</dc:creator>
  <cp:keywords>Global Success 8, Unit 5, customs, traditions, test</cp:keywords>
  <dc:description>generated by python-docx</dc:description>
  <cp:lastModifiedBy>ADMIN</cp:lastModifiedBy>
  <cp:revision>11</cp:revision>
  <dcterms:created xsi:type="dcterms:W3CDTF">2013-12-23T23:15:00Z</dcterms:created>
  <dcterms:modified xsi:type="dcterms:W3CDTF">2026-08-06T10:04:00Z</dcterms:modified>
  <cp:category/>
</cp:coreProperties>
</file>