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0"/>
        <w:gridCol w:w="8674"/>
      </w:tblGrid>
      <w:tr>
        <w:tc>
          <w:tcPr>
            <w:tcW w:type="dxa" w:w="1700"/>
            <w:tcMar>
              <w:top w:w="50" w:type="dxa"/>
              <w:start w:w="70" w:type="dxa"/>
              <w:bottom w:w="50" w:type="dxa"/>
              <w:end w:w="70" w:type="dxa"/>
            </w:tcMar>
            <w:shd w:fill="C00000"/>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FFFFFF"/>
                <w:sz w:val="34"/>
              </w:rPr>
              <w:t>UNIT 9</w:t>
            </w:r>
          </w:p>
        </w:tc>
        <w:tc>
          <w:tcPr>
            <w:tcW w:type="dxa" w:w="8674"/>
            <w:tcMar>
              <w:top w:w="50" w:type="dxa"/>
              <w:start w:w="70" w:type="dxa"/>
              <w:bottom w:w="50" w:type="dxa"/>
              <w:end w:w="70" w:type="dxa"/>
            </w:tcMar>
            <w:shd w:fill="FCE8E6"/>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C00000"/>
                <w:sz w:val="36"/>
              </w:rPr>
              <w:t>CITIES OF THE WORLD</w:t>
            </w:r>
          </w:p>
        </w:tc>
      </w:tr>
    </w:tbl>
    <w:p>
      <w:pPr>
        <w:keepNext/>
        <w:keepLines/>
        <w:spacing w:before="80" w:after="40"/>
      </w:pPr>
      <w:r>
        <w:rPr>
          <w:rFonts w:ascii="Times New Roman" w:hAnsi="Times New Roman" w:eastAsia="Times New Roman"/>
          <w:b/>
          <w:color w:val="1254B7"/>
          <w:sz w:val="26"/>
        </w:rPr>
        <w:t>❖  A. VOCABULARY</w:t>
      </w:r>
    </w:p>
    <w:tbl>
      <w:tblPr>
        <w:tblW w:type="auto" w:w="0"/>
        <w:jc w:val="center"/>
        <w:tblLayout w:type="fixed"/>
        <w:tblLook w:firstColumn="1" w:firstRow="1" w:lastColumn="0" w:lastRow="0" w:noHBand="0" w:noVBand="1" w:val="04A0"/>
      </w:tblPr>
      <w:tblGrid>
        <w:gridCol w:w="623"/>
        <w:gridCol w:w="2551"/>
        <w:gridCol w:w="1020"/>
        <w:gridCol w:w="2324"/>
        <w:gridCol w:w="3855"/>
      </w:tblGrid>
      <w:tr>
        <w:trPr>
          <w:tblHeader w:val="true"/>
        </w:trPr>
        <w:tc>
          <w:tcPr>
            <w:tcW w:type="dxa" w:w="623"/>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No.</w:t>
            </w:r>
          </w:p>
        </w:tc>
        <w:tc>
          <w:tcPr>
            <w:tcW w:type="dxa" w:w="2551"/>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Word / Phrase</w:t>
            </w:r>
          </w:p>
        </w:tc>
        <w:tc>
          <w:tcPr>
            <w:tcW w:type="dxa" w:w="1020"/>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Type</w:t>
            </w:r>
          </w:p>
        </w:tc>
        <w:tc>
          <w:tcPr>
            <w:tcW w:type="dxa" w:w="2324"/>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IPA</w:t>
            </w:r>
          </w:p>
        </w:tc>
        <w:tc>
          <w:tcPr>
            <w:tcW w:type="dxa" w:w="3855"/>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Meaning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ancient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/ˈeɪnʃənt/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cổ kính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beautiful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/ˈbjuːtɪfl/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xinh đẹp</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building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/ˈbɪldɪŋ/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tòa nhà</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capital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/ˈkæpɪtl/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thủ đô</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city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/ˈsɪti/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thành phố</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continent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/ˈkɒntɪnənt/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châu lục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country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/ˈkʌntri/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đất nước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crowded</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/ˈkraʊdɪd/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đông đúc</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culture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/ˈkʌltʃə(r)/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văn hóa</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exciting</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/ɪkˈsaɪtɪŋ/</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sôi động, thú vị</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famous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/ˈfeɪməs/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nổi tiếng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landmark</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/ˈlændmɑːk/</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địa danh nổi bật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local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/ˈləʊkl/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địa phương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modern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/ˈmɒdn/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hiện đại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museum</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/mjuˈziːəm/</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bảo tàng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palace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/ˈpæləs/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cung điện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peaceful</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/ˈpiːsfl/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yên bình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population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/ˌpɒpjuˈleɪʃn/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dân số</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postcard</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/ˈpəʊstkɑːd/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bưu thiếp</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river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/ˈrɪvə(r)/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sông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square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/skweə(r)/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quảng trường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temple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/ˈtempl/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ngôi đền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tower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/ˈtaʊə(r)/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tháp</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tourist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/ˈtʊərɪst/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du khách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weather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/ˈweðə(r)/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thời tiết</w:t>
            </w:r>
          </w:p>
        </w:tc>
      </w:tr>
    </w:tbl>
    <w:p>
      <w:pPr>
        <w:keepNext/>
        <w:keepLines/>
        <w:spacing w:before="80" w:after="40"/>
      </w:pPr>
      <w:r>
        <w:rPr>
          <w:rFonts w:ascii="Times New Roman" w:hAnsi="Times New Roman" w:eastAsia="Times New Roman"/>
          <w:b/>
          <w:color w:val="1254B7"/>
          <w:sz w:val="26"/>
        </w:rPr>
        <w:t>❖  B. WORD FORM</w:t>
      </w:r>
    </w:p>
    <w:tbl>
      <w:tblPr>
        <w:tblW w:type="auto" w:w="0"/>
        <w:jc w:val="center"/>
        <w:tblLayout w:type="fixed"/>
        <w:tblLook w:firstColumn="1" w:firstRow="1" w:lastColumn="0" w:lastRow="0" w:noHBand="0" w:noVBand="1" w:val="04A0"/>
      </w:tblPr>
      <w:tblGrid>
        <w:gridCol w:w="5187"/>
        <w:gridCol w:w="5187"/>
      </w:tblGrid>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1. </w:t>
            </w:r>
            <w:r>
              <w:rPr>
                <w:rFonts w:ascii="Times New Roman" w:hAnsi="Times New Roman" w:eastAsia="Times New Roman"/>
                <w:color w:val="000000"/>
                <w:sz w:val="20"/>
              </w:rPr>
              <w:t>fame (n): danh tiếng; famous (adj): nổi tiếng; famously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2. </w:t>
            </w:r>
            <w:r>
              <w:rPr>
                <w:rFonts w:ascii="Times New Roman" w:hAnsi="Times New Roman" w:eastAsia="Times New Roman"/>
                <w:color w:val="000000"/>
                <w:sz w:val="20"/>
              </w:rPr>
              <w:t>culture (n): văn hóa; cultural (adj): thuộc văn hóa; culturally (adv)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3. </w:t>
            </w:r>
            <w:r>
              <w:rPr>
                <w:rFonts w:ascii="Times New Roman" w:hAnsi="Times New Roman" w:eastAsia="Times New Roman"/>
                <w:color w:val="000000"/>
                <w:sz w:val="20"/>
              </w:rPr>
              <w:t>attract (v): thu hút; attraction (n): điểm thu hút; attractive (adj); attractively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4. </w:t>
            </w:r>
            <w:r>
              <w:rPr>
                <w:rFonts w:ascii="Times New Roman" w:hAnsi="Times New Roman" w:eastAsia="Times New Roman"/>
                <w:color w:val="000000"/>
                <w:sz w:val="20"/>
              </w:rPr>
              <w:t>history (n): lịch sử; historic / historical (adj); historian (n); historically (adv)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5. </w:t>
            </w:r>
            <w:r>
              <w:rPr>
                <w:rFonts w:ascii="Times New Roman" w:hAnsi="Times New Roman" w:eastAsia="Times New Roman"/>
                <w:color w:val="000000"/>
                <w:sz w:val="20"/>
              </w:rPr>
              <w:t>beauty (n): vẻ đẹp; beautiful (adj): xinh đẹp; beautifully (adv); beautify (v)</w:t>
            </w:r>
          </w:p>
        </w:tc>
        <w:tc>
          <w:tcPr>
            <w:tcW w:type="dxa" w:w="5187"/>
            <w:tcMar>
              <w:top w:w="50" w:type="dxa"/>
              <w:start w:w="70" w:type="dxa"/>
              <w:bottom w:w="50" w:type="dxa"/>
              <w:end w:w="70" w:type="dxa"/>
            </w:tcMar>
          </w:tcPr>
          <w:p/>
        </w:tc>
      </w:tr>
    </w:tbl>
    <w:p>
      <w:pPr>
        <w:keepNext/>
        <w:keepLines/>
        <w:spacing w:before="80" w:after="40"/>
      </w:pPr>
      <w:r>
        <w:rPr>
          <w:rFonts w:ascii="Times New Roman" w:hAnsi="Times New Roman" w:eastAsia="Times New Roman"/>
          <w:b/>
          <w:color w:val="1254B7"/>
          <w:sz w:val="26"/>
        </w:rPr>
        <w:t>❖  C. GRAMMAR</w:t>
      </w:r>
    </w:p>
    <w:p>
      <w:pPr>
        <w:keepNext/>
        <w:keepLines/>
        <w:spacing w:before="60" w:after="20"/>
      </w:pPr>
      <w:r>
        <w:rPr>
          <w:rFonts w:ascii="Times New Roman" w:hAnsi="Times New Roman" w:eastAsia="Times New Roman"/>
          <w:b/>
          <w:color w:val="1254B7"/>
          <w:sz w:val="23"/>
        </w:rPr>
        <w:t>Possessive adjectives and possessive pronouns</w:t>
      </w:r>
    </w:p>
    <w:p>
      <w:pPr>
        <w:spacing w:after="0"/>
        <w:ind w:left="227" w:hanging="170"/>
      </w:pPr>
      <w:r>
        <w:rPr>
          <w:rFonts w:ascii="Times New Roman" w:hAnsi="Times New Roman" w:eastAsia="Times New Roman"/>
          <w:color w:val="000000"/>
          <w:sz w:val="20"/>
        </w:rPr>
        <w:t>• Tính từ sở hữu đứng trước danh từ: my, your, his, her, its, our, their.</w:t>
      </w:r>
    </w:p>
    <w:p>
      <w:pPr>
        <w:spacing w:after="0"/>
        <w:ind w:left="227" w:hanging="170"/>
      </w:pPr>
      <w:r>
        <w:rPr>
          <w:rFonts w:ascii="Times New Roman" w:hAnsi="Times New Roman" w:eastAsia="Times New Roman"/>
          <w:color w:val="000000"/>
          <w:sz w:val="20"/>
        </w:rPr>
        <w:t>• Đại từ sở hữu thay cho tính từ sở hữu + danh từ: mine, yours, his, hers, ours, theirs.</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This is my postcard. = This postcard is mine.</w:t>
            </w:r>
          </w:p>
        </w:tc>
      </w:tr>
    </w:tbl>
    <w:p>
      <w:pPr>
        <w:spacing w:after="0"/>
        <w:ind w:left="227" w:hanging="170"/>
      </w:pPr>
      <w:r>
        <w:rPr>
          <w:rFonts w:ascii="Times New Roman" w:hAnsi="Times New Roman" w:eastAsia="Times New Roman"/>
          <w:color w:val="000000"/>
          <w:sz w:val="20"/>
        </w:rPr>
        <w:t>• Không dùng mạo từ trước tính từ sở hữu; its (của nó) khác it's (it is).</w:t>
      </w:r>
    </w:p>
    <w:p>
      <w:r>
        <w:br w:type="page"/>
      </w:r>
    </w:p>
    <w:p>
      <w:pPr>
        <w:keepNext/>
        <w:keepLines/>
        <w:spacing w:before="80" w:after="40"/>
      </w:pPr>
      <w:r>
        <w:rPr>
          <w:rFonts w:ascii="Times New Roman" w:hAnsi="Times New Roman" w:eastAsia="Times New Roman"/>
          <w:b/>
          <w:color w:val="1254B7"/>
          <w:sz w:val="26"/>
        </w:rPr>
        <w:t>❖  EXERCISES</w:t>
      </w:r>
    </w:p>
    <w:p>
      <w:pPr>
        <w:keepNext/>
        <w:keepLines/>
        <w:spacing w:before="80" w:after="40"/>
      </w:pPr>
      <w:r>
        <w:rPr>
          <w:rFonts w:ascii="Times New Roman" w:hAnsi="Times New Roman" w:eastAsia="Times New Roman"/>
          <w:b/>
          <w:color w:val="1254B7"/>
          <w:sz w:val="26"/>
        </w:rPr>
        <w:t>❖  PHONETICS</w:t>
      </w:r>
    </w:p>
    <w:p>
      <w:pPr>
        <w:keepNext/>
        <w:keepLines/>
        <w:spacing w:before="40" w:after="20"/>
      </w:pPr>
      <w:r>
        <w:rPr>
          <w:rFonts w:ascii="Times New Roman" w:hAnsi="Times New Roman" w:eastAsia="Times New Roman"/>
          <w:b/>
          <w:color w:val="1254B7"/>
          <w:sz w:val="22"/>
        </w:rPr>
        <w:t>Exercise 1: Choose the word whose vowel sound is different (/əʊ/ or /aʊ/).</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postcard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local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town</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crowded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around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old</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boat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coast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road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south</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downtown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most</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show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snow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known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house</w:t>
            </w:r>
          </w:p>
        </w:tc>
      </w:tr>
    </w:tbl>
    <w:p>
      <w:pPr>
        <w:spacing w:after="0"/>
        <w:ind w:left="0" w:firstLine="0"/>
      </w:pPr>
      <w:r>
        <w:rPr>
          <w:rFonts w:ascii="Times New Roman" w:hAnsi="Times New Roman" w:eastAsia="Times New Roman"/>
          <w:b w:val="0"/>
          <w:i w:val="0"/>
          <w:color w:val="000000"/>
          <w:sz w:val="21"/>
        </w:rPr>
        <w:t xml:space="preserve">6.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cloudy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mountain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fountain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photo</w:t>
            </w:r>
          </w:p>
        </w:tc>
      </w:tr>
    </w:tbl>
    <w:p>
      <w:pPr>
        <w:spacing w:after="0"/>
        <w:ind w:left="0" w:firstLine="0"/>
      </w:pPr>
      <w:r>
        <w:rPr>
          <w:rFonts w:ascii="Times New Roman" w:hAnsi="Times New Roman" w:eastAsia="Times New Roman"/>
          <w:b w:val="0"/>
          <w:i w:val="0"/>
          <w:color w:val="000000"/>
          <w:sz w:val="21"/>
        </w:rPr>
        <w:t xml:space="preserve">7.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close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Tokyo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crowd</w:t>
            </w:r>
          </w:p>
        </w:tc>
      </w:tr>
    </w:tbl>
    <w:p>
      <w:pPr>
        <w:spacing w:after="0"/>
        <w:ind w:left="0" w:firstLine="0"/>
      </w:pPr>
      <w:r>
        <w:rPr>
          <w:rFonts w:ascii="Times New Roman" w:hAnsi="Times New Roman" w:eastAsia="Times New Roman"/>
          <w:b w:val="0"/>
          <w:i w:val="0"/>
          <w:color w:val="000000"/>
          <w:sz w:val="21"/>
        </w:rPr>
        <w:t xml:space="preserve">8.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about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without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thousand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post</w:t>
            </w:r>
          </w:p>
        </w:tc>
      </w:tr>
    </w:tbl>
    <w:p>
      <w:pPr>
        <w:spacing w:after="0"/>
        <w:ind w:left="0" w:firstLine="0"/>
      </w:pPr>
      <w:r>
        <w:rPr>
          <w:rFonts w:ascii="Times New Roman" w:hAnsi="Times New Roman" w:eastAsia="Times New Roman"/>
          <w:b w:val="0"/>
          <w:i w:val="0"/>
          <w:color w:val="000000"/>
          <w:sz w:val="21"/>
        </w:rPr>
        <w:t xml:space="preserve">9.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window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yellow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below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tower</w:t>
            </w:r>
          </w:p>
        </w:tc>
      </w:tr>
    </w:tbl>
    <w:p>
      <w:pPr>
        <w:spacing w:after="0"/>
        <w:ind w:left="0" w:firstLine="0"/>
      </w:pPr>
      <w:r>
        <w:rPr>
          <w:rFonts w:ascii="Times New Roman" w:hAnsi="Times New Roman" w:eastAsia="Times New Roman"/>
          <w:b w:val="0"/>
          <w:i w:val="0"/>
          <w:color w:val="000000"/>
          <w:sz w:val="21"/>
        </w:rPr>
        <w:t xml:space="preserve">10.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only</w:t>
            </w:r>
          </w:p>
        </w:tc>
      </w:tr>
    </w:tbl>
    <w:p>
      <w:pPr>
        <w:keepNext/>
        <w:keepLines/>
        <w:spacing w:before="40" w:after="20"/>
      </w:pPr>
      <w:r>
        <w:rPr>
          <w:rFonts w:ascii="Times New Roman" w:hAnsi="Times New Roman" w:eastAsia="Times New Roman"/>
          <w:b/>
          <w:color w:val="1254B7"/>
          <w:sz w:val="22"/>
        </w:rPr>
        <w:t>Exercise 2: Mark the letter A, B, C, or D to indicate the word that differs in stress pattern.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country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river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museum</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famous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modern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ancient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exciting</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landmark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postcard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population</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continent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capital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historic</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tourist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weather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building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attractive</w:t>
            </w:r>
          </w:p>
        </w:tc>
      </w:tr>
    </w:tbl>
    <w:p>
      <w:pPr>
        <w:keepNext/>
        <w:keepLines/>
        <w:spacing w:before="80" w:after="40"/>
      </w:pPr>
      <w:r>
        <w:rPr>
          <w:rFonts w:ascii="Times New Roman" w:hAnsi="Times New Roman" w:eastAsia="Times New Roman"/>
          <w:b/>
          <w:color w:val="1254B7"/>
          <w:sz w:val="26"/>
        </w:rPr>
        <w:t>❖  VOCABULARY AND GRAMMAR</w:t>
      </w:r>
    </w:p>
    <w:p>
      <w:pPr>
        <w:keepNext/>
        <w:keepLines/>
        <w:spacing w:before="40" w:after="20"/>
      </w:pPr>
      <w:r>
        <w:rPr>
          <w:rFonts w:ascii="Times New Roman" w:hAnsi="Times New Roman" w:eastAsia="Times New Roman"/>
          <w:b/>
          <w:color w:val="1254B7"/>
          <w:sz w:val="22"/>
        </w:rPr>
        <w:t>Exercise 3: Mark the letter A, B, C, or D to indicate the correct answer to each question.</w:t>
      </w:r>
    </w:p>
    <w:p>
      <w:pPr>
        <w:spacing w:after="0"/>
        <w:ind w:left="0" w:firstLine="0"/>
      </w:pPr>
      <w:r>
        <w:rPr>
          <w:rFonts w:ascii="Times New Roman" w:hAnsi="Times New Roman" w:eastAsia="Times New Roman"/>
          <w:b w:val="0"/>
          <w:i w:val="0"/>
          <w:color w:val="000000"/>
          <w:sz w:val="21"/>
        </w:rPr>
        <w:t>1. Which word or phrase means 'cổ kính'?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ancient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building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capital</w:t>
            </w:r>
          </w:p>
        </w:tc>
      </w:tr>
    </w:tbl>
    <w:p>
      <w:pPr>
        <w:spacing w:after="0"/>
        <w:ind w:left="0" w:firstLine="0"/>
      </w:pPr>
      <w:r>
        <w:rPr>
          <w:rFonts w:ascii="Times New Roman" w:hAnsi="Times New Roman" w:eastAsia="Times New Roman"/>
          <w:b w:val="0"/>
          <w:i w:val="0"/>
          <w:color w:val="000000"/>
          <w:sz w:val="21"/>
        </w:rPr>
        <w:t>2. Which word or phrase means 'xinh đẹp'?</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continent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country</w:t>
            </w:r>
          </w:p>
        </w:tc>
      </w:tr>
    </w:tbl>
    <w:p>
      <w:pPr>
        <w:spacing w:after="0"/>
        <w:ind w:left="0" w:firstLine="0"/>
      </w:pPr>
      <w:r>
        <w:rPr>
          <w:rFonts w:ascii="Times New Roman" w:hAnsi="Times New Roman" w:eastAsia="Times New Roman"/>
          <w:b w:val="0"/>
          <w:i w:val="0"/>
          <w:color w:val="000000"/>
          <w:sz w:val="21"/>
        </w:rPr>
        <w:t>3. Which word or phrase means 'tòa nhà'?</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crowded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culture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building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exciting</w:t>
            </w:r>
          </w:p>
        </w:tc>
      </w:tr>
    </w:tbl>
    <w:p>
      <w:pPr>
        <w:spacing w:after="0"/>
        <w:ind w:left="0" w:firstLine="0"/>
      </w:pPr>
      <w:r>
        <w:rPr>
          <w:rFonts w:ascii="Times New Roman" w:hAnsi="Times New Roman" w:eastAsia="Times New Roman"/>
          <w:b w:val="0"/>
          <w:i w:val="0"/>
          <w:color w:val="000000"/>
          <w:sz w:val="21"/>
        </w:rPr>
        <w:t>4. Which word or phrase means 'thủ đô'?</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famous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landmark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local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capital</w:t>
            </w:r>
          </w:p>
        </w:tc>
      </w:tr>
    </w:tbl>
    <w:p>
      <w:pPr>
        <w:spacing w:after="0"/>
        <w:ind w:left="0" w:firstLine="0"/>
      </w:pPr>
      <w:r>
        <w:rPr>
          <w:rFonts w:ascii="Times New Roman" w:hAnsi="Times New Roman" w:eastAsia="Times New Roman"/>
          <w:b w:val="0"/>
          <w:i w:val="0"/>
          <w:color w:val="000000"/>
          <w:sz w:val="21"/>
        </w:rPr>
        <w:t>5. Which word or phrase means 'thành phố'?</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modern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museum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palace</w:t>
            </w:r>
          </w:p>
        </w:tc>
      </w:tr>
    </w:tbl>
    <w:p>
      <w:pPr>
        <w:spacing w:after="0"/>
        <w:ind w:left="0" w:firstLine="0"/>
      </w:pPr>
      <w:r>
        <w:rPr>
          <w:rFonts w:ascii="Times New Roman" w:hAnsi="Times New Roman" w:eastAsia="Times New Roman"/>
          <w:b w:val="0"/>
          <w:i w:val="0"/>
          <w:color w:val="000000"/>
          <w:sz w:val="21"/>
        </w:rPr>
        <w:t>6. Which word or phrase means 'châu lục'?</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peaceful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continent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population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postcard</w:t>
            </w:r>
          </w:p>
        </w:tc>
      </w:tr>
    </w:tbl>
    <w:p>
      <w:pPr>
        <w:spacing w:after="0"/>
        <w:ind w:left="0" w:firstLine="0"/>
      </w:pPr>
      <w:r>
        <w:rPr>
          <w:rFonts w:ascii="Times New Roman" w:hAnsi="Times New Roman" w:eastAsia="Times New Roman"/>
          <w:b w:val="0"/>
          <w:i w:val="0"/>
          <w:color w:val="000000"/>
          <w:sz w:val="21"/>
        </w:rPr>
        <w:t>7. Which word or phrase means 'đất nước'?</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river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square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country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temple</w:t>
            </w:r>
          </w:p>
        </w:tc>
      </w:tr>
    </w:tbl>
    <w:p>
      <w:pPr>
        <w:spacing w:after="0"/>
        <w:ind w:left="0" w:firstLine="0"/>
      </w:pPr>
      <w:r>
        <w:rPr>
          <w:rFonts w:ascii="Times New Roman" w:hAnsi="Times New Roman" w:eastAsia="Times New Roman"/>
          <w:b w:val="0"/>
          <w:i w:val="0"/>
          <w:color w:val="000000"/>
          <w:sz w:val="21"/>
        </w:rPr>
        <w:t>8. The Eiffel Tower is a famous _____ in Paris.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tourist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weather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landmark</w:t>
            </w:r>
          </w:p>
        </w:tc>
      </w:tr>
    </w:tbl>
    <w:p>
      <w:pPr>
        <w:spacing w:after="0"/>
        <w:ind w:left="0" w:firstLine="0"/>
      </w:pPr>
      <w:r>
        <w:rPr>
          <w:rFonts w:ascii="Times New Roman" w:hAnsi="Times New Roman" w:eastAsia="Times New Roman"/>
          <w:b w:val="0"/>
          <w:i w:val="0"/>
          <w:color w:val="000000"/>
          <w:sz w:val="21"/>
        </w:rPr>
        <w:t>9. Hanoi is the _____ of Viet Nam.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capital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ancient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building</w:t>
            </w:r>
          </w:p>
        </w:tc>
      </w:tr>
    </w:tbl>
    <w:p>
      <w:pPr>
        <w:spacing w:after="0"/>
        <w:ind w:left="0" w:firstLine="0"/>
      </w:pPr>
      <w:r>
        <w:rPr>
          <w:rFonts w:ascii="Times New Roman" w:hAnsi="Times New Roman" w:eastAsia="Times New Roman"/>
          <w:b w:val="0"/>
          <w:i w:val="0"/>
          <w:color w:val="000000"/>
          <w:sz w:val="21"/>
        </w:rPr>
        <w:t>10. The city centre is very _____ at the weekend.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capital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crowded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continent</w:t>
            </w:r>
          </w:p>
        </w:tc>
      </w:tr>
    </w:tbl>
    <w:p>
      <w:pPr>
        <w:spacing w:after="0"/>
        <w:ind w:left="0" w:firstLine="0"/>
      </w:pPr>
      <w:r>
        <w:rPr>
          <w:rFonts w:ascii="Times New Roman" w:hAnsi="Times New Roman" w:eastAsia="Times New Roman"/>
          <w:b w:val="0"/>
          <w:i w:val="0"/>
          <w:color w:val="000000"/>
          <w:sz w:val="21"/>
        </w:rPr>
        <w:t>11. We learned about ancient objects in the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country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crowded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museum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culture</w:t>
            </w:r>
          </w:p>
        </w:tc>
      </w:tr>
    </w:tbl>
    <w:p>
      <w:pPr>
        <w:spacing w:after="0"/>
        <w:ind w:left="0" w:firstLine="0"/>
      </w:pPr>
      <w:r>
        <w:rPr>
          <w:rFonts w:ascii="Times New Roman" w:hAnsi="Times New Roman" w:eastAsia="Times New Roman"/>
          <w:b w:val="0"/>
          <w:i w:val="0"/>
          <w:color w:val="000000"/>
          <w:sz w:val="21"/>
        </w:rPr>
        <w:t>12. The king and queen once lived in this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exciting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famous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landmark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palace</w:t>
            </w:r>
          </w:p>
        </w:tc>
      </w:tr>
    </w:tbl>
    <w:p>
      <w:pPr>
        <w:spacing w:after="0"/>
        <w:ind w:left="0" w:firstLine="0"/>
      </w:pPr>
      <w:r>
        <w:rPr>
          <w:rFonts w:ascii="Times New Roman" w:hAnsi="Times New Roman" w:eastAsia="Times New Roman"/>
          <w:b w:val="0"/>
          <w:i w:val="0"/>
          <w:color w:val="000000"/>
          <w:sz w:val="21"/>
        </w:rPr>
        <w:t>13. I sent my grandparents a _____ from Sydney.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postcard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local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modern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museum</w:t>
            </w:r>
          </w:p>
        </w:tc>
      </w:tr>
    </w:tbl>
    <w:p>
      <w:pPr>
        <w:spacing w:after="0"/>
        <w:ind w:left="0" w:firstLine="0"/>
      </w:pPr>
      <w:r>
        <w:rPr>
          <w:rFonts w:ascii="Times New Roman" w:hAnsi="Times New Roman" w:eastAsia="Times New Roman"/>
          <w:b w:val="0"/>
          <w:i w:val="0"/>
          <w:color w:val="000000"/>
          <w:sz w:val="21"/>
        </w:rPr>
        <w:t>14. The old town is quiet and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peaceful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population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postcard</w:t>
            </w:r>
          </w:p>
        </w:tc>
      </w:tr>
    </w:tbl>
    <w:p>
      <w:pPr>
        <w:spacing w:after="0"/>
        <w:ind w:left="0" w:firstLine="0"/>
      </w:pPr>
      <w:r>
        <w:rPr>
          <w:rFonts w:ascii="Times New Roman" w:hAnsi="Times New Roman" w:eastAsia="Times New Roman"/>
          <w:b w:val="0"/>
          <w:i w:val="0"/>
          <w:color w:val="000000"/>
          <w:sz w:val="21"/>
        </w:rPr>
        <w:t>15. Many _____ visit the temple every year.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postcard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river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tourist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square</w:t>
            </w:r>
          </w:p>
        </w:tc>
      </w:tr>
    </w:tbl>
    <w:p>
      <w:pPr>
        <w:spacing w:after="0"/>
        <w:ind w:left="0" w:firstLine="0"/>
      </w:pPr>
      <w:r>
        <w:rPr>
          <w:rFonts w:ascii="Times New Roman" w:hAnsi="Times New Roman" w:eastAsia="Times New Roman"/>
          <w:b w:val="0"/>
          <w:i w:val="0"/>
          <w:color w:val="000000"/>
          <w:sz w:val="21"/>
        </w:rPr>
        <w:t>16. This is _____ map of London.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w:t>
            </w:r>
          </w:p>
        </w:tc>
      </w:tr>
    </w:tbl>
    <w:p>
      <w:pPr>
        <w:spacing w:after="0"/>
        <w:ind w:left="0" w:firstLine="0"/>
      </w:pPr>
      <w:r>
        <w:rPr>
          <w:rFonts w:ascii="Times New Roman" w:hAnsi="Times New Roman" w:eastAsia="Times New Roman"/>
          <w:b w:val="0"/>
          <w:i w:val="0"/>
          <w:color w:val="000000"/>
          <w:sz w:val="21"/>
        </w:rPr>
        <w:t>17. That blue suitcase is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their</w:t>
            </w:r>
          </w:p>
        </w:tc>
      </w:tr>
    </w:tbl>
    <w:p>
      <w:pPr>
        <w:spacing w:after="0"/>
        <w:ind w:left="0" w:firstLine="0"/>
      </w:pPr>
      <w:r>
        <w:rPr>
          <w:rFonts w:ascii="Times New Roman" w:hAnsi="Times New Roman" w:eastAsia="Times New Roman"/>
          <w:b w:val="0"/>
          <w:i w:val="0"/>
          <w:color w:val="000000"/>
          <w:sz w:val="21"/>
        </w:rPr>
        <w:t>18. We love _____ city because it is peaceful.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w:t>
            </w:r>
          </w:p>
        </w:tc>
      </w:tr>
    </w:tbl>
    <w:p>
      <w:pPr>
        <w:spacing w:after="0"/>
        <w:ind w:left="0" w:firstLine="0"/>
      </w:pPr>
      <w:r>
        <w:rPr>
          <w:rFonts w:ascii="Times New Roman" w:hAnsi="Times New Roman" w:eastAsia="Times New Roman"/>
          <w:b w:val="0"/>
          <w:i w:val="0"/>
          <w:color w:val="000000"/>
          <w:sz w:val="21"/>
        </w:rPr>
        <w:t>19. The red postcards are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theirs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them</w:t>
            </w:r>
          </w:p>
        </w:tc>
      </w:tr>
    </w:tbl>
    <w:p>
      <w:pPr>
        <w:spacing w:after="0"/>
        <w:ind w:left="0" w:firstLine="0"/>
      </w:pPr>
      <w:r>
        <w:rPr>
          <w:rFonts w:ascii="Times New Roman" w:hAnsi="Times New Roman" w:eastAsia="Times New Roman"/>
          <w:b w:val="0"/>
          <w:i w:val="0"/>
          <w:color w:val="000000"/>
          <w:sz w:val="21"/>
        </w:rPr>
        <w:t>20. Is this camera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you</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our</w:t>
            </w:r>
          </w:p>
        </w:tc>
      </w:tr>
    </w:tbl>
    <w:p>
      <w:pPr>
        <w:spacing w:after="0"/>
        <w:ind w:left="0" w:firstLine="0"/>
      </w:pPr>
      <w:r>
        <w:rPr>
          <w:rFonts w:ascii="Times New Roman" w:hAnsi="Times New Roman" w:eastAsia="Times New Roman"/>
          <w:b w:val="0"/>
          <w:i w:val="0"/>
          <w:color w:val="000000"/>
          <w:sz w:val="21"/>
        </w:rPr>
        <w:t>21. Tom took many photos on _____ trip.</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him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hers</w:t>
            </w:r>
          </w:p>
        </w:tc>
      </w:tr>
    </w:tbl>
    <w:p>
      <w:pPr>
        <w:spacing w:after="0"/>
        <w:ind w:left="0" w:firstLine="0"/>
      </w:pPr>
      <w:r>
        <w:rPr>
          <w:rFonts w:ascii="Times New Roman" w:hAnsi="Times New Roman" w:eastAsia="Times New Roman"/>
          <w:b w:val="0"/>
          <w:i w:val="0"/>
          <w:color w:val="000000"/>
          <w:sz w:val="21"/>
        </w:rPr>
        <w:t>22. Mai has a new guidebook. _____ is very useful.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Its</w:t>
            </w:r>
          </w:p>
        </w:tc>
      </w:tr>
    </w:tbl>
    <w:p>
      <w:pPr>
        <w:spacing w:after="0"/>
        <w:ind w:left="0" w:firstLine="0"/>
      </w:pPr>
      <w:r>
        <w:rPr>
          <w:rFonts w:ascii="Times New Roman" w:hAnsi="Times New Roman" w:eastAsia="Times New Roman"/>
          <w:b w:val="0"/>
          <w:i w:val="0"/>
          <w:color w:val="000000"/>
          <w:sz w:val="21"/>
        </w:rPr>
        <w:t>23. Our hotel is modern, but _____ is ancient.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theirs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w:t>
            </w:r>
          </w:p>
        </w:tc>
      </w:tr>
    </w:tbl>
    <w:p>
      <w:pPr>
        <w:spacing w:after="0"/>
        <w:ind w:left="0" w:firstLine="0"/>
      </w:pPr>
      <w:r>
        <w:rPr>
          <w:rFonts w:ascii="Times New Roman" w:hAnsi="Times New Roman" w:eastAsia="Times New Roman"/>
          <w:b w:val="0"/>
          <w:i w:val="0"/>
          <w:color w:val="000000"/>
          <w:sz w:val="21"/>
        </w:rPr>
        <w:t>24. The city is famous for _____ old temples.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his</w:t>
            </w:r>
          </w:p>
        </w:tc>
      </w:tr>
    </w:tbl>
    <w:p>
      <w:pPr>
        <w:spacing w:after="0"/>
        <w:ind w:left="0" w:firstLine="0"/>
      </w:pPr>
      <w:r>
        <w:rPr>
          <w:rFonts w:ascii="Times New Roman" w:hAnsi="Times New Roman" w:eastAsia="Times New Roman"/>
          <w:b w:val="0"/>
          <w:i w:val="0"/>
          <w:color w:val="000000"/>
          <w:sz w:val="21"/>
        </w:rPr>
        <w:t>25. These tickets are not ours; they are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you</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their</w:t>
            </w:r>
          </w:p>
        </w:tc>
      </w:tr>
    </w:tbl>
    <w:p>
      <w:pPr>
        <w:spacing w:after="0"/>
        <w:ind w:left="0" w:firstLine="0"/>
      </w:pPr>
      <w:r>
        <w:rPr>
          <w:rFonts w:ascii="Times New Roman" w:hAnsi="Times New Roman" w:eastAsia="Times New Roman"/>
          <w:b w:val="0"/>
          <w:i w:val="0"/>
          <w:color w:val="000000"/>
          <w:sz w:val="21"/>
        </w:rPr>
        <w:t>26. My room is on the first floor. _____ is on the third.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She's</w:t>
            </w:r>
          </w:p>
        </w:tc>
      </w:tr>
    </w:tbl>
    <w:p>
      <w:pPr>
        <w:spacing w:after="0"/>
        <w:ind w:left="0" w:firstLine="0"/>
      </w:pPr>
      <w:r>
        <w:rPr>
          <w:rFonts w:ascii="Times New Roman" w:hAnsi="Times New Roman" w:eastAsia="Times New Roman"/>
          <w:b w:val="0"/>
          <w:i w:val="0"/>
          <w:color w:val="000000"/>
          <w:sz w:val="21"/>
        </w:rPr>
        <w:t>27. The tourists checked _____ maps before leaving.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theirs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they</w:t>
            </w:r>
          </w:p>
        </w:tc>
      </w:tr>
    </w:tbl>
    <w:p>
      <w:pPr>
        <w:spacing w:after="0"/>
        <w:ind w:left="0" w:firstLine="0"/>
      </w:pPr>
      <w:r>
        <w:rPr>
          <w:rFonts w:ascii="Times New Roman" w:hAnsi="Times New Roman" w:eastAsia="Times New Roman"/>
          <w:b w:val="0"/>
          <w:i w:val="0"/>
          <w:color w:val="000000"/>
          <w:sz w:val="21"/>
        </w:rPr>
        <w:t>28. This umbrella belongs to Minh. It is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him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her</w:t>
            </w:r>
          </w:p>
        </w:tc>
      </w:tr>
    </w:tbl>
    <w:p>
      <w:pPr>
        <w:spacing w:after="0"/>
        <w:ind w:left="0" w:firstLine="0"/>
      </w:pPr>
      <w:r>
        <w:rPr>
          <w:rFonts w:ascii="Times New Roman" w:hAnsi="Times New Roman" w:eastAsia="Times New Roman"/>
          <w:b w:val="0"/>
          <w:i w:val="0"/>
          <w:color w:val="000000"/>
          <w:sz w:val="21"/>
        </w:rPr>
        <w:t>29. Lan and I shared _____ photos with the class.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w:t>
            </w:r>
          </w:p>
        </w:tc>
      </w:tr>
    </w:tbl>
    <w:p>
      <w:pPr>
        <w:spacing w:after="0"/>
        <w:ind w:left="0" w:firstLine="0"/>
      </w:pPr>
      <w:r>
        <w:rPr>
          <w:rFonts w:ascii="Times New Roman" w:hAnsi="Times New Roman" w:eastAsia="Times New Roman"/>
          <w:b w:val="0"/>
          <w:i w:val="0"/>
          <w:color w:val="000000"/>
          <w:sz w:val="21"/>
        </w:rPr>
        <w:t>30. Their city is bigger than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us</w:t>
            </w:r>
          </w:p>
        </w:tc>
      </w:tr>
    </w:tbl>
    <w:p>
      <w:pPr>
        <w:keepNext/>
        <w:keepLines/>
        <w:spacing w:before="40" w:after="20"/>
      </w:pPr>
      <w:r>
        <w:rPr>
          <w:rFonts w:ascii="Times New Roman" w:hAnsi="Times New Roman" w:eastAsia="Times New Roman"/>
          <w:b/>
          <w:color w:val="1254B7"/>
          <w:sz w:val="22"/>
        </w:rPr>
        <w:t>Exercise 4: Choose the word(s) CLOSEST in meaning to the underlined word(s).</w:t>
      </w:r>
    </w:p>
    <w:p>
      <w:pPr>
        <w:spacing w:after="0"/>
        <w:ind w:left="0" w:firstLine="0"/>
      </w:pPr>
      <w:r>
        <w:rPr>
          <w:rFonts w:ascii="Times New Roman" w:hAnsi="Times New Roman" w:eastAsia="Times New Roman"/>
          <w:b w:val="0"/>
          <w:i w:val="0"/>
          <w:color w:val="000000"/>
          <w:sz w:val="21"/>
        </w:rPr>
        <w:t>1. Hoi An is an ancient town.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very old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very noisy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very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very new</w:t>
            </w:r>
          </w:p>
        </w:tc>
      </w:tr>
    </w:tbl>
    <w:p>
      <w:pPr>
        <w:spacing w:after="0"/>
        <w:ind w:left="0" w:firstLine="0"/>
      </w:pPr>
      <w:r>
        <w:rPr>
          <w:rFonts w:ascii="Times New Roman" w:hAnsi="Times New Roman" w:eastAsia="Times New Roman"/>
          <w:b w:val="0"/>
          <w:i w:val="0"/>
          <w:color w:val="000000"/>
          <w:sz w:val="21"/>
        </w:rPr>
        <w:t>2. The city is famous for its bridges.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well-known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peaceful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crowded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local</w:t>
            </w:r>
          </w:p>
        </w:tc>
      </w:tr>
    </w:tbl>
    <w:p>
      <w:pPr>
        <w:spacing w:after="0"/>
        <w:ind w:left="0" w:firstLine="0"/>
      </w:pPr>
      <w:r>
        <w:rPr>
          <w:rFonts w:ascii="Times New Roman" w:hAnsi="Times New Roman" w:eastAsia="Times New Roman"/>
          <w:b w:val="0"/>
          <w:i w:val="0"/>
          <w:color w:val="000000"/>
          <w:sz w:val="21"/>
        </w:rPr>
        <w:t>3. The square is crowded in the evening.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full of people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empty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modern</w:t>
            </w:r>
          </w:p>
        </w:tc>
      </w:tr>
    </w:tbl>
    <w:p>
      <w:pPr>
        <w:spacing w:after="0"/>
        <w:ind w:left="0" w:firstLine="0"/>
      </w:pPr>
      <w:r>
        <w:rPr>
          <w:rFonts w:ascii="Times New Roman" w:hAnsi="Times New Roman" w:eastAsia="Times New Roman"/>
          <w:b w:val="0"/>
          <w:i w:val="0"/>
          <w:color w:val="000000"/>
          <w:sz w:val="21"/>
        </w:rPr>
        <w:t>4. This landmark attracts many tourists.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visitors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drivers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students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workers</w:t>
            </w:r>
          </w:p>
        </w:tc>
      </w:tr>
    </w:tbl>
    <w:p>
      <w:pPr>
        <w:spacing w:after="0"/>
        <w:ind w:left="0" w:firstLine="0"/>
      </w:pPr>
      <w:r>
        <w:rPr>
          <w:rFonts w:ascii="Times New Roman" w:hAnsi="Times New Roman" w:eastAsia="Times New Roman"/>
          <w:b w:val="0"/>
          <w:i w:val="0"/>
          <w:color w:val="000000"/>
          <w:sz w:val="21"/>
        </w:rPr>
        <w:t>5. The old quarter is peaceful.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quiet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exciting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dangerous</w:t>
            </w:r>
          </w:p>
        </w:tc>
      </w:tr>
    </w:tbl>
    <w:p>
      <w:pPr>
        <w:keepNext/>
        <w:keepLines/>
        <w:spacing w:before="40" w:after="20"/>
      </w:pPr>
      <w:r>
        <w:rPr>
          <w:rFonts w:ascii="Times New Roman" w:hAnsi="Times New Roman" w:eastAsia="Times New Roman"/>
          <w:b/>
          <w:color w:val="1254B7"/>
          <w:sz w:val="22"/>
        </w:rPr>
        <w:t>Exercise 5: Choose the word(s) OPPOSITE in meaning to the underlined word(s).</w:t>
      </w:r>
    </w:p>
    <w:p>
      <w:pPr>
        <w:spacing w:after="0"/>
        <w:ind w:left="0" w:firstLine="0"/>
      </w:pPr>
      <w:r>
        <w:rPr>
          <w:rFonts w:ascii="Times New Roman" w:hAnsi="Times New Roman" w:eastAsia="Times New Roman"/>
          <w:b w:val="0"/>
          <w:i w:val="0"/>
          <w:color w:val="000000"/>
          <w:sz w:val="21"/>
        </w:rPr>
        <w:t>1. The building is modern.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new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ancient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famous</w:t>
            </w:r>
          </w:p>
        </w:tc>
      </w:tr>
    </w:tbl>
    <w:p>
      <w:pPr>
        <w:spacing w:after="0"/>
        <w:ind w:left="0" w:firstLine="0"/>
      </w:pPr>
      <w:r>
        <w:rPr>
          <w:rFonts w:ascii="Times New Roman" w:hAnsi="Times New Roman" w:eastAsia="Times New Roman"/>
          <w:b w:val="0"/>
          <w:i w:val="0"/>
          <w:color w:val="000000"/>
          <w:sz w:val="21"/>
        </w:rPr>
        <w:t>2. The market is crowded.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empty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local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colourful</w:t>
            </w:r>
          </w:p>
        </w:tc>
      </w:tr>
    </w:tbl>
    <w:p>
      <w:pPr>
        <w:spacing w:after="0"/>
        <w:ind w:left="0" w:firstLine="0"/>
      </w:pPr>
      <w:r>
        <w:rPr>
          <w:rFonts w:ascii="Times New Roman" w:hAnsi="Times New Roman" w:eastAsia="Times New Roman"/>
          <w:b w:val="0"/>
          <w:i w:val="0"/>
          <w:color w:val="000000"/>
          <w:sz w:val="21"/>
        </w:rPr>
        <w:t>3. We stayed in a noisy street.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peaceful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exciting</w:t>
            </w:r>
          </w:p>
        </w:tc>
      </w:tr>
    </w:tbl>
    <w:p>
      <w:pPr>
        <w:spacing w:after="0"/>
        <w:ind w:left="0" w:firstLine="0"/>
      </w:pPr>
      <w:r>
        <w:rPr>
          <w:rFonts w:ascii="Times New Roman" w:hAnsi="Times New Roman" w:eastAsia="Times New Roman"/>
          <w:b w:val="0"/>
          <w:i w:val="0"/>
          <w:color w:val="000000"/>
          <w:sz w:val="21"/>
        </w:rPr>
        <w:t>4. The museum is open today.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closed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free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famous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large</w:t>
            </w:r>
          </w:p>
        </w:tc>
      </w:tr>
    </w:tbl>
    <w:p>
      <w:pPr>
        <w:spacing w:after="0"/>
        <w:ind w:left="0" w:firstLine="0"/>
      </w:pPr>
      <w:r>
        <w:rPr>
          <w:rFonts w:ascii="Times New Roman" w:hAnsi="Times New Roman" w:eastAsia="Times New Roman"/>
          <w:b w:val="0"/>
          <w:i w:val="0"/>
          <w:color w:val="000000"/>
          <w:sz w:val="21"/>
        </w:rPr>
        <w:t>5. It is a beautiful city.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attractive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ugly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ancient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sunny</w:t>
            </w:r>
          </w:p>
        </w:tc>
      </w:tr>
    </w:tbl>
    <w:p>
      <w:pPr>
        <w:keepNext/>
        <w:keepLines/>
        <w:spacing w:before="40" w:after="20"/>
      </w:pPr>
      <w:r>
        <w:rPr>
          <w:rFonts w:ascii="Times New Roman" w:hAnsi="Times New Roman" w:eastAsia="Times New Roman"/>
          <w:b/>
          <w:color w:val="1254B7"/>
          <w:sz w:val="22"/>
        </w:rPr>
        <w:t>Exercise 6: Complete the sentences with a possessive adjective or possessive pronoun.</w:t>
      </w:r>
    </w:p>
    <w:p>
      <w:pPr>
        <w:spacing w:after="0"/>
      </w:pPr>
      <w:r>
        <w:rPr>
          <w:rFonts w:ascii="Times New Roman" w:hAnsi="Times New Roman" w:eastAsia="Times New Roman"/>
          <w:color w:val="000000"/>
          <w:sz w:val="20"/>
        </w:rPr>
        <w:t xml:space="preserve">1. I have a new camera. This camera is _____. </w:t>
      </w:r>
    </w:p>
    <w:p>
      <w:pPr>
        <w:spacing w:after="0"/>
      </w:pPr>
      <w:r>
        <w:rPr>
          <w:rFonts w:ascii="Times New Roman" w:hAnsi="Times New Roman" w:eastAsia="Times New Roman"/>
          <w:color w:val="000000"/>
          <w:sz w:val="20"/>
        </w:rPr>
        <w:t xml:space="preserve">2. She is visiting _____ aunt in Paris. </w:t>
      </w:r>
    </w:p>
    <w:p>
      <w:pPr>
        <w:spacing w:after="0"/>
      </w:pPr>
      <w:r>
        <w:rPr>
          <w:rFonts w:ascii="Times New Roman" w:hAnsi="Times New Roman" w:eastAsia="Times New Roman"/>
          <w:color w:val="000000"/>
          <w:sz w:val="20"/>
        </w:rPr>
        <w:t xml:space="preserve">3. We enjoyed _____ trip to Seoul. </w:t>
      </w:r>
    </w:p>
    <w:p>
      <w:pPr>
        <w:spacing w:after="0"/>
      </w:pPr>
      <w:r>
        <w:rPr>
          <w:rFonts w:ascii="Times New Roman" w:hAnsi="Times New Roman" w:eastAsia="Times New Roman"/>
          <w:color w:val="000000"/>
          <w:sz w:val="20"/>
        </w:rPr>
        <w:t xml:space="preserve">4. They showed us _____ photographs. </w:t>
      </w:r>
    </w:p>
    <w:p>
      <w:pPr>
        <w:spacing w:after="0"/>
      </w:pPr>
      <w:r>
        <w:rPr>
          <w:rFonts w:ascii="Times New Roman" w:hAnsi="Times New Roman" w:eastAsia="Times New Roman"/>
          <w:color w:val="000000"/>
          <w:sz w:val="20"/>
        </w:rPr>
        <w:t xml:space="preserve">5. Is this map _____, Nam? </w:t>
      </w:r>
    </w:p>
    <w:p>
      <w:pPr>
        <w:spacing w:after="0"/>
      </w:pPr>
      <w:r>
        <w:rPr>
          <w:rFonts w:ascii="Times New Roman" w:hAnsi="Times New Roman" w:eastAsia="Times New Roman"/>
          <w:color w:val="000000"/>
          <w:sz w:val="20"/>
        </w:rPr>
        <w:t xml:space="preserve">6. The hotel has _____ own swimming pool. </w:t>
      </w:r>
    </w:p>
    <w:p>
      <w:pPr>
        <w:spacing w:after="0"/>
      </w:pPr>
      <w:r>
        <w:rPr>
          <w:rFonts w:ascii="Times New Roman" w:hAnsi="Times New Roman" w:eastAsia="Times New Roman"/>
          <w:color w:val="000000"/>
          <w:sz w:val="20"/>
        </w:rPr>
        <w:t xml:space="preserve">7. My passport is here. Where is _____? </w:t>
      </w:r>
    </w:p>
    <w:p>
      <w:pPr>
        <w:spacing w:after="0"/>
      </w:pPr>
      <w:r>
        <w:rPr>
          <w:rFonts w:ascii="Times New Roman" w:hAnsi="Times New Roman" w:eastAsia="Times New Roman"/>
          <w:color w:val="000000"/>
          <w:sz w:val="20"/>
        </w:rPr>
        <w:t xml:space="preserve">8. Those bicycles belong to us. They are _____. </w:t>
      </w:r>
    </w:p>
    <w:p>
      <w:pPr>
        <w:spacing w:after="0"/>
      </w:pPr>
      <w:r>
        <w:rPr>
          <w:rFonts w:ascii="Times New Roman" w:hAnsi="Times New Roman" w:eastAsia="Times New Roman"/>
          <w:color w:val="000000"/>
          <w:sz w:val="20"/>
        </w:rPr>
        <w:t xml:space="preserve">9. Peter bought _____ ticket online. </w:t>
      </w:r>
    </w:p>
    <w:p>
      <w:pPr>
        <w:spacing w:after="0"/>
      </w:pPr>
      <w:r>
        <w:rPr>
          <w:rFonts w:ascii="Times New Roman" w:hAnsi="Times New Roman" w:eastAsia="Times New Roman"/>
          <w:color w:val="000000"/>
          <w:sz w:val="20"/>
        </w:rPr>
        <w:t xml:space="preserve">10. Lan's room is small, but _____ has a great view. </w:t>
      </w:r>
    </w:p>
    <w:p>
      <w:pPr>
        <w:spacing w:after="0"/>
      </w:pPr>
      <w:r>
        <w:rPr>
          <w:rFonts w:ascii="Times New Roman" w:hAnsi="Times New Roman" w:eastAsia="Times New Roman"/>
          <w:color w:val="000000"/>
          <w:sz w:val="20"/>
        </w:rPr>
        <w:t xml:space="preserve">11. Their city is old; _____ is quite modern. </w:t>
      </w:r>
    </w:p>
    <w:p>
      <w:pPr>
        <w:spacing w:after="0"/>
      </w:pPr>
      <w:r>
        <w:rPr>
          <w:rFonts w:ascii="Times New Roman" w:hAnsi="Times New Roman" w:eastAsia="Times New Roman"/>
          <w:color w:val="000000"/>
          <w:sz w:val="20"/>
        </w:rPr>
        <w:t xml:space="preserve">12. I like your postcard. Do you like _____? </w:t>
      </w:r>
    </w:p>
    <w:p>
      <w:pPr>
        <w:spacing w:after="0"/>
      </w:pPr>
      <w:r>
        <w:rPr>
          <w:rFonts w:ascii="Times New Roman" w:hAnsi="Times New Roman" w:eastAsia="Times New Roman"/>
          <w:color w:val="000000"/>
          <w:sz w:val="20"/>
        </w:rPr>
        <w:t xml:space="preserve">13. The tourists left _____ bags on the bus. </w:t>
      </w:r>
    </w:p>
    <w:p>
      <w:pPr>
        <w:spacing w:after="0"/>
      </w:pPr>
      <w:r>
        <w:rPr>
          <w:rFonts w:ascii="Times New Roman" w:hAnsi="Times New Roman" w:eastAsia="Times New Roman"/>
          <w:color w:val="000000"/>
          <w:sz w:val="20"/>
        </w:rPr>
        <w:t xml:space="preserve">14. This is not our guidebook. _____ is blue. </w:t>
      </w:r>
    </w:p>
    <w:p>
      <w:pPr>
        <w:spacing w:after="0"/>
      </w:pPr>
      <w:r>
        <w:rPr>
          <w:rFonts w:ascii="Times New Roman" w:hAnsi="Times New Roman" w:eastAsia="Times New Roman"/>
          <w:color w:val="000000"/>
          <w:sz w:val="20"/>
        </w:rPr>
        <w:t xml:space="preserve">15. Tom and Ben took photos of _____ favourite landmarks. </w:t>
      </w:r>
    </w:p>
    <w:p>
      <w:pPr>
        <w:keepNext/>
        <w:keepLines/>
        <w:spacing w:before="40" w:after="20"/>
      </w:pPr>
      <w:r>
        <w:rPr>
          <w:rFonts w:ascii="Times New Roman" w:hAnsi="Times New Roman" w:eastAsia="Times New Roman"/>
          <w:b/>
          <w:color w:val="1254B7"/>
          <w:sz w:val="22"/>
        </w:rPr>
        <w:t>Exercise 7: Rewrite each sentence using a possessive pronoun.</w:t>
      </w:r>
    </w:p>
    <w:p>
      <w:pPr>
        <w:spacing w:after="0"/>
      </w:pPr>
      <w:r>
        <w:rPr>
          <w:rFonts w:ascii="Times New Roman" w:hAnsi="Times New Roman" w:eastAsia="Times New Roman"/>
          <w:color w:val="000000"/>
          <w:sz w:val="20"/>
        </w:rPr>
        <w:t>1. This is my city map.</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That is her suitcase.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These are our postcards.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Those are their tickets.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Is this your camera?</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The blue backpack is his backpack.</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Our hotel is larger than their hotel.</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Her room has a better view than my room.</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8: Complete each sentence with the correct form of the word in brackets.</w:t>
      </w:r>
    </w:p>
    <w:p>
      <w:pPr>
        <w:spacing w:after="0"/>
      </w:pPr>
      <w:r>
        <w:rPr>
          <w:rFonts w:ascii="Times New Roman" w:hAnsi="Times New Roman" w:eastAsia="Times New Roman"/>
          <w:color w:val="000000"/>
          <w:sz w:val="20"/>
        </w:rPr>
        <w:t xml:space="preserve">1. Paris is _____ for the Eiffel Tower. (FAME) </w:t>
      </w:r>
    </w:p>
    <w:p>
      <w:pPr>
        <w:spacing w:after="0"/>
      </w:pPr>
      <w:r>
        <w:rPr>
          <w:rFonts w:ascii="Times New Roman" w:hAnsi="Times New Roman" w:eastAsia="Times New Roman"/>
          <w:color w:val="000000"/>
          <w:sz w:val="20"/>
        </w:rPr>
        <w:t xml:space="preserve">2. The museum has many _____ objects. (HISTORY) </w:t>
      </w:r>
    </w:p>
    <w:p>
      <w:pPr>
        <w:spacing w:after="0"/>
      </w:pPr>
      <w:r>
        <w:rPr>
          <w:rFonts w:ascii="Times New Roman" w:hAnsi="Times New Roman" w:eastAsia="Times New Roman"/>
          <w:color w:val="000000"/>
          <w:sz w:val="20"/>
        </w:rPr>
        <w:t xml:space="preserve">3. We attended a _____ festival. (CULTURE) </w:t>
      </w:r>
    </w:p>
    <w:p>
      <w:pPr>
        <w:spacing w:after="0"/>
      </w:pPr>
      <w:r>
        <w:rPr>
          <w:rFonts w:ascii="Times New Roman" w:hAnsi="Times New Roman" w:eastAsia="Times New Roman"/>
          <w:color w:val="000000"/>
          <w:sz w:val="20"/>
        </w:rPr>
        <w:t xml:space="preserve">4. The river looks _____ at sunset. (BEAUTY) </w:t>
      </w:r>
    </w:p>
    <w:p>
      <w:pPr>
        <w:spacing w:after="0"/>
      </w:pPr>
      <w:r>
        <w:rPr>
          <w:rFonts w:ascii="Times New Roman" w:hAnsi="Times New Roman" w:eastAsia="Times New Roman"/>
          <w:color w:val="000000"/>
          <w:sz w:val="20"/>
        </w:rPr>
        <w:t xml:space="preserve">5. The old palace is the city's main tourist _____. (ATTRACT) </w:t>
      </w:r>
    </w:p>
    <w:p>
      <w:pPr>
        <w:spacing w:after="0"/>
      </w:pPr>
      <w:r>
        <w:rPr>
          <w:rFonts w:ascii="Times New Roman" w:hAnsi="Times New Roman" w:eastAsia="Times New Roman"/>
          <w:color w:val="000000"/>
          <w:sz w:val="20"/>
        </w:rPr>
        <w:t xml:space="preserve">6. Thousands of _____ visit Rome every year. (TOUR) </w:t>
      </w:r>
    </w:p>
    <w:p>
      <w:pPr>
        <w:spacing w:after="0"/>
      </w:pPr>
      <w:r>
        <w:rPr>
          <w:rFonts w:ascii="Times New Roman" w:hAnsi="Times New Roman" w:eastAsia="Times New Roman"/>
          <w:color w:val="000000"/>
          <w:sz w:val="20"/>
        </w:rPr>
        <w:t xml:space="preserve">7. The streets were very _____. (CROWD) </w:t>
      </w:r>
    </w:p>
    <w:p>
      <w:pPr>
        <w:spacing w:after="0"/>
      </w:pPr>
      <w:r>
        <w:rPr>
          <w:rFonts w:ascii="Times New Roman" w:hAnsi="Times New Roman" w:eastAsia="Times New Roman"/>
          <w:color w:val="000000"/>
          <w:sz w:val="20"/>
        </w:rPr>
        <w:t xml:space="preserve">8. The guide spoke _____. (CLEAR) </w:t>
      </w:r>
    </w:p>
    <w:p>
      <w:pPr>
        <w:spacing w:after="0"/>
      </w:pPr>
      <w:r>
        <w:rPr>
          <w:rFonts w:ascii="Times New Roman" w:hAnsi="Times New Roman" w:eastAsia="Times New Roman"/>
          <w:color w:val="000000"/>
          <w:sz w:val="20"/>
        </w:rPr>
        <w:t xml:space="preserve">9. We had an _____ day in Singapore. (EXCITE) </w:t>
      </w:r>
    </w:p>
    <w:p>
      <w:pPr>
        <w:spacing w:after="0"/>
      </w:pPr>
      <w:r>
        <w:rPr>
          <w:rFonts w:ascii="Times New Roman" w:hAnsi="Times New Roman" w:eastAsia="Times New Roman"/>
          <w:color w:val="000000"/>
          <w:sz w:val="20"/>
        </w:rPr>
        <w:t xml:space="preserve">10. The old town is _____ quiet at night. (SURPRISE) </w:t>
      </w:r>
    </w:p>
    <w:p>
      <w:pPr>
        <w:keepNext/>
        <w:keepLines/>
        <w:spacing w:before="80" w:after="40"/>
      </w:pPr>
      <w:r>
        <w:rPr>
          <w:rFonts w:ascii="Times New Roman" w:hAnsi="Times New Roman" w:eastAsia="Times New Roman"/>
          <w:b/>
          <w:color w:val="1254B7"/>
          <w:sz w:val="26"/>
        </w:rPr>
        <w:t>❖  COMMUNICATION</w:t>
      </w:r>
    </w:p>
    <w:p>
      <w:pPr>
        <w:keepNext/>
        <w:keepLines/>
        <w:spacing w:before="40" w:after="20"/>
      </w:pPr>
      <w:r>
        <w:rPr>
          <w:rFonts w:ascii="Times New Roman" w:hAnsi="Times New Roman" w:eastAsia="Times New Roman"/>
          <w:b/>
          <w:color w:val="1254B7"/>
          <w:sz w:val="22"/>
        </w:rPr>
        <w:t>Exercise 9: Choose the option that best completes each exchange.</w:t>
      </w:r>
    </w:p>
    <w:p>
      <w:pPr>
        <w:spacing w:after="0"/>
        <w:ind w:left="0" w:firstLine="0"/>
      </w:pPr>
      <w:r>
        <w:rPr>
          <w:rFonts w:ascii="Times New Roman" w:hAnsi="Times New Roman" w:eastAsia="Times New Roman"/>
          <w:b w:val="0"/>
          <w:i w:val="0"/>
          <w:color w:val="000000"/>
          <w:sz w:val="21"/>
        </w:rPr>
        <w:t>1. 'Which city would you like to visit?'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Sydney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By plane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Last summer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 my family</w:t>
            </w:r>
          </w:p>
        </w:tc>
      </w:tr>
    </w:tbl>
    <w:p>
      <w:pPr>
        <w:spacing w:after="0"/>
        <w:ind w:left="0" w:firstLine="0"/>
      </w:pPr>
      <w:r>
        <w:rPr>
          <w:rFonts w:ascii="Times New Roman" w:hAnsi="Times New Roman" w:eastAsia="Times New Roman"/>
          <w:b w:val="0"/>
          <w:i w:val="0"/>
          <w:color w:val="000000"/>
          <w:sz w:val="21"/>
        </w:rPr>
        <w:t>2. 'Is this map yours?'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Yes, it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Yes, this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I don't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It's London</w:t>
            </w:r>
          </w:p>
        </w:tc>
      </w:tr>
    </w:tbl>
    <w:p>
      <w:pPr>
        <w:spacing w:after="0"/>
        <w:ind w:left="0" w:firstLine="0"/>
      </w:pPr>
      <w:r>
        <w:rPr>
          <w:rFonts w:ascii="Times New Roman" w:hAnsi="Times New Roman" w:eastAsia="Times New Roman"/>
          <w:b w:val="0"/>
          <w:i w:val="0"/>
          <w:color w:val="000000"/>
          <w:sz w:val="21"/>
        </w:rPr>
        <w:t>3. 'What is Paris famous for?'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Eiffel Tower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In France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Two days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By train</w:t>
            </w:r>
          </w:p>
        </w:tc>
      </w:tr>
    </w:tbl>
    <w:p>
      <w:pPr>
        <w:spacing w:after="0"/>
        <w:ind w:left="0" w:firstLine="0"/>
      </w:pPr>
      <w:r>
        <w:rPr>
          <w:rFonts w:ascii="Times New Roman" w:hAnsi="Times New Roman" w:eastAsia="Times New Roman"/>
          <w:b w:val="0"/>
          <w:i w:val="0"/>
          <w:color w:val="000000"/>
          <w:sz w:val="21"/>
        </w:rPr>
        <w:t>4. 'How was your trip to Hue?'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was wonderful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is mine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 the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Next week</w:t>
            </w:r>
          </w:p>
        </w:tc>
      </w:tr>
    </w:tbl>
    <w:p>
      <w:pPr>
        <w:spacing w:after="0"/>
        <w:ind w:left="0" w:firstLine="0"/>
      </w:pPr>
      <w:r>
        <w:rPr>
          <w:rFonts w:ascii="Times New Roman" w:hAnsi="Times New Roman" w:eastAsia="Times New Roman"/>
          <w:b w:val="0"/>
          <w:i w:val="0"/>
          <w:color w:val="000000"/>
          <w:sz w:val="21"/>
        </w:rPr>
        <w:t>5. 'Whose suitcase is this?'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is hers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is here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is heavy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is new</w:t>
            </w:r>
          </w:p>
        </w:tc>
      </w:tr>
    </w:tbl>
    <w:p>
      <w:pPr>
        <w:keepNext/>
        <w:keepLines/>
        <w:spacing w:before="40" w:after="20"/>
      </w:pPr>
      <w:r>
        <w:rPr>
          <w:rFonts w:ascii="Times New Roman" w:hAnsi="Times New Roman" w:eastAsia="Times New Roman"/>
          <w:b/>
          <w:color w:val="1254B7"/>
          <w:sz w:val="22"/>
        </w:rPr>
        <w:t>Exercise 10: Arrange the sentences to make a meaningful conversation.</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Where did you go last summer?</w:t>
      </w:r>
    </w:p>
    <w:p>
      <w:pPr>
        <w:ind w:left="255"/>
      </w:pPr>
      <w:r>
        <w:rPr>
          <w:rFonts w:ascii="Times New Roman" w:hAnsi="Times New Roman" w:eastAsia="Times New Roman"/>
          <w:color w:val="000000"/>
          <w:sz w:val="20"/>
        </w:rPr>
        <w:t>b. I went to Da Nang.</w:t>
      </w:r>
    </w:p>
    <w:p>
      <w:pPr>
        <w:ind w:left="255"/>
      </w:pPr>
      <w:r>
        <w:rPr>
          <w:rFonts w:ascii="Times New Roman" w:hAnsi="Times New Roman" w:eastAsia="Times New Roman"/>
          <w:color w:val="000000"/>
          <w:sz w:val="20"/>
        </w:rPr>
        <w:t>c. What did you like best?</w:t>
      </w:r>
    </w:p>
    <w:p>
      <w:pPr>
        <w:ind w:left="255"/>
      </w:pPr>
      <w:r>
        <w:rPr>
          <w:rFonts w:ascii="Times New Roman" w:hAnsi="Times New Roman" w:eastAsia="Times New Roman"/>
          <w:color w:val="000000"/>
          <w:sz w:val="20"/>
        </w:rPr>
        <w:t>d. The beaches and the food.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a-c-b-d</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Is this postcard yours?</w:t>
      </w:r>
    </w:p>
    <w:p>
      <w:pPr>
        <w:ind w:left="255"/>
      </w:pPr>
      <w:r>
        <w:rPr>
          <w:rFonts w:ascii="Times New Roman" w:hAnsi="Times New Roman" w:eastAsia="Times New Roman"/>
          <w:color w:val="000000"/>
          <w:sz w:val="20"/>
        </w:rPr>
        <w:t>b. No, mine has a red bridge.</w:t>
      </w:r>
    </w:p>
    <w:p>
      <w:pPr>
        <w:ind w:left="255"/>
      </w:pPr>
      <w:r>
        <w:rPr>
          <w:rFonts w:ascii="Times New Roman" w:hAnsi="Times New Roman" w:eastAsia="Times New Roman"/>
          <w:color w:val="000000"/>
          <w:sz w:val="20"/>
        </w:rPr>
        <w:t>c. Then it may be Lan's.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rPr>
          <w:rFonts w:ascii="Times New Roman" w:hAnsi="Times New Roman" w:eastAsia="Times New Roman"/>
          <w:b/>
          <w:color w:val="000000"/>
          <w:sz w:val="20"/>
        </w:rPr>
        <w:t>3.</w:t>
      </w:r>
    </w:p>
    <w:p>
      <w:pPr>
        <w:ind w:left="255"/>
      </w:pPr>
      <w:r>
        <w:rPr>
          <w:rFonts w:ascii="Times New Roman" w:hAnsi="Times New Roman" w:eastAsia="Times New Roman"/>
          <w:color w:val="000000"/>
          <w:sz w:val="20"/>
        </w:rPr>
        <w:t>a. Which city is the capital of Australia?</w:t>
      </w:r>
    </w:p>
    <w:p>
      <w:pPr>
        <w:ind w:left="255"/>
      </w:pPr>
      <w:r>
        <w:rPr>
          <w:rFonts w:ascii="Times New Roman" w:hAnsi="Times New Roman" w:eastAsia="Times New Roman"/>
          <w:color w:val="000000"/>
          <w:sz w:val="20"/>
        </w:rPr>
        <w:t>b. It is Canberra.</w:t>
      </w:r>
    </w:p>
    <w:p>
      <w:pPr>
        <w:ind w:left="255"/>
      </w:pPr>
      <w:r>
        <w:rPr>
          <w:rFonts w:ascii="Times New Roman" w:hAnsi="Times New Roman" w:eastAsia="Times New Roman"/>
          <w:color w:val="000000"/>
          <w:sz w:val="20"/>
        </w:rPr>
        <w:t>c. I thought it was Sydney!</w:t>
      </w:r>
    </w:p>
    <w:p>
      <w:pPr>
        <w:ind w:left="255"/>
      </w:pPr>
      <w:r>
        <w:rPr>
          <w:rFonts w:ascii="Times New Roman" w:hAnsi="Times New Roman" w:eastAsia="Times New Roman"/>
          <w:color w:val="000000"/>
          <w:sz w:val="20"/>
        </w:rPr>
        <w:t>d. Many people think so.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c-b-a-d</w:t>
            </w:r>
          </w:p>
        </w:tc>
      </w:tr>
    </w:tbl>
    <w:p>
      <w:r>
        <w:br w:type="page"/>
      </w:r>
    </w:p>
    <w:p>
      <w:pPr>
        <w:keepNext/>
        <w:keepLines/>
        <w:spacing w:before="80" w:after="40"/>
      </w:pPr>
      <w:r>
        <w:rPr>
          <w:rFonts w:ascii="Times New Roman" w:hAnsi="Times New Roman" w:eastAsia="Times New Roman"/>
          <w:b/>
          <w:color w:val="1254B7"/>
          <w:sz w:val="26"/>
        </w:rPr>
        <w:t>❖  READING</w:t>
      </w:r>
    </w:p>
    <w:p>
      <w:pPr>
        <w:keepNext/>
        <w:keepLines/>
        <w:spacing w:before="40" w:after="20"/>
      </w:pPr>
      <w:r>
        <w:rPr>
          <w:rFonts w:ascii="Times New Roman" w:hAnsi="Times New Roman" w:eastAsia="Times New Roman"/>
          <w:b/>
          <w:color w:val="1254B7"/>
          <w:sz w:val="22"/>
        </w:rPr>
        <w:t>Exercise 11: Look at each sign or notice. Choose the best answer.</w:t>
      </w:r>
    </w:p>
    <w:tbl>
      <w:tblPr>
        <w:tblW w:type="auto" w:w="0"/>
        <w:jc w:val="center"/>
        <w:tblLayout w:type="fixed"/>
        <w:tblLook w:firstColumn="1" w:firstRow="1" w:lastColumn="0" w:lastRow="0" w:noHBand="0" w:noVBand="1" w:val="04A0"/>
      </w:tblPr>
      <w:tblGrid>
        <w:gridCol w:w="3401"/>
        <w:gridCol w:w="6973"/>
      </w:tblGrid>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1" name="Picture 1"/>
                  <wp:cNvGraphicFramePr>
                    <a:graphicFrameLocks noChangeAspect="1"/>
                  </wp:cNvGraphicFramePr>
                  <a:graphic>
                    <a:graphicData uri="http://schemas.openxmlformats.org/drawingml/2006/picture">
                      <pic:pic>
                        <pic:nvPicPr>
                          <pic:cNvPr id="0" name="unit9_sign1.png"/>
                          <pic:cNvPicPr/>
                        </pic:nvPicPr>
                        <pic:blipFill>
                          <a:blip r:embed="rId11"/>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1. What can visitors get here?</w:t>
            </w:r>
          </w:p>
          <w:p>
            <w:r>
              <w:rPr>
                <w:rFonts w:ascii="Times New Roman" w:hAnsi="Times New Roman" w:eastAsia="Times New Roman"/>
                <w:b w:val="0"/>
                <w:i w:val="0"/>
                <w:color w:val="000000"/>
                <w:sz w:val="19"/>
              </w:rPr>
              <w:t>A. Travel information</w:t>
            </w:r>
          </w:p>
          <w:p>
            <w:r>
              <w:rPr>
                <w:rFonts w:ascii="Times New Roman" w:hAnsi="Times New Roman" w:eastAsia="Times New Roman"/>
                <w:b w:val="0"/>
                <w:i w:val="0"/>
                <w:color w:val="000000"/>
                <w:sz w:val="19"/>
              </w:rPr>
              <w:t>B. Sports equipment</w:t>
            </w:r>
          </w:p>
          <w:p>
            <w:r>
              <w:rPr>
                <w:rFonts w:ascii="Times New Roman" w:hAnsi="Times New Roman" w:eastAsia="Times New Roman"/>
                <w:b w:val="0"/>
                <w:i w:val="0"/>
                <w:color w:val="000000"/>
                <w:sz w:val="19"/>
              </w:rPr>
              <w:t>C. School books</w:t>
            </w:r>
          </w:p>
          <w:p>
            <w:r>
              <w:rPr>
                <w:rFonts w:ascii="Times New Roman" w:hAnsi="Times New Roman" w:eastAsia="Times New Roman"/>
                <w:b w:val="0"/>
                <w:i w:val="0"/>
                <w:color w:val="000000"/>
                <w:sz w:val="19"/>
              </w:rPr>
              <w:t>D. Medical treatment</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2" name="Picture 2"/>
                  <wp:cNvGraphicFramePr>
                    <a:graphicFrameLocks noChangeAspect="1"/>
                  </wp:cNvGraphicFramePr>
                  <a:graphic>
                    <a:graphicData uri="http://schemas.openxmlformats.org/drawingml/2006/picture">
                      <pic:pic>
                        <pic:nvPicPr>
                          <pic:cNvPr id="0" name="unit9_sign2.png"/>
                          <pic:cNvPicPr/>
                        </pic:nvPicPr>
                        <pic:blipFill>
                          <a:blip r:embed="rId12"/>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2. What must visitors not do?</w:t>
            </w:r>
          </w:p>
          <w:p>
            <w:r>
              <w:rPr>
                <w:rFonts w:ascii="Times New Roman" w:hAnsi="Times New Roman" w:eastAsia="Times New Roman"/>
                <w:b w:val="0"/>
                <w:i w:val="0"/>
                <w:color w:val="000000"/>
                <w:sz w:val="19"/>
              </w:rPr>
              <w:t>A. Talk</w:t>
            </w:r>
          </w:p>
          <w:p>
            <w:r>
              <w:rPr>
                <w:rFonts w:ascii="Times New Roman" w:hAnsi="Times New Roman" w:eastAsia="Times New Roman"/>
                <w:b w:val="0"/>
                <w:i w:val="0"/>
                <w:color w:val="000000"/>
                <w:sz w:val="19"/>
              </w:rPr>
              <w:t>B. Take photos</w:t>
            </w:r>
          </w:p>
          <w:p>
            <w:r>
              <w:rPr>
                <w:rFonts w:ascii="Times New Roman" w:hAnsi="Times New Roman" w:eastAsia="Times New Roman"/>
                <w:b w:val="0"/>
                <w:i w:val="0"/>
                <w:color w:val="000000"/>
                <w:sz w:val="19"/>
              </w:rPr>
              <w:t>C. Buy tickets</w:t>
            </w:r>
          </w:p>
          <w:p>
            <w:r>
              <w:rPr>
                <w:rFonts w:ascii="Times New Roman" w:hAnsi="Times New Roman" w:eastAsia="Times New Roman"/>
                <w:b w:val="0"/>
                <w:i w:val="0"/>
                <w:color w:val="000000"/>
                <w:sz w:val="19"/>
              </w:rPr>
              <w:t>D. Read maps</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3" name="Picture 3"/>
                  <wp:cNvGraphicFramePr>
                    <a:graphicFrameLocks noChangeAspect="1"/>
                  </wp:cNvGraphicFramePr>
                  <a:graphic>
                    <a:graphicData uri="http://schemas.openxmlformats.org/drawingml/2006/picture">
                      <pic:pic>
                        <pic:nvPicPr>
                          <pic:cNvPr id="0" name="unit9_sign3.png"/>
                          <pic:cNvPicPr/>
                        </pic:nvPicPr>
                        <pic:blipFill>
                          <a:blip r:embed="rId13"/>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3. What transport is available here?</w:t>
            </w:r>
          </w:p>
          <w:p>
            <w:r>
              <w:rPr>
                <w:rFonts w:ascii="Times New Roman" w:hAnsi="Times New Roman" w:eastAsia="Times New Roman"/>
                <w:b w:val="0"/>
                <w:i w:val="0"/>
                <w:color w:val="000000"/>
                <w:sz w:val="19"/>
              </w:rPr>
              <w:t>A. Underground train</w:t>
            </w:r>
          </w:p>
          <w:p>
            <w:r>
              <w:rPr>
                <w:rFonts w:ascii="Times New Roman" w:hAnsi="Times New Roman" w:eastAsia="Times New Roman"/>
                <w:b w:val="0"/>
                <w:i w:val="0"/>
                <w:color w:val="000000"/>
                <w:sz w:val="19"/>
              </w:rPr>
              <w:t>B. Boat</w:t>
            </w:r>
          </w:p>
          <w:p>
            <w:r>
              <w:rPr>
                <w:rFonts w:ascii="Times New Roman" w:hAnsi="Times New Roman" w:eastAsia="Times New Roman"/>
                <w:b w:val="0"/>
                <w:i w:val="0"/>
                <w:color w:val="000000"/>
                <w:sz w:val="19"/>
              </w:rPr>
              <w:t>C. Plane</w:t>
            </w:r>
          </w:p>
          <w:p>
            <w:r>
              <w:rPr>
                <w:rFonts w:ascii="Times New Roman" w:hAnsi="Times New Roman" w:eastAsia="Times New Roman"/>
                <w:b w:val="0"/>
                <w:i w:val="0"/>
                <w:color w:val="000000"/>
                <w:sz w:val="19"/>
              </w:rPr>
              <w:t>D. Bicycle</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4" name="Picture 4"/>
                  <wp:cNvGraphicFramePr>
                    <a:graphicFrameLocks noChangeAspect="1"/>
                  </wp:cNvGraphicFramePr>
                  <a:graphic>
                    <a:graphicData uri="http://schemas.openxmlformats.org/drawingml/2006/picture">
                      <pic:pic>
                        <pic:nvPicPr>
                          <pic:cNvPr id="0" name="unit9_sign4.png"/>
                          <pic:cNvPicPr/>
                        </pic:nvPicPr>
                        <pic:blipFill>
                          <a:blip r:embed="rId14"/>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4. Who is this area mainly for?</w:t>
            </w:r>
          </w:p>
          <w:p>
            <w:r>
              <w:rPr>
                <w:rFonts w:ascii="Times New Roman" w:hAnsi="Times New Roman" w:eastAsia="Times New Roman"/>
                <w:b w:val="0"/>
                <w:i w:val="0"/>
                <w:color w:val="000000"/>
                <w:sz w:val="19"/>
              </w:rPr>
              <w:t>A. Pilots</w:t>
            </w:r>
          </w:p>
          <w:p>
            <w:r>
              <w:rPr>
                <w:rFonts w:ascii="Times New Roman" w:hAnsi="Times New Roman" w:eastAsia="Times New Roman"/>
                <w:b w:val="0"/>
                <w:i w:val="0"/>
                <w:color w:val="000000"/>
                <w:sz w:val="19"/>
              </w:rPr>
              <w:t>B. People on foot</w:t>
            </w:r>
          </w:p>
          <w:p>
            <w:r>
              <w:rPr>
                <w:rFonts w:ascii="Times New Roman" w:hAnsi="Times New Roman" w:eastAsia="Times New Roman"/>
                <w:b w:val="0"/>
                <w:i w:val="0"/>
                <w:color w:val="000000"/>
                <w:sz w:val="19"/>
              </w:rPr>
              <w:t>C. Motorcyclists</w:t>
            </w:r>
          </w:p>
          <w:p>
            <w:r>
              <w:rPr>
                <w:rFonts w:ascii="Times New Roman" w:hAnsi="Times New Roman" w:eastAsia="Times New Roman"/>
                <w:b w:val="0"/>
                <w:i w:val="0"/>
                <w:color w:val="000000"/>
                <w:sz w:val="19"/>
              </w:rPr>
              <w:t>D. Train drivers</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5" name="Picture 5"/>
                  <wp:cNvGraphicFramePr>
                    <a:graphicFrameLocks noChangeAspect="1"/>
                  </wp:cNvGraphicFramePr>
                  <a:graphic>
                    <a:graphicData uri="http://schemas.openxmlformats.org/drawingml/2006/picture">
                      <pic:pic>
                        <pic:nvPicPr>
                          <pic:cNvPr id="0" name="unit9_sign5.png"/>
                          <pic:cNvPicPr/>
                        </pic:nvPicPr>
                        <pic:blipFill>
                          <a:blip r:embed="rId15"/>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5. When can you not visit the museum?</w:t>
            </w:r>
          </w:p>
          <w:p>
            <w:r>
              <w:rPr>
                <w:rFonts w:ascii="Times New Roman" w:hAnsi="Times New Roman" w:eastAsia="Times New Roman"/>
                <w:b w:val="0"/>
                <w:i w:val="0"/>
                <w:color w:val="000000"/>
                <w:sz w:val="19"/>
              </w:rPr>
              <w:t>A. Sunday</w:t>
            </w:r>
          </w:p>
          <w:p>
            <w:r>
              <w:rPr>
                <w:rFonts w:ascii="Times New Roman" w:hAnsi="Times New Roman" w:eastAsia="Times New Roman"/>
                <w:b w:val="0"/>
                <w:i w:val="0"/>
                <w:color w:val="000000"/>
                <w:sz w:val="19"/>
              </w:rPr>
              <w:t>B. Monday</w:t>
            </w:r>
          </w:p>
          <w:p>
            <w:r>
              <w:rPr>
                <w:rFonts w:ascii="Times New Roman" w:hAnsi="Times New Roman" w:eastAsia="Times New Roman"/>
                <w:b w:val="0"/>
                <w:i w:val="0"/>
                <w:color w:val="000000"/>
                <w:sz w:val="19"/>
              </w:rPr>
              <w:t>C. Tuesday</w:t>
            </w:r>
          </w:p>
          <w:p>
            <w:r>
              <w:rPr>
                <w:rFonts w:ascii="Times New Roman" w:hAnsi="Times New Roman" w:eastAsia="Times New Roman"/>
                <w:b w:val="0"/>
                <w:i w:val="0"/>
                <w:color w:val="000000"/>
                <w:sz w:val="19"/>
              </w:rPr>
              <w:t>D. Friday</w:t>
            </w:r>
          </w:p>
        </w:tc>
      </w:tr>
    </w:tbl>
    <w:p>
      <w:pPr>
        <w:keepNext/>
        <w:keepLines/>
        <w:spacing w:before="40" w:after="20"/>
      </w:pPr>
      <w:r>
        <w:rPr>
          <w:rFonts w:ascii="Times New Roman" w:hAnsi="Times New Roman" w:eastAsia="Times New Roman"/>
          <w:b/>
          <w:color w:val="1254B7"/>
          <w:sz w:val="22"/>
        </w:rPr>
        <w:t>Exercise 12: Read the advertisements / announcements and choose the best option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WEEKEND CITY WALK</w:t>
            </w:r>
          </w:p>
          <w:p>
            <w:pPr>
              <w:jc w:val="both"/>
            </w:pPr>
            <w:r>
              <w:rPr>
                <w:rFonts w:ascii="Times New Roman" w:hAnsi="Times New Roman" w:eastAsia="Times New Roman"/>
                <w:color w:val="000000"/>
                <w:sz w:val="20"/>
              </w:rPr>
              <w:t>Discover the old quarter with a local guide! The walk starts (1) _____ 8.30 a.m. outside the city museum. You will see ancient streets, a famous temple and the central square. Bring (2) _____ camera and comfortable shoes. The tour is free, (3) _____ you must book a place online. Children should come with (4) _____ parents.</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from</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you</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yours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yourself</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and</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their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theirs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them</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POSTCARD COMPETITION</w:t>
            </w:r>
          </w:p>
          <w:p>
            <w:pPr>
              <w:jc w:val="both"/>
            </w:pPr>
            <w:r>
              <w:rPr>
                <w:rFonts w:ascii="Times New Roman" w:hAnsi="Times New Roman" w:eastAsia="Times New Roman"/>
                <w:color w:val="000000"/>
                <w:sz w:val="20"/>
              </w:rPr>
              <w:t>Send us a postcard about your favourite city. Write about (1) _____ landmarks, weather and food. The best postcard will appear in (2) _____ school magazine. Your work must be your own; do not copy (3) _____. The final day for entries (4) _____ 30 April.</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their</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someone else's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someone else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someone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anyone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were</w:t>
            </w:r>
          </w:p>
        </w:tc>
      </w:tr>
    </w:tbl>
    <w:p>
      <w:pPr>
        <w:keepNext/>
        <w:keepLines/>
        <w:spacing w:before="40" w:after="20"/>
      </w:pPr>
      <w:r>
        <w:rPr>
          <w:rFonts w:ascii="Times New Roman" w:hAnsi="Times New Roman" w:eastAsia="Times New Roman"/>
          <w:b/>
          <w:color w:val="1254B7"/>
          <w:sz w:val="22"/>
        </w:rPr>
        <w:t>Exercise 13: Read each passage and choose the correct word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TRIP TO HOI AN</w:t>
            </w:r>
          </w:p>
          <w:p>
            <w:pPr>
              <w:jc w:val="both"/>
            </w:pPr>
            <w:r>
              <w:rPr>
                <w:rFonts w:ascii="Times New Roman" w:hAnsi="Times New Roman" w:eastAsia="Times New Roman"/>
                <w:color w:val="000000"/>
                <w:sz w:val="20"/>
              </w:rPr>
              <w:t>Last month, my family visited Hoi An. We stayed in a small hotel near the old town. Our room was comfortable, but (1) _____ was smaller than my grandparents' room. In the morning, we walked (2) _____ streets with yellow houses. We also visited an old bridge (3) _____ took many photographs. The local food was delicious, especially cao lau. I bought two lanterns; one is mine and the other is (4) _____. We all agreed that Hoi An was one of (5) _____ most peaceful places on our trip.</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through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between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under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from</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my sister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my sister's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hers sister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her</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no article</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SINGAPORE</w:t>
            </w:r>
          </w:p>
          <w:p>
            <w:pPr>
              <w:jc w:val="both"/>
            </w:pPr>
            <w:r>
              <w:rPr>
                <w:rFonts w:ascii="Times New Roman" w:hAnsi="Times New Roman" w:eastAsia="Times New Roman"/>
                <w:color w:val="000000"/>
                <w:sz w:val="20"/>
              </w:rPr>
              <w:t>Singapore is a modern city in Southeast Asia. It is famous (1) _____ clean streets and green spaces. Many visitors use the underground because (2) _____ is fast and convenient. The city has four official languages, and (3) _____ culture is a mix of different traditions. Marina Bay is popular with tourists; the night view there is (4) _____. Singapore is not a large country, (5) _____ it offers many exciting experiences.</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with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theirs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their</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beauty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beautifully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beautify</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because</w:t>
            </w:r>
          </w:p>
        </w:tc>
      </w:tr>
    </w:tbl>
    <w:p>
      <w:pPr>
        <w:keepNext/>
        <w:keepLines/>
        <w:spacing w:before="40" w:after="20"/>
      </w:pPr>
      <w:r>
        <w:rPr>
          <w:rFonts w:ascii="Times New Roman" w:hAnsi="Times New Roman" w:eastAsia="Times New Roman"/>
          <w:b/>
          <w:color w:val="1254B7"/>
          <w:sz w:val="22"/>
        </w:rPr>
        <w:t>Exercise 14: Read each passage and choose the correct answer to each question.</w:t>
      </w:r>
    </w:p>
    <w:p>
      <w:r>
        <w:rPr>
          <w:rFonts w:ascii="Times New Roman" w:hAnsi="Times New Roman" w:eastAsia="Times New Roman"/>
          <w:b/>
          <w:color w:val="000000"/>
          <w:sz w:val="21"/>
        </w:rPr>
        <w:t>1. A DAY IN SYDNEY</w:t>
      </w:r>
    </w:p>
    <w:p>
      <w:pPr>
        <w:spacing w:after="20"/>
        <w:jc w:val="both"/>
      </w:pPr>
      <w:r>
        <w:rPr>
          <w:rFonts w:ascii="Times New Roman" w:hAnsi="Times New Roman" w:eastAsia="Times New Roman"/>
          <w:color w:val="000000"/>
          <w:sz w:val="20"/>
        </w:rPr>
        <w:t>Emma and her cousin Jack spent one day exploring Sydney. They began at Circular Quay and took photos of the Opera House. The white building looked like sails beside the blue harbour. Next, they walked across part of the Harbour Bridge and enjoyed the city view. After lunch, they travelled by ferry to Manly Beach. Emma's hat blew into the water, but a boat worker helped her get it back. In the evening, the cousins watched the sunset from the shore. Their favourite part was the ferry trip because the harbour looked beautiful from the water.</w:t>
      </w:r>
    </w:p>
    <w:p>
      <w:pPr>
        <w:spacing w:after="0"/>
        <w:ind w:left="0" w:firstLine="0"/>
      </w:pPr>
      <w:r>
        <w:rPr>
          <w:rFonts w:ascii="Times New Roman" w:hAnsi="Times New Roman" w:eastAsia="Times New Roman"/>
          <w:b w:val="0"/>
          <w:i w:val="0"/>
          <w:color w:val="000000"/>
          <w:sz w:val="21"/>
        </w:rPr>
        <w:t>1. Where did Emma and Jack begin?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Manly Beach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Circular Quay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airport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museum</w:t>
            </w:r>
          </w:p>
        </w:tc>
      </w:tr>
    </w:tbl>
    <w:p>
      <w:pPr>
        <w:spacing w:after="0"/>
        <w:ind w:left="0" w:firstLine="0"/>
      </w:pPr>
      <w:r>
        <w:rPr>
          <w:rFonts w:ascii="Times New Roman" w:hAnsi="Times New Roman" w:eastAsia="Times New Roman"/>
          <w:b w:val="0"/>
          <w:i w:val="0"/>
          <w:color w:val="000000"/>
          <w:sz w:val="21"/>
        </w:rPr>
        <w:t>2. What does the Opera House look like?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mountain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White sails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tower</w:t>
            </w:r>
          </w:p>
        </w:tc>
      </w:tr>
    </w:tbl>
    <w:p>
      <w:pPr>
        <w:spacing w:after="0"/>
        <w:ind w:left="0" w:firstLine="0"/>
      </w:pPr>
      <w:r>
        <w:rPr>
          <w:rFonts w:ascii="Times New Roman" w:hAnsi="Times New Roman" w:eastAsia="Times New Roman"/>
          <w:b w:val="0"/>
          <w:i w:val="0"/>
          <w:color w:val="000000"/>
          <w:sz w:val="21"/>
        </w:rPr>
        <w:t>3. How did they travel to Manly Beach?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By bus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By train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By ferry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 foot</w:t>
            </w:r>
          </w:p>
        </w:tc>
      </w:tr>
    </w:tbl>
    <w:p>
      <w:pPr>
        <w:spacing w:after="0"/>
        <w:ind w:left="0" w:firstLine="0"/>
      </w:pPr>
      <w:r>
        <w:rPr>
          <w:rFonts w:ascii="Times New Roman" w:hAnsi="Times New Roman" w:eastAsia="Times New Roman"/>
          <w:b w:val="0"/>
          <w:i w:val="0"/>
          <w:color w:val="000000"/>
          <w:sz w:val="21"/>
        </w:rPr>
        <w:t>4. What happened to Emma's hat?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She lost it in a shop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blew into the water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Jack wore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broke</w:t>
            </w:r>
          </w:p>
        </w:tc>
      </w:tr>
    </w:tbl>
    <w:p>
      <w:pPr>
        <w:spacing w:after="0"/>
        <w:ind w:left="0" w:firstLine="0"/>
      </w:pPr>
      <w:r>
        <w:rPr>
          <w:rFonts w:ascii="Times New Roman" w:hAnsi="Times New Roman" w:eastAsia="Times New Roman"/>
          <w:b w:val="0"/>
          <w:i w:val="0"/>
          <w:color w:val="000000"/>
          <w:sz w:val="21"/>
        </w:rPr>
        <w:t>5. What did they like best?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ferry trip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Lunch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bridge walk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airport</w:t>
            </w:r>
          </w:p>
        </w:tc>
      </w:tr>
    </w:tbl>
    <w:p>
      <w:r>
        <w:rPr>
          <w:rFonts w:ascii="Times New Roman" w:hAnsi="Times New Roman" w:eastAsia="Times New Roman"/>
          <w:b/>
          <w:color w:val="000000"/>
          <w:sz w:val="21"/>
        </w:rPr>
        <w:t>2. THE TWO CAPITALS</w:t>
      </w:r>
    </w:p>
    <w:p>
      <w:pPr>
        <w:spacing w:after="20"/>
        <w:jc w:val="both"/>
      </w:pPr>
      <w:r>
        <w:rPr>
          <w:rFonts w:ascii="Times New Roman" w:hAnsi="Times New Roman" w:eastAsia="Times New Roman"/>
          <w:color w:val="000000"/>
          <w:sz w:val="20"/>
        </w:rPr>
        <w:t>Hanoi and Bangkok are capital cities in Southeast Asia, but they offer different experiences. Hanoi has cool winters, many lakes and an old quarter with narrow streets. Visitors often try pho and walk around Hoan Kiem Lake. Bangkok is warmer throughout the year and is famous for busy markets, golden temples and boats on the Chao Phraya River. Both cities have modern shopping centres as well as historic places. Public transport is improving in both, but traffic can still be crowded. Travellers should plan enough time and respect local customs.</w:t>
      </w:r>
    </w:p>
    <w:p>
      <w:pPr>
        <w:spacing w:after="0"/>
        <w:ind w:left="0" w:firstLine="0"/>
      </w:pPr>
      <w:r>
        <w:rPr>
          <w:rFonts w:ascii="Times New Roman" w:hAnsi="Times New Roman" w:eastAsia="Times New Roman"/>
          <w:b w:val="0"/>
          <w:i w:val="0"/>
          <w:color w:val="000000"/>
          <w:sz w:val="21"/>
        </w:rPr>
        <w:t>1. What is mentioned about Hanoi's winter?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is cool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is always hot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is rainy every 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has snow</w:t>
            </w:r>
          </w:p>
        </w:tc>
      </w:tr>
    </w:tbl>
    <w:p>
      <w:pPr>
        <w:spacing w:after="0"/>
        <w:ind w:left="0" w:firstLine="0"/>
      </w:pPr>
      <w:r>
        <w:rPr>
          <w:rFonts w:ascii="Times New Roman" w:hAnsi="Times New Roman" w:eastAsia="Times New Roman"/>
          <w:b w:val="0"/>
          <w:i w:val="0"/>
          <w:color w:val="000000"/>
          <w:sz w:val="21"/>
        </w:rPr>
        <w:t>2. What is Bangkok famous for?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cold lake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Golden temples and markets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large desert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Skiing</w:t>
            </w:r>
          </w:p>
        </w:tc>
      </w:tr>
    </w:tbl>
    <w:p>
      <w:pPr>
        <w:spacing w:after="0"/>
        <w:ind w:left="0" w:firstLine="0"/>
      </w:pPr>
      <w:r>
        <w:rPr>
          <w:rFonts w:ascii="Times New Roman" w:hAnsi="Times New Roman" w:eastAsia="Times New Roman"/>
          <w:b w:val="0"/>
          <w:i w:val="0"/>
          <w:color w:val="000000"/>
          <w:sz w:val="21"/>
        </w:rPr>
        <w:t>3. What do both cities have?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Only ancient houses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Modern and historic places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Empty roads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same weather</w:t>
            </w:r>
          </w:p>
        </w:tc>
      </w:tr>
    </w:tbl>
    <w:p>
      <w:pPr>
        <w:spacing w:after="0"/>
        <w:ind w:left="0" w:firstLine="0"/>
      </w:pPr>
      <w:r>
        <w:rPr>
          <w:rFonts w:ascii="Times New Roman" w:hAnsi="Times New Roman" w:eastAsia="Times New Roman"/>
          <w:b w:val="0"/>
          <w:i w:val="0"/>
          <w:color w:val="000000"/>
          <w:sz w:val="21"/>
        </w:rPr>
        <w:t>4. What problem may travellers meet?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No food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Crowded traffic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hotels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Closed rivers</w:t>
            </w:r>
          </w:p>
        </w:tc>
      </w:tr>
    </w:tbl>
    <w:p>
      <w:pPr>
        <w:spacing w:after="0"/>
        <w:ind w:left="0" w:firstLine="0"/>
      </w:pPr>
      <w:r>
        <w:rPr>
          <w:rFonts w:ascii="Times New Roman" w:hAnsi="Times New Roman" w:eastAsia="Times New Roman"/>
          <w:b w:val="0"/>
          <w:i w:val="0"/>
          <w:color w:val="000000"/>
          <w:sz w:val="21"/>
        </w:rPr>
        <w:t>5. What should travellers do?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Ignore customs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Plan time and respect customs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Avoid public transport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Visit only shopping centres</w:t>
            </w:r>
          </w:p>
        </w:tc>
      </w:tr>
    </w:tbl>
    <w:p>
      <w:pPr>
        <w:keepNext/>
        <w:keepLines/>
        <w:spacing w:before="40" w:after="20"/>
      </w:pPr>
      <w:r>
        <w:rPr>
          <w:rFonts w:ascii="Times New Roman" w:hAnsi="Times New Roman" w:eastAsia="Times New Roman"/>
          <w:b/>
          <w:color w:val="1254B7"/>
          <w:sz w:val="22"/>
        </w:rPr>
        <w:t>Exercise 15: Choose the sentence that best completes each text.</w:t>
      </w:r>
    </w:p>
    <w:p>
      <w:pPr>
        <w:jc w:val="both"/>
      </w:pPr>
      <w:r>
        <w:rPr>
          <w:rFonts w:ascii="Times New Roman" w:hAnsi="Times New Roman" w:eastAsia="Times New Roman"/>
          <w:color w:val="000000"/>
          <w:sz w:val="20"/>
        </w:rPr>
        <w:t>1. My class made a city guide. (1) _____. One group collected facts about landmarks. (2) _____. A third group drew a simple map. (3) _____. Finally, we joined all the pages together. (4) _____.</w:t>
      </w:r>
    </w:p>
    <w:p>
      <w:pPr>
        <w:ind w:left="255"/>
      </w:pPr>
      <w:r>
        <w:rPr>
          <w:rFonts w:ascii="Times New Roman" w:hAnsi="Times New Roman" w:eastAsia="Times New Roman"/>
          <w:b w:val="0"/>
          <w:i w:val="0"/>
          <w:color w:val="000000"/>
          <w:sz w:val="20"/>
        </w:rPr>
        <w:t>A. First, we chose our hometown as the topic.</w:t>
      </w:r>
    </w:p>
    <w:p>
      <w:pPr>
        <w:ind w:left="255"/>
      </w:pPr>
      <w:r>
        <w:rPr>
          <w:rFonts w:ascii="Times New Roman" w:hAnsi="Times New Roman" w:eastAsia="Times New Roman"/>
          <w:b w:val="0"/>
          <w:i w:val="0"/>
          <w:color w:val="000000"/>
          <w:sz w:val="20"/>
        </w:rPr>
        <w:t>B. Another group interviewed local people about food.</w:t>
      </w:r>
    </w:p>
    <w:p>
      <w:pPr>
        <w:ind w:left="255"/>
      </w:pPr>
      <w:r>
        <w:rPr>
          <w:rFonts w:ascii="Times New Roman" w:hAnsi="Times New Roman" w:eastAsia="Times New Roman"/>
          <w:b w:val="0"/>
          <w:i w:val="0"/>
          <w:color w:val="000000"/>
          <w:sz w:val="20"/>
        </w:rPr>
        <w:t>C. They marked the bus station and museum clearly.</w:t>
      </w:r>
    </w:p>
    <w:p>
      <w:pPr>
        <w:ind w:left="255"/>
      </w:pPr>
      <w:r>
        <w:rPr>
          <w:rFonts w:ascii="Times New Roman" w:hAnsi="Times New Roman" w:eastAsia="Times New Roman"/>
          <w:b w:val="0"/>
          <w:i w:val="0"/>
          <w:color w:val="000000"/>
          <w:sz w:val="20"/>
        </w:rPr>
        <w:t>D. Our guide is now in the school library.</w:t>
      </w:r>
    </w:p>
    <w:p>
      <w:pPr>
        <w:jc w:val="both"/>
      </w:pPr>
      <w:r>
        <w:rPr>
          <w:rFonts w:ascii="Times New Roman" w:hAnsi="Times New Roman" w:eastAsia="Times New Roman"/>
          <w:color w:val="000000"/>
          <w:sz w:val="20"/>
        </w:rPr>
        <w:t>2. Peter arrived in Tokyo early in the morning. (1) _____. The train was clean and exactly on time. (2) _____. After leaving his bag at the hotel, he visited a temple. (3) _____. In the evening, he tried noodles at a small restaurant. (4) _____.</w:t>
      </w:r>
    </w:p>
    <w:p>
      <w:pPr>
        <w:ind w:left="255"/>
      </w:pPr>
      <w:r>
        <w:rPr>
          <w:rFonts w:ascii="Times New Roman" w:hAnsi="Times New Roman" w:eastAsia="Times New Roman"/>
          <w:b w:val="0"/>
          <w:i w:val="0"/>
          <w:color w:val="000000"/>
          <w:sz w:val="20"/>
        </w:rPr>
        <w:t>A. He took a train from the airport to the city centre.</w:t>
      </w:r>
    </w:p>
    <w:p>
      <w:pPr>
        <w:ind w:left="255"/>
      </w:pPr>
      <w:r>
        <w:rPr>
          <w:rFonts w:ascii="Times New Roman" w:hAnsi="Times New Roman" w:eastAsia="Times New Roman"/>
          <w:b w:val="0"/>
          <w:i w:val="0"/>
          <w:color w:val="000000"/>
          <w:sz w:val="20"/>
        </w:rPr>
        <w:t>B. From the window, he saw many modern buildings.</w:t>
      </w:r>
    </w:p>
    <w:p>
      <w:pPr>
        <w:ind w:left="255"/>
      </w:pPr>
      <w:r>
        <w:rPr>
          <w:rFonts w:ascii="Times New Roman" w:hAnsi="Times New Roman" w:eastAsia="Times New Roman"/>
          <w:b w:val="0"/>
          <w:i w:val="0"/>
          <w:color w:val="000000"/>
          <w:sz w:val="20"/>
        </w:rPr>
        <w:t>C. It was peaceful despite the busy streets nearby.</w:t>
      </w:r>
    </w:p>
    <w:p>
      <w:pPr>
        <w:ind w:left="255"/>
      </w:pPr>
      <w:r>
        <w:rPr>
          <w:rFonts w:ascii="Times New Roman" w:hAnsi="Times New Roman" w:eastAsia="Times New Roman"/>
          <w:b w:val="0"/>
          <w:i w:val="0"/>
          <w:color w:val="000000"/>
          <w:sz w:val="20"/>
        </w:rPr>
        <w:t>D. The meal was inexpensive and delicious.</w:t>
      </w:r>
    </w:p>
    <w:p>
      <w:r>
        <w:br w:type="page"/>
      </w:r>
    </w:p>
    <w:p>
      <w:pPr>
        <w:keepNext/>
        <w:keepLines/>
        <w:spacing w:before="80" w:after="40"/>
      </w:pPr>
      <w:r>
        <w:rPr>
          <w:rFonts w:ascii="Times New Roman" w:hAnsi="Times New Roman" w:eastAsia="Times New Roman"/>
          <w:b/>
          <w:color w:val="1254B7"/>
          <w:sz w:val="26"/>
        </w:rPr>
        <w:t>❖  WRITING</w:t>
      </w:r>
    </w:p>
    <w:p>
      <w:pPr>
        <w:keepNext/>
        <w:keepLines/>
        <w:spacing w:before="40" w:after="20"/>
      </w:pPr>
      <w:r>
        <w:rPr>
          <w:rFonts w:ascii="Times New Roman" w:hAnsi="Times New Roman" w:eastAsia="Times New Roman"/>
          <w:b/>
          <w:color w:val="1254B7"/>
          <w:sz w:val="22"/>
        </w:rPr>
        <w:t>Exercise 16: Complete the sentences using the guided words and phrases.</w:t>
      </w:r>
    </w:p>
    <w:p>
      <w:pPr>
        <w:spacing w:after="0"/>
      </w:pPr>
      <w:r>
        <w:rPr>
          <w:rFonts w:ascii="Times New Roman" w:hAnsi="Times New Roman" w:eastAsia="Times New Roman"/>
          <w:color w:val="000000"/>
          <w:sz w:val="20"/>
        </w:rPr>
        <w:t>1. Hanoi / capital / Viet Nam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this camera / my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their hotel / modern / our hotel / ancient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city / famous / old temples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whose / postcards / these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17: Put the words and phrases in the correct order to make meaningful sentences.</w:t>
      </w:r>
    </w:p>
    <w:p>
      <w:pPr>
        <w:spacing w:after="0"/>
      </w:pPr>
      <w:r>
        <w:rPr>
          <w:rFonts w:ascii="Times New Roman" w:hAnsi="Times New Roman" w:eastAsia="Times New Roman"/>
          <w:color w:val="000000"/>
          <w:sz w:val="20"/>
        </w:rPr>
        <w:t>1. is / capital / France / Paris / the / of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postcard / this / mine / is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famous / city / landmarks / its / is / for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theirs / are / those / tickets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visit / which / you / city / did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our / than / bigger / hotel / is / theirs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crowded / market / the / very / was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museum / an / visited / ancient / we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weather / what / like / was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beautiful / river / at night / looks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18: Rewrite each sentence so that it is closest in meaning to the original one.</w:t>
      </w:r>
    </w:p>
    <w:p>
      <w:pPr>
        <w:spacing w:after="0"/>
      </w:pPr>
      <w:r>
        <w:rPr>
          <w:rFonts w:ascii="Times New Roman" w:hAnsi="Times New Roman" w:eastAsia="Times New Roman"/>
          <w:color w:val="000000"/>
          <w:sz w:val="20"/>
        </w:rPr>
        <w:t>1. This is my guidebook.</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Those are their bicycles.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Her hotel room is larger than my hotel room.</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Our city has a population of two million.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The old temple attracts many tourists.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I like the palace best.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The museum belongs to the city.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This suitcase belongs to him.</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No building here is older than the town hall.</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The streets are busy in the morning.</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19: Choose the correct arrangement of the sentences to make a meaningful paragraph / letter.</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My hometown is a small city by a river.</w:t>
      </w:r>
    </w:p>
    <w:p>
      <w:pPr>
        <w:ind w:left="255"/>
      </w:pPr>
      <w:r>
        <w:rPr>
          <w:rFonts w:ascii="Times New Roman" w:hAnsi="Times New Roman" w:eastAsia="Times New Roman"/>
          <w:color w:val="000000"/>
          <w:sz w:val="20"/>
        </w:rPr>
        <w:t>b. It has a modern centre and an ancient temple.</w:t>
      </w:r>
    </w:p>
    <w:p>
      <w:pPr>
        <w:ind w:left="255"/>
      </w:pPr>
      <w:r>
        <w:rPr>
          <w:rFonts w:ascii="Times New Roman" w:hAnsi="Times New Roman" w:eastAsia="Times New Roman"/>
          <w:color w:val="000000"/>
          <w:sz w:val="20"/>
        </w:rPr>
        <w:t>c. The streets are busy during the day.</w:t>
      </w:r>
    </w:p>
    <w:p>
      <w:pPr>
        <w:ind w:left="255"/>
      </w:pPr>
      <w:r>
        <w:rPr>
          <w:rFonts w:ascii="Times New Roman" w:hAnsi="Times New Roman" w:eastAsia="Times New Roman"/>
          <w:color w:val="000000"/>
          <w:sz w:val="20"/>
        </w:rPr>
        <w:t>d. However, the parks are peaceful in the evening.</w:t>
      </w:r>
    </w:p>
    <w:p>
      <w:pPr>
        <w:ind w:left="255"/>
      </w:pPr>
      <w:r>
        <w:rPr>
          <w:rFonts w:ascii="Times New Roman" w:hAnsi="Times New Roman" w:eastAsia="Times New Roman"/>
          <w:color w:val="000000"/>
          <w:sz w:val="20"/>
        </w:rPr>
        <w:t>e. I love my city because it offers both energy and quiet places.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a-c-b-e-d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d-a-b-c-e</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Dear An,</w:t>
      </w:r>
    </w:p>
    <w:p>
      <w:pPr>
        <w:ind w:left="255"/>
      </w:pPr>
      <w:r>
        <w:rPr>
          <w:rFonts w:ascii="Times New Roman" w:hAnsi="Times New Roman" w:eastAsia="Times New Roman"/>
          <w:color w:val="000000"/>
          <w:sz w:val="20"/>
        </w:rPr>
        <w:t>b. I am having a wonderful time in Hue.</w:t>
      </w:r>
    </w:p>
    <w:p>
      <w:pPr>
        <w:ind w:left="255"/>
      </w:pPr>
      <w:r>
        <w:rPr>
          <w:rFonts w:ascii="Times New Roman" w:hAnsi="Times New Roman" w:eastAsia="Times New Roman"/>
          <w:color w:val="000000"/>
          <w:sz w:val="20"/>
        </w:rPr>
        <w:t>c. Yesterday we visited the Imperial City and took many photos.</w:t>
      </w:r>
    </w:p>
    <w:p>
      <w:pPr>
        <w:ind w:left="255"/>
      </w:pPr>
      <w:r>
        <w:rPr>
          <w:rFonts w:ascii="Times New Roman" w:hAnsi="Times New Roman" w:eastAsia="Times New Roman"/>
          <w:color w:val="000000"/>
          <w:sz w:val="20"/>
        </w:rPr>
        <w:t>d. Tomorrow we will take a boat trip on the Perfume River.</w:t>
      </w:r>
    </w:p>
    <w:p>
      <w:pPr>
        <w:ind w:left="255"/>
      </w:pPr>
      <w:r>
        <w:rPr>
          <w:rFonts w:ascii="Times New Roman" w:hAnsi="Times New Roman" w:eastAsia="Times New Roman"/>
          <w:color w:val="000000"/>
          <w:sz w:val="20"/>
        </w:rPr>
        <w:t>e. Love, Mai</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a-b-d-c-e</w:t>
            </w:r>
          </w:p>
        </w:tc>
      </w:tr>
    </w:tbl>
    <w:p>
      <w:pPr>
        <w:keepNext/>
        <w:keepLines/>
        <w:spacing w:before="40" w:after="20"/>
      </w:pPr>
      <w:r>
        <w:rPr>
          <w:rFonts w:ascii="Times New Roman" w:hAnsi="Times New Roman" w:eastAsia="Times New Roman"/>
          <w:b/>
          <w:color w:val="1254B7"/>
          <w:sz w:val="22"/>
        </w:rPr>
        <w:t>Exercise 20: Choose the best sentence to complete each short text.</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VISITING AN OLD TOWN</w:t>
            </w:r>
          </w:p>
          <w:p>
            <w:pPr>
              <w:jc w:val="both"/>
            </w:pPr>
            <w:r>
              <w:rPr>
                <w:rFonts w:ascii="Times New Roman" w:hAnsi="Times New Roman" w:eastAsia="Times New Roman"/>
                <w:color w:val="000000"/>
                <w:sz w:val="20"/>
              </w:rPr>
              <w:t>Start early because the streets become crowded after ten. Wear comfortable shoes and carry water. (1) _____.</w:t>
            </w:r>
          </w:p>
        </w:tc>
      </w:tr>
    </w:tbl>
    <w:p>
      <w:pPr>
        <w:spacing w:after="0"/>
        <w:ind w:left="0" w:firstLine="0"/>
      </w:pPr>
      <w:r>
        <w:rPr>
          <w:rFonts w:ascii="Times New Roman" w:hAnsi="Times New Roman" w:eastAsia="Times New Roman"/>
          <w:b w:val="0"/>
          <w:i w:val="0"/>
          <w:color w:val="000000"/>
          <w:sz w:val="21"/>
        </w:rPr>
        <w:t>1. Which sentence best concludes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local map will also help you find the main landmarks.</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My shoes are under the bed.</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city has a football team.</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Television is popular.</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POSTCARD HOME</w:t>
            </w:r>
          </w:p>
          <w:p>
            <w:pPr>
              <w:jc w:val="both"/>
            </w:pPr>
            <w:r>
              <w:rPr>
                <w:rFonts w:ascii="Times New Roman" w:hAnsi="Times New Roman" w:eastAsia="Times New Roman"/>
                <w:color w:val="000000"/>
                <w:sz w:val="20"/>
              </w:rPr>
              <w:t>Dear Mum, Seoul is exciting and the underground is easy to use. We visited a palace today and tried local food. (1) _____. Love, Minh</w:t>
            </w:r>
          </w:p>
        </w:tc>
      </w:tr>
    </w:tbl>
    <w:p>
      <w:pPr>
        <w:spacing w:after="0"/>
        <w:ind w:left="0" w:firstLine="0"/>
      </w:pPr>
      <w:r>
        <w:rPr>
          <w:rFonts w:ascii="Times New Roman" w:hAnsi="Times New Roman" w:eastAsia="Times New Roman"/>
          <w:b w:val="0"/>
          <w:i w:val="0"/>
          <w:color w:val="000000"/>
          <w:sz w:val="21"/>
        </w:rPr>
        <w:t>1. Which sentence best completes the postcard?</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 will show you my photos when I get home.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classroom has thirty desks.</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Please turn off the TV.</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Robots can lift heavy things.</w:t>
            </w:r>
          </w:p>
        </w:tc>
      </w:tr>
    </w:tbl>
    <w:p>
      <w:r>
        <w:br w:type="page"/>
      </w:r>
    </w:p>
    <w:p>
      <w:pPr>
        <w:keepNext/>
        <w:keepLines/>
        <w:spacing w:before="80" w:after="40"/>
      </w:pPr>
      <w:r>
        <w:rPr>
          <w:rFonts w:ascii="Times New Roman" w:hAnsi="Times New Roman" w:eastAsia="Times New Roman"/>
          <w:b/>
          <w:color w:val="1254B7"/>
          <w:sz w:val="26"/>
        </w:rPr>
        <w:t>❖  LISTENING</w:t>
      </w:r>
    </w:p>
    <w:p>
      <w:pPr>
        <w:keepNext/>
        <w:keepLines/>
        <w:spacing w:before="40" w:after="20"/>
      </w:pPr>
      <w:r>
        <w:rPr>
          <w:rFonts w:ascii="Times New Roman" w:hAnsi="Times New Roman" w:eastAsia="Times New Roman"/>
          <w:b/>
          <w:color w:val="1254B7"/>
          <w:sz w:val="22"/>
        </w:rPr>
        <w:t>Exercise 21: Listen to the recording and choose the best answer A, B, C, or D.</w:t>
      </w:r>
    </w:p>
    <w:p>
      <w:pPr>
        <w:spacing w:after="0"/>
        <w:ind w:left="0" w:firstLine="0"/>
      </w:pPr>
      <w:r>
        <w:rPr>
          <w:rFonts w:ascii="Times New Roman" w:hAnsi="Times New Roman" w:eastAsia="Times New Roman"/>
          <w:b w:val="0"/>
          <w:i w:val="0"/>
          <w:color w:val="000000"/>
          <w:sz w:val="21"/>
        </w:rPr>
        <w:t>1. What time does the tour leave?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8:00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8:30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9:00</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9:30</w:t>
            </w:r>
          </w:p>
        </w:tc>
      </w:tr>
    </w:tbl>
    <w:p>
      <w:pPr>
        <w:spacing w:after="0"/>
        <w:ind w:left="0" w:firstLine="0"/>
      </w:pPr>
      <w:r>
        <w:rPr>
          <w:rFonts w:ascii="Times New Roman" w:hAnsi="Times New Roman" w:eastAsia="Times New Roman"/>
          <w:b w:val="0"/>
          <w:i w:val="0"/>
          <w:color w:val="000000"/>
          <w:sz w:val="21"/>
        </w:rPr>
        <w:t>2. Why should visitors wear comfortable shoes?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beach is hot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There are many steps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museum is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bus is small</w:t>
            </w:r>
          </w:p>
        </w:tc>
      </w:tr>
    </w:tbl>
    <w:p>
      <w:pPr>
        <w:spacing w:after="0"/>
        <w:ind w:left="0" w:firstLine="0"/>
      </w:pPr>
      <w:r>
        <w:rPr>
          <w:rFonts w:ascii="Times New Roman" w:hAnsi="Times New Roman" w:eastAsia="Times New Roman"/>
          <w:b w:val="0"/>
          <w:i w:val="0"/>
          <w:color w:val="000000"/>
          <w:sz w:val="21"/>
        </w:rPr>
        <w:t>3. How long is the free time at My Khe Beach?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30 minutes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One hour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Two hours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Three hours</w:t>
            </w:r>
          </w:p>
        </w:tc>
      </w:tr>
    </w:tbl>
    <w:p>
      <w:pPr>
        <w:spacing w:after="0"/>
        <w:ind w:left="0" w:firstLine="0"/>
      </w:pPr>
      <w:r>
        <w:rPr>
          <w:rFonts w:ascii="Times New Roman" w:hAnsi="Times New Roman" w:eastAsia="Times New Roman"/>
          <w:b w:val="0"/>
          <w:i w:val="0"/>
          <w:color w:val="000000"/>
          <w:sz w:val="21"/>
        </w:rPr>
        <w:t>4. Where is lunch?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At the hotel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Near the Han River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At the museum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 the bus</w:t>
            </w:r>
          </w:p>
        </w:tc>
      </w:tr>
    </w:tbl>
    <w:p>
      <w:pPr>
        <w:spacing w:after="0"/>
        <w:ind w:left="0" w:firstLine="0"/>
      </w:pPr>
      <w:r>
        <w:rPr>
          <w:rFonts w:ascii="Times New Roman" w:hAnsi="Times New Roman" w:eastAsia="Times New Roman"/>
          <w:b w:val="0"/>
          <w:i w:val="0"/>
          <w:color w:val="000000"/>
          <w:sz w:val="21"/>
        </w:rPr>
        <w:t>5. Where does the tour end?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Marble Mountains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My Khe Beach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museum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Dragon Bridge</w:t>
            </w:r>
          </w:p>
        </w:tc>
      </w:tr>
    </w:tbl>
    <w:p>
      <w:pPr>
        <w:keepNext/>
        <w:keepLines/>
        <w:spacing w:before="40" w:after="20"/>
      </w:pPr>
      <w:r>
        <w:rPr>
          <w:rFonts w:ascii="Times New Roman" w:hAnsi="Times New Roman" w:eastAsia="Times New Roman"/>
          <w:b/>
          <w:color w:val="1254B7"/>
          <w:sz w:val="22"/>
        </w:rPr>
        <w:t>Exercise 22: Listen and decide whether the statements are TRUE (T) or FALSE (F).</w:t>
      </w:r>
    </w:p>
    <w:p>
      <w:r>
        <w:rPr>
          <w:rFonts w:ascii="Times New Roman" w:hAnsi="Times New Roman" w:eastAsia="Times New Roman"/>
          <w:color w:val="000000"/>
          <w:sz w:val="20"/>
        </w:rPr>
        <w:t xml:space="preserve">1. Linh's family stayed in Bangkok for three days.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2. Their hotel was far from the river.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3. The blue scarf belonged to Linh.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4. Rain changed the family's plan on the second day.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5. Linh's favourite place was the museum.  </w:t>
      </w:r>
      <w:r>
        <w:rPr>
          <w:rFonts w:ascii="Times New Roman" w:hAnsi="Times New Roman" w:eastAsia="Times New Roman"/>
          <w:color w:val="000000"/>
          <w:sz w:val="20"/>
        </w:rPr>
        <w:t>_____</w:t>
      </w:r>
    </w:p>
    <w:p>
      <w:pPr>
        <w:spacing w:before="100"/>
        <w:jc w:val="center"/>
      </w:pPr>
      <w:r>
        <w:rPr>
          <w:rFonts w:ascii="Times New Roman" w:hAnsi="Times New Roman" w:eastAsia="Times New Roman"/>
          <w:b/>
          <w:color w:val="C00000"/>
          <w:sz w:val="24"/>
        </w:rPr>
        <w:t>--- THE END ---</w:t>
      </w:r>
    </w:p>
    <w:sectPr w:rsidR="00FC693F" w:rsidRPr="0006063C" w:rsidSect="00034616">
      <w:headerReference w:type="default" r:id="rId9"/>
      <w:footerReference w:type="default" r:id="rId10"/>
      <w:pgSz w:w="11906" w:h="16838"/>
      <w:pgMar w:top="709" w:right="765" w:bottom="709"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390"/>
      <w:gridCol w:w="1984"/>
    </w:tblGrid>
    <w:tr>
      <w:tc>
        <w:tcPr>
          <w:tcW w:type="dxa" w:w="8390"/>
          <w:tcMar>
            <w:top w:w="50" w:type="dxa"/>
            <w:start w:w="70" w:type="dxa"/>
            <w:bottom w:w="50" w:type="dxa"/>
            <w:end w:w="70" w:type="dxa"/>
          </w:tcMar>
          <w:tcBorders>
            <w:top w:val="nil"/>
            <w:left w:val="nil"/>
            <w:bottom w:val="nil"/>
            <w:right w:val="nil"/>
          </w:tcBorders>
        </w:tcPr>
        <w:p>
          <w:pPr>
            <w:jc w:val="left"/>
          </w:pPr>
          <w:r>
            <w:rPr>
              <w:rFonts w:ascii="Times New Roman" w:hAnsi="Times New Roman" w:eastAsia="Times New Roman"/>
              <w:b/>
              <w:color w:val="C00000"/>
              <w:sz w:val="20"/>
            </w:rPr>
            <w:t>Bài tập Tiếng Anh 6 (Global Success)</w:t>
          </w:r>
        </w:p>
      </w:tc>
      <w:tc>
        <w:tcPr>
          <w:tcW w:type="dxa" w:w="1984"/>
          <w:tcMar>
            <w:top w:w="50" w:type="dxa"/>
            <w:start w:w="70" w:type="dxa"/>
            <w:bottom w:w="50" w:type="dxa"/>
            <w:end w:w="70" w:type="dxa"/>
          </w:tcMar>
          <w:tcBorders>
            <w:top w:val="nil"/>
            <w:left w:val="nil"/>
            <w:bottom w:val="nil"/>
            <w:right w:val="nil"/>
          </w:tcBorders>
        </w:tcPr>
        <w:p>
          <w:pPr>
            <w:jc w:val="right"/>
          </w:pPr>
          <w:r>
            <w:rPr>
              <w:rFonts w:ascii="Times New Roman" w:hAnsi="Times New Roman" w:eastAsia="Times New Roman"/>
              <w:b/>
              <w:color w:val="C00000"/>
              <w:sz w:val="20"/>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color w:val="C00000"/>
        <w:sz w:val="20"/>
      </w:rPr>
      <w:t>BÀI TẬP TIẾNG ANH 6 - GLOBAL SUCCESS • HỌC KỲ 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