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16: SEASONS AND THE WEATHER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Leaves often turn yellow in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autumn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cool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hot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spring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Flowers grow and the weather gets warmer in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cool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autumn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summer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spring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Children have a long holiday in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spring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winter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summer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warm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It can be very cold in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winter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cool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spring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warm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Wear a thick coat because it is ____ outside.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cold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cool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summer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hot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The autumn air is ____ and pleasant.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hot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cool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summer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spring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It is very ____ at noon, so wear a hat.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warm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spring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hot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cool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The spring sunshine feels ____ today.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autumn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hot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warm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winter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How's the weather in Ha Noi ____ winter?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It ____ cold and cloudy.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be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am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do you usually ____ in summer?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wear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wore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wears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wearing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I ____ shorts and a T-shirt.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wearing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wore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wear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wears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____ season do you like?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Where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Who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Which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How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My sister ____ a jumper in winter.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is wear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wear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wears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wearing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It is rainy, ____ I take an umbrella.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or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because of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but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The weather is warm ____ spring.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from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of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on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There are four seasons in my hometown. Spring is warm and sometimes rainy. I usually wear jeans and a light jumper. Summer is hot and sunny, so I wear shorts, T-shirts and a hat. Autumn is my favourite season because the weather is cool and the trees are beautiful. Winter is cold and cloudy. On very cold days, I wear a thick coat and trousers. Each season has different weather and different clothes.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writer wears a thick coat in summer.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Winter is hot and sunny.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Autumn is the writer's favourite season.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Spring is warm and sometimes rainy.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People need different clothes in different seasons.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What does the writer wear in spring?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Why does the writer wear a hat in summer?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How is the weather in autumn?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is winter like?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does the writer wear on very cold days?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weather / How's / winter / in / the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cold / It / is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usually / What / wear / do / you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jumper / wear / I / a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Complete: She ____ (wear) jeans in autumn.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Answer: What's the weather like today?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16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16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